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Word of God Translation — Enriched</w:t>
      </w:r>
    </w:p>
    <w:p>
      <w:r>
        <w:t>Copyright © 2026 Word of God Translation contributors.</w:t>
      </w:r>
    </w:p>
    <w:p>
      <w:r>
        <w:t>Примечание: ссылки на Псалмы в комментариях даны по еврейской нумерации. В Синодальном переводе номера большинства псалмов (с 10-го по 146-й) на единицу меньше: например, Пс 22 здесь — это Пс 21 в Синодальной Библии.</w:t>
      </w:r>
    </w:p>
    <w:p>
      <w:pPr>
        <w:pStyle w:val="Heading1"/>
      </w:pPr>
      <w:r>
        <w:t>От Матфея</w:t>
      </w:r>
    </w:p>
    <w:p>
      <w:pPr>
        <w:pStyle w:val="Heading2"/>
      </w:pPr>
      <w:r>
        <w:t>Глава 1</w:t>
      </w:r>
    </w:p>
    <w:p>
      <w:r>
        <w:t>1. Родословие [βίβλος γενέσεως — буквально «книга происхождения/генезиса»] Иисуса Христа, сына Давида, сына Авраама.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Βίβλος γενέσεως</w:t>
      </w:r>
      <w:r>
        <w:rPr>
          <w:sz w:val="20"/>
        </w:rPr>
        <w:t xml:space="preserve"> [Biblos geneseōs]</w:t>
      </w:r>
      <w:r>
        <w:rPr>
          <w:sz w:val="20"/>
        </w:rPr>
        <w:br/>
        <w:t>Фраза буквально означает «книга/запись происхождения». В данном контексте она вводит родословие, но слово γένεσις сохраняет более широкий оттенок происхождения/возникновения.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1:18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βίβλος γενέσεως</w:t>
      </w:r>
      <w:r>
        <w:rPr>
          <w:sz w:val="20"/>
        </w:rPr>
        <w:t xml:space="preserve"> [biblos geneseōs]</w:t>
      </w:r>
      <w:r>
        <w:rPr>
          <w:sz w:val="20"/>
        </w:rPr>
        <w:br/>
        <w:t>Формула перекликается с греческим текстом Бытия, особенно Быт 5:1, где также стоит βίβλος γενέσεως. Это делает начало Матфея созвучным языку книги Бытия.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2:4, Быт 5:1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υἱοῦ Δαυὶδ υἱοῦ Ἀβραάμ</w:t>
      </w:r>
      <w:r>
        <w:rPr>
          <w:sz w:val="20"/>
        </w:rPr>
        <w:t xml:space="preserve"> [huiou Dauid huiou Abraam]</w:t>
      </w:r>
      <w:r>
        <w:rPr>
          <w:sz w:val="20"/>
        </w:rPr>
        <w:br/>
        <w:t>Матфей сразу ставит перед читателем две ключевые линии: Давид — царская/мессианская линия, Авраам — начало патриархальной линии родословия.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1:17</w:t>
      </w:r>
    </w:p>
    <w:p>
      <w:r>
        <w:t>2. Авраам стал отцом Исаака; Исаак — отцом Иакова; Иаков — отцом Иуды и его братьев;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ἐγέννησεν</w:t>
      </w:r>
      <w:r>
        <w:rPr>
          <w:sz w:val="20"/>
        </w:rPr>
        <w:t xml:space="preserve"> [egennēsen]</w:t>
      </w:r>
      <w:r>
        <w:rPr>
          <w:sz w:val="20"/>
        </w:rPr>
        <w:br/>
        <w:t>Повторяющийся глагол γεννάω («породил/стал отцом») создаёт ритм всей родословной. В библейской генеалогии такая формула не обязательно означает, что между названными лицами не пропущено поколений.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1:8, Мф 1:11, Мф 1:16</w:t>
      </w:r>
    </w:p>
    <w:p>
      <w:r>
        <w:t>3. Иуда от Фамари стал отцом Фареса и Зары; Фарес — отцом Есрома; Есром — отцом Арама;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ἐκ τῆς Θαμάρ</w:t>
      </w:r>
      <w:r>
        <w:rPr>
          <w:sz w:val="20"/>
        </w:rPr>
        <w:t xml:space="preserve"> [ek tēs Thamar]</w:t>
      </w:r>
      <w:r>
        <w:rPr>
          <w:sz w:val="20"/>
        </w:rPr>
        <w:br/>
        <w:t>Фамарь — первая женщина, прямо введённая в родословную формулой «от». Далее Матфей называет Раав и Руфь, напоминает о жене Урии и завершает линию Марией. Сам текст не объясняет, почему выбраны именно эти женщины.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1:5, Мф 1:6, Мф 1:16</w:t>
      </w:r>
    </w:p>
    <w:p>
      <w:r>
        <w:t>4. Арам — отцом Аминадава; Аминадав — отцом Наассона; Наассон — отцом Салмона;</w:t>
      </w:r>
    </w:p>
    <w:p>
      <w:r>
        <w:t>5. Салмон от Раав стал отцом Вооза; Вооз от Руфи — отцом Овида; Овид — отцом Иессея;</w:t>
      </w:r>
    </w:p>
    <w:p>
      <w:r>
        <w:t>6. Иессей стал отцом царя Давида. Давид от жены Урии [Матфей намеренно не называет здесь Вирсавию по имени] стал отцом Соломона;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Δαυὶδ τὸν βασιλέα</w:t>
      </w:r>
      <w:r>
        <w:rPr>
          <w:sz w:val="20"/>
        </w:rPr>
        <w:t xml:space="preserve"> [Dauid ton basilea]</w:t>
      </w:r>
      <w:r>
        <w:rPr>
          <w:sz w:val="20"/>
        </w:rPr>
        <w:br/>
        <w:t>Давид единственный в этой части родословия назван с титулом «царь». Он является границей между первой и второй группой поколений в 1:17.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1:17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ἐκ τῆς τοῦ Οὐρίου</w:t>
      </w:r>
      <w:r>
        <w:rPr>
          <w:sz w:val="20"/>
        </w:rPr>
        <w:t xml:space="preserve"> [ek tēs tou Ouriou]</w:t>
      </w:r>
      <w:r>
        <w:rPr>
          <w:sz w:val="20"/>
        </w:rPr>
        <w:br/>
        <w:t>Вместо имени Вирсавии Матфей говорит «от [жены] Урии», сохраняя в самой формуле память об Урии. Возможный нравственный акцент очевиден в контексте истории Давида, но Матфей прямо его здесь не объясняет.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2 Цар 11:1–27, 2 Цар 12:1–24</w:t>
      </w:r>
    </w:p>
    <w:p>
      <w:r>
        <w:t>7. Соломон — отцом Ровоама; Ровоам — отцом Авии; Авия — отцом Асы [греч. Ἀσάφ, форма «Асаф» в критическом тексте];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Ἀσάφ</w:t>
      </w:r>
      <w:r>
        <w:rPr>
          <w:sz w:val="20"/>
        </w:rPr>
        <w:t xml:space="preserve"> [Asaph]</w:t>
      </w:r>
      <w:r>
        <w:rPr>
          <w:sz w:val="20"/>
        </w:rPr>
        <w:br/>
        <w:t>Текущий критический греческий токен-слой читает Ἀσάφ («Асаф»), тогда как историческим царём в этой позиции является Аса. WGT-T сохраняет привычную историческую идентификацию «Аса», а WGT-E показывает форму греческого критического текста.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3 Цар 15:9–24, Мф 1:8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 критической греческой традиции Матфея здесь засвидетельствована форма Ἀσάφ; переводческие традиции нередко нормализуют имя к ветхозаветному царю Асе.</w:t>
      </w:r>
    </w:p>
    <w:p>
      <w:r>
        <w:t>8. Аса — отцом Иосафата; Иосафат — отцом Иорама; Иорам — предком Озии;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Ἰωρὰμ ... Ὀζίαν</w:t>
      </w:r>
      <w:r>
        <w:rPr>
          <w:sz w:val="20"/>
        </w:rPr>
        <w:t xml:space="preserve"> [Iōram ... Ozian]</w:t>
      </w:r>
      <w:r>
        <w:rPr>
          <w:sz w:val="20"/>
        </w:rPr>
        <w:br/>
        <w:t>Формула «Иорам ... Озия» телескопирует родословную: между Иорамом и Озией в ветхозаветной царской линии находятся Ахазия, Иоас и Амасия. Поэтому WGT-T здесь использует «предком», а не создаёт ложное впечатление непосредственного отцовства.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1 Пар 3:11–12, 4 Цар 8:25, 4 Цар 11:2, 4 Цар 12:1, 4 Цар 14:1</w:t>
      </w:r>
    </w:p>
    <w:p>
      <w:r>
        <w:t>9. Озия — отцом Иоафама; Иоафам — отцом Ахаза; Ахаз — отцом Езекии;</w:t>
      </w:r>
    </w:p>
    <w:p>
      <w:r>
        <w:t>10. Езекия — отцом Манассии; Манассия — отцом Амона [греч. Ἀμώς, форма «Амос» в критическом тексте]; Амон — отцом Иосии;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Ἀμώς</w:t>
      </w:r>
      <w:r>
        <w:rPr>
          <w:sz w:val="20"/>
        </w:rPr>
        <w:t xml:space="preserve"> [Amōs]</w:t>
      </w:r>
      <w:r>
        <w:rPr>
          <w:sz w:val="20"/>
        </w:rPr>
        <w:br/>
        <w:t>Критический греческий токен-слой читает Ἀμώς («Амос»), хотя историческим царём является Амон. WGT-T нормализует имя по историческому персонажу; WGT-E сохраняет видимым фактическое греческое чтение.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4 Цар 21:18–26, 1 Пар 3:14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 критической греческой традиции Матфея здесь стоит Ἀμώς; историческая идентификация в царской линии — Амон.</w:t>
      </w:r>
    </w:p>
    <w:p>
      <w:r>
        <w:t>11. Иосия стал предком Иехонии и его братьев ко времени переселения в Вавилон.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Ἰωσίας ... Ἰεχονίαν</w:t>
      </w:r>
      <w:r>
        <w:rPr>
          <w:sz w:val="20"/>
        </w:rPr>
        <w:t xml:space="preserve"> [Iōsias ... Iechonian]</w:t>
      </w:r>
      <w:r>
        <w:rPr>
          <w:sz w:val="20"/>
        </w:rPr>
        <w:br/>
        <w:t>И здесь родословие сокращено: ветхозаветная линия помещает Иоакима между Иосией и Иехонией. Матфей строит литературно организованную генеалогию, а не полный список каждого поколения.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1 Пар 3:15–16, 4 Цар 23:34–24:6, Мф 1:17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μετοικεσίας Βαβυλῶνος</w:t>
      </w:r>
      <w:r>
        <w:rPr>
          <w:sz w:val="20"/>
        </w:rPr>
        <w:t xml:space="preserve"> [metoikesias Babylōnos]</w:t>
      </w:r>
      <w:r>
        <w:rPr>
          <w:sz w:val="20"/>
        </w:rPr>
        <w:br/>
        <w:t>«Переселение в Вавилон» становится второй крупной опорной точкой структуры родословия после Давида.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1:12, Мф 1:17</w:t>
      </w:r>
    </w:p>
    <w:p>
      <w:r>
        <w:t>12. После переселения в Вавилон Иехония стал отцом Салафииля; Салафииль — отцом Зоровавеля;</w:t>
      </w:r>
    </w:p>
    <w:p>
      <w:r>
        <w:t>13. Зоровавель — отцом Авиуда; Авиуд — отцом Елиакима; Елиаким — отцом Азора;</w:t>
      </w:r>
    </w:p>
    <w:p>
      <w:r>
        <w:t>14. Азор — отцом Садока; Садок — отцом Ахима; Ахим — отцом Елиуда;</w:t>
      </w:r>
    </w:p>
    <w:p>
      <w:r>
        <w:t>15. Елиуд — отцом Елеазара; Елеазар — отцом Матфана; Матфан — отцом Иакова;</w:t>
      </w:r>
    </w:p>
    <w:p>
      <w:r>
        <w:t>16. Иаков стал отцом Иосифа, мужа Марии, от которой [ἐξ ἧς — женский род: только от Марии] родился Иисус, называемый Христом.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ἐξ ἧς ἐγεννήθη Ἰησοῦς</w:t>
      </w:r>
      <w:r>
        <w:rPr>
          <w:sz w:val="20"/>
        </w:rPr>
        <w:t xml:space="preserve"> [ex hēs egennēthē Iēsous]</w:t>
      </w:r>
      <w:r>
        <w:rPr>
          <w:sz w:val="20"/>
        </w:rPr>
        <w:br/>
        <w:t>После длинной цепочки «X стал отцом Y» формула намеренно меняется. ἧς — относительное местоимение женского рода и относится к Марии; ἐγεννήθη — пассив «был рождён». Иосиф назван мужем Марии, но не субъектом глагола «родил» по отношению к Иисусу.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1:18, Мф 1:20</w:t>
      </w:r>
    </w:p>
    <w:p>
      <w:r>
        <w:t>17. Итак, от Авраама до Давида — четырнадцать поколений; от Давида до переселения в Вавилон — четырнадцать; и от переселения в Вавилон до Христа — четырнадцать поколений.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γενεαὶ δεκατέσσαρες ... δεκατέσσαρες ... δεκατέσσαρες</w:t>
      </w:r>
      <w:r>
        <w:rPr>
          <w:sz w:val="20"/>
        </w:rPr>
        <w:t xml:space="preserve"> [geneai dekatessares]</w:t>
      </w:r>
      <w:r>
        <w:rPr>
          <w:sz w:val="20"/>
        </w:rPr>
        <w:br/>
        <w:t>Матфей сам подводит итог родословию как трём блокам по четырнадцать поколений. Это авторская литературная схема; известные пропуски поколений показывают, что задача списка не в том, чтобы дать исчерпывающий реестр каждого звена.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1:8, Мф 1:11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Δαυίδ ... δεκατέσσαρες</w:t>
      </w:r>
      <w:r>
        <w:rPr>
          <w:sz w:val="20"/>
        </w:rPr>
        <w:t xml:space="preserve"> [Dauid ... dekatessares]</w:t>
      </w:r>
      <w:r>
        <w:rPr>
          <w:sz w:val="20"/>
        </w:rPr>
        <w:br/>
        <w:t>Часто отмечается возможная числовая игра с еврейским написанием имени Давид (דוד), числовое значение согласных которого 4+6+4 = 14. Это хорошо объясняет акцент на числе четырнадцать, но сам Матфей такой расчёт прямо не сообщает.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1:1, Мф 1:6</w:t>
      </w:r>
    </w:p>
    <w:p>
      <w:r>
        <w:t>18. Рождение [γένεσις — «происхождение/рождение», то же слово, что в 1:1] Иисуса Христа произошло так. Мария, Его мать, была обручена с Иосифом. Прежде чем они стали жить вместе, оказалось, что она носит ребёнка от Святого Духа.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γένεσις</w:t>
      </w:r>
      <w:r>
        <w:rPr>
          <w:sz w:val="20"/>
        </w:rPr>
        <w:t xml:space="preserve"> [genesis]</w:t>
      </w:r>
      <w:r>
        <w:rPr>
          <w:sz w:val="20"/>
        </w:rPr>
        <w:br/>
        <w:t>То же существительное γένεσις, которое открывает Евангелие в 1:1, снова появляется при переходе от родословия к рассказу о происхождении Иисуса. Оно может обозначать происхождение, возникновение или рождение.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1:1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μνηστευθείσης</w:t>
      </w:r>
      <w:r>
        <w:rPr>
          <w:sz w:val="20"/>
        </w:rPr>
        <w:t xml:space="preserve"> [mnēsteutheisēs]</w:t>
      </w:r>
      <w:r>
        <w:rPr>
          <w:sz w:val="20"/>
        </w:rPr>
        <w:br/>
        <w:t>Мария названа «обрученной». В следующем стихе Иосиф уже называется её мужем; обручение было юридически серьёзнее современного неформального обещания вступить в брак.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1:19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πρὶν ἢ συνελθεῖν αὐτούς</w:t>
      </w:r>
      <w:r>
        <w:rPr>
          <w:sz w:val="20"/>
        </w:rPr>
        <w:t xml:space="preserve"> [prin ē synelthein autous]</w:t>
      </w:r>
      <w:r>
        <w:rPr>
          <w:sz w:val="20"/>
        </w:rPr>
        <w:br/>
        <w:t>Буквально: «прежде чем им сойтись/быть вместе». Контекст брака допускает супружеское совместное проживание и близость; WGT-T передаёт это нейтрально как «стали жить вместе».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1:25</w:t>
      </w:r>
    </w:p>
    <w:p>
      <w:r>
        <w:t>19. Иосиф, её муж, был праведным человеком и не хотел подвергать её публичному позору, поэтому решил тайно расторгнуть помолвку.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δίκαιος</w:t>
      </w:r>
      <w:r>
        <w:rPr>
          <w:sz w:val="20"/>
        </w:rPr>
        <w:t xml:space="preserve"> [dikaios]</w:t>
      </w:r>
      <w:r>
        <w:rPr>
          <w:sz w:val="20"/>
        </w:rPr>
        <w:br/>
        <w:t>Иосиф назван δίκαιος — праведным/справедливым. Следующая фраза показывает, как его праведность действует в ситуации: он не желает публично опозорить Марию.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δειγματίσαι ... ἀπολῦσαι</w:t>
      </w:r>
      <w:r>
        <w:rPr>
          <w:sz w:val="20"/>
        </w:rPr>
        <w:t xml:space="preserve"> [deigmatisai ... apolysai]</w:t>
      </w:r>
      <w:r>
        <w:rPr>
          <w:sz w:val="20"/>
        </w:rPr>
        <w:br/>
        <w:t>δειγματίζω означает выставить напоказ, сделать публичным примером/опозорить; ἀπολύω — отпустить, расторгнуть брачную связь/развестись. Поэтому речь не просто о том, чтобы «отменить свадьбу».</w:t>
      </w:r>
    </w:p>
    <w:p>
      <w:r>
        <w:t>20. Когда он обдумывал это, ему во сне явился ангел Господа и сказал: «Иосиф, сын Давида, не бойся взять Марию к себе как жену, потому что зачатое в ней — от Святого Духа.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Ἰωσὴφ υἱὸς Δαυίδ</w:t>
      </w:r>
      <w:r>
        <w:rPr>
          <w:sz w:val="20"/>
        </w:rPr>
        <w:t xml:space="preserve"> [Iōsēph huios Dauid]</w:t>
      </w:r>
      <w:r>
        <w:rPr>
          <w:sz w:val="20"/>
        </w:rPr>
        <w:br/>
        <w:t>Ангел обращается к Иосифу как к «сыну Давида». Так повествование связывает юридическую семейную линию Иисуса с Давидом именно в момент, когда объясняется Его необычное зачатие.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1:1, Мф 1:16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κατ᾽ ὄναρ</w:t>
      </w:r>
      <w:r>
        <w:rPr>
          <w:sz w:val="20"/>
        </w:rPr>
        <w:t xml:space="preserve"> [kat onar]</w:t>
      </w:r>
      <w:r>
        <w:rPr>
          <w:sz w:val="20"/>
        </w:rPr>
        <w:br/>
        <w:t>Сны становятся характерным каналом Божьего водительства в рассказе о детстве у Матфея: Иосиф получает указания во сне неоднократно.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2:13, Мф 2:19, Мф 2:22</w:t>
      </w:r>
    </w:p>
    <w:p>
      <w:r>
        <w:t>21. Она родит Сына, и ты назовёшь Его Иисусом [Ἰησοῦς; семитское имя связано с «спасать»], потому что Он спасёт Свой народ от их грехов».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Ἰησοῦν ... σώσει</w:t>
      </w:r>
      <w:r>
        <w:rPr>
          <w:sz w:val="20"/>
        </w:rPr>
        <w:t xml:space="preserve"> [Iēsoun ... sōsei]</w:t>
      </w:r>
      <w:r>
        <w:rPr>
          <w:sz w:val="20"/>
        </w:rPr>
        <w:br/>
        <w:t>Матфей объясняет имя Иисус через глагол «спасёт». Греческое Ἰησοῦς передаёт семитское имя Йешуа/Йехошуа, связанное с именем YHWH и корнем «спасать». Это не греческая этимология, а семитская игра смысла, которую Матфей раскрывает фразой «Он спасёт».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1:25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σώσει τὸν λαὸν αὐτοῦ ἀπὸ τῶν ἁμαρτιῶν αὐτῶν</w:t>
      </w:r>
      <w:r>
        <w:rPr>
          <w:sz w:val="20"/>
        </w:rPr>
        <w:t xml:space="preserve"> [sōsei ton laon autou apo tōn hamartiōn autōn]</w:t>
      </w:r>
      <w:r>
        <w:rPr>
          <w:sz w:val="20"/>
        </w:rPr>
        <w:br/>
        <w:t>Первое программное объяснение миссии Иисуса у Матфея формулируется как спасение Его народа «от их грехов», а не просто политическое избавление.</w:t>
      </w:r>
    </w:p>
    <w:p>
      <w:r>
        <w:t>22. Всё это произошло, чтобы исполнилось сказанное Господом через пророка: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ἵνα πληρωθῇ</w:t>
      </w:r>
      <w:r>
        <w:rPr>
          <w:sz w:val="20"/>
        </w:rPr>
        <w:t xml:space="preserve"> [hina plērōthē]</w:t>
      </w:r>
      <w:r>
        <w:rPr>
          <w:sz w:val="20"/>
        </w:rPr>
        <w:br/>
        <w:t>Формула «чтобы исполнилось» вводит первый из характерных для Матфея комментариев об исполнении Писания. Глагол πληρόω означает наполнить/довести до полноты/исполнить; конкретный смысл определяется каждым цитируемым контекстом.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2:15, Мф 2:17, Мф 2:23, Мф 4:14</w:t>
      </w:r>
    </w:p>
    <w:p>
      <w:r>
        <w:t>23. «Вот, дева [παρθένος] зачнёт и родит Сына, и назовут Его Иммануилом», что означает: «С нами Бог».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ἡ παρθένος ἐν γαστρὶ ἕξει</w:t>
      </w:r>
      <w:r>
        <w:rPr>
          <w:sz w:val="20"/>
        </w:rPr>
        <w:t xml:space="preserve"> [hē parthenos en gastri hexei]</w:t>
      </w:r>
      <w:r>
        <w:rPr>
          <w:sz w:val="20"/>
        </w:rPr>
        <w:br/>
        <w:t>Матфей цитирует греческую форму Ис 7:14, где стоит παρθένος — «дева/девственница». Еврейский текст Исайи использует עַלְמָה (ʿalmāh, «молодая женщина/девица»), а греческая Септуагинта передаёт его словом παρθένος. Для самого греческого текста Матфея слово «дева» прямо присутствует.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7:14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Ἐμμανουήλ ... μεθ᾽ ἡμῶν ὁ θεός</w:t>
      </w:r>
      <w:r>
        <w:rPr>
          <w:sz w:val="20"/>
        </w:rPr>
        <w:t xml:space="preserve"> [Emmanouēl ... meth hēmōn ho theos]</w:t>
      </w:r>
      <w:r>
        <w:rPr>
          <w:sz w:val="20"/>
        </w:rPr>
        <w:br/>
        <w:t>Матфей сам переводит имя Иммануил для читателя: «с нами Бог». Это авторское толкование имени встроено прямо в текст.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28:20</w:t>
      </w:r>
    </w:p>
    <w:p>
      <w:r>
        <w:t>24. Проснувшись, Иосиф поступил так, как повелел ему ангел Господа, и взял Марию к себе как жену.</w:t>
      </w:r>
    </w:p>
    <w:p>
      <w:r>
        <w:t>25. Но он не знал её [οὐκ ἐγίνωσκεν — библейский эвфемизм супружеской близости] до того, как она родила Сына. И он назвал Его Иисусом.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οὐκ ἐγίνωσκεν αὐτήν</w:t>
      </w:r>
      <w:r>
        <w:rPr>
          <w:sz w:val="20"/>
        </w:rPr>
        <w:t xml:space="preserve"> [ouk eginōsken autēn]</w:t>
      </w:r>
      <w:r>
        <w:rPr>
          <w:sz w:val="20"/>
        </w:rPr>
        <w:br/>
        <w:t>Буквально «не знал её». В библейском языке «знать» мужчину/женщину в таком контексте является эвфемизмом сексуальных отношений; поэтому WGT-T естественно передаёт смысл как отсутствие супружеской близости.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4:1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ἕως οὗ</w:t>
      </w:r>
      <w:r>
        <w:rPr>
          <w:sz w:val="20"/>
        </w:rPr>
        <w:t xml:space="preserve"> [heōs hou]</w:t>
      </w:r>
      <w:r>
        <w:rPr>
          <w:sz w:val="20"/>
        </w:rPr>
        <w:br/>
        <w:t>Конструкция означает «до того как / пока не» и устанавливает временную границу утверждения: до рождения Иосиф не вступал с Марией в близость. Сама конструкция не сообщает, что произошло или не произошло после этой точки.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υἱόν ... [τὸν πρωτότοκον]</w:t>
      </w:r>
      <w:r>
        <w:rPr>
          <w:sz w:val="20"/>
        </w:rPr>
        <w:t xml:space="preserve"> [huion ... [ton prōtotokon]]</w:t>
      </w:r>
      <w:r>
        <w:rPr>
          <w:sz w:val="20"/>
        </w:rPr>
        <w:br/>
        <w:t>Критический текст, лежащий в основе WGT-T, имеет просто «сына». В традиционном более длинном чтении присутствует «её первенца/её первородного сына». WGT-E не смешивает эти чтения в одну строку.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Токен-слой фиксирует традиционное более длинное чтение «её первородного сына» отдельно от SBLGNT-чтения; WGT-T следует краткому критическому тексту.</w:t>
      </w:r>
    </w:p>
    <w:p>
      <w:pPr>
        <w:pStyle w:val="Heading2"/>
      </w:pPr>
      <w:r>
        <w:t>Глава 2</w:t>
      </w:r>
    </w:p>
    <w:p>
      <w:r>
        <w:t>1. После того как Иисус родился в Вифлееме Иудейском, во дни царя Ирода, в Иерусалим пришли Маги [μάγοι — маги: жреческое сословие мидян и персов, служители зороастризма; текст не называет их ни царями, ни числом три] с востока.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μάγοι ἀπὸ ἀνατολῶν</w:t>
      </w:r>
      <w:r>
        <w:rPr>
          <w:sz w:val="20"/>
        </w:rPr>
        <w:t xml:space="preserve"> [magoi apo anatolōn]</w:t>
      </w:r>
      <w:r>
        <w:rPr>
          <w:sz w:val="20"/>
        </w:rPr>
        <w:br/>
        <w:t>μάγοι — слово иранского происхождения: так назывались маги, жреческое сословие мидян и персов (служители зороастризма), хранители священных обрядов и знания. В греко-римском мире слово могло прилагаться и к толкователям знамений и снов, но основное значение здесь — восточные жрецы-маги. Матфей сообщает только, что они пришли «с востока/из восточных областей», не называет их царями, не указывает страну и не сообщает их число.</w:t>
      </w:r>
    </w:p>
    <w:p>
      <w:r>
        <w:t>2. Они спрашивали: «Где родившийся Царь иудеев? Мы увидели Его звезду при её восходе [ἐν τῇ ἀνατολῇ] и пришли поклониться [προσκυνῆσαι — пасть/воздать почтение, поклониться] Ему».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ἐν τῇ ἀνατολῇ</w:t>
      </w:r>
      <w:r>
        <w:rPr>
          <w:sz w:val="20"/>
        </w:rPr>
        <w:t xml:space="preserve"> [en tē anatolē]</w:t>
      </w:r>
      <w:r>
        <w:rPr>
          <w:sz w:val="20"/>
        </w:rPr>
        <w:br/>
        <w:t>ἀνατολή может означать восток или восход небесного светила. Здесь существительное стоит в единственном числе рядом со «звездой», поэтому астрономическое «при её восходе» хорошо объясняет наблюдение Магов; географическое «на востоке» остаётся возможным.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2:9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προσκυνῆσαι</w:t>
      </w:r>
      <w:r>
        <w:rPr>
          <w:sz w:val="20"/>
        </w:rPr>
        <w:t xml:space="preserve"> [proskynēsai]</w:t>
      </w:r>
      <w:r>
        <w:rPr>
          <w:sz w:val="20"/>
        </w:rPr>
        <w:br/>
        <w:t>προσκυνέω означает склониться/пасть перед кем-либо, воздать почтение или поклониться. В сцене слово имеет придворно-царский оттенок и далее повторяется, когда Маги падают перед Ребёнком.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2:11</w:t>
      </w:r>
    </w:p>
    <w:p>
      <w:r>
        <w:t>3. Услышав это, царь Ирод встревожился, и вместе с ним весь Иерусалим.</w:t>
      </w:r>
    </w:p>
    <w:p>
      <w:r>
        <w:t>4. Собрав всех первосвященников и книжников народа, он спрашивал у них, где должен родиться Христос.</w:t>
      </w:r>
    </w:p>
    <w:p>
      <w:r>
        <w:t>5. Они ответили: «В Вифлееме Иудейском, потому что так написано через пророка:</w:t>
      </w:r>
    </w:p>
    <w:p>
      <w:r>
        <w:t>6. “И ты, Вифлеем, земля Иуды, вовсе не наименьший среди правителей Иуды, потому что из тебя выйдет Правитель, Который будет пасти Мой народ Израиль”».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οὐδαμῶς ἐλαχίστη ... ἡγούμενος ... ποιμανεῖ τὸν λαόν μου</w:t>
      </w:r>
      <w:r>
        <w:rPr>
          <w:sz w:val="20"/>
        </w:rPr>
        <w:t xml:space="preserve"> [oudamōs elachistē ... hēgoumenos ... poimanei ton laon mou]</w:t>
      </w:r>
      <w:r>
        <w:rPr>
          <w:sz w:val="20"/>
        </w:rPr>
        <w:br/>
        <w:t>Цитата основана на Мих 5:2, но Матфей формулирует её не механически: «вовсе не наименьший» отличается от формы Михея о малом Вифлееме, а «будет пасти Мой народ Израиль» перекликается с 2 Цар 5:2 о Давиде. Получается царско-пастырская мессианская цитата.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Мих 5:2, 2 Цар 5:2</w:t>
      </w:r>
    </w:p>
    <w:p>
      <w:r>
        <w:t>7. Тогда Ирод тайно позвал Магов и точно выяснил у них время появления звезды.</w:t>
      </w:r>
    </w:p>
    <w:p>
      <w:r>
        <w:t>8. Он отправил их в Вифлеем и сказал: «Идите и тщательно разузнайте о Ребёнке. Когда найдёте, сообщите мне, чтобы и я пошёл поклониться Ему».</w:t>
      </w:r>
    </w:p>
    <w:p>
      <w:r>
        <w:t>9. Выслушав царя, они отправились в путь. И звезда, которую они видели при её восходе, шла перед ними, пока не остановилась над местом, где был Ребёнок.</w:t>
      </w:r>
    </w:p>
    <w:p>
      <w:r>
        <w:t>10. Увидев звезду, они чрезвычайно обрадовались.</w:t>
      </w:r>
    </w:p>
    <w:p>
      <w:r>
        <w:t>11. Войдя в дом [οἰκία], они увидели Ребёнка [παιδίον] с Марией, Его матерью, пали и поклонились Ему. Затем открыли свои сокровища и принесли Ему дары: золото, ладан и смирну.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εἰς τὴν οἰκίαν ... τὸ παιδίον</w:t>
      </w:r>
      <w:r>
        <w:rPr>
          <w:sz w:val="20"/>
        </w:rPr>
        <w:t xml:space="preserve"> [eis tēn oikian ... to paidion]</w:t>
      </w:r>
      <w:r>
        <w:rPr>
          <w:sz w:val="20"/>
        </w:rPr>
        <w:br/>
        <w:t>Матфей описывает «дом» и называет Иисуса παιδίον — ребёнком. Эта сцена не утверждает, что Маги находились у места самого рождения.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δῶρα, χρυσὸν καὶ λίβανον καὶ σμύρναν</w:t>
      </w:r>
      <w:r>
        <w:rPr>
          <w:sz w:val="20"/>
        </w:rPr>
        <w:t xml:space="preserve"> [dōra, chryson kai libanon kai smyrnan]</w:t>
      </w:r>
      <w:r>
        <w:rPr>
          <w:sz w:val="20"/>
        </w:rPr>
        <w:br/>
        <w:t>Названы три вида даров, но не три дарителя. Золото и ладан имеют заметные библейские ассоциации с дарами народов и царским почитанием; прямое исполнение конкретной одной пророческой схемы Матфей здесь не заявляет.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72:10–15, Ис 60:6</w:t>
      </w:r>
    </w:p>
    <w:p>
      <w:r>
        <w:t>12. Получив во сне предупреждение не возвращаться к Ироду, они ушли в свою страну другим путём.</w:t>
      </w:r>
    </w:p>
    <w:p>
      <w:r>
        <w:t>13. После их ухода ангел Господа явился Иосифу во сне и сказал: «Встань, возьми Ребёнка и Его мать и беги в Египет. Оставайся там, пока Я не скажу тебе, потому что Ирод будет искать Ребёнка, чтобы погубить Его».</w:t>
      </w:r>
    </w:p>
    <w:p>
      <w:r>
        <w:t>14. Иосиф встал, ночью взял Ребёнка и Его мать и ушёл в Египет.</w:t>
      </w:r>
    </w:p>
    <w:p>
      <w:r>
        <w:t>15. Там он оставался до смерти Ирода, чтобы исполнилось сказанное Господом через пророка: «Из Египта Я вызвал Моего Сына» [Ос 11:1 — в исходном контексте речь об Израиле].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ἐξ Αἰγύπτου ἐκάλεσα τὸν υἱόν μου</w:t>
      </w:r>
      <w:r>
        <w:rPr>
          <w:sz w:val="20"/>
        </w:rPr>
        <w:t xml:space="preserve"> [ex Aigyptou ekalesa ton huion mou]</w:t>
      </w:r>
      <w:r>
        <w:rPr>
          <w:sz w:val="20"/>
        </w:rPr>
        <w:br/>
        <w:t>Матфей цитирует Ос 11:1. В Осии «сын» — Израиль, которого Бог вывел из Египта. Матфей применяет этот язык к Иисусу, изображая историю Сына как повторение и исполнение истории Израиля.</w:t>
      </w:r>
      <w:r>
        <w:rPr>
          <w:i/>
          <w:sz w:val="20"/>
        </w:rPr>
        <w:br/>
        <w:t xml:space="preserve">См.: </w:t>
      </w:r>
      <w:r>
        <w:rPr>
          <w:sz w:val="20"/>
        </w:rPr>
        <w:t>Ос 11:1, Исх 4:22</w:t>
      </w:r>
    </w:p>
    <w:p>
      <w:r>
        <w:t>16. Когда Ирод понял, что Маги его обманули, он пришёл в ярость и приказал убить в Вифлееме и его окрестностях всех мальчиков двух лет и младше, в соответствии со временем, которое выяснил у Магов.</w:t>
      </w:r>
    </w:p>
    <w:p>
      <w:r>
        <w:t>17. Тогда исполнилось сказанное через пророка Иеремию:</w:t>
      </w:r>
    </w:p>
    <w:p>
      <w:r>
        <w:t>18. «Голос слышен в Раме, плач и великое рыдание: Рахиль плачет о своих детях и не хочет утешиться, потому что их больше нет».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Ῥαχὴλ κλαίουσα τὰ τέκνα αὐτῆς</w:t>
      </w:r>
      <w:r>
        <w:rPr>
          <w:sz w:val="20"/>
        </w:rPr>
        <w:t xml:space="preserve"> [Rhachēl klaiousa ta tekna autēs]</w:t>
      </w:r>
      <w:r>
        <w:rPr>
          <w:sz w:val="20"/>
        </w:rPr>
        <w:br/>
        <w:t>Матфей цитирует Иер 31:15 — образ Рахили, плачущей в связи с изгнанием и потерей детей. В самом Иер 31 плач не является концом главы: далее звучит обещание возвращения и надежды.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Иер 31:15–17</w:t>
      </w:r>
    </w:p>
    <w:p>
      <w:r>
        <w:t>19. После смерти Ирода ангел Господа явился Иосифу во сне в Египте</w:t>
      </w:r>
    </w:p>
    <w:p>
      <w:r>
        <w:t>20. и сказал: «Встань, возьми Ребёнка и Его мать и иди в землю Израиля, потому что умерли те, кто искал жизни [ψυχήν] Ребёнка».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τεθνήκασιν ... οἱ ζητοῦντες τὴν ψυχὴν</w:t>
      </w:r>
      <w:r>
        <w:rPr>
          <w:sz w:val="20"/>
        </w:rPr>
        <w:t xml:space="preserve"> [tethnēkasin ... hoi zētountes tēn psychēn]</w:t>
      </w:r>
      <w:r>
        <w:rPr>
          <w:sz w:val="20"/>
        </w:rPr>
        <w:br/>
        <w:t>Формулировка почти дословно перекликается с Исх 4:19 LXX, где Моисею велено возвращаться, потому что умерли «все ищущие твоей жизни». Это один из самых сильных языковых сигналов параллели Иисус—Моисей в рассказе Матфея о детстве.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4:19</w:t>
      </w:r>
    </w:p>
    <w:p>
      <w:r>
        <w:t>21. Иосиф встал, взял Ребёнка и Его мать и вернулся в землю Израиля.</w:t>
      </w:r>
    </w:p>
    <w:p>
      <w:r>
        <w:t>22. Но, услышав, что в Иудее вместо своего отца Ирода царствует Архелай, он побоялся идти туда. Получив во сне предупреждение, он ушёл в область Галилеи</w:t>
      </w:r>
    </w:p>
    <w:p>
      <w:r>
        <w:t>23. и поселился в городе Назарете. Так исполнилось сказанное через пророков [множественное число]: «Он будет назван Назарянином» [Ναζωραῖος].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διὰ τῶν προφητῶν ... Ναζωραῖος κληθήσεται</w:t>
      </w:r>
      <w:r>
        <w:rPr>
          <w:sz w:val="20"/>
        </w:rPr>
        <w:t xml:space="preserve"> [dia tōn prophētōn ... Nazōraios klēthēsetai]</w:t>
      </w:r>
      <w:r>
        <w:rPr>
          <w:sz w:val="20"/>
        </w:rPr>
        <w:br/>
        <w:t>Матфей говорит «через пророков» во множественном числе, а в Ветхом Завете нет известной дословной строки «Он будет назван Назарянином». Поэтому это, вероятнее, суммарное пророческое исполнение или игра на нескольких мотивах, а не обычная прямая цитата одного стиха.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Ναζωραῖος</w:t>
      </w:r>
      <w:r>
        <w:rPr>
          <w:sz w:val="20"/>
        </w:rPr>
        <w:t xml:space="preserve"> [Nazōraios]</w:t>
      </w:r>
      <w:r>
        <w:rPr>
          <w:sz w:val="20"/>
        </w:rPr>
        <w:br/>
        <w:t>Связь с еврейским נֵצֶר (nēṣer, «ветвь/отросток», Ис 11:1) часто предлагается как одна из возможностей, но греческая форма Ναζωραῖος сама по себе не доказывает эту этимологию. WGT-E сохраняет её только как возможную гипотезу.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11:1</w:t>
      </w:r>
    </w:p>
    <w:p>
      <w:pPr>
        <w:pStyle w:val="Heading2"/>
      </w:pPr>
      <w:r>
        <w:t>Глава 3</w:t>
      </w:r>
    </w:p>
    <w:p>
      <w:r>
        <w:t>1. В те дни появился Иоанн Креститель и стал проповедовать в Иудейской пустыне:</w:t>
      </w:r>
    </w:p>
    <w:p>
      <w:r>
        <w:t>2. «Покайтесь [μετανοεῖτε — измените направление мысли и жизни, обратитесь], потому что Царство Небес [ἡ βασιλεία τῶν οὐρανῶν] приблизилось».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μετανοεῖτε</w:t>
      </w:r>
      <w:r>
        <w:rPr>
          <w:sz w:val="20"/>
        </w:rPr>
        <w:t xml:space="preserve"> [metanoeite]</w:t>
      </w:r>
      <w:r>
        <w:rPr>
          <w:sz w:val="20"/>
        </w:rPr>
        <w:br/>
        <w:t>μετανοέω означает покаяться/изменить образ мышления и обратиться. В следующем контексте Иоанн требует «плода, соответствующего покаянию», поэтому речь не только о внутреннем сожалении.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3:8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ἡ βασιλεία τῶν οὐρανῶν</w:t>
      </w:r>
      <w:r>
        <w:rPr>
          <w:sz w:val="20"/>
        </w:rPr>
        <w:t xml:space="preserve"> [hē basileia tōn ouranōn]</w:t>
      </w:r>
      <w:r>
        <w:rPr>
          <w:sz w:val="20"/>
        </w:rPr>
        <w:br/>
        <w:t>«Царство Небес» — характерная для Матфея формула. βασιλεία прежде всего обозначает царствование/владычество, а не только территорию; «Небес» указывает на Божье правление.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4:17, Мф 5:3</w:t>
      </w:r>
    </w:p>
    <w:p>
      <w:r>
        <w:t>3. Именно о нём сказал пророк Исаия: «Голос того, кто зовёт в пустыне: “Приготовьте путь Господу [κύριος; в Ис 40:3 еврейский текст говорит о пути YHWH], сделайте прямыми Его дороги”».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ἑτοιμάσατε τὴν ὁδὸν κυρίου</w:t>
      </w:r>
      <w:r>
        <w:rPr>
          <w:sz w:val="20"/>
        </w:rPr>
        <w:t xml:space="preserve"> [hetoimasate tēn hodon kyriou]</w:t>
      </w:r>
      <w:r>
        <w:rPr>
          <w:sz w:val="20"/>
        </w:rPr>
        <w:br/>
        <w:t>Матфей цитирует Ис 40:3. В еврейском тексте приготовляется путь YHWH; греческая LXX передаёт Божье имя словом κύριος. В повествовании непосредственное появление после Предтечи принадлежит Иисусу, что создаёт сильную христологическую перекличку.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40:3, Мф 3:13</w:t>
      </w:r>
    </w:p>
    <w:p>
      <w:r>
        <w:t>4. Иоанн носил одежду из верблюжьей шерсти и кожаный пояс на талии; его пищей были саранча и дикий мёд.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τριχῶν καμήλου ... ζώνην δερματίνην</w:t>
      </w:r>
      <w:r>
        <w:rPr>
          <w:sz w:val="20"/>
        </w:rPr>
        <w:t xml:space="preserve"> [trichōn kamēlou ... zōnēn dermatinēn]</w:t>
      </w:r>
      <w:r>
        <w:rPr>
          <w:sz w:val="20"/>
        </w:rPr>
        <w:br/>
        <w:t>Одежда Иоанна — волос верблюда и кожаный пояс — намеренно напоминает описание Илии и подготавливает матфеевское отождествление Иоанна с ожидаемым Илиёй.</w:t>
      </w:r>
      <w:r>
        <w:rPr>
          <w:i/>
          <w:sz w:val="20"/>
        </w:rPr>
        <w:br/>
        <w:t xml:space="preserve">См.: </w:t>
      </w:r>
      <w:r>
        <w:rPr>
          <w:sz w:val="20"/>
        </w:rPr>
        <w:t>4 Цар 1:8, Мф 11:14, Мф 17:12–13</w:t>
      </w:r>
    </w:p>
    <w:p>
      <w:r>
        <w:t>5. К нему выходили жители Иерусалима, всей Иудеи и всей окрестности Иордана.</w:t>
      </w:r>
    </w:p>
    <w:p>
      <w:r>
        <w:t>6. Они крестились у него в реке Иордан, исповедуя свои грехи.</w:t>
      </w:r>
    </w:p>
    <w:p>
      <w:r>
        <w:t>7. Увидев, что многие фарисеи и саддукеи идут к его крещению, Иоанн сказал им: «Порождения змей [γεννήματα ἐχιδνῶν — буквально «потомство гадюк»]! Кто предупредил вас бежать от грядущего гнева?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γεννήματα ἐχιδνῶν</w:t>
      </w:r>
      <w:r>
        <w:rPr>
          <w:sz w:val="20"/>
        </w:rPr>
        <w:t xml:space="preserve"> [gennēmata echidnōn]</w:t>
      </w:r>
      <w:r>
        <w:rPr>
          <w:sz w:val="20"/>
        </w:rPr>
        <w:br/>
        <w:t>Резкое пророческое обращение буквально означает «потомство гадюк». Позднее ту же формулу в Матфее использует Иисус.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12:34, Мф 23:33</w:t>
      </w:r>
    </w:p>
    <w:p>
      <w:r>
        <w:t>8. Принесите плод, соответствующий [ἄξιον — достойный, соразмерный] покаянию.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καρπὸν ἄξιον τῆς μετανοίας</w:t>
      </w:r>
      <w:r>
        <w:rPr>
          <w:sz w:val="20"/>
        </w:rPr>
        <w:t xml:space="preserve"> [karpon axion tēs metanoias]</w:t>
      </w:r>
      <w:r>
        <w:rPr>
          <w:sz w:val="20"/>
        </w:rPr>
        <w:br/>
        <w:t>Покаяние должно иметь «плод», соответствующий ему. ἄξιος здесь выражает соответствие/соразмерность: изменение должно стать видимым в поступках.</w:t>
      </w:r>
    </w:p>
    <w:p>
      <w:r>
        <w:t>9. И не думайте говорить себе: “Наш отец — Авраам”. Говорю вам: Бог может из этих камней воздвигнуть детей Аврааму.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πατέρα ἔχομεν τὸν Ἀβραάμ</w:t>
      </w:r>
      <w:r>
        <w:rPr>
          <w:sz w:val="20"/>
        </w:rPr>
        <w:t xml:space="preserve"> [patera echomen ton Abraam]</w:t>
      </w:r>
      <w:r>
        <w:rPr>
          <w:sz w:val="20"/>
        </w:rPr>
        <w:br/>
        <w:t>Иоанн отрицает возможность опираться на происхождение от Авраама как на автоматическую гарантию перед Божьим судом. Бог способен «воздвигнуть детей Аврааму» даже из камней.</w:t>
      </w:r>
    </w:p>
    <w:p>
      <w:r>
        <w:t>10. Уже и топор лежит у корня деревьев: всякое дерево, не приносящее доброго плода, срубают и бросают в огонь.</w:t>
      </w:r>
    </w:p>
    <w:p>
      <w:r>
        <w:t>11. Я крещу вас водой для покаяния, но Идущий после меня сильнее меня. Я недостоин нести Его сандалии. Он будет крестить вас в Святом Духе и огне [ἐν πνεύματι ἁγίῳ καὶ πυρί].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ἐν ὕδατι ... ἐν πνεύματι ἁγίῳ καὶ πυρί</w:t>
      </w:r>
      <w:r>
        <w:rPr>
          <w:sz w:val="20"/>
        </w:rPr>
        <w:t xml:space="preserve"> [en hydati ... en pneumati hagiō kai pyri]</w:t>
      </w:r>
      <w:r>
        <w:rPr>
          <w:sz w:val="20"/>
        </w:rPr>
        <w:br/>
        <w:t>Одинаковая конструкция ἐν + дательный используется для воды и для Святого Духа/огня; русское «водой/Святым Духом» грамматически возможно, но буквальное «в воде/в Святом Духе» сохраняет образ среды погружения.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πνεύματι ἁγίῳ καὶ πυρί ... πῦρ ἄσβεστον</w:t>
      </w:r>
      <w:r>
        <w:rPr>
          <w:sz w:val="20"/>
        </w:rPr>
        <w:t xml:space="preserve"> [pneumati hagiō kai pyri ... pyr asbeston]</w:t>
      </w:r>
      <w:r>
        <w:rPr>
          <w:sz w:val="20"/>
        </w:rPr>
        <w:br/>
        <w:t>Непосредственный контекст окружает «огонь» образами суда: дерево бросают в огонь (3:10), мякина сжигается неугасимым огнём (3:12). Это делает судебный оттенок «огня» особенно сильным, хотя точное соотношение «Духа и огня» обсуждается.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3:10, Мф 3:12</w:t>
      </w:r>
    </w:p>
    <w:p>
      <w:r>
        <w:t>12. В Его руке веялка: Он очистит Свой ток, соберёт пшеницу в житницу, а мякину сожжёт неугасимым огнём».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πτύον ... ἅλωνα ... σῖτον ... ἄχυρον</w:t>
      </w:r>
      <w:r>
        <w:rPr>
          <w:sz w:val="20"/>
        </w:rPr>
        <w:t xml:space="preserve"> [ptyon ... halōna ... siton ... achyron]</w:t>
      </w:r>
      <w:r>
        <w:rPr>
          <w:sz w:val="20"/>
        </w:rPr>
        <w:br/>
        <w:t>Картина взята с тока: веялкой подбрасывали обмолоченное зерно, чтобы отделить зерно от мякины. Образ объясняет разделение и суд в проповеди Иоанна.</w:t>
      </w:r>
    </w:p>
    <w:p>
      <w:r>
        <w:t>13. Тогда Иисус пришёл из Галилеи к Иордану, к Иоанну, чтобы креститься у него.</w:t>
      </w:r>
    </w:p>
    <w:p>
      <w:r>
        <w:t>14. Иоанн пытался удержать Его: «Мне нужно креститься у Тебя, а Ты приходишь ко мне?»</w:t>
      </w:r>
    </w:p>
    <w:p>
      <w:r>
        <w:t>15. Но Иисус ответил: «Пусть сейчас будет так, потому что нам надлежит исполнить [πληρῶσαι] всякую праведность [δικαιοσύνην]». Тогда Иоанн согласился.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πληρῶσαι πᾶσαν δικαιοσύνην</w:t>
      </w:r>
      <w:r>
        <w:rPr>
          <w:sz w:val="20"/>
        </w:rPr>
        <w:t xml:space="preserve"> [plērōsai pasan dikaiosynēn]</w:t>
      </w:r>
      <w:r>
        <w:rPr>
          <w:sz w:val="20"/>
        </w:rPr>
        <w:br/>
        <w:t>Уникальная формула Матфея: «исполнить/довести до полноты всякую праведность». δικαιοσύνη становится одним из ключевых слов Евангелия Матфея и здесь указывает на совершение того, что соответствует Божьей воле, а не просто на выполнение отдельного ритуального требования.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5:6, Мф 5:10, Мф 5:20, Мф 6:1, Мф 6:33</w:t>
      </w:r>
    </w:p>
    <w:p>
      <w:r>
        <w:t>16. После крещения Иисус сразу вышел из воды. И вот, небеса открылись, и Он увидел Духа Божьего, сходящего словно голубь [ὡσεὶ περιστεράν] и опускающегося на Него.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καταβαῖνον ὡσεὶ περιστερὰν</w:t>
      </w:r>
      <w:r>
        <w:rPr>
          <w:sz w:val="20"/>
        </w:rPr>
        <w:t xml:space="preserve"> [katabainon hōsei peristeran]</w:t>
      </w:r>
      <w:r>
        <w:rPr>
          <w:sz w:val="20"/>
        </w:rPr>
        <w:br/>
        <w:t>Сравнение «словно голубь» описывает схождение Духа. Греческая фраза не требует вывода, что Дух физически превратился в птицу; акцент на способе/образе схождения.</w:t>
      </w:r>
    </w:p>
    <w:p>
      <w:r>
        <w:t>17. И вот, с небес прозвучал голос: «Это Мой любимый Сын, Которым Я доволен».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υἱός μου ὁ ἀγαπητός ... ἐν ᾧ εὐδόκησα</w:t>
      </w:r>
      <w:r>
        <w:rPr>
          <w:sz w:val="20"/>
        </w:rPr>
        <w:t xml:space="preserve"> [ho huios mou ho agapētos ... en hō eudokēsa]</w:t>
      </w:r>
      <w:r>
        <w:rPr>
          <w:sz w:val="20"/>
        </w:rPr>
        <w:br/>
        <w:t>Небесный голос соединяет язык царского Сына из Пс 2:7 с языком избранного Служителя из Ис 42:1. Так перед началом испытания и служения Иисус представлен одновременно как Сын-Царь и Служитель.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2:7, Ис 42:1, Мф 4:3</w:t>
      </w:r>
    </w:p>
    <w:p>
      <w:pPr>
        <w:pStyle w:val="Heading2"/>
      </w:pPr>
      <w:r>
        <w:t>Глава 4</w:t>
      </w:r>
    </w:p>
    <w:p>
      <w:r>
        <w:t>1. Тогда Дух повёл Иисуса в пустыню, чтобы дьявол испытал [πειρασθῆναι — испытал/искушал] Его.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πειρασθῆναι</w:t>
      </w:r>
      <w:r>
        <w:rPr>
          <w:sz w:val="20"/>
        </w:rPr>
        <w:t xml:space="preserve"> [peirasthēnai]</w:t>
      </w:r>
      <w:r>
        <w:rPr>
          <w:sz w:val="20"/>
        </w:rPr>
        <w:br/>
        <w:t>πειράζω может означать испытывать, проверять или искушать. Дух ведёт Иисуса в пустыню, а непосредственным искусителем назван дьявол; поэтому оба оттенка важны.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4:3</w:t>
      </w:r>
    </w:p>
    <w:p>
      <w:r>
        <w:t>2. После сорока дней и сорока ночей поста Он проголодался.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ἡμέρας τεσσεράκοντα καὶ νύκτας τεσσεράκοντα</w:t>
      </w:r>
      <w:r>
        <w:rPr>
          <w:sz w:val="20"/>
        </w:rPr>
        <w:t xml:space="preserve"> [hēmeras tesserakonta kai nyktas tesserakonta]</w:t>
      </w:r>
      <w:r>
        <w:rPr>
          <w:sz w:val="20"/>
        </w:rPr>
        <w:br/>
        <w:t>Формула «сорок дней и сорок ночей» особенно напоминает Моисея на Синае; весь эпизод также разворачивается на фоне сорокалетнего испытания Израиля в пустыне, поскольку все три ответа Иисуса взяты из Второзакония.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34:28, Втор 8:2–3</w:t>
      </w:r>
    </w:p>
    <w:p>
      <w:r>
        <w:t>3. Искуситель подошёл к Нему и сказал: «Если [εἰ] Ты Сын Божий, скажи, чтобы эти камни стали хлебом».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εἰ υἱὸς εἶ τοῦ θεοῦ</w:t>
      </w:r>
      <w:r>
        <w:rPr>
          <w:sz w:val="20"/>
        </w:rPr>
        <w:t xml:space="preserve"> [ei huios ei tou theou]</w:t>
      </w:r>
      <w:r>
        <w:rPr>
          <w:sz w:val="20"/>
        </w:rPr>
        <w:br/>
        <w:t>Условная фраза следует сразу после небесного объявления «Это Мой любимый Сын» (3:17). Испытание направлено не просто на доказательство силы, а на то, как Иисус будет действовать именно как Сын.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3:17, Мф 4:6</w:t>
      </w:r>
    </w:p>
    <w:p>
      <w:r>
        <w:t>4. Но Иисус ответил: «Написано: “Не одним хлебом будет жить человек, но всяким словом, исходящим из уст Бога”» [Втор 8:3].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οὐκ ἐπ᾽ ἄρτῳ μόνῳ ... ἐπὶ παντὶ ῥήματι</w:t>
      </w:r>
      <w:r>
        <w:rPr>
          <w:sz w:val="20"/>
        </w:rPr>
        <w:t xml:space="preserve"> [ouk ep artō monō ... epi panti rhēmati]</w:t>
      </w:r>
      <w:r>
        <w:rPr>
          <w:sz w:val="20"/>
        </w:rPr>
        <w:br/>
        <w:t>Ответ взят из Втор 8:3, где Моисей объясняет смысл манны и испытания Израиля в пустыне: жизнь зависит не только от хлеба, но от Божьего слова. Иисус отвечает на собственное испытание словами об испытании Израиля.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8:2–3</w:t>
      </w:r>
    </w:p>
    <w:p>
      <w:r>
        <w:t>5. Тогда дьявол взял Его в святой город, поставил на краю/выступе храма [πτερύγιον τοῦ ἱεροῦ]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πτερύγιον τοῦ ἱεροῦ</w:t>
      </w:r>
      <w:r>
        <w:rPr>
          <w:sz w:val="20"/>
        </w:rPr>
        <w:t xml:space="preserve"> [pterygion tou hierou]</w:t>
      </w:r>
      <w:r>
        <w:rPr>
          <w:sz w:val="20"/>
        </w:rPr>
        <w:br/>
        <w:t>πτερύγιον буквально «крылышко/край/выступ». Точное архитектурное место не названо, поэтому традиционное «вершина храма» не должно превращаться в уверенную реконструкцию конкретной точки.</w:t>
      </w:r>
    </w:p>
    <w:p>
      <w:r>
        <w:t>6. и сказал: «Если Ты Сын Божий, бросься вниз. Ведь написано: “Он повелит Своим ангелам о Тебе”, и: “Они понесут Тебя на руках, чтобы Ты не споткнулся о камень”» [Пс 90/91:11–12].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τοῖς ἀγγέλοις αὐτοῦ ἐντελεῖται ... ἐπὶ χειρῶν ἀροῦσίν σε</w:t>
      </w:r>
      <w:r>
        <w:rPr>
          <w:sz w:val="20"/>
        </w:rPr>
        <w:t xml:space="preserve"> [tois angelois autou enteleitai ... epi cheirōn arousin se]</w:t>
      </w:r>
      <w:r>
        <w:rPr>
          <w:sz w:val="20"/>
        </w:rPr>
        <w:br/>
        <w:t>Искуситель цитирует Пс 91:11–12 (90 LXX). В цитате Матфея отсутствует фраза псалма «охранять тебя на всех путях твоих». Текст показывает, что само цитирование Писания ещё не гарантирует верного его применения.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91:11–12</w:t>
      </w:r>
    </w:p>
    <w:p>
      <w:r>
        <w:t>7. Иисус ответил ему: «Также написано: “Не испытывай Господа, Бога твоего”» [Втор 6:16].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οὐκ ἐκπειράσεις κύριον τὸν θεόν σου</w:t>
      </w:r>
      <w:r>
        <w:rPr>
          <w:sz w:val="20"/>
        </w:rPr>
        <w:t xml:space="preserve"> [ouk ekpeiraseis kyrion ton theon sou]</w:t>
      </w:r>
      <w:r>
        <w:rPr>
          <w:sz w:val="20"/>
        </w:rPr>
        <w:br/>
        <w:t>Ответ взят из Втор 6:16 и отсылает к Массе, где Израиль испытывал Бога требованием доказательства Его присутствия. Иисус отказывается превращать доверие к Богу в требование знамения.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6:16, Исх 17:1–7</w:t>
      </w:r>
    </w:p>
    <w:p>
      <w:r>
        <w:t>8. Снова дьявол взял Его на очень высокую гору и показал Ему все царства мира и их славу.</w:t>
      </w:r>
    </w:p>
    <w:p>
      <w:r>
        <w:t>9. Он сказал: «Всё это я дам Тебе, если Ты падёшь передо мной и поклонишься мне».</w:t>
      </w:r>
    </w:p>
    <w:p>
      <w:r>
        <w:t>10. Тогда Иисус сказал ему: «Уйди, сатана! Ведь написано: “Господу, Богу твоему, поклоняйся [προσκυνήσεις] и Ему одному служи [λατρεύσεις]”».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προσκυνήσεις ... λατρεύσεις</w:t>
      </w:r>
      <w:r>
        <w:rPr>
          <w:sz w:val="20"/>
        </w:rPr>
        <w:t xml:space="preserve"> [proskynēseis ... latreuseis]</w:t>
      </w:r>
      <w:r>
        <w:rPr>
          <w:sz w:val="20"/>
        </w:rPr>
        <w:br/>
        <w:t>προσκυνέω означает поклониться/пасть перед кем-либо; λατρεύω — служить, особенно в религиозном культе. Иисус отвечает на требование сатаны προσκυνήσῃς тем же корнем поклонения и резервирует служение Богу.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4:9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κύριον τὸν θεόν σου προσκυνήσεις καὶ αὐτῷ μόνῳ λατρεύσεις</w:t>
      </w:r>
      <w:r>
        <w:rPr>
          <w:sz w:val="20"/>
        </w:rPr>
        <w:t xml:space="preserve"> [kyrion ton theon sou proskynēseis kai autō monō latreuseis]</w:t>
      </w:r>
      <w:r>
        <w:rPr>
          <w:sz w:val="20"/>
        </w:rPr>
        <w:br/>
        <w:t>Ответ основан на Втор 6:13. Формулировка Матфея передаёт требование исключительной верности Богу в контексте отказа получить царства мира ценой поклонения иному господину.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6:13</w:t>
      </w:r>
    </w:p>
    <w:p>
      <w:r>
        <w:t>11. Тогда дьявол оставил Его, и ангелы пришли и стали служить Ему.</w:t>
      </w:r>
    </w:p>
    <w:p>
      <w:r>
        <w:t>12. Услышав, что Иоанн был передан под стражу [παρεδόθη — «был передан/выдан»], Иисус удалился в Галилею.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παρεδόθη</w:t>
      </w:r>
      <w:r>
        <w:rPr>
          <w:sz w:val="20"/>
        </w:rPr>
        <w:t xml:space="preserve"> [paredothē]</w:t>
      </w:r>
      <w:r>
        <w:rPr>
          <w:sz w:val="20"/>
        </w:rPr>
        <w:br/>
        <w:t>παραδίδωμι означает передать/выдать/предать. Здесь так вводится судьба Иоанна; позднее тот же глагол станет одним из ключевых слов рассказа о передаче Иисуса в руки противников.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10:4, Мф 17:22, Мф 20:18, Мф 26:2</w:t>
      </w:r>
    </w:p>
    <w:p>
      <w:r>
        <w:t>13. Он оставил Назарет и поселился в Капернауме у моря, в пределах Завулона и Неффалима,</w:t>
      </w:r>
    </w:p>
    <w:p>
      <w:r>
        <w:t>14. чтобы исполнилось сказанное через пророка Исаию:</w:t>
      </w:r>
    </w:p>
    <w:p>
      <w:r>
        <w:t>15. «Земля Завулона и земля Неффалима, путь у моря, за Иорданом, Галилея народов —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Γαλιλαία τῶν ἐθνῶν</w:t>
      </w:r>
      <w:r>
        <w:rPr>
          <w:sz w:val="20"/>
        </w:rPr>
        <w:t xml:space="preserve"> [Galilaia tōn ethnōn]</w:t>
      </w:r>
      <w:r>
        <w:rPr>
          <w:sz w:val="20"/>
        </w:rPr>
        <w:br/>
        <w:t>Фраза входит в цитату Ис 8:23–9:1 (в традиционной христианской нумерации далее Ис 9:1–2). Матфей связывает начало галилейского служения Иисуса с обещанием света территории, связанной и с «народами/язычниками».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8:23, Ис 9:1–2</w:t>
      </w:r>
    </w:p>
    <w:p>
      <w:r>
        <w:t>16. народ, сидящий во тьме, увидел великий свет; над сидящими в стране и тени смерти взошёл [ἀνέτειλεν — «воссиял/взошёл»] свет».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φῶς μέγα ... φῶς ἀνέτειλεν</w:t>
      </w:r>
      <w:r>
        <w:rPr>
          <w:sz w:val="20"/>
        </w:rPr>
        <w:t xml:space="preserve"> [phōs mega ... phōs aneteilen]</w:t>
      </w:r>
      <w:r>
        <w:rPr>
          <w:sz w:val="20"/>
        </w:rPr>
        <w:br/>
        <w:t>Повтор «свет ... свет» является центром цитаты Исайи. ἀνατέλλω обычно описывает восход/восхождение светила и делает появление света динамическим образом начала служения.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9:2</w:t>
      </w:r>
    </w:p>
    <w:p>
      <w:r>
        <w:t>17. С того времени Иисус начал проповедовать: «Покайтесь, потому что Царство Небес приблизилось».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μετανοεῖτε· ἤγγικεν γὰρ ἡ βασιλεία τῶν οὐρανῶν</w:t>
      </w:r>
      <w:r>
        <w:rPr>
          <w:sz w:val="20"/>
        </w:rPr>
        <w:t xml:space="preserve"> [metanoeite; ēngiken gar hē basileia tōn ouranōn]</w:t>
      </w:r>
      <w:r>
        <w:rPr>
          <w:sz w:val="20"/>
        </w:rPr>
        <w:br/>
        <w:t>Первые записанные слова публичной проповеди Иисуса у Матфея дословно повторяют основную весть Иоанна в 3:2. Это подчёркивает преемственность провозглашения при переходе от Предтечи к Мессии.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3:2</w:t>
      </w:r>
    </w:p>
    <w:p>
      <w:r>
        <w:t>18. Проходя вдоль Галилейского моря, Он увидел двух братьев: Симона, называемого Петром, и Андрея, его брата. Они забрасывали сеть в море, потому что были рыбаками.</w:t>
      </w:r>
    </w:p>
    <w:p>
      <w:r>
        <w:t>19. Он сказал им: «Идите за Мной [δεῦτε ὀπίσω μου — буквально «сюда, позади Меня»], и Я сделаю вас ловцами людей».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δεῦτε ὀπίσω μου</w:t>
      </w:r>
      <w:r>
        <w:rPr>
          <w:sz w:val="20"/>
        </w:rPr>
        <w:t xml:space="preserve"> [deute opisō mou]</w:t>
      </w:r>
      <w:r>
        <w:rPr>
          <w:sz w:val="20"/>
        </w:rPr>
        <w:br/>
        <w:t>Фраза буквально задаёт позицию ученика «за/позади» учителя и становится у синоптиков языком ученичества: следовать за Иисусом означает занять место идущего за Ним.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16:24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ἁλιεῖς ἀνθρώπων</w:t>
      </w:r>
      <w:r>
        <w:rPr>
          <w:sz w:val="20"/>
        </w:rPr>
        <w:t xml:space="preserve"> [halieis anthrōpōn]</w:t>
      </w:r>
      <w:r>
        <w:rPr>
          <w:sz w:val="20"/>
        </w:rPr>
        <w:br/>
        <w:t>Иисус переосмысливает их существующую профессию рыбаков в образ новой миссии — «ловцов людей».</w:t>
      </w:r>
    </w:p>
    <w:p>
      <w:r>
        <w:t>20. Они сразу оставили сети и последовали за Ним.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εὐθέως ... ἠκολούθησαν</w:t>
      </w:r>
      <w:r>
        <w:rPr>
          <w:sz w:val="20"/>
        </w:rPr>
        <w:t xml:space="preserve"> [eutheōs ... ēkolouthēsan]</w:t>
      </w:r>
      <w:r>
        <w:rPr>
          <w:sz w:val="20"/>
        </w:rPr>
        <w:br/>
        <w:t>Матфей подчёркивает немедленность ответа: они «сразу» оставляют сети и следуют. Тот же рисунок повторяется при призвании Иакова и Иоанна.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4:22</w:t>
      </w:r>
    </w:p>
    <w:p>
      <w:r>
        <w:t>21. Пройдя дальше, Он увидел других двух братьев — Иакова, сына Зеведея, и Иоанна, его брата. Они были в лодке со своим отцом Зеведеем и чинили сети. Иисус позвал их.</w:t>
      </w:r>
    </w:p>
    <w:p>
      <w:r>
        <w:t>22. Они сразу оставили лодку и отца и последовали за Ним.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εὐθέως ἀφέντες τὸ πλοῖον καὶ τὸν πατέρα</w:t>
      </w:r>
      <w:r>
        <w:rPr>
          <w:sz w:val="20"/>
        </w:rPr>
        <w:t xml:space="preserve"> [eutheōs aphentes to ploion kai ton patera]</w:t>
      </w:r>
      <w:r>
        <w:rPr>
          <w:sz w:val="20"/>
        </w:rPr>
        <w:br/>
        <w:t>Второй призыв усиливает цену ученичества: они немедленно оставляют не только лодку, но и отца, и следуют за Иисусом.</w:t>
      </w:r>
    </w:p>
    <w:p>
      <w:r>
        <w:t>23. Иисус ходил по всей Галилее, учил в их синагогах, проповедовал Благую весть Царства и исцелял всякую болезнь и всякую немощь среди народа.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διδάσκων ... κηρύσσων ... θεραπεύων</w:t>
      </w:r>
      <w:r>
        <w:rPr>
          <w:sz w:val="20"/>
        </w:rPr>
        <w:t xml:space="preserve"> [didaskōn ... kēryssōn ... therapeuōn]</w:t>
      </w:r>
      <w:r>
        <w:rPr>
          <w:sz w:val="20"/>
        </w:rPr>
        <w:br/>
        <w:t>Три причастия образуют программное резюме служения: учить, провозглашать Благую весть Царства и исцелять. Почти та же формула повторяется в 9:35 и обрамляет крупный раздел Матфея.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9:35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τὸ εὐαγγέλιον τῆς βασιλείας</w:t>
      </w:r>
      <w:r>
        <w:rPr>
          <w:sz w:val="20"/>
        </w:rPr>
        <w:t xml:space="preserve"> [to euangelion tēs basileias]</w:t>
      </w:r>
      <w:r>
        <w:rPr>
          <w:sz w:val="20"/>
        </w:rPr>
        <w:br/>
        <w:t>«Благая весть Царства» становится одной из ключевых матфеевских формул и связывает проповедь Иисуса с темой Божьего царствования.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9:35, Мф 24:14</w:t>
      </w:r>
    </w:p>
    <w:p>
      <w:r>
        <w:t>24. Слух о Нём распространился по всей Сирии. К Нему приводили всех страдающих разными болезнями и мучениями: одержимых демонами, страдающих припадками [σεληνιαζομένους — буквально древнее «лунно поражённых»] и парализованных; и Он исцелял их.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δαιμονιζομένους ... σεληνιαζομένους ... παραλυτικούς</w:t>
      </w:r>
      <w:r>
        <w:rPr>
          <w:sz w:val="20"/>
        </w:rPr>
        <w:t xml:space="preserve"> [daimonizomenous ... selēniazomenous ... paralytikous]</w:t>
      </w:r>
      <w:r>
        <w:rPr>
          <w:sz w:val="20"/>
        </w:rPr>
        <w:br/>
        <w:t>Греческий текст явно перечисляет три категории. δαιμονίζομαι — находиться под властью демона/быть одержимым; παραλυτικός — парализованный. σεληνιάζομαι буквально связано с древним представлением о «лунных» приступах; в контексте 17:15 описываются тяжёлые приступы, поэтому WGT-T использует нейтральное «страдающих припадками».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17:15</w:t>
      </w:r>
    </w:p>
    <w:p>
      <w:r>
        <w:t>25. За Ним следовали большие толпы из Галилеи, Десятиградия, Иерусалима, Иудеи и из-за Иордана.</w:t>
      </w:r>
    </w:p>
    <w:p>
      <w:pPr>
        <w:pStyle w:val="Heading2"/>
      </w:pPr>
      <w:r>
        <w:t>Глава 5</w:t>
      </w:r>
    </w:p>
    <w:p>
      <w:r>
        <w:t>1. Увидев толпы людей, Иисус поднялся на гору. Он сел, и к Нему подошли ученики.</w:t>
      </w:r>
    </w:p>
    <w:p>
      <w:r>
        <w:t>2. Тогда Он начал учить их:</w:t>
      </w:r>
    </w:p>
    <w:p>
      <w:r>
        <w:t>3. «Блаженны [μακάριοι — находящиеся в состоянии Божьего благоволения] нищие духом, потому что им принадлежит Царство Небес.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Μακάριοι</w:t>
      </w:r>
      <w:r>
        <w:rPr>
          <w:sz w:val="20"/>
        </w:rPr>
        <w:t xml:space="preserve"> [Makarioi]</w:t>
      </w:r>
      <w:r>
        <w:rPr>
          <w:sz w:val="20"/>
        </w:rPr>
        <w:br/>
        <w:t>μακάριος — не просто эмоционально «счастливый», а тот, кого можно назвать благословенным/блаженным в свете Божьего действия и обещания.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πτωχοὶ τῷ πνεύματι</w:t>
      </w:r>
      <w:r>
        <w:rPr>
          <w:sz w:val="20"/>
        </w:rPr>
        <w:t xml:space="preserve"> [ptōchoi tō pneumati]</w:t>
      </w:r>
      <w:r>
        <w:rPr>
          <w:sz w:val="20"/>
        </w:rPr>
        <w:br/>
        <w:t>πτωχός обозначает нищего, зависимого от помощи; добавление «духом» переносит образ на внутреннюю зависимость и нужду перед Богом.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61:1, Ис 66:2</w:t>
      </w:r>
    </w:p>
    <w:p>
      <w:r>
        <w:t>4. Блаженны плачущие, потому что они будут утешены.</w:t>
      </w:r>
    </w:p>
    <w:p>
      <w:r>
        <w:t>5. Блаженны кроткие [πραεῖς — мягкие, не захватывающие силой], потому что они наследуют землю.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οἱ πραεῖς ... κληρονομήσουσιν τὴν γῆν</w:t>
      </w:r>
      <w:r>
        <w:rPr>
          <w:sz w:val="20"/>
        </w:rPr>
        <w:t xml:space="preserve"> [hoi praeis ... klēronomēsousin tēn gēn]</w:t>
      </w:r>
      <w:r>
        <w:rPr>
          <w:sz w:val="20"/>
        </w:rPr>
        <w:br/>
        <w:t>Фраза прямо перекликается с Пс 36/37:11 LXX: кроткие наследуют землю. πραΰς описывает не слабость, а силу без захватнической агрессии.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37:11</w:t>
      </w:r>
    </w:p>
    <w:p>
      <w:r>
        <w:t>6. Блаженны голодные и жаждущие праведности [δικαιοσύνη], потому что они насытятся.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δικαιοσύνην</w:t>
      </w:r>
      <w:r>
        <w:rPr>
          <w:sz w:val="20"/>
        </w:rPr>
        <w:t xml:space="preserve"> [dikaiosynēn]</w:t>
      </w:r>
      <w:r>
        <w:rPr>
          <w:sz w:val="20"/>
        </w:rPr>
        <w:br/>
        <w:t>δικαιοσύνη — одно из ключевых слов Матфея. Здесь образ физического голода и жажды описывает сильное стремление к тому, что соответствует Божьей правде и воле.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3:15, Мф 5:10, Мф 5:20, Мф 6:1, Мф 6:33</w:t>
      </w:r>
    </w:p>
    <w:p>
      <w:r>
        <w:t>7. Блаженны милосердные, потому что они будут помилованы.</w:t>
      </w:r>
    </w:p>
    <w:p>
      <w:r>
        <w:t>8. Блаженны чистые сердцем [καθαροὶ τῇ καρδίᾳ], потому что они увидят Бога.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καθαροὶ τῇ καρδίᾳ</w:t>
      </w:r>
      <w:r>
        <w:rPr>
          <w:sz w:val="20"/>
        </w:rPr>
        <w:t xml:space="preserve"> [katharoi tē kardia]</w:t>
      </w:r>
      <w:r>
        <w:rPr>
          <w:sz w:val="20"/>
        </w:rPr>
        <w:br/>
        <w:t>«Чистота сердца» имеет сильную библейскую перекличку с Пс 23/24:3–4, где к Богу восходит человек с чистым сердцем; «сердце» в библейской антропологии охватывает внутреннюю волю, намерения и мышление.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24:3–4</w:t>
      </w:r>
    </w:p>
    <w:p>
      <w:r>
        <w:t>9. Блаженны миротворцы, потому что они будут названы сынами Божьими.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εἰρηνοποιοί</w:t>
      </w:r>
      <w:r>
        <w:rPr>
          <w:sz w:val="20"/>
        </w:rPr>
        <w:t xml:space="preserve"> [eirēnopoioi]</w:t>
      </w:r>
      <w:r>
        <w:rPr>
          <w:sz w:val="20"/>
        </w:rPr>
        <w:br/>
        <w:t>Слово означает тех, кто делает/создаёт мир, а не просто людей мирного темперамента. Обещание «будут названы сынами Божьими» связывает такое действие с подобием Отцу.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5:45</w:t>
      </w:r>
    </w:p>
    <w:p>
      <w:r>
        <w:t>10. Блаженны преследуемые за праведность, потому что им принадлежит Царство Небес.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αὐτῶν ἐστιν ἡ βασιλεία τῶν οὐρανῶν</w:t>
      </w:r>
      <w:r>
        <w:rPr>
          <w:sz w:val="20"/>
        </w:rPr>
        <w:t xml:space="preserve"> [autōn estin hē basileia tōn ouranōn]</w:t>
      </w:r>
      <w:r>
        <w:rPr>
          <w:sz w:val="20"/>
        </w:rPr>
        <w:br/>
        <w:t>Первая и восьмая формулы блаженств (5:3 и 5:10) заканчиваются одинаковым обещанием настоящего времени «им принадлежит Царство Небес», образуя рамку всего ряда.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5:3</w:t>
      </w:r>
    </w:p>
    <w:p>
      <w:r>
        <w:t>11. Блаженны вы, когда из-за Меня вас оскорбляют, преследуют и ложно говорят против вас всякое зло.</w:t>
      </w:r>
    </w:p>
    <w:p>
      <w:r>
        <w:t>12. Радуйтесь и ликуйте, потому что велика ваша награда на небесах. Так же преследовали пророков, бывших до вас.</w:t>
      </w:r>
    </w:p>
    <w:p>
      <w:r>
        <w:t>13. Вы — соль земли. Но если соль потеряет вкус [μωρανθῇ — буквально также «станет глупой»], чем сделать её солёной? Она уже ни на что не годится, кроме как быть выброшенной и попираемой людьми.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μωρανθῇ</w:t>
      </w:r>
      <w:r>
        <w:rPr>
          <w:sz w:val="20"/>
        </w:rPr>
        <w:t xml:space="preserve"> [mōranthē]</w:t>
      </w:r>
      <w:r>
        <w:rPr>
          <w:sz w:val="20"/>
        </w:rPr>
        <w:br/>
        <w:t>Глагол μωραίνω обычно означает сделать глупым/стать глупым, но применительно к соли получает смысл «потерять солёность/стать безвкусной». Матфей сохраняет необычную игру образа.</w:t>
      </w:r>
    </w:p>
    <w:p>
      <w:r>
        <w:t>14. Вы — свет мира. Город, стоящий на горе, не может скрыться.</w:t>
      </w:r>
    </w:p>
    <w:p>
      <w:r>
        <w:t>15. И светильник зажигают не для того, чтобы поставить под сосуд, а на подставку, и он светит всем в доме.</w:t>
      </w:r>
    </w:p>
    <w:p>
      <w:r>
        <w:t>16. Так пусть ваш свет сияет перед людьми, чтобы они видели ваши добрые дела и прославляли вашего Отца на небесах.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ὅπως ... δοξάσωσιν τὸν πατέρα ὑμῶν</w:t>
      </w:r>
      <w:r>
        <w:rPr>
          <w:sz w:val="20"/>
        </w:rPr>
        <w:t xml:space="preserve"> [hopōs ... doxasōsin ton patera hymōn]</w:t>
      </w:r>
      <w:r>
        <w:rPr>
          <w:sz w:val="20"/>
        </w:rPr>
        <w:br/>
        <w:t>Цель видимых добрых дел — не самопрославление учеников, а прославление Отца. Это заранее готовит контраст с 6:1, где религиозные дела делаются именно ради человеческого взгляда.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6:1</w:t>
      </w:r>
    </w:p>
    <w:p>
      <w:r>
        <w:t>17. Не думайте, что Я пришёл отменить [καταλῦσαι — разрушить, упразднить] Закон или Пророков. Я пришёл не отменить, а исполнить [πληρῶσαι — довести до полноты/исполнения].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καταλῦσαι ... πληρῶσαι</w:t>
      </w:r>
      <w:r>
        <w:rPr>
          <w:sz w:val="20"/>
        </w:rPr>
        <w:t xml:space="preserve"> [katalysai ... plērōsai]</w:t>
      </w:r>
      <w:r>
        <w:rPr>
          <w:sz w:val="20"/>
        </w:rPr>
        <w:br/>
        <w:t>Контраст сильнее простой пары «нарушить/соблюсти»: καταλύω — разрушить, упразднить; πληρόω — наполнить, довести до полноты, исполнить. Матфей уже использовал πληρόω для исполнения Писания.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1:22, Мф 2:15, Мф 3:15</w:t>
      </w:r>
    </w:p>
    <w:p>
      <w:r>
        <w:t>18. Истинно [ἀμήν] говорю вам: пока не пройдут небо и земля, ни одна йота и ни одна черта не исчезнут из Закона, пока всё не произойдёт/исполнится.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ἰῶτα ... κεραία</w:t>
      </w:r>
      <w:r>
        <w:rPr>
          <w:sz w:val="20"/>
        </w:rPr>
        <w:t xml:space="preserve"> [iōta ... keraia]</w:t>
      </w:r>
      <w:r>
        <w:rPr>
          <w:sz w:val="20"/>
        </w:rPr>
        <w:br/>
        <w:t>ἰῶτα — название самой малой греческой буквы йота; κεραία — малый штрих/черта. Вместе это образ мельчайшей письменной детали.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ἕως ἂν πάντα γένηται</w:t>
      </w:r>
      <w:r>
        <w:rPr>
          <w:sz w:val="20"/>
        </w:rPr>
        <w:t xml:space="preserve"> [heōs an panta genētai]</w:t>
      </w:r>
      <w:r>
        <w:rPr>
          <w:sz w:val="20"/>
        </w:rPr>
        <w:br/>
        <w:t>γίνομαι буквально означает «произойти/стать». В контексте исполнения Божьего замысла естественно «пока всё не исполнится», но слово шире, чем специальный глагол «исполнить пророчество».</w:t>
      </w:r>
    </w:p>
    <w:p>
      <w:r>
        <w:t>19. Поэтому кто нарушит одну из этих наименьших заповедей и научит этому других, будет назван наименьшим в Царстве Небес; а кто исполняет их и учит им, будет назван великим в Царстве Небес.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ποιήσῃ καὶ διδάξῃ</w:t>
      </w:r>
      <w:r>
        <w:rPr>
          <w:sz w:val="20"/>
        </w:rPr>
        <w:t xml:space="preserve"> [poiēsē kai didaxē]</w:t>
      </w:r>
      <w:r>
        <w:rPr>
          <w:sz w:val="20"/>
        </w:rPr>
        <w:br/>
        <w:t>Положительная половина соединяет «делать» и «учить». Этот порядок — сначала исполнение, затем обучение — станет важным для финального поручения Матфея «учить соблюдать».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28:20</w:t>
      </w:r>
    </w:p>
    <w:p>
      <w:r>
        <w:t>20. Говорю вам: если ваша праведность не превзойдёт [περισσεύσῃ ... πλεῖον — не будет избыточнее/больше] праведность книжников и фарисеев, вы не войдёте в Царство Небес.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περισσεύσῃ ... πλεῖον</w:t>
      </w:r>
      <w:r>
        <w:rPr>
          <w:sz w:val="20"/>
        </w:rPr>
        <w:t xml:space="preserve"> [perisseusē ... pleion]</w:t>
      </w:r>
      <w:r>
        <w:rPr>
          <w:sz w:val="20"/>
        </w:rPr>
        <w:br/>
        <w:t>Фраза подчёркнуто количественно сильная: праведность учеников должна «изобиловать больше». Следующие примеры показывают, что речь идёт не просто о большем числе правил, а о более глубоком соответствии Божьей воле.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5:21–48</w:t>
      </w:r>
    </w:p>
    <w:p>
      <w:r>
        <w:t>21. Вы слышали, что древним было сказано: “Не убивай”, и: “Кто убьёт, подлежит суду”.</w:t>
      </w:r>
    </w:p>
    <w:p>
      <w:r>
        <w:t>22. А Я говорю вам: всякий, кто гневается на своего брата, подлежит суду; кто скажет брату: “Рака” [ῥακά — арамейское оскорбление примерно «пустой/никчёмный»], подлежит синедриону; а кто скажет: “Безумец”, подлежит огненной геенне.</w:t>
      </w:r>
    </w:p>
    <w:p>
      <w:pPr>
        <w:ind w:left="360"/>
      </w:pPr>
      <w:r>
        <w:rPr>
          <w:b/>
          <w:sz w:val="20"/>
        </w:rPr>
        <w:t>Семитизм</w:t>
      </w:r>
      <w:r>
        <w:rPr>
          <w:i/>
          <w:sz w:val="20"/>
        </w:rPr>
        <w:t xml:space="preserve"> ῥακά</w:t>
      </w:r>
      <w:r>
        <w:rPr>
          <w:sz w:val="20"/>
        </w:rPr>
        <w:t xml:space="preserve"> [rhaka]</w:t>
      </w:r>
      <w:r>
        <w:rPr>
          <w:sz w:val="20"/>
        </w:rPr>
        <w:br/>
        <w:t>ῥακά — арамейское ругательство, переданное греческими буквами. Точная степень грубости спорна; общий смысл — уничижительное обращение к человеку.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εἰκῇ</w:t>
      </w:r>
      <w:r>
        <w:rPr>
          <w:sz w:val="20"/>
        </w:rPr>
        <w:t xml:space="preserve"> [eikē]</w:t>
      </w:r>
      <w:r>
        <w:rPr>
          <w:sz w:val="20"/>
        </w:rPr>
        <w:br/>
        <w:t>В традиции присутствует добавление «без причины» после «гневается», но базовый SBLGNT-текст его не содержит; поэтому WGT-T не ограничивает высказывание этой вставкой.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εἰκῇ «без причины/напрасно» присутствует в части рукописной традиции, но не является частью базового SBLGNT-чтения.</w:t>
      </w:r>
    </w:p>
    <w:p>
      <w:r>
        <w:t>23. Поэтому, если ты приносишь свой дар к жертвеннику и там вспоминаешь, что твой брат имеет что-то против тебя,</w:t>
      </w:r>
    </w:p>
    <w:p>
      <w:r>
        <w:t>24. оставь дар перед жертвенником, сначала пойди и примирись с братом, а потом вернись и принеси дар.</w:t>
      </w:r>
    </w:p>
    <w:p>
      <w:r>
        <w:t>25. Скорее примирись со своим противником, пока вы ещё в пути, чтобы противник не передал тебя судье, судья — служителю, и ты не оказался в тюрьме.</w:t>
      </w:r>
    </w:p>
    <w:p>
      <w:r>
        <w:t>26. Истинно говорю тебе: ты не выйдешь оттуда, пока не отдашь всё до последней монеты.</w:t>
      </w:r>
    </w:p>
    <w:p>
      <w:r>
        <w:t>27. Вы слышали, что сказано: “Не нарушай супружескую верность”.</w:t>
      </w:r>
    </w:p>
    <w:p>
      <w:r>
        <w:t>28. А Я говорю вам: всякий, кто смотрит на женщину, чтобы намеренно разжечь желание к ней [πρὸς τὸ ἐπιθυμῆσαι αὐτήν], уже нарушил супружескую верность в своём сердце.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πρὸς τὸ ἐπιθυμῆσαι αὐτήν</w:t>
      </w:r>
      <w:r>
        <w:rPr>
          <w:sz w:val="20"/>
        </w:rPr>
        <w:t xml:space="preserve"> [pros to epithymēsai autēn]</w:t>
      </w:r>
      <w:r>
        <w:rPr>
          <w:sz w:val="20"/>
        </w:rPr>
        <w:br/>
        <w:t>Конструкция выражает направленность/цель: речь идёт не о случайном зрительном восприятии, а о взгляде, питаемом ради желания. ἐπιθυμέω само по себе означает сильно желать и не всегда отрицательно; нравственный смысл задаёт контекст.</w:t>
      </w:r>
    </w:p>
    <w:p>
      <w:r>
        <w:t>29. Если то, на что ты смотришь, становится для тебя причиной падения, решительно отвернись от этого: лучше потерять что-то ценное, чем позволить греху привести тебя к погибели.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σκανδαλίζει</w:t>
      </w:r>
      <w:r>
        <w:rPr>
          <w:sz w:val="20"/>
        </w:rPr>
        <w:t xml:space="preserve"> [skandalizei]</w:t>
      </w:r>
      <w:r>
        <w:rPr>
          <w:sz w:val="20"/>
        </w:rPr>
        <w:br/>
        <w:t>Иисус использует предельно резкую телесную гиперболу, чтобы потребовать радикально устранить причину греха. WGT-T сознательно сохраняет этическую силу образа без буквального воспроизведения опасного действия.</w:t>
      </w:r>
    </w:p>
    <w:p>
      <w:r>
        <w:t>30. И если то, что ты делаешь, становится для тебя причиной падения, решительно откажись от этого: лучше лишиться чего-то важного, чем позволить греху привести тебя к погибели.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σκανδαλίζει</w:t>
      </w:r>
      <w:r>
        <w:rPr>
          <w:sz w:val="20"/>
        </w:rPr>
        <w:t xml:space="preserve"> [skandalizei]</w:t>
      </w:r>
      <w:r>
        <w:rPr>
          <w:sz w:val="20"/>
        </w:rPr>
        <w:br/>
        <w:t>Вторая параллельная гипербола усиливает тот же принцип: лучше решительно отказаться от того, что ведёт к греху, чем позволить ему определять жизнь. WGT-T передаёт этот смысл без опасной буквальной инструкции.</w:t>
      </w:r>
    </w:p>
    <w:p>
      <w:r>
        <w:t>31. Также было сказано: “Кто разводится с женой, пусть даст ей разводное свидетельство”.</w:t>
      </w:r>
    </w:p>
    <w:p>
      <w:r>
        <w:t>32. А Я говорю вам: каждый, кто разводится с женой не по причине сексуальной неверности [παρεκτὸς λόγου πορνείας], тем вводит её в прелюбодеяние; и кто женится на разведённой, прелюбодействует.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πορνείας</w:t>
      </w:r>
      <w:r>
        <w:rPr>
          <w:sz w:val="20"/>
        </w:rPr>
        <w:t xml:space="preserve"> [porneias]</w:t>
      </w:r>
      <w:r>
        <w:rPr>
          <w:sz w:val="20"/>
        </w:rPr>
        <w:br/>
        <w:t>πορνεία — широкое слово сексуальной неправомерности/неверности; оно шире технического μοιχεία «прелюбодеяние». Поэтому WGT-T не сужает его до одного частного сценария.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ποιεῖ αὐτὴν μοιχευθῆναι</w:t>
      </w:r>
      <w:r>
        <w:rPr>
          <w:sz w:val="20"/>
        </w:rPr>
        <w:t xml:space="preserve"> [poiei autēn moicheuthēnai]</w:t>
      </w:r>
      <w:r>
        <w:rPr>
          <w:sz w:val="20"/>
        </w:rPr>
        <w:br/>
        <w:t>Буквально «делает так, что она оказывается в прелюбодеянии/подвергается прелюбодеянию». Формулировка связана с брачно-правовыми последствиями развода, а не с автоматическим утверждением её личной вины.</w:t>
      </w:r>
    </w:p>
    <w:p>
      <w:r>
        <w:t>33. Ещё вы слышали, что древним было сказано: “Не нарушай клятвы, но исполняй перед Господом свои обещания”.</w:t>
      </w:r>
    </w:p>
    <w:p>
      <w:r>
        <w:t>34. А Я говорю вам: вовсе не клянитесь — ни небом, потому что оно престол Бога,</w:t>
      </w:r>
    </w:p>
    <w:p>
      <w:r>
        <w:t>35. ни землёй, потому что она подножие Его ног, ни Иерусалимом, потому что он город великого Царя.</w:t>
      </w:r>
    </w:p>
    <w:p>
      <w:r>
        <w:t>36. Не клянись и своей головой, потому что ты не можешь сделать ни одного волоса белым или чёрным.</w:t>
      </w:r>
    </w:p>
    <w:p>
      <w:r>
        <w:t>37. Пусть ваше “да” будет да, а “нет” — нет. Всё, что сверх этого, — от зла [ἐκ τοῦ πονηροῦ; возможно также «от Злого»].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ἐκ τοῦ πονηροῦ</w:t>
      </w:r>
      <w:r>
        <w:rPr>
          <w:sz w:val="20"/>
        </w:rPr>
        <w:t xml:space="preserve"> [ek tou ponērou]</w:t>
      </w:r>
      <w:r>
        <w:rPr>
          <w:sz w:val="20"/>
        </w:rPr>
        <w:br/>
        <w:t>Форма родительного допускает как безличное «от зла», так и личное «от Злого». Греческий здесь не вынуждает выбрать одно из двух.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6:13</w:t>
      </w:r>
    </w:p>
    <w:p>
      <w:r>
        <w:t>38. Вы слышали, что сказано: “Глаз за глаз и зуб за зуб”.</w:t>
      </w:r>
    </w:p>
    <w:p>
      <w:r>
        <w:t>39. А Я говорю вам: не отвечайте злу его же способом [μὴ ἀντιστῆναι τῷ πονηρῷ — буквально «не противиться злому/злу»]. Кто ударит тебя по правой щеке, поверни к нему и другую.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ἀντιστῆναι</w:t>
      </w:r>
      <w:r>
        <w:rPr>
          <w:sz w:val="20"/>
        </w:rPr>
        <w:t xml:space="preserve"> [antistēnai]</w:t>
      </w:r>
      <w:r>
        <w:rPr>
          <w:sz w:val="20"/>
        </w:rPr>
        <w:br/>
        <w:t>ἀνθίστημι означает противостоять, сопротивляться, вставать против. Следующие примеры конкретизируют отказ отвечать на зло симметричной эскалацией; это не отменяет различения добра и зла.</w:t>
      </w:r>
    </w:p>
    <w:p>
      <w:r>
        <w:t>40. Если кто-то хочет судиться с тобой и забрать рубаху, отдай ему и верхнюю одежду.</w:t>
      </w:r>
    </w:p>
    <w:p>
      <w:r>
        <w:t>41. Если кто-то принуждает тебя пройти одну милю [ἀγγαρεύσει — реквизирует/принудит к службе], пройди с ним две.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ἀγγαρεύσει</w:t>
      </w:r>
      <w:r>
        <w:rPr>
          <w:sz w:val="20"/>
        </w:rPr>
        <w:t xml:space="preserve"> [angareusei]</w:t>
      </w:r>
      <w:r>
        <w:rPr>
          <w:sz w:val="20"/>
        </w:rPr>
        <w:br/>
        <w:t>Глагол пришёл из практики официальной принудительной службы/реквизиции транспорта и труда государственными властями. В римском контексте человек мог быть принуждён нести груз на определённое расстояние.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27:32</w:t>
      </w:r>
    </w:p>
    <w:p>
      <w:r>
        <w:t>42. Просящему у тебя дай и от желающего занять не отворачивайся.</w:t>
      </w:r>
    </w:p>
    <w:p>
      <w:r>
        <w:t>43. Вы слышали, что сказано: “Люби своего ближнего” и “ненавидь своего врага”.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ἀγαπήσεις τὸν πλησίον σου</w:t>
      </w:r>
      <w:r>
        <w:rPr>
          <w:sz w:val="20"/>
        </w:rPr>
        <w:t xml:space="preserve"> [agapēseis ton plēsion sou]</w:t>
      </w:r>
      <w:r>
        <w:rPr>
          <w:sz w:val="20"/>
        </w:rPr>
        <w:br/>
        <w:t>«Люби ближнего» — прямая цитата Лев 19:18.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19:18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μισήσεις τὸν ἐχθρόν σου</w:t>
      </w:r>
      <w:r>
        <w:rPr>
          <w:sz w:val="20"/>
        </w:rPr>
        <w:t xml:space="preserve"> [misēseis ton echthron sou]</w:t>
      </w:r>
      <w:r>
        <w:rPr>
          <w:sz w:val="20"/>
        </w:rPr>
        <w:br/>
        <w:t>Фраза «ненавидь врага» не является дословной заповедью Торы. Иисус противопоставляет Своё учение не только написанному «люби ближнего», но и распространённому ограничивающему выводу о враге.</w:t>
      </w:r>
    </w:p>
    <w:p>
      <w:r>
        <w:t>44. А Я говорю вам: любите своих врагов и молитесь за тех, кто преследует вас.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εὐλογεῖτε ... καλῶς ποιεῖτε ... ἐπηρεαζόντων</w:t>
      </w:r>
      <w:r>
        <w:rPr>
          <w:sz w:val="20"/>
        </w:rPr>
        <w:t xml:space="preserve"> [eulogeite ... kalōs poieite ... epēreazontōn]</w:t>
      </w:r>
      <w:r>
        <w:rPr>
          <w:sz w:val="20"/>
        </w:rPr>
        <w:br/>
        <w:t>Более длинная традиционная форма добавляет «благословляйте проклинающих вас, делайте добро ненавидящим вас» и расширяет описание противников. Базовый SBLGNT имеет краткое «любите врагов и молитесь за преследующих».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WGT-T следует краткому критическому чтению; длинная литургически знакомая форма хранится как текстовый вариант, а не смешивается с основной строкой.</w:t>
      </w:r>
    </w:p>
    <w:p>
      <w:r>
        <w:t>45. Так вы станете сынами вашего Отца на небесах, потому что Он повелевает солнцу восходить над злыми и добрыми и посылает дождь праведным и неправедным.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ὅπως γένησθε υἱοὶ τοῦ πατρὸς ὑμῶν</w:t>
      </w:r>
      <w:r>
        <w:rPr>
          <w:sz w:val="20"/>
        </w:rPr>
        <w:t xml:space="preserve"> [hopōs genēsthe huioi tou patros hymōn]</w:t>
      </w:r>
      <w:r>
        <w:rPr>
          <w:sz w:val="20"/>
        </w:rPr>
        <w:br/>
        <w:t>«Стать сынами» здесь выражает подобие Отцу в характере: основанием служит Его неизбирательная благость к злым и добрым. Это связывает сыновство с подражанием Отцу.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5:9</w:t>
      </w:r>
    </w:p>
    <w:p>
      <w:r>
        <w:t>46. Если вы любите только любящих вас, какая вам награда? Разве сборщики пошлин не делают того же?</w:t>
      </w:r>
    </w:p>
    <w:p>
      <w:r>
        <w:t>47. И если приветствуете только своих братьев, что особенного вы делаете? Разве язычники не делают того же?</w:t>
      </w:r>
    </w:p>
    <w:p>
      <w:r>
        <w:t>48. Итак, будьте совершенными/цельными [τέλειοι], как совершенен ваш Небесный Отец.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τέλειοι</w:t>
      </w:r>
      <w:r>
        <w:rPr>
          <w:sz w:val="20"/>
        </w:rPr>
        <w:t xml:space="preserve"> [teleioi]</w:t>
      </w:r>
      <w:r>
        <w:rPr>
          <w:sz w:val="20"/>
        </w:rPr>
        <w:br/>
        <w:t>τέλειος означает достигший цели, полный, зрелый, цельный. В непосредственном контексте любви к врагам «совершенство» прежде всего означает полноту, не ограничивающую любовь только теми, кто отвечает взаимностью; слово не сводится к идее безошибочности.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5:43–47, Мф 19:21</w:t>
      </w:r>
    </w:p>
    <w:p>
      <w:pPr>
        <w:pStyle w:val="Heading2"/>
      </w:pPr>
      <w:r>
        <w:t>Глава 6</w:t>
      </w:r>
    </w:p>
    <w:p>
      <w:r>
        <w:t>1. Смотрите, не творите свою праведность [δικαιοσύνη] перед людьми ради того, чтобы они вас заметили. Иначе не получите награды от вашего Отца на небесах.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δικαιοσύνην</w:t>
      </w:r>
      <w:r>
        <w:rPr>
          <w:sz w:val="20"/>
        </w:rPr>
        <w:t xml:space="preserve"> [dikaiosynēn]</w:t>
      </w:r>
      <w:r>
        <w:rPr>
          <w:sz w:val="20"/>
        </w:rPr>
        <w:br/>
        <w:t>Базовое критическое чтение — «вашу праведность», что вводит общий раздел 6:1–18; вариант «милостыню» возник естественно из первого примера в 6:2–4.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πρὸς τὸ θεαθῆναι αὐτοῖς</w:t>
      </w:r>
      <w:r>
        <w:rPr>
          <w:sz w:val="20"/>
        </w:rPr>
        <w:t xml:space="preserve"> [pros to theathēnai autois]</w:t>
      </w:r>
      <w:r>
        <w:rPr>
          <w:sz w:val="20"/>
        </w:rPr>
        <w:br/>
        <w:t>Проблема не в публичности как таковой — 5:16 говорит о видимых добрых делах, — а в цели «быть замеченными ими». Мотив намерения объединяет милостыню, молитву и пост.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5:16, Мф 6:2, Мф 6:5, Мф 6:16</w:t>
      </w:r>
    </w:p>
    <w:p>
      <w:r>
        <w:t>2. Поэтому, когда даёшь нуждающемуся, не труби перед собой, как делают лицемеры [ὑποκριταί], чтобы люди прославляли их. Истинно говорю вам: они уже получили [ἀπέχουσιν] свою награду.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ὑποκριταί</w:t>
      </w:r>
      <w:r>
        <w:rPr>
          <w:sz w:val="20"/>
        </w:rPr>
        <w:t xml:space="preserve"> [hypokritai]</w:t>
      </w:r>
      <w:r>
        <w:rPr>
          <w:sz w:val="20"/>
        </w:rPr>
        <w:br/>
        <w:t>ὑποκριτής мог обозначать актёра, но в этическом употреблении — человека, чья внешняя религиозная роль расходится с истинной целью поведения. Не нужно выводить смысл лишь из театральной этимологии.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ἀπέχουσιν</w:t>
      </w:r>
      <w:r>
        <w:rPr>
          <w:sz w:val="20"/>
        </w:rPr>
        <w:t xml:space="preserve"> [apechousin]</w:t>
      </w:r>
      <w:r>
        <w:rPr>
          <w:sz w:val="20"/>
        </w:rPr>
        <w:br/>
        <w:t>ἀπέχω в деловом языке может означать «получить полностью/иметь расписку». Ирония: искомая человеческая похвала уже является всей их наградой.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6:5, Мф 6:16</w:t>
      </w:r>
    </w:p>
    <w:p>
      <w:r>
        <w:t>3. Когда же ты даёшь нуждающемуся, пусть твоя левая рука не знает, что делает правая,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μὴ γνώτω ἡ ἀριστερά σου</w:t>
      </w:r>
      <w:r>
        <w:rPr>
          <w:sz w:val="20"/>
        </w:rPr>
        <w:t xml:space="preserve"> [mē gnōtō hē aristera sou]</w:t>
      </w:r>
      <w:r>
        <w:rPr>
          <w:sz w:val="20"/>
        </w:rPr>
        <w:br/>
        <w:t>Яркая гипербола требует отсутствия самодемонстрации даже перед самим собой: добро не должно становиться проектом по созданию собственного религиозного образа.</w:t>
      </w:r>
    </w:p>
    <w:p>
      <w:r>
        <w:t>4. чтобы твоя помощь оставалась втайне. И твой Отец, видящий тайное, воздаст тебе.</w:t>
      </w:r>
    </w:p>
    <w:p>
      <w:r>
        <w:t>5. Когда молитесь, не будьте как лицемеры: они любят молиться, стоя в синагогах и на углах улиц, чтобы их видели люди. Истинно говорю вам: они уже получили свою награду.</w:t>
      </w:r>
    </w:p>
    <w:p>
      <w:r>
        <w:t>6. А ты, когда молишься, войди в свою внутреннюю комнату [ταμεῖον], закрой дверь и молись твоему Отцу, Который втайне. И твой Отец, видящий тайное, воздаст тебе.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ταμεῖον</w:t>
      </w:r>
      <w:r>
        <w:rPr>
          <w:sz w:val="20"/>
        </w:rPr>
        <w:t xml:space="preserve"> [tameion]</w:t>
      </w:r>
      <w:r>
        <w:rPr>
          <w:sz w:val="20"/>
        </w:rPr>
        <w:br/>
        <w:t>ταμεῖον — внутренняя кладовая/комната, наиболее закрытое домашнее помещение. Смысл примера — молитва, не ориентированная на аудиторию.</w:t>
      </w:r>
    </w:p>
    <w:p>
      <w:r>
        <w:t>7. Молясь, не нагромождайте пустых повторений [βατταλογήσητε], как язычники: они думают, что будут услышаны благодаря многословию.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βατταλογήσητε ... πολυλογίᾳ</w:t>
      </w:r>
      <w:r>
        <w:rPr>
          <w:sz w:val="20"/>
        </w:rPr>
        <w:t xml:space="preserve"> [battalogēsēte ... polylogia]</w:t>
      </w:r>
      <w:r>
        <w:rPr>
          <w:sz w:val="20"/>
        </w:rPr>
        <w:br/>
        <w:t>Редкий глагол βατταλογέω означает говорить пусто/бессодержательно, бормотать или бессмысленно повторять; рядом стоит πολυλογία «многословие». Запрет направлен не против всякого повторения молитвенных слов, а против механической речи как способа принудить божество услышать.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26:44</w:t>
      </w:r>
    </w:p>
    <w:p>
      <w:r>
        <w:t>8. Не уподобляйтесь им, потому что ваш Отец знает, в чём вы нуждаетесь, прежде чем вы попросите Его.</w:t>
      </w:r>
    </w:p>
    <w:p>
      <w:r>
        <w:t>9. Поэтому молитесь так: «Отец наш на небесах, пусть святится [ἁγιασθήτω — будет признано и явлено святым] Твоё имя.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ἁγιασθήτω τὸ ὄνομά σου</w:t>
      </w:r>
      <w:r>
        <w:rPr>
          <w:sz w:val="20"/>
        </w:rPr>
        <w:t xml:space="preserve"> [hagiasthētō to onoma sou]</w:t>
      </w:r>
      <w:r>
        <w:rPr>
          <w:sz w:val="20"/>
        </w:rPr>
        <w:br/>
        <w:t>«Освятить имя» означает относиться к Божьему имени как к святому и желать, чтобы Его святость была явлена и признана. В ВЗ Бог говорит, что Сам освятит Своё имя перед народами.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Иез 36:23, Ис 29:23</w:t>
      </w:r>
    </w:p>
    <w:p>
      <w:r>
        <w:t>10. Пусть придёт Твоё Царство. Пусть исполнится Твоя воля на земле, как на небе.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ἐλθέτω ... γενηθήτω</w:t>
      </w:r>
      <w:r>
        <w:rPr>
          <w:sz w:val="20"/>
        </w:rPr>
        <w:t xml:space="preserve"> [elthetō ... genēthētō]</w:t>
      </w:r>
      <w:r>
        <w:rPr>
          <w:sz w:val="20"/>
        </w:rPr>
        <w:br/>
        <w:t>Два повелительных пожелания — «пусть придёт» и «пусть совершится» — направляют молитву прежде всего к Божьему царствованию и Божьей воле, прежде чем перейти к человеческим нуждам.</w:t>
      </w:r>
    </w:p>
    <w:p>
      <w:r>
        <w:t>11. Дай нам сегодня наш насущный хлеб [ἄρτον ... ἐπιούσιον — редкое и спорное выражение].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ἐπιούσιον</w:t>
      </w:r>
      <w:r>
        <w:rPr>
          <w:sz w:val="20"/>
        </w:rPr>
        <w:t xml:space="preserve"> [epiousion]</w:t>
      </w:r>
      <w:r>
        <w:rPr>
          <w:sz w:val="20"/>
        </w:rPr>
        <w:br/>
        <w:t>ἐπιούσιος крайне редок и почти не засвидетельствован вне молитвенной традиции. Предлагаются значения «необходимый для существования», «на сегодняшний день» и «на наступающий день». WGT-T сохраняет традиционное «насущный», не выдавая одно толкование за несомненное.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11:3</w:t>
      </w:r>
    </w:p>
    <w:p>
      <w:r>
        <w:t>12. Прости нам наши долги [ὀφειλήματα], как и мы простили нашим должникам.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ὀφειλήματα ... ὀφειλέταις</w:t>
      </w:r>
      <w:r>
        <w:rPr>
          <w:sz w:val="20"/>
        </w:rPr>
        <w:t xml:space="preserve"> [opheilēmata ... opheiletais]</w:t>
      </w:r>
      <w:r>
        <w:rPr>
          <w:sz w:val="20"/>
        </w:rPr>
        <w:br/>
        <w:t>Матфей использует образ долга: «долги» и «должники». Следующие стихи прямо объясняют эти долги как человеческие проступки, поэтому метафора имеет нравственный смысл.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6:14–15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ἀφήκαμεν</w:t>
      </w:r>
      <w:r>
        <w:rPr>
          <w:sz w:val="20"/>
        </w:rPr>
        <w:t xml:space="preserve"> [aphēkamen]</w:t>
      </w:r>
      <w:r>
        <w:rPr>
          <w:sz w:val="20"/>
        </w:rPr>
        <w:br/>
        <w:t>В базовом тексте стоит аорист «мы простили/отпустили». Молитва предполагает реальное уже совершаемое прощение, а не только намерение простить когда-нибудь.</w:t>
      </w:r>
    </w:p>
    <w:p>
      <w:r>
        <w:t>13. И не введи нас в испытание [πειρασμόν — испытание/искушение], но избавь нас от злого [τοῦ πονηροῦ — также возможно «от Злого»]».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πειρασμόν</w:t>
      </w:r>
      <w:r>
        <w:rPr>
          <w:sz w:val="20"/>
        </w:rPr>
        <w:t xml:space="preserve"> [peirasmon]</w:t>
      </w:r>
      <w:r>
        <w:rPr>
          <w:sz w:val="20"/>
        </w:rPr>
        <w:br/>
        <w:t>πειρασμός может означать испытание или искушение; тот же корень используется в рассказе об испытании Иисуса в Мф 4.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4:1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ἀπὸ τοῦ πονηροῦ</w:t>
      </w:r>
      <w:r>
        <w:rPr>
          <w:sz w:val="20"/>
        </w:rPr>
        <w:t xml:space="preserve"> [apo tou ponērou]</w:t>
      </w:r>
      <w:r>
        <w:rPr>
          <w:sz w:val="20"/>
        </w:rPr>
        <w:br/>
        <w:t>Родительный с артиклем допускает нейтральное «от зла/злого» и личное «от Злого». WGT-T сохраняет неоднозначность.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5:37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ὅτι σοῦ ἐστιν ἡ βασιλεία ... ἀμήν</w:t>
      </w:r>
      <w:r>
        <w:rPr>
          <w:sz w:val="20"/>
        </w:rPr>
        <w:t xml:space="preserve"> [hoti sou estin hē basileia ... amēn]</w:t>
      </w:r>
      <w:r>
        <w:rPr>
          <w:sz w:val="20"/>
        </w:rPr>
        <w:br/>
        <w:t>Знакомая доксология «Ибо Твоё есть Царство...» присутствует в более поздней церковной текстовой традиции, но отсутствует в базовом SBLGNT и потому не включена в WGT-T.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Традиционная доксология после 6:13 хранится как текстовый вариант, а не как часть базовой критической строки.</w:t>
      </w:r>
    </w:p>
    <w:p>
      <w:r>
        <w:t>14. Потому что если вы прощаете людям их проступки, то и ваш Небесный Отец простит вас.</w:t>
      </w:r>
    </w:p>
    <w:p>
      <w:r>
        <w:t>15. А если не прощаете людям, то и ваш Отец не простит ваших проступков.</w:t>
      </w:r>
    </w:p>
    <w:p>
      <w:r>
        <w:t>16. Когда поститесь, не становитесь мрачными, как лицемеры: они искажают свои лица, чтобы людям было видно, что они постятся. Истинно говорю вам: они уже получили свою награду.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ἀφανίζουσιν ... φανῶσιν</w:t>
      </w:r>
      <w:r>
        <w:rPr>
          <w:sz w:val="20"/>
        </w:rPr>
        <w:t xml:space="preserve"> [aphanizousin ... phanōsin]</w:t>
      </w:r>
      <w:r>
        <w:rPr>
          <w:sz w:val="20"/>
        </w:rPr>
        <w:br/>
        <w:t>В греческом заметна игра слов: лицемеры «искажают/делают неприметными» лица, чтобы «показаться» людям постящимися. Внешний вид снова подчинён человеческому взгляду.</w:t>
      </w:r>
    </w:p>
    <w:p>
      <w:r>
        <w:t>17. А ты, когда постишься, помажь голову и умой лицо,</w:t>
      </w:r>
    </w:p>
    <w:p>
      <w:r>
        <w:t>18. чтобы не людям было видно, что ты постишься, а твоему Отцу, Который втайне. И твой Отец, видящий тайное, воздаст тебе.</w:t>
      </w:r>
    </w:p>
    <w:p>
      <w:r>
        <w:t>19. Не собирайте себе сокровищ на земле, где моль и разрушение [βρῶσις — буквально «поедание»] уничтожают и где воры подкапываются и крадут.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βρῶσις</w:t>
      </w:r>
      <w:r>
        <w:rPr>
          <w:sz w:val="20"/>
        </w:rPr>
        <w:t xml:space="preserve"> [brōsis]</w:t>
      </w:r>
      <w:r>
        <w:rPr>
          <w:sz w:val="20"/>
        </w:rPr>
        <w:br/>
        <w:t>βρῶσις буквально означает «поедание». В паре с молью оно может обозначать разрушение/разъедание имущества; традиционное «ржавчина» передаёт один возможный частный образ, но греческое слово шире.</w:t>
      </w:r>
    </w:p>
    <w:p>
      <w:r>
        <w:t>20. Собирайте себе сокровища на небе, где ни моль, ни ржавчина не уничтожают и где воры не проникают и не крадут.</w:t>
      </w:r>
    </w:p>
    <w:p>
      <w:r>
        <w:t>21. Потому что где твоё сокровище, там будет и твоё сердце.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θησαυρός ... καρδία</w:t>
      </w:r>
      <w:r>
        <w:rPr>
          <w:sz w:val="20"/>
        </w:rPr>
        <w:t xml:space="preserve"> [thēsauros ... kardia]</w:t>
      </w:r>
      <w:r>
        <w:rPr>
          <w:sz w:val="20"/>
        </w:rPr>
        <w:br/>
        <w:t>Связь направлена не только от сердца к сокровищу: формулировка «где сокровище, там будет сердце» предупреждает, что вложение ценности формирует внутреннюю направленность человека.</w:t>
      </w:r>
    </w:p>
    <w:p>
      <w:r>
        <w:t>22. Светильник тела — глаз. Если твой глаз цельный/щедрый [ἁπλοῦς], всё твоё тело будет светло.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ἁπλοῦς</w:t>
      </w:r>
      <w:r>
        <w:rPr>
          <w:sz w:val="20"/>
        </w:rPr>
        <w:t xml:space="preserve"> [haplous]</w:t>
      </w:r>
      <w:r>
        <w:rPr>
          <w:sz w:val="20"/>
        </w:rPr>
        <w:br/>
        <w:t>ἁπλοῦς означает простой, цельный, нераздвоенный; в нравственном языке родственные слова могут иметь оттенок искренней щедрости. Контекст сокровищ и Маммоны делает этический оттенок вероятным, но WGT-E не сводит слово только к «щедрому».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6:19–24</w:t>
      </w:r>
    </w:p>
    <w:p>
      <w:r>
        <w:t>23. Но если твой глаз дурен [πονηρός — «злой»], всё твоё тело будет во тьме. И если свет в тебе — тьма, как велика эта тьма!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ὀφθαλμὸς ... πονηρός</w:t>
      </w:r>
      <w:r>
        <w:rPr>
          <w:sz w:val="20"/>
        </w:rPr>
        <w:t xml:space="preserve"> [ophthalmos ... ponēros]</w:t>
      </w:r>
      <w:r>
        <w:rPr>
          <w:sz w:val="20"/>
        </w:rPr>
        <w:br/>
        <w:t>«Злой глаз» в библейском и еврейском нравственном языке может обозначать завистливый/скупой взгляд. В Матфее он противопоставлен ἁπλοῦς и помещён между сокровищем и Маммоной, что усиливает экономико-нравственный оттенок.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15:9, Мф 20:15</w:t>
      </w:r>
    </w:p>
    <w:p>
      <w:r>
        <w:t>24. Никто не может служить двум господам: либо одного будет ненавидеть, а другого любить, либо одному будет предан, а другим пренебрегать. Вы не можете служить [δουλεύειν — быть рабом/служить как господину] Богу и маммоне [μαμωνᾶς — богатству].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δουλεύειν</w:t>
      </w:r>
      <w:r>
        <w:rPr>
          <w:sz w:val="20"/>
        </w:rPr>
        <w:t xml:space="preserve"> [douleuein]</w:t>
      </w:r>
      <w:r>
        <w:rPr>
          <w:sz w:val="20"/>
        </w:rPr>
        <w:br/>
        <w:t>δουλεύω связано с δοῦλος «раб» и сильнее нейтрального «работать»: речь об исключительной принадлежности господину.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μαμωνᾷ</w:t>
      </w:r>
      <w:r>
        <w:rPr>
          <w:sz w:val="20"/>
        </w:rPr>
        <w:t xml:space="preserve"> [mamōna]</w:t>
      </w:r>
      <w:r>
        <w:rPr>
          <w:sz w:val="20"/>
        </w:rPr>
        <w:br/>
        <w:t>μαμωνᾶς — семитское заимствование со значением богатства/имущества, здесь персонифицированного как конкурирующий господин.</w:t>
      </w:r>
    </w:p>
    <w:p>
      <w:r>
        <w:t>25. Поэтому говорю вам: не тревожьтесь [μὴ μεριμνᾶτε] о своей жизни — что вам есть, — и о теле — во что одеться. Разве жизнь не больше пищи, а тело — одежды?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μεριμνᾶτε</w:t>
      </w:r>
      <w:r>
        <w:rPr>
          <w:sz w:val="20"/>
        </w:rPr>
        <w:t xml:space="preserve"> [merimnate]</w:t>
      </w:r>
      <w:r>
        <w:rPr>
          <w:sz w:val="20"/>
        </w:rPr>
        <w:br/>
        <w:t>μεριμνάω означает быть озабоченным, тревожиться, быть поглощённым заботой. Контекст не запрещает ответственное планирование, а противопоставляет тревожную поглощённость доверию Отцу.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6:31–34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ἢ τί πίητε</w:t>
      </w:r>
      <w:r>
        <w:rPr>
          <w:sz w:val="20"/>
        </w:rPr>
        <w:t xml:space="preserve"> [ē ti piēte]</w:t>
      </w:r>
      <w:r>
        <w:rPr>
          <w:sz w:val="20"/>
        </w:rPr>
        <w:br/>
        <w:t>Фраза «или что пить» присутствует в нескольких значимых традициях, но отсутствует в базовом SBLGNT. WGT-T исправлен по базовому чтению, а вариант сохраняется здесь.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RC1 erratum: «или пить» удалено из WGT-T 6:25 для соответствия базовому SBLGNT; вариант остаётся в аппарате.</w:t>
      </w:r>
    </w:p>
    <w:p>
      <w:r>
        <w:t>26. Посмотрите на небесных птиц: они не сеют, не жнут и не собирают в амбары, но ваш Небесный Отец кормит их. Разве вы не гораздо ценнее их?</w:t>
      </w:r>
    </w:p>
    <w:p>
      <w:r>
        <w:t>27. Кто из вас своей тревогой может прибавить к своей ἡλικία хотя бы один локоть?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ἡλικίαν ... πῆχυν ἕνα</w:t>
      </w:r>
      <w:r>
        <w:rPr>
          <w:sz w:val="20"/>
        </w:rPr>
        <w:t xml:space="preserve"> [hēlikian ... pēchyn hena]</w:t>
      </w:r>
      <w:r>
        <w:rPr>
          <w:sz w:val="20"/>
        </w:rPr>
        <w:br/>
        <w:t>ἡλικία может означать возраст/продолжительность жизни или физический рост/величину. πῆχυς — локоть, мера длины; поэтому буквальный образ «прибавить локоть к росту» очень естественен, но смысл «продлить жизнь» также обсуждается.</w:t>
      </w:r>
    </w:p>
    <w:p>
      <w:r>
        <w:t>28. И об одежде зачем тревожитесь? Посмотрите, как растут полевые лилии: они не трудятся и не прядут.</w:t>
      </w:r>
    </w:p>
    <w:p>
      <w:r>
        <w:t>29. Но говорю вам: даже Соломон во всей своей славе не одевался так, как одна из них.</w:t>
      </w:r>
    </w:p>
    <w:p>
      <w:r>
        <w:t>30. Если Бог так одевает полевую траву, которая сегодня есть, а завтра будет брошена в печь, не тем ли больше Он позаботится о вас, маловерные [ὀλιγόπιστοι — «люди малой веры»]?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ὀλιγόπιστοι</w:t>
      </w:r>
      <w:r>
        <w:rPr>
          <w:sz w:val="20"/>
        </w:rPr>
        <w:t xml:space="preserve"> [oligopistoi]</w:t>
      </w:r>
      <w:r>
        <w:rPr>
          <w:sz w:val="20"/>
        </w:rPr>
        <w:br/>
        <w:t>Характерное матфеевское обращение буквально соединяет «малый» и «вера»: проблема не в полном отсутствии веры, а в её малости перед лицом страха и обстоятельств.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8:26, Мф 14:31, Мф 16:8</w:t>
      </w:r>
    </w:p>
    <w:p>
      <w:r>
        <w:t>31. Поэтому не тревожьтесь и не говорите: “Что нам есть?”, “Что пить?” или “Во что одеться?”</w:t>
      </w:r>
    </w:p>
    <w:p>
      <w:r>
        <w:t>32. Ведь всего этого ищут язычники. Ваш Небесный Отец знает, что вы нуждаетесь во всём этом.</w:t>
      </w:r>
    </w:p>
    <w:p>
      <w:r>
        <w:t>33. Ищите прежде Его Царства и Его праведности, и всё это будет дано вам.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τὴν βασιλείαν [τοῦ θεοῦ] καὶ τὴν δικαιοσύνην αὐτοῦ</w:t>
      </w:r>
      <w:r>
        <w:rPr>
          <w:sz w:val="20"/>
        </w:rPr>
        <w:t xml:space="preserve"> [tēn basileian [tou theou] kai tēn dikaiosynēn autou]</w:t>
      </w:r>
      <w:r>
        <w:rPr>
          <w:sz w:val="20"/>
        </w:rPr>
        <w:br/>
        <w:t>Базовый SBLGNT читает «Его Царства и Его праведности»; слова «Бога» после «Царства» — вариант. RC1 был исправлен, чтобы не смешивать вариант с базовой строкой.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ζητεῖτε ... πρῶτον</w:t>
      </w:r>
      <w:r>
        <w:rPr>
          <w:sz w:val="20"/>
        </w:rPr>
        <w:t xml:space="preserve"> [zēteite ... prōton]</w:t>
      </w:r>
      <w:r>
        <w:rPr>
          <w:sz w:val="20"/>
        </w:rPr>
        <w:br/>
        <w:t>«Ищите прежде» отвечает на повторяющееся в 6:25–32 «не тревожьтесь»: вместо поглощённости необходимым ученику задаётся первая, определяющая цель — Божье царствование и праведность.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RC1 erratum: «Царства Бога» заменено на SBLGNT «Его Царства»; более длинное чтение сохранено как вариант.</w:t>
      </w:r>
    </w:p>
    <w:p>
      <w:r>
        <w:t>34. Поэтому не тревожьтесь о завтрашнем дне: завтра само принесёт свои заботы. Каждому дню достаточно своей беды [κακία — здесь «трудность/неприятность дня»].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κακία</w:t>
      </w:r>
      <w:r>
        <w:rPr>
          <w:sz w:val="20"/>
        </w:rPr>
        <w:t xml:space="preserve"> [kakia]</w:t>
      </w:r>
      <w:r>
        <w:rPr>
          <w:sz w:val="20"/>
        </w:rPr>
        <w:br/>
        <w:t>κακία обычно означает зло/порочность, но здесь в выражении «достаточно дню своей κακία» естественно обозначает неприятность, трудность или беду, которую день приносит.</w:t>
      </w:r>
    </w:p>
    <w:p>
      <w:pPr>
        <w:pStyle w:val="Heading2"/>
      </w:pPr>
      <w:r>
        <w:t>Глава 7</w:t>
      </w:r>
    </w:p>
    <w:p>
      <w:r>
        <w:t>1. Не судите [μὴ κρίνετε], чтобы и вас не судили.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κρίνετε</w:t>
      </w:r>
      <w:r>
        <w:rPr>
          <w:sz w:val="20"/>
        </w:rPr>
        <w:t xml:space="preserve"> [krinete]</w:t>
      </w:r>
      <w:r>
        <w:rPr>
          <w:sz w:val="20"/>
        </w:rPr>
        <w:br/>
        <w:t>κρίνω имеет широкий диапазон: судить, выносить решение, оценивать. Контекст 7:2–5 осуждает лицемерный и самоуверенный суд, тогда как 7:6 и 7:15–20 всё ещё требуют различения; поэтому стих нельзя механически превратить в запрет любой нравственной оценки.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7:5, Мф 7:6, Мф 7:15–20</w:t>
      </w:r>
    </w:p>
    <w:p>
      <w:r>
        <w:t>2. Потому что каким судом вы судите, таким будут судить и вас; какой мерой [μέτρον] меряете, такой отмерят и вам.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κρίματι κρίνετε ... μέτρῳ μετρεῖτε</w:t>
      </w:r>
      <w:r>
        <w:rPr>
          <w:sz w:val="20"/>
        </w:rPr>
        <w:t xml:space="preserve"> [krimati krinete ... metrō metreite]</w:t>
      </w:r>
      <w:r>
        <w:rPr>
          <w:sz w:val="20"/>
        </w:rPr>
        <w:br/>
        <w:t>Две пары однокоренных слов создают принцип зеркальной меры: суд, применяемый человеком к другим, становится мерой, обращённой к нему самому.</w:t>
      </w:r>
    </w:p>
    <w:p>
      <w:r>
        <w:t>3. Почему ты замечаешь соринку [κάρφος] в глазу брата, а бревна [δοκός] в собственном глазу не замечаешь?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κάρφος ... δοκόν</w:t>
      </w:r>
      <w:r>
        <w:rPr>
          <w:sz w:val="20"/>
        </w:rPr>
        <w:t xml:space="preserve"> [karphos ... dokon]</w:t>
      </w:r>
      <w:r>
        <w:rPr>
          <w:sz w:val="20"/>
        </w:rPr>
        <w:br/>
        <w:t>Контраст между маленькой соринкой и строительной балкой — намеренная комическая гипербола, разоблачающая несоразмерность самоуверенной критики.</w:t>
      </w:r>
    </w:p>
    <w:p>
      <w:r>
        <w:t>4. Как можешь сказать брату: “Дай я выну соринку из твоего глаза”, когда в твоём собственном глазу бревно?</w:t>
      </w:r>
    </w:p>
    <w:p>
      <w:r>
        <w:t>5. Лицемер! Сначала убери бревно из своего глаза, и тогда ясно увидишь, как вынуть соринку из глаза брата.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πρῶτον ... καὶ τότε διαβλέψεις</w:t>
      </w:r>
      <w:r>
        <w:rPr>
          <w:sz w:val="20"/>
        </w:rPr>
        <w:t xml:space="preserve"> [prōton ... kai tote diablepseis]</w:t>
      </w:r>
      <w:r>
        <w:rPr>
          <w:sz w:val="20"/>
        </w:rPr>
        <w:br/>
        <w:t>Иисус не заканчивает «никогда не помогай брату». Порядок: сначала исправление себя, затем способность ясно видеть, как помочь другому. Это уточняет смысл «не судите».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7:1</w:t>
      </w:r>
    </w:p>
    <w:p>
      <w:r>
        <w:t>6. Не давайте святыни псам и не бросайте ваш жемчуг перед свиньями, чтобы они не растоптали его и, обернувшись, не напали на вас.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τὸ ἅγιον ... μαργαρίτας ... κυσὶν ... χοίρων</w:t>
      </w:r>
      <w:r>
        <w:rPr>
          <w:sz w:val="20"/>
        </w:rPr>
        <w:t xml:space="preserve"> [to hagion ... margaritas ... kysin ... choirōn]</w:t>
      </w:r>
      <w:r>
        <w:rPr>
          <w:sz w:val="20"/>
        </w:rPr>
        <w:br/>
        <w:t>Высказывание намеренно образное и не называет прямо, кого или что обозначают псы, свиньи, святыня и жемчуг. Оно требует различения, но WGT-E не превращает спорное применение метафоры в перевод.</w:t>
      </w:r>
    </w:p>
    <w:p>
      <w:r>
        <w:t>7. Просите — и вам будет дано; ищите — и найдёте; стучите — и вам откроют.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Αἰτεῖτε ... ζητεῖτε ... κρούετε</w:t>
      </w:r>
      <w:r>
        <w:rPr>
          <w:sz w:val="20"/>
        </w:rPr>
        <w:t xml:space="preserve"> [Aiteite ... zēteite ... krouete]</w:t>
      </w:r>
      <w:r>
        <w:rPr>
          <w:sz w:val="20"/>
        </w:rPr>
        <w:br/>
        <w:t>Три параллельных повеления усиливают движение просьбы: просить, искать, стучать. Все стоят в настоящем времени, что совместимо с продолжающимся действием, но сама форма не требует механического перевода «постоянно».</w:t>
      </w:r>
    </w:p>
    <w:p>
      <w:r>
        <w:t>8. Потому что всякий просящий получает, ищущий находит, а стучащему открывают.</w:t>
      </w:r>
    </w:p>
    <w:p>
      <w:r>
        <w:t>9. Есть ли среди вас человек, который даст сыну камень, если тот попросит хлеба?</w:t>
      </w:r>
    </w:p>
    <w:p>
      <w:r>
        <w:t>10. Или даст ему змею, если он попросит рыбы?</w:t>
      </w:r>
    </w:p>
    <w:p>
      <w:r>
        <w:t>11. Если вы, будучи злыми, умеете давать своим детям хорошие дары, тем более ваш Отец на небесах даст добро [ἀγαθά — «добрые вещи»] просящим у Него.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ἀγαθὰ</w:t>
      </w:r>
      <w:r>
        <w:rPr>
          <w:sz w:val="20"/>
        </w:rPr>
        <w:t xml:space="preserve"> [agatha]</w:t>
      </w:r>
      <w:r>
        <w:rPr>
          <w:sz w:val="20"/>
        </w:rPr>
        <w:br/>
        <w:t>Матфей говорит обобщённо «добрые вещи/добро». Параллель у Луки конкретизирует Святого Духа, но WGT-E не подменяет матфеевскую формулировку лукиной.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11:13</w:t>
      </w:r>
    </w:p>
    <w:p>
      <w:r>
        <w:t>12. Итак, во всём поступайте с людьми так, как хотите, чтобы они поступали с вами. В этом — Закон и Пророки.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οὗτος γάρ ἐστιν ὁ νόμος καὶ οἱ προφῆται</w:t>
      </w:r>
      <w:r>
        <w:rPr>
          <w:sz w:val="20"/>
        </w:rPr>
        <w:t xml:space="preserve"> [houtos gar estin ho nomos kai hoi prophētai]</w:t>
      </w:r>
      <w:r>
        <w:rPr>
          <w:sz w:val="20"/>
        </w:rPr>
        <w:br/>
        <w:t>«Закон и Пророки» возвращает к 5:17. Золотое правило становится положительным этическим резюме того же Писания, которое Иисус пришёл не отменить, а исполнить.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5:17, Мф 22:40</w:t>
      </w:r>
    </w:p>
    <w:p>
      <w:r>
        <w:t>13. Входите через узкие ворота. Потому что широки ворота и просторен путь, ведущий к погибели, и многие входят через них.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στενῆς πύλης ... πλατεῖα ἡ πύλη καὶ εὐρύχωρος ἡ ὁδός</w:t>
      </w:r>
      <w:r>
        <w:rPr>
          <w:sz w:val="20"/>
        </w:rPr>
        <w:t xml:space="preserve"> [stenēs pylēs ... plateia hē pylē kai eurychōros hē hodos]</w:t>
      </w:r>
      <w:r>
        <w:rPr>
          <w:sz w:val="20"/>
        </w:rPr>
        <w:br/>
        <w:t>Стих строит полную пару «ворота + путь»: узкие ворота противопоставлены широким воротам, а далее просторный путь — сжатому пути 7:14. RC1 ранее случайно потерял второе упоминание ворот.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7:14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RC1 erratum: восстановлено SBLGNT πλατεῖα ἡ πύλη «широки ворота».</w:t>
      </w:r>
    </w:p>
    <w:p>
      <w:r>
        <w:t>14. Потому что тесны ворота и сжат [τεθλιμμένη — стеснён, сдавлен] путь, ведущий к жизни, и немногие находят его!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τεθλιμμένη</w:t>
      </w:r>
      <w:r>
        <w:rPr>
          <w:sz w:val="20"/>
        </w:rPr>
        <w:t xml:space="preserve"> [tethlimmenē]</w:t>
      </w:r>
      <w:r>
        <w:rPr>
          <w:sz w:val="20"/>
        </w:rPr>
        <w:br/>
        <w:t>Причастие от θλίβω означает сдавить, стеснить, теснить. Поэтому речь не просто о геометрически «узкой» дороге, а о пути, проход по которому стеснён/затруднён.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ὅτι / τί</w:t>
      </w:r>
      <w:r>
        <w:rPr>
          <w:sz w:val="20"/>
        </w:rPr>
        <w:t xml:space="preserve"> [hoti / ti]</w:t>
      </w:r>
      <w:r>
        <w:rPr>
          <w:sz w:val="20"/>
        </w:rPr>
        <w:br/>
        <w:t>Базовый SBLGNT читает ὅτι «потому что»; вариант τί даёт восклицание «как тесны!». RC1 был исправлен в соответствии с объявленным базовым текстом.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RC1 erratum: «Как тесны» заменено на базовое SBLGNT «Потому что тесны»; вариант τί остаётся в аппарате.</w:t>
      </w:r>
    </w:p>
    <w:p>
      <w:r>
        <w:t>15. Берегитесь лжепророков: они приходят к вам в овечьей одежде, а внутри — хищные [ἅρπαγες — грабящие, хищные] волки.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ἅρπαγες</w:t>
      </w:r>
      <w:r>
        <w:rPr>
          <w:sz w:val="20"/>
        </w:rPr>
        <w:t xml:space="preserve"> [harpages]</w:t>
      </w:r>
      <w:r>
        <w:rPr>
          <w:sz w:val="20"/>
        </w:rPr>
        <w:br/>
        <w:t>ἅρπαξ означает хищный, грабительский, захватывающий. Образ касается не только ложного внешнего вида, но разрушительной направленности лжепророка.</w:t>
      </w:r>
    </w:p>
    <w:p>
      <w:r>
        <w:t>16. По их плодам вы узнаете [ἐπιγνώσεσθε — распознаете] их. Разве собирают виноград с терновника или инжир с чертополоха?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ἐπιγνώσεσθε</w:t>
      </w:r>
      <w:r>
        <w:rPr>
          <w:sz w:val="20"/>
        </w:rPr>
        <w:t xml:space="preserve"> [epignōsesthe]</w:t>
      </w:r>
      <w:r>
        <w:rPr>
          <w:sz w:val="20"/>
        </w:rPr>
        <w:br/>
        <w:t>ἐπιγινώσκω здесь означает узнать/распознать. Критерий не внешний образ и не заявленный статус, а наблюдаемый «плод». Та же формула повторяется в 7:20.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7:20</w:t>
      </w:r>
    </w:p>
    <w:p>
      <w:r>
        <w:t>17. Так всякое хорошее дерево приносит добрый плод, а плохое дерево — плохой.</w:t>
      </w:r>
    </w:p>
    <w:p>
      <w:r>
        <w:t>18. Хорошее дерево не может приносить плохой плод, а плохое — добрый.</w:t>
      </w:r>
    </w:p>
    <w:p>
      <w:r>
        <w:t>19. Всякое дерево, не приносящее доброго плода, срубают и бросают в огонь.</w:t>
      </w:r>
    </w:p>
    <w:p>
      <w:r>
        <w:t>20. Итак, по их плодам вы узнаете их.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ἀπὸ τῶν καρπῶν αὐτῶν ἐπιγνώσεσθε αὐτούς</w:t>
      </w:r>
      <w:r>
        <w:rPr>
          <w:sz w:val="20"/>
        </w:rPr>
        <w:t xml:space="preserve"> [apo tōn karpōn autōn epignōsesthe autous]</w:t>
      </w:r>
      <w:r>
        <w:rPr>
          <w:sz w:val="20"/>
        </w:rPr>
        <w:br/>
        <w:t>Повтор почти дословно замыкает маленький раздел о лжепророках: «по плодам распознаете».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7:16</w:t>
      </w:r>
    </w:p>
    <w:p>
      <w:r>
        <w:t>21. Не всякий, говорящий Мне: “Господи! Господи!”, войдёт в Царство Небес, а тот, кто исполняет [ποιῶν] волю Моего Отца на небесах.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λέγων ... ποιῶν</w:t>
      </w:r>
      <w:r>
        <w:rPr>
          <w:sz w:val="20"/>
        </w:rPr>
        <w:t xml:space="preserve"> [legōn ... poiōn]</w:t>
      </w:r>
      <w:r>
        <w:rPr>
          <w:sz w:val="20"/>
        </w:rPr>
        <w:br/>
        <w:t>Матфей резко противопоставляет говорение и делание. Исповедание «Господи» само по себе не заменяет исполнения воли Отца; эта тема сразу ведёт к финальной притче о слышащем и исполняющем слова.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7:24, Мф 7:26</w:t>
      </w:r>
    </w:p>
    <w:p>
      <w:r>
        <w:t>22. Многие скажут Мне в тот день: “Господи! Господи! Разве не Твоим именем мы пророчествовали, не Твоим именем изгоняли демонов и не Твоим именем совершали многие чудеса?”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τῷ σῷ ὀνόματι ... τῷ σῷ ὀνόματι ... τῷ σῷ ὀνόματι</w:t>
      </w:r>
      <w:r>
        <w:rPr>
          <w:sz w:val="20"/>
        </w:rPr>
        <w:t xml:space="preserve"> [tō sō onomati ...]</w:t>
      </w:r>
      <w:r>
        <w:rPr>
          <w:sz w:val="20"/>
        </w:rPr>
        <w:br/>
        <w:t>Тройное «Твоим именем» подчёркивает силу их религиозной апелляции. Но следующий стих показывает: даже впечатляющие дела не заменяют отношения, признанного Иисусом, и исполнения Божьей воли.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7:23</w:t>
      </w:r>
    </w:p>
    <w:p>
      <w:r>
        <w:t>23. Тогда Я скажу им прямо: “Я никогда не знал [οὐδέποτε ἔγνων] вас. Отойдите от Меня, делающие беззаконие [ἀνομία]”.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οὐδέποτε ἔγνων ὑμᾶς</w:t>
      </w:r>
      <w:r>
        <w:rPr>
          <w:sz w:val="20"/>
        </w:rPr>
        <w:t xml:space="preserve"> [oudepote egnōn hymas]</w:t>
      </w:r>
      <w:r>
        <w:rPr>
          <w:sz w:val="20"/>
        </w:rPr>
        <w:br/>
        <w:t>γινώσκω означает знать/узнавать. В таком личном высказывании «не знал вас» сильнее отсутствия информации: это отрицание признанных отношений с Ним.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ἀποχωρεῖτε ἀπ᾽ ἐμοῦ ... ἐργαζόμενοι τὴν ἀνομίαν</w:t>
      </w:r>
      <w:r>
        <w:rPr>
          <w:sz w:val="20"/>
        </w:rPr>
        <w:t xml:space="preserve"> [apochōreite ap emou ... ergazomenoi tēn anomian]</w:t>
      </w:r>
      <w:r>
        <w:rPr>
          <w:sz w:val="20"/>
        </w:rPr>
        <w:br/>
        <w:t>Фраза перекликается с Пс 6:9 LXX «отступите от меня, все делающие беззаконие». Иисус помещает слова псалма в Свою собственную речь суда.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6:8–9</w:t>
      </w:r>
    </w:p>
    <w:p>
      <w:r>
        <w:t>24. Поэтому всякий, кто слышит эти Мои слова и исполняет их, подобен разумному [φρόνιμος — рассудительному] человеку, который построил свой дом на скале.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ἀκούει ... καὶ ποιεῖ</w:t>
      </w:r>
      <w:r>
        <w:rPr>
          <w:sz w:val="20"/>
        </w:rPr>
        <w:t xml:space="preserve"> [akouei ... kai poiei]</w:t>
      </w:r>
      <w:r>
        <w:rPr>
          <w:sz w:val="20"/>
        </w:rPr>
        <w:br/>
        <w:t>Финальный критерий проповеди — соединение слышания и делания. Дом на скале не символизирует просто знание учения, а практическое исполнение «этих Моих слов».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7:21</w:t>
      </w:r>
    </w:p>
    <w:p>
      <w:r>
        <w:t>25. Пошёл дождь, разлились реки, поднялись ветры и обрушились на дом, но он не рухнул, потому что был основан на скале.</w:t>
      </w:r>
    </w:p>
    <w:p>
      <w:r>
        <w:t>26. А всякий, кто слышит эти Мои слова и не исполняет их, подобен неразумному [μωρός] человеку, который построил свой дом на песке.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ἀκούων ... μὴ ποιῶν</w:t>
      </w:r>
      <w:r>
        <w:rPr>
          <w:sz w:val="20"/>
        </w:rPr>
        <w:t xml:space="preserve"> [akouōn ... mē poiōn]</w:t>
      </w:r>
      <w:r>
        <w:rPr>
          <w:sz w:val="20"/>
        </w:rPr>
        <w:br/>
        <w:t>Оба строителя слышат одни и те же слова; различие — в исполнении. Контраст φρόνιμος/μωρός показывает у Матфея практическое определение мудрости и безрассудства.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7:24</w:t>
      </w:r>
    </w:p>
    <w:p>
      <w:r>
        <w:t>27. Пошёл дождь, разлились реки, поднялись ветры и обрушились на дом; он рухнул, и падение его было велико».</w:t>
      </w:r>
    </w:p>
    <w:p>
      <w:r>
        <w:t>28. Когда Иисус закончил эти слова, народ был поражён Его учением,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ὅτε ἐτέλεσεν ὁ Ἰησοῦς τοὺς λόγους τούτους</w:t>
      </w:r>
      <w:r>
        <w:rPr>
          <w:sz w:val="20"/>
        </w:rPr>
        <w:t xml:space="preserve"> [hote etelesen ho Iēsous tous logous toutous]</w:t>
      </w:r>
      <w:r>
        <w:rPr>
          <w:sz w:val="20"/>
        </w:rPr>
        <w:br/>
        <w:t>Формула «когда Иисус закончил…» повторяется после крупных речевых блоков Матфея и служит заметным композиционным маркером Евангелия.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11:1, Мф 13:53, Мф 19:1, Мф 26:1</w:t>
      </w:r>
    </w:p>
    <w:p>
      <w:r>
        <w:t>29. потому что Он учил их как имеющий власть [ἐξουσία], а не как их книжники.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ἐξουσίαν ἔχων</w:t>
      </w:r>
      <w:r>
        <w:rPr>
          <w:sz w:val="20"/>
        </w:rPr>
        <w:t xml:space="preserve"> [exousian echōn]</w:t>
      </w:r>
      <w:r>
        <w:rPr>
          <w:sz w:val="20"/>
        </w:rPr>
        <w:br/>
        <w:t>ἐξουσία — власть/полномочие. Толпы поражены не только содержанием, но способом речи Иисуса: Он говорит с собственной авторитетной властью, что особенно заметно после повторов «А Я говорю вам».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5:22, Мф 5:28, Мф 5:32, Мф 5:34, Мф 5:39, Мф 5:44</w:t>
      </w:r>
    </w:p>
    <w:p>
      <w:pPr>
        <w:pStyle w:val="Heading2"/>
      </w:pPr>
      <w:r>
        <w:t>Глава 8</w:t>
      </w:r>
    </w:p>
    <w:p>
      <w:r>
        <w:t>1. Когда Иисус спустился с горы, за Ним последовали большие толпы.</w:t>
      </w:r>
    </w:p>
    <w:p>
      <w:r>
        <w:t>2. К Нему подошёл человек с проказой и поклонился [προσεκύνει] Ему: «Господи, если Ты захочешь, Ты можешь меня очистить [καθαρίσαι]».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καθαρίσαι</w:t>
      </w:r>
      <w:r>
        <w:rPr>
          <w:sz w:val="20"/>
        </w:rPr>
        <w:t xml:space="preserve"> [katharisai]</w:t>
      </w:r>
      <w:r>
        <w:rPr>
          <w:sz w:val="20"/>
        </w:rPr>
        <w:br/>
        <w:t>Просьба сформулирована не обычным глаголом «исцелить», а «очистить». Кожное заболевание имело и ритуально-культовое измерение по Закону, поэтому последующее очищение ведёт прямо к священнику и предписанию Моисея.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13, Лев 14, Мф 8:4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προσεκύνει</w:t>
      </w:r>
      <w:r>
        <w:rPr>
          <w:sz w:val="20"/>
        </w:rPr>
        <w:t xml:space="preserve"> [proskynei]</w:t>
      </w:r>
      <w:r>
        <w:rPr>
          <w:sz w:val="20"/>
        </w:rPr>
        <w:br/>
        <w:t>Тот же глагол поклонения/почтения, который использовался о Магах. Сам по себе он допускает придворное почтение и религиозное поклонение; контекст определяет силу оттенка.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2:11</w:t>
      </w:r>
    </w:p>
    <w:p>
      <w:r>
        <w:t>3. Иисус протянул руку, коснулся его и сказал: «Хочу. Очистись!» И он сразу очистился от проказы.</w:t>
      </w:r>
    </w:p>
    <w:p>
      <w:r>
        <w:t>4. Иисус сказал ему: «Смотри, никому не говори. Но пойди, покажись священнику и принеси дар, который повелел Моисей, — во свидетельство им».</w:t>
      </w:r>
    </w:p>
    <w:p>
      <w:pPr>
        <w:ind w:left="360"/>
      </w:pPr>
      <w:r>
        <w:rPr>
          <w:b/>
          <w:sz w:val="20"/>
        </w:rPr>
        <w:t>Закон Ветхого Завета</w:t>
      </w:r>
      <w:r>
        <w:rPr>
          <w:i/>
          <w:sz w:val="20"/>
        </w:rPr>
        <w:t xml:space="preserve"> δεῖξον τῷ ἱερεῖ ... τὸ δῶρον ὃ προσέταξεν Μωϋσῆς</w:t>
      </w:r>
      <w:r>
        <w:rPr>
          <w:sz w:val="20"/>
        </w:rPr>
        <w:t xml:space="preserve"> [deixon tō hierei ... to dōron ho prosetaxen Mōysēs]</w:t>
      </w:r>
      <w:r>
        <w:rPr>
          <w:sz w:val="20"/>
        </w:rPr>
        <w:br/>
        <w:t>Иисус направляет очищенного к установленной Торой процедуре подтверждения очищения и приношения. Это отсылает прежде всего к Лев 14.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14:2–32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εἰς μαρτύριον αὐτοῖς</w:t>
      </w:r>
      <w:r>
        <w:rPr>
          <w:sz w:val="20"/>
        </w:rPr>
        <w:t xml:space="preserve"> [eis martyrion autois]</w:t>
      </w:r>
      <w:r>
        <w:rPr>
          <w:sz w:val="20"/>
        </w:rPr>
        <w:br/>
        <w:t>«Во свидетельство им» грамматически ясно, но референт «им» и характер свидетельства прямо не разъяснены: это может быть свидетельство священникам/народу о факте очищения и соблюдении предписания.</w:t>
      </w:r>
    </w:p>
    <w:p>
      <w:r>
        <w:t>5. Когда Иисус вошёл в Капернаум, к Нему подошёл сотник и стал просить:</w:t>
      </w:r>
    </w:p>
    <w:p>
      <w:r>
        <w:t>6. «Господи, мой слуга лежит дома парализованный и тяжело страдает».</w:t>
      </w:r>
    </w:p>
    <w:p>
      <w:r>
        <w:t>7. Иисус сказал ему: «Я приду и исцелю его» [ἐγὼ ἐλθὼν θεραπεύσω αὐτόν; грамматически возможно также: «Мне прийти и исцелить его?»].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ἐγὼ ἐλθὼν θεραπεύσω αὐτόν</w:t>
      </w:r>
      <w:r>
        <w:rPr>
          <w:sz w:val="20"/>
        </w:rPr>
        <w:t xml:space="preserve"> [egō elthōn therapeusō auton]</w:t>
      </w:r>
      <w:r>
        <w:rPr>
          <w:sz w:val="20"/>
        </w:rPr>
        <w:br/>
        <w:t>Без древней авторской пунктуации фраза может читаться как обещание «Я приду и исцелю его» или как вопрос «Мне прийти и исцелить его?». WGT-T сохраняет традиционное утвердительное чтение, WGT-E фиксирует реальную синтаксическую возможность.</w:t>
      </w:r>
    </w:p>
    <w:p>
      <w:r>
        <w:t>8. Сотник ответил: «Господи, я недостоин, чтобы Ты вошёл под мою крышу. Только скажи словом [εἰπὲ λόγῳ], и мой слуга исцелится.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εἰπὲ λόγῳ</w:t>
      </w:r>
      <w:r>
        <w:rPr>
          <w:sz w:val="20"/>
        </w:rPr>
        <w:t xml:space="preserve"> [eipe logō]</w:t>
      </w:r>
      <w:r>
        <w:rPr>
          <w:sz w:val="20"/>
        </w:rPr>
        <w:br/>
        <w:t>Буквально «скажи словом». Сотник ожидает действие власти без физического присутствия; следующий стих объясняет это аналогией приказа внутри цепочки командования.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8:9</w:t>
      </w:r>
    </w:p>
    <w:p>
      <w:r>
        <w:t>9. Ведь и я человек под властью [ὑπὸ ἐξουσίαν], и у меня есть подчинённые воины…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ἐξουσίαν</w:t>
      </w:r>
      <w:r>
        <w:rPr>
          <w:sz w:val="20"/>
        </w:rPr>
        <w:t xml:space="preserve"> [exousian]</w:t>
      </w:r>
      <w:r>
        <w:rPr>
          <w:sz w:val="20"/>
        </w:rPr>
        <w:br/>
        <w:t>ἐξουσία — власть/полномочие. Сотник понимает действие Иисуса через структуру делегированной власти: слово действенно, потому что говорящий имеет полномочие.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7:29, Мф 9:6, Мф 10:1</w:t>
      </w:r>
    </w:p>
    <w:p>
      <w:r>
        <w:t>10. Услышав это, Иисус удивился и сказал следовавшим за Ним: «Истинно говорю вам: ни у кого в Израиле Я не нашёл такой веры [πίστιν].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ἐθαύμασεν ... τοσαύτην πίστιν</w:t>
      </w:r>
      <w:r>
        <w:rPr>
          <w:sz w:val="20"/>
        </w:rPr>
        <w:t xml:space="preserve"> [ethaumasen ... tosautēn pistin]</w:t>
      </w:r>
      <w:r>
        <w:rPr>
          <w:sz w:val="20"/>
        </w:rPr>
        <w:br/>
        <w:t>Матфей подчёркивает редкую реакцию Иисуса — Он удивляется вере языческого сотника. Эта вера определяется доверием к действенности Его слова и власти.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8:8–9</w:t>
      </w:r>
    </w:p>
    <w:p>
      <w:r>
        <w:t>11. Говорю вам: многие придут с востока и запада и возлягут [ἀνακλιθήσονται — займут место за пиром] с Авраамом, Исааком и Иаковом в Царстве Небес,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ἀνακλιθήσονται μετὰ Ἀβραὰμ καὶ Ἰσαὰκ καὶ Ἰακὼβ</w:t>
      </w:r>
      <w:r>
        <w:rPr>
          <w:sz w:val="20"/>
        </w:rPr>
        <w:t xml:space="preserve"> [anaklithēsontai meta Abraam kai Isaak kai Iakōb]</w:t>
      </w:r>
      <w:r>
        <w:rPr>
          <w:sz w:val="20"/>
        </w:rPr>
        <w:br/>
        <w:t>Глагол описывает возлежание за трапезой. Образ представляет Царство как пир с патриархами и, после рассказа о сотнике, включает приход многих «с востока и запада».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25:6, Лк 13:28–29</w:t>
      </w:r>
    </w:p>
    <w:p>
      <w:r>
        <w:t>12. а сыны Царства [οἱ υἱοὶ τῆς βασιλείας] будут выброшены во внешнюю тьму. Там будут плач и скрежет зубов».</w:t>
      </w:r>
    </w:p>
    <w:p>
      <w:pPr>
        <w:ind w:left="360"/>
      </w:pPr>
      <w:r>
        <w:rPr>
          <w:b/>
          <w:sz w:val="20"/>
        </w:rPr>
        <w:t>Семитизм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υἱοὶ τῆς βασιλείας</w:t>
      </w:r>
      <w:r>
        <w:rPr>
          <w:sz w:val="20"/>
        </w:rPr>
        <w:t xml:space="preserve"> [huioi tēs basileias]</w:t>
      </w:r>
      <w:r>
        <w:rPr>
          <w:sz w:val="20"/>
        </w:rPr>
        <w:br/>
        <w:t>Семитская конструкция «сыны X» означает людей, естественно связанных с X или считающихся его наследниками. Контраст предупреждает, что предполагаемая принадлежность к Царству не заменяет веру.</w:t>
      </w:r>
    </w:p>
    <w:p>
      <w:r>
        <w:t>13. Иисус сказал сотнику: «Иди. Как ты поверил [ὡς ἐπίστευσας], так пусть будет тебе». И в тот же час слуга исцелился.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ὡς ἐπίστευσας γενηθήτω σοι</w:t>
      </w:r>
      <w:r>
        <w:rPr>
          <w:sz w:val="20"/>
        </w:rPr>
        <w:t xml:space="preserve"> [hōs episteusas genēthētō soi]</w:t>
      </w:r>
      <w:r>
        <w:rPr>
          <w:sz w:val="20"/>
        </w:rPr>
        <w:br/>
        <w:t>Формула связывает результат с доверием сотника. Похожая конструкция появится при исцелении двух слепых в 9:29.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9:29</w:t>
      </w:r>
    </w:p>
    <w:p>
      <w:r>
        <w:t>14. Придя в дом Петра, Иисус увидел его тёщу лежащей в горячке.</w:t>
      </w:r>
    </w:p>
    <w:p>
      <w:r>
        <w:t>15. Он коснулся её руки, горячка оставила её, и она встала и стала служить Ему.</w:t>
      </w:r>
    </w:p>
    <w:p>
      <w:r>
        <w:t>16. Когда наступил вечер, к Нему привели многих одержимых демонами. Он словом изгонял духов и исцелил всех больных,</w:t>
      </w:r>
    </w:p>
    <w:p>
      <w:r>
        <w:t>17. чтобы исполнилось сказанное через пророка Исаию: «Он взял наши немощи и понёс наши болезни».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αὐτὸς τὰς ἀσθενείας ἡμῶν ἔλαβεν καὶ τὰς νόσους ἐβάστασεν</w:t>
      </w:r>
      <w:r>
        <w:rPr>
          <w:sz w:val="20"/>
        </w:rPr>
        <w:t xml:space="preserve"> [autos tas astheneias hēmōn elaben kai tas nosous ebastasen]</w:t>
      </w:r>
      <w:r>
        <w:rPr>
          <w:sz w:val="20"/>
        </w:rPr>
        <w:br/>
        <w:t>Матфей цитирует Ис 53:4 и применяет стих к служению исцеления. Его греческая формулировка здесь заметно ближе к смыслу еврейского текста о несении болезней, чем к стандартной формулировке LXX этого стиха.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53:4</w:t>
      </w:r>
    </w:p>
    <w:p>
      <w:r>
        <w:t>18. Увидев вокруг Себя толпу, Иисус велел переправиться на другую сторону.</w:t>
      </w:r>
    </w:p>
    <w:p>
      <w:r>
        <w:t>19. Один книжник подошёл и сказал: «Учитель, я последую за Тобой, куда бы Ты ни пошёл».</w:t>
      </w:r>
    </w:p>
    <w:p>
      <w:r>
        <w:t>20. Иисус ответил: «У лис есть норы, у небесных птиц — гнёзда, а Сыну Человеческому [ὁ υἱὸς τοῦ ἀνθρώπου] негде склонить голову».</w:t>
      </w:r>
    </w:p>
    <w:p>
      <w:pPr>
        <w:ind w:left="360"/>
      </w:pPr>
      <w:r>
        <w:rPr>
          <w:b/>
          <w:sz w:val="20"/>
        </w:rPr>
        <w:t>Титул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υἱὸς τοῦ ἀνθρώπου</w:t>
      </w:r>
      <w:r>
        <w:rPr>
          <w:sz w:val="20"/>
        </w:rPr>
        <w:t xml:space="preserve"> [ho huios tou anthrōpou]</w:t>
      </w:r>
      <w:r>
        <w:rPr>
          <w:sz w:val="20"/>
        </w:rPr>
        <w:br/>
        <w:t>Первое появление «Сына Человеческого» в Матфее. Выражение может звучать как семитское обозначение человека, но в Евангелии становится характерным самообозначением Иисуса и развивается на фоне Дан 7:13–14.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7:13–14, Мф 9:6, Мф 10:23</w:t>
      </w:r>
    </w:p>
    <w:p>
      <w:r>
        <w:t>21. Другой ученик сказал Ему: «Господи, позволь мне прежде пойти и похоронить отца».</w:t>
      </w:r>
    </w:p>
    <w:p>
      <w:r>
        <w:t>22. Но Иисус сказал: «Следуй за Мной, и оставь мёртвым хоронить своих мёртвых».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ἄφες τοὺς νεκροὺς θάψαι τοὺς ἑαυτῶν νεκρούς</w:t>
      </w:r>
      <w:r>
        <w:rPr>
          <w:sz w:val="20"/>
        </w:rPr>
        <w:t xml:space="preserve"> [aphes tous nekrous thapsai tous heautōn nekrous]</w:t>
      </w:r>
      <w:r>
        <w:rPr>
          <w:sz w:val="20"/>
        </w:rPr>
        <w:br/>
        <w:t>Парадокс использует «мёртвые» в двух уровнях смысла и радикально подчёркивает приоритет призыва следовать за Иисусом. Текст не даёт основания превращать фразу в общее пренебрежение семейными обязанностями.</w:t>
      </w:r>
    </w:p>
    <w:p>
      <w:r>
        <w:t>23. Когда Он вошёл в лодку, за Ним последовали ученики.</w:t>
      </w:r>
    </w:p>
    <w:p>
      <w:r>
        <w:t>24. И вот, на море произошло великое потрясение [σεισμὸς μέγας — буквально «великий сейсмос»], так что лодку накрывало волнами. А Иисус спал.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σεισμὸς μέγας</w:t>
      </w:r>
      <w:r>
        <w:rPr>
          <w:sz w:val="20"/>
        </w:rPr>
        <w:t xml:space="preserve"> [seismos megas]</w:t>
      </w:r>
      <w:r>
        <w:rPr>
          <w:sz w:val="20"/>
        </w:rPr>
        <w:br/>
        <w:t>σεισμός означает сотрясение/землетрясение и может описывать чрезвычайно сильное природное потрясение моря. Матфей использует более драматичное слово, чем обычное «буря».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27:51, Мф 28:2</w:t>
      </w:r>
    </w:p>
    <w:p>
      <w:r>
        <w:t>25. Они подошли, разбудили Его и сказали: «Господи, спаси [σῶσον]! Мы погибаем!»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σῶσον ... ἀπολλύμεθα</w:t>
      </w:r>
      <w:r>
        <w:rPr>
          <w:sz w:val="20"/>
        </w:rPr>
        <w:t xml:space="preserve"> [sōson ... apollymetha]</w:t>
      </w:r>
      <w:r>
        <w:rPr>
          <w:sz w:val="20"/>
        </w:rPr>
        <w:br/>
        <w:t>Контраст глаголов предельно прямой: «спаси» ↔ «мы погибаем». σώζω у Матфея охватывает физическое избавление и более широкий язык спасения.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1:21, Мф 9:22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οἱ μαθηταὶ αὐτοῦ ... ἡμᾶς</w:t>
      </w:r>
      <w:r>
        <w:rPr>
          <w:sz w:val="20"/>
        </w:rPr>
        <w:t xml:space="preserve"> [hoi mathētai autou ... hēmas]</w:t>
      </w:r>
      <w:r>
        <w:rPr>
          <w:sz w:val="20"/>
        </w:rPr>
        <w:br/>
        <w:t>В union-layer эти слова принадлежат традиционному/не-SBLGNT расширению. RC1 исправлен на краткую базовую строку: субъект понятен из контекста, а просьба звучит «Господи, спаси!» без отдельного «нас».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RC1 erratum: удалены вариантные «ученики» и «нас» из основной строки 8:25.</w:t>
      </w:r>
    </w:p>
    <w:p>
      <w:r>
        <w:t>26. Он сказал им: «Почему вы боитесь, маловерные [ὀλιγόπιστοι]?» Затем встал, запретил ветрам и морю, и наступила великая тишина.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ὀλιγόπιστοι</w:t>
      </w:r>
      <w:r>
        <w:rPr>
          <w:sz w:val="20"/>
        </w:rPr>
        <w:t xml:space="preserve"> [oligopistoi]</w:t>
      </w:r>
      <w:r>
        <w:rPr>
          <w:sz w:val="20"/>
        </w:rPr>
        <w:br/>
        <w:t>То же матфеевское слово «маловерные», что в 6:30: вера присутствует, но оказывается малой перед угрозой.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6:30, Мф 14:31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ἐπετίμησεν τοῖς ἀνέμοις καὶ τῇ θαλάσσῃ</w:t>
      </w:r>
      <w:r>
        <w:rPr>
          <w:sz w:val="20"/>
        </w:rPr>
        <w:t xml:space="preserve"> [epetimēsen tois anemois kai tē thalassē]</w:t>
      </w:r>
      <w:r>
        <w:rPr>
          <w:sz w:val="20"/>
        </w:rPr>
        <w:br/>
        <w:t>В библейских псалмах власть укрощать море принадлежит Богу. Рассказ Матфея заставляет учеников задать вопрос об идентичности Иисуса именно после повиновения ветра и моря.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89:9, Пс 107:29, Мф 8:27</w:t>
      </w:r>
    </w:p>
    <w:p>
      <w:r>
        <w:t>27. Люди удивлялись и говорили: «Кто Он такой, что даже ветры и море повинуются Ему?»</w:t>
      </w:r>
    </w:p>
    <w:p>
      <w:r>
        <w:t>28. Когда Иисус прибыл на другую сторону, в область гадаринцев [Γαδαρηνῶν], Ему навстречу из погребальных пещер вышли двое одержимых демонами…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Γαδαρηνῶν / Γερασηνῶν / Γεργεσηνῶν</w:t>
      </w:r>
      <w:r>
        <w:rPr>
          <w:sz w:val="20"/>
        </w:rPr>
        <w:t xml:space="preserve"> [Gadarēnōn / Gerasēnōn / Gergesēnōn]</w:t>
      </w:r>
      <w:r>
        <w:rPr>
          <w:sz w:val="20"/>
        </w:rPr>
        <w:br/>
        <w:t>Название области имеет заметную рукописную вариантность. Базовый слой WGT-T следует чтению «гадаринцев»; другие формы сохраняются как географические текстовые варианты.</w:t>
      </w:r>
    </w:p>
    <w:p>
      <w:r>
        <w:t>29. Они закричали: «Что Тебе до нас, Сын Божий? Ты пришёл мучить нас раньше назначенного времени [πρὸ καιροῦ]?»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πρὸ καιροῦ</w:t>
      </w:r>
      <w:r>
        <w:rPr>
          <w:sz w:val="20"/>
        </w:rPr>
        <w:t xml:space="preserve"> [pro kairou]</w:t>
      </w:r>
      <w:r>
        <w:rPr>
          <w:sz w:val="20"/>
        </w:rPr>
        <w:br/>
        <w:t>Буквально «до времени/раньше назначенного срока». Реплика предполагает известный демонам будущий срок суда, не уточняя его хронологию.</w:t>
      </w:r>
    </w:p>
    <w:p>
      <w:r>
        <w:t>30. Вдали от них паслось большое стадо свиней.</w:t>
      </w:r>
    </w:p>
    <w:p>
      <w:r>
        <w:t>31. Демоны просили Его: «Если изгоняешь нас, пошли [ἀπόστειλον] нас в стадо свиней».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ἀπόστειλον / ἐπίτρεψον</w:t>
      </w:r>
      <w:r>
        <w:rPr>
          <w:sz w:val="20"/>
        </w:rPr>
        <w:t xml:space="preserve"> [aposteilon / epitrepson]</w:t>
      </w:r>
      <w:r>
        <w:rPr>
          <w:sz w:val="20"/>
        </w:rPr>
        <w:br/>
        <w:t>Базовый SBLGNT-слой имеет «пошли нас», тогда как традиционное чтение включает «позволь нам». WGT-T следует базовому глаголу и не смешивает варианты.</w:t>
      </w:r>
    </w:p>
    <w:p>
      <w:r>
        <w:t>32. Он сказал им: «Идите». Они вышли и вошли в свиней; стадо бросилось вниз к морю и погибло в воде.</w:t>
      </w:r>
    </w:p>
    <w:p>
      <w:r>
        <w:t>33. Пастухи убежали, пришли в город и рассказали обо всём, в том числе о том, что произошло с одержимыми.</w:t>
      </w:r>
    </w:p>
    <w:p>
      <w:r>
        <w:t>34. Тогда весь город вышел навстречу Иисусу. Увидев Его, люди попросили Его уйти из их области.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παρεκάλεσαν ὅπως μεταβῇ</w:t>
      </w:r>
      <w:r>
        <w:rPr>
          <w:sz w:val="20"/>
        </w:rPr>
        <w:t xml:space="preserve"> [parekalesan hopōs metabē]</w:t>
      </w:r>
      <w:r>
        <w:rPr>
          <w:sz w:val="20"/>
        </w:rPr>
        <w:br/>
        <w:t>После демонстрации власти Иисуса весь город не просит Его остаться, а просит уйти из их области. Матфей оставляет мотив просьбы без прямого объяснения.</w:t>
      </w:r>
    </w:p>
    <w:p>
      <w:pPr>
        <w:pStyle w:val="Heading2"/>
      </w:pPr>
      <w:r>
        <w:t>Глава 9</w:t>
      </w:r>
    </w:p>
    <w:p>
      <w:r>
        <w:t>1. Иисус вошёл в лодку, переправился обратно и пришёл в Свой город.</w:t>
      </w:r>
    </w:p>
    <w:p>
      <w:r>
        <w:t>2. К Нему принесли парализованного, лежавшего на постели. Увидев их веру [τὴν πίστιν αὐτῶν], Иисус сказал парализованному: «Смелее, сын! Твои грехи прощены».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τὴν πίστιν αὐτῶν</w:t>
      </w:r>
      <w:r>
        <w:rPr>
          <w:sz w:val="20"/>
        </w:rPr>
        <w:t xml:space="preserve"> [tēn pistin autōn]</w:t>
      </w:r>
      <w:r>
        <w:rPr>
          <w:sz w:val="20"/>
        </w:rPr>
        <w:br/>
        <w:t>Иисус видит «их» веру — множественное число связывает состояние больного с верой группы, принесшей его. Матфей не уточняет распределение этой веры между участниками.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ἀφίενταί σου αἱ ἁμαρτίαι</w:t>
      </w:r>
      <w:r>
        <w:rPr>
          <w:sz w:val="20"/>
        </w:rPr>
        <w:t xml:space="preserve"> [aphientai sou hai hamartiai]</w:t>
      </w:r>
      <w:r>
        <w:rPr>
          <w:sz w:val="20"/>
        </w:rPr>
        <w:br/>
        <w:t>ἀφίημι буквально «отпускать, прощать». Пассивная форма делает главным сам факт снятия грехов; спор книжников начинается именно вокруг такого заявления.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9:3, Мф 9:6</w:t>
      </w:r>
    </w:p>
    <w:p>
      <w:r>
        <w:t>3. Некоторые книжники сказали про себя: «Он богохульствует».</w:t>
      </w:r>
    </w:p>
    <w:p>
      <w:r>
        <w:t>4. Иисус, зная их мысли, сказал: «Почему вы думаете злое в своих сердцах?</w:t>
      </w:r>
    </w:p>
    <w:p>
      <w:r>
        <w:t>5. Что легче сказать: “Твои грехи прощены” — или: “Встань и ходи”?</w:t>
      </w:r>
    </w:p>
    <w:p>
      <w:r>
        <w:t>6. Но чтобы вы знали, что Сын Человеческий имеет на земле власть [ἐξουσίαν] прощать грехи…»</w:t>
      </w:r>
    </w:p>
    <w:p>
      <w:pPr>
        <w:ind w:left="360"/>
      </w:pPr>
      <w:r>
        <w:rPr>
          <w:b/>
          <w:sz w:val="20"/>
        </w:rPr>
        <w:t>Титул</w:t>
      </w:r>
      <w:r>
        <w:rPr>
          <w:i/>
          <w:sz w:val="20"/>
        </w:rPr>
        <w:t xml:space="preserve"> ὁ υἱὸς τοῦ ἀνθρώπου ... ἐξουσίαν ἔχει</w:t>
      </w:r>
      <w:r>
        <w:rPr>
          <w:sz w:val="20"/>
        </w:rPr>
        <w:t xml:space="preserve"> [ho huios tou anthrōpou ... exousian echei]</w:t>
      </w:r>
      <w:r>
        <w:rPr>
          <w:sz w:val="20"/>
        </w:rPr>
        <w:br/>
        <w:t>Титул из 8:20 теперь соединён с властью прощать грехи «на земле». Это усиливает развитие темы Сына Человеческого и власти после 7:29 и 8:9.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7:13–14, Мф 8:20, Мф 28:18</w:t>
      </w:r>
    </w:p>
    <w:p>
      <w:r>
        <w:t>7. Тот встал и пошёл домой.</w:t>
      </w:r>
    </w:p>
    <w:p>
      <w:r>
        <w:t>8. Увидев это, народ испугался и прославил Бога, давшего людям такую власть [ἐξουσίαν τοιαύτην τοῖς ἀνθρώποις].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ἐξουσίαν τοιαύτην τοῖς ἀνθρώποις</w:t>
      </w:r>
      <w:r>
        <w:rPr>
          <w:sz w:val="20"/>
        </w:rPr>
        <w:t xml:space="preserve"> [exousian toiautēn tois anthrōpois]</w:t>
      </w:r>
      <w:r>
        <w:rPr>
          <w:sz w:val="20"/>
        </w:rPr>
        <w:br/>
        <w:t>Матфей неожиданно формулирует реакцию толпы во множественном числе «людям». Рассказ не объясняет здесь, как именно понимать распространение этой власти; позже Иисус прямо передаст ἐξουσία Двенадцати.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10:1</w:t>
      </w:r>
    </w:p>
    <w:p>
      <w:r>
        <w:t>9. Уходя оттуда, Иисус увидел человека по имени Матфей, сидевшего у места сбора пошлин, и сказал ему: «Следуй за Мной». Матфей встал и последовал за Ним.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Μαθθαῖον ... ἀκολούθει μοι ... ἠκολούθησεν</w:t>
      </w:r>
      <w:r>
        <w:rPr>
          <w:sz w:val="20"/>
        </w:rPr>
        <w:t xml:space="preserve"> [Maththaion ... akolouthei moi ... ēkolouthēsen]</w:t>
      </w:r>
      <w:r>
        <w:rPr>
          <w:sz w:val="20"/>
        </w:rPr>
        <w:br/>
        <w:t>Имя Матфей появляется в собственном Евангелии в сцене немедленного отклика на тот же призыв «следуй за Мной», который уже звучал рыбакам.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4:19–22, Мф 10:3</w:t>
      </w:r>
    </w:p>
    <w:p>
      <w:r>
        <w:t>10. Когда Иисус возлежал за столом в доме, многие сборщики пошлин и грешники пришли и возлежали вместе с Ним и Его учениками.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ἀνακειμένου ... συνανέκειντο</w:t>
      </w:r>
      <w:r>
        <w:rPr>
          <w:sz w:val="20"/>
        </w:rPr>
        <w:t xml:space="preserve"> [anakeimenou ... synanekeinto]</w:t>
      </w:r>
      <w:r>
        <w:rPr>
          <w:sz w:val="20"/>
        </w:rPr>
        <w:br/>
        <w:t>Оба глагола описывают возлежание за трапезой. Совместная еда с «сборщиками пошлин и грешниками» становится видимым социальным действием, которое и вызывает вопрос фарисеев.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9:11</w:t>
      </w:r>
    </w:p>
    <w:p>
      <w:r>
        <w:t>11. Увидев это, фарисеи спросили учеников: «Почему ваш Учитель ест со сборщиками пошлин и грешниками?»</w:t>
      </w:r>
    </w:p>
    <w:p>
      <w:r>
        <w:t>12. Иисус услышал и сказал: «Не здоровым нужен врач, а больным.</w:t>
      </w:r>
    </w:p>
    <w:p>
      <w:r>
        <w:t>13. Пойдите и поймите, что значит: «Милости [ἔλεος] хочу, а не жертвы». Я пришёл призвать не праведных, а грешников».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ἔλεος θέλω καὶ οὐ θυσίαν</w:t>
      </w:r>
      <w:r>
        <w:rPr>
          <w:sz w:val="20"/>
        </w:rPr>
        <w:t xml:space="preserve"> [eleos thelō kai ou thysian]</w:t>
      </w:r>
      <w:r>
        <w:rPr>
          <w:sz w:val="20"/>
        </w:rPr>
        <w:br/>
        <w:t>Прямая цитата Ос 6:6. У пророка верность/милость Богу противопоставляется культу без соответствующей жизни; Иисус применяет стих к Своему общению с грешниками.</w:t>
      </w:r>
      <w:r>
        <w:rPr>
          <w:i/>
          <w:sz w:val="20"/>
        </w:rPr>
        <w:br/>
        <w:t xml:space="preserve">См.: </w:t>
      </w:r>
      <w:r>
        <w:rPr>
          <w:sz w:val="20"/>
        </w:rPr>
        <w:t>Ос 6:6, Мф 12:7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εἰς μετάνοιαν</w:t>
      </w:r>
      <w:r>
        <w:rPr>
          <w:sz w:val="20"/>
        </w:rPr>
        <w:t xml:space="preserve"> [eis metanoian]</w:t>
      </w:r>
      <w:r>
        <w:rPr>
          <w:sz w:val="20"/>
        </w:rPr>
        <w:br/>
        <w:t>Традиционное расширение добавляет «к покаянию». Базовый SBLGNT заканчивает фразу словом «грешников», поэтому WGT-T не включает добавление.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«к покаянию» сохранено только как вариант.</w:t>
      </w:r>
    </w:p>
    <w:p>
      <w:r>
        <w:t>14. Тогда к Нему подошли ученики Иоанна и спросили: «Почему мы и фарисеи постимся, а Твои ученики не постятся?»</w:t>
      </w:r>
    </w:p>
    <w:p>
      <w:r>
        <w:t>15. Иисус ответил: «Могут ли сыны брачного чертога [οἱ υἱοὶ τοῦ νυμφῶνος] скорбеть, пока жених с ними? Но придут дни, когда жениха у них отнимут [ἀπαρθῇ], и тогда они будут поститься.</w:t>
      </w:r>
    </w:p>
    <w:p>
      <w:pPr>
        <w:ind w:left="360"/>
      </w:pPr>
      <w:r>
        <w:rPr>
          <w:b/>
          <w:sz w:val="20"/>
        </w:rPr>
        <w:t>Семитизм</w:t>
      </w:r>
      <w:r>
        <w:rPr>
          <w:i/>
          <w:sz w:val="20"/>
        </w:rPr>
        <w:t xml:space="preserve"> οἱ υἱοὶ τοῦ νυμφῶνος</w:t>
      </w:r>
      <w:r>
        <w:rPr>
          <w:sz w:val="20"/>
        </w:rPr>
        <w:t xml:space="preserve"> [hoi huioi tou nymphōnos]</w:t>
      </w:r>
      <w:r>
        <w:rPr>
          <w:sz w:val="20"/>
        </w:rPr>
        <w:br/>
        <w:t>Буквально «сыны брачного чертога» — участники свадебного праздника/друзья жениха. WGT-T естественно передаёт их как гостей свадьбы.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ἀπαρθῇ ἀπ᾽ αὐτῶν ὁ νυμφίος</w:t>
      </w:r>
      <w:r>
        <w:rPr>
          <w:sz w:val="20"/>
        </w:rPr>
        <w:t xml:space="preserve"> [aparthē ap autōn ho nymphios]</w:t>
      </w:r>
      <w:r>
        <w:rPr>
          <w:sz w:val="20"/>
        </w:rPr>
        <w:br/>
        <w:t>Не нейтральное «уйдёт», а пассив «будет отнят». В контексте Матфея формулировка ретроспективно звучит как намёк на насильственное удаление Жениха.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26:2</w:t>
      </w:r>
    </w:p>
    <w:p>
      <w:r>
        <w:t>16. Никто не пришивает заплату из новой ткани к старой одежде: заплата потянет одежду, и разрыв станет ещё больше.</w:t>
      </w:r>
    </w:p>
    <w:p>
      <w:r>
        <w:t>17. И молодое [νέον] вино не наливают в старые мехи… Молодое вино наливают в новые/свежие [καινούς] мехи — тогда сохраняется и то и другое».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οἶνον νέον ... ἀσκοὺς καινούς</w:t>
      </w:r>
      <w:r>
        <w:rPr>
          <w:sz w:val="20"/>
        </w:rPr>
        <w:t xml:space="preserve"> [oinon neon ... askous kainous]</w:t>
      </w:r>
      <w:r>
        <w:rPr>
          <w:sz w:val="20"/>
        </w:rPr>
        <w:br/>
        <w:t>Матфей использует два разных слова «новый»: νέος — молодой/недавний (о вине), καινός — новый по качеству/свежий (о мехах). Русский обычно не показывает различие.</w:t>
      </w:r>
    </w:p>
    <w:p>
      <w:r>
        <w:t>18. Пока Он говорил им это, подошёл один начальник, поклонился Ему и сказал: «Моя дочь только что умерла. Но приди, возложи на неё руку, и она будет жить».</w:t>
      </w:r>
    </w:p>
    <w:p>
      <w:pPr>
        <w:ind w:left="360"/>
      </w:pPr>
      <w:r>
        <w:rPr>
          <w:b/>
          <w:sz w:val="20"/>
        </w:rPr>
        <w:t>Синоптические параллели</w:t>
      </w:r>
      <w:r>
        <w:rPr>
          <w:i/>
          <w:sz w:val="20"/>
        </w:rPr>
        <w:t xml:space="preserve"> ἡ θυγάτηρ μου ἄρτι ἐτελεύτησεν</w:t>
      </w:r>
      <w:r>
        <w:rPr>
          <w:sz w:val="20"/>
        </w:rPr>
        <w:t xml:space="preserve"> [hē thygatēr mou arti eteleutēsen]</w:t>
      </w:r>
      <w:r>
        <w:rPr>
          <w:sz w:val="20"/>
        </w:rPr>
        <w:br/>
        <w:t>У Матфея начальник сразу говорит «моя дочь только что умерла», тогда как Марк и Лука разворачивают событие иначе. WGT-E сохраняет матфеевскую композицию и не гармонизирует синоптиков.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5:23, Лк 8:42</w:t>
      </w:r>
    </w:p>
    <w:p>
      <w:r>
        <w:t>19. Иисус встал и пошёл за ним; ученики тоже пошли.</w:t>
      </w:r>
    </w:p>
    <w:p>
      <w:r>
        <w:t>20. И вот, женщина, двенадцать лет страдавшая кровотечением, подошла сзади и прикоснулась к краю/кисти [κρασπέδου] Его одежды.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κρασπέδου τοῦ ἱματίου</w:t>
      </w:r>
      <w:r>
        <w:rPr>
          <w:sz w:val="20"/>
        </w:rPr>
        <w:t xml:space="preserve"> [kraspedou tou himatiou]</w:t>
      </w:r>
      <w:r>
        <w:rPr>
          <w:sz w:val="20"/>
        </w:rPr>
        <w:br/>
        <w:t>κράσπεδον — край, кайма или кисть одежды; в иудейском контексте естественна связь с предписанными кистями на краях одежды.</w:t>
      </w:r>
      <w:r>
        <w:rPr>
          <w:i/>
          <w:sz w:val="20"/>
        </w:rPr>
        <w:br/>
        <w:t xml:space="preserve">См.: </w:t>
      </w:r>
      <w:r>
        <w:rPr>
          <w:sz w:val="20"/>
        </w:rPr>
        <w:t>Чис 15:38–40, Втор 22:12</w:t>
      </w:r>
    </w:p>
    <w:p>
      <w:r>
        <w:t>21. Она говорила себе: «Если только прикоснусь к Его одежде, буду спасена [σωθήσομαι — здесь в контексте также исцелена]».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σωθήσομαι</w:t>
      </w:r>
      <w:r>
        <w:rPr>
          <w:sz w:val="20"/>
        </w:rPr>
        <w:t xml:space="preserve"> [sōthēsomai]</w:t>
      </w:r>
      <w:r>
        <w:rPr>
          <w:sz w:val="20"/>
        </w:rPr>
        <w:br/>
        <w:t>Форма от σώζω означает «буду спасена/избавлена». В данном повествовании результат — физическое исцеление, но Матфей сохраняет тот же глагол, который используется и для более широкого спасения.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1:21, Мф 8:25, Мф 9:22</w:t>
      </w:r>
    </w:p>
    <w:p>
      <w:r>
        <w:t>22. Иисус обернулся, увидел её и сказал: «Смелее, дочь! Твоя вера спасла тебя [σέσωκέν σε]». И с того часа женщина исцелилась.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ἡ πίστις σου σέσωκέν σε ... ἐσώθη</w:t>
      </w:r>
      <w:r>
        <w:rPr>
          <w:sz w:val="20"/>
        </w:rPr>
        <w:t xml:space="preserve"> [hē pistis sou sesōken se ... esōthē]</w:t>
      </w:r>
      <w:r>
        <w:rPr>
          <w:sz w:val="20"/>
        </w:rPr>
        <w:br/>
        <w:t>Один и тот же корень σώζω дважды связывает доверие женщины с её избавлением. WGT-T во второй фразе передаёт результат контекстуально как «исцелилась», а WGT-E сохраняет видимой лексическую связь «спасла / была спасена».</w:t>
      </w:r>
    </w:p>
    <w:p>
      <w:r>
        <w:t>23. Придя в дом начальника, Иисус увидел музыкантов и шумящую толпу</w:t>
      </w:r>
    </w:p>
    <w:p>
      <w:r>
        <w:t>24. и сказал: «Уходите. Девочка не умерла, а спит». Люди смеялись над Ним.</w:t>
      </w:r>
    </w:p>
    <w:p>
      <w:r>
        <w:t>25. Когда толпу вывели, Он вошёл, взял девочку за руку, и она поднялась.</w:t>
      </w:r>
    </w:p>
    <w:p>
      <w:r>
        <w:t>26. Весть об этом распространилась по всей той области.</w:t>
      </w:r>
    </w:p>
    <w:p>
      <w:r>
        <w:t>27. Когда Иисус уходил оттуда, за Ним последовали двое слепых, которые кричали: «Помилуй нас, Сын Давида!»</w:t>
      </w:r>
    </w:p>
    <w:p>
      <w:pPr>
        <w:ind w:left="360"/>
      </w:pPr>
      <w:r>
        <w:rPr>
          <w:b/>
          <w:sz w:val="20"/>
        </w:rPr>
        <w:t>Титул</w:t>
      </w:r>
      <w:r>
        <w:rPr>
          <w:i/>
          <w:sz w:val="20"/>
        </w:rPr>
        <w:t xml:space="preserve"> υἱὸς Δαυίδ</w:t>
      </w:r>
      <w:r>
        <w:rPr>
          <w:sz w:val="20"/>
        </w:rPr>
        <w:t xml:space="preserve"> [huios Dauid]</w:t>
      </w:r>
      <w:r>
        <w:rPr>
          <w:sz w:val="20"/>
        </w:rPr>
        <w:br/>
        <w:t>После родословной 1:1 это первое прямое обращение к Иисусу как «Сыну Давида» в повествовании Матфея. Титул приобретает мессианское значение и будет повторяться дальше.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1:1, Мф 12:23, Мф 21:9</w:t>
      </w:r>
    </w:p>
    <w:p>
      <w:r>
        <w:t>28. Когда Он вошёл в дом, слепые подошли к Нему. Иисус спросил их: «Вы верите, что Я могу это сделать?» Они ответили: «Да, Господи».</w:t>
      </w:r>
    </w:p>
    <w:p>
      <w:r>
        <w:t>29. Тогда Он коснулся их глаз и сказал: «Пусть будет вам по вашей вере [κατὰ τὴν πίστιν ὑμῶν]».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κατὰ τὴν πίστιν ὑμῶν γενηθήτω ὑμῖν</w:t>
      </w:r>
      <w:r>
        <w:rPr>
          <w:sz w:val="20"/>
        </w:rPr>
        <w:t xml:space="preserve"> [kata tēn pistin hymōn genēthētō hymin]</w:t>
      </w:r>
      <w:r>
        <w:rPr>
          <w:sz w:val="20"/>
        </w:rPr>
        <w:br/>
        <w:t>Формула почти зеркально возвращает читателя к сотнику в 8:13: доверие к способности Иисуса связано с результатом исцеления.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8:13</w:t>
      </w:r>
    </w:p>
    <w:p>
      <w:r>
        <w:t>30. И они прозрели. Иисус строго предупредил [ἐνεβριμήθη — резко/настойчиво предостерёг] их: «Смотрите, чтобы никто не узнал».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ἐνεβριμήθη</w:t>
      </w:r>
      <w:r>
        <w:rPr>
          <w:sz w:val="20"/>
        </w:rPr>
        <w:t xml:space="preserve"> [enebrimēthē]</w:t>
      </w:r>
      <w:r>
        <w:rPr>
          <w:sz w:val="20"/>
        </w:rPr>
        <w:br/>
        <w:t>Сильный глагол может обозначать строгое предупреждение, резкое повеление, даже выражение сильного внутреннего чувства. Обычное «предупредил» скрывает интенсивность.</w:t>
      </w:r>
    </w:p>
    <w:p>
      <w:r>
        <w:t>31. Но они вышли и распространили весть о Нём по всей той области.</w:t>
      </w:r>
    </w:p>
    <w:p>
      <w:r>
        <w:t>32. Когда они уходили, к Иисусу привели немого человека, одержимого демоном [κωφὸν δαιμονιζόμενον].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κωφὸν δαιμονιζόμενον</w:t>
      </w:r>
      <w:r>
        <w:rPr>
          <w:sz w:val="20"/>
        </w:rPr>
        <w:t xml:space="preserve"> [kōphon daimonizomenon]</w:t>
      </w:r>
      <w:r>
        <w:rPr>
          <w:sz w:val="20"/>
        </w:rPr>
        <w:br/>
        <w:t>Два признака стоят рядом: κωφός в контексте означает немого, δαιμονιζόμενος — одержимого демоном. RC1 исправлен, чтобы не превращать это сочетание в добавленное причинное «не мог говорить из-за демона».</w:t>
      </w:r>
    </w:p>
    <w:p>
      <w:r>
        <w:t>33. После изгнания демона немой [ὁ κωφός] заговорил. Народ удивлялся: «Никогда такого не было в Израиле!»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ὁ κωφός</w:t>
      </w:r>
      <w:r>
        <w:rPr>
          <w:sz w:val="20"/>
        </w:rPr>
        <w:t xml:space="preserve"> [ho kōphos]</w:t>
      </w:r>
      <w:r>
        <w:rPr>
          <w:sz w:val="20"/>
        </w:rPr>
        <w:br/>
        <w:t>Матфей повторяет обозначение человека из 9:32. RC1 теперь сохраняет эту связь буквально: «немой ... немой заговорил».</w:t>
      </w:r>
    </w:p>
    <w:p>
      <w:r>
        <w:t>34. Но фарисеи говорили: «Он изгоняет демонов силой правителя демонов».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ἐν τῷ ἄρχοντι τῶν δαιμονίων</w:t>
      </w:r>
      <w:r>
        <w:rPr>
          <w:sz w:val="20"/>
        </w:rPr>
        <w:t xml:space="preserve"> [en tō archonti tōn daimoniōn]</w:t>
      </w:r>
      <w:r>
        <w:rPr>
          <w:sz w:val="20"/>
        </w:rPr>
        <w:br/>
        <w:t>Это обвинение становится предварительным вариантом более развёрнутого конфликта в 12:24–29, где Иисус ответит на логику «правителя демонов».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12:24–29</w:t>
      </w:r>
    </w:p>
    <w:p>
      <w:r>
        <w:t>35. Иисус обходил все города и селения, учил в их синагогах, проповедовал Благую весть Царства и исцелял всякую болезнь и всякую немощь.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διδάσκων ... κηρύσσων ... θεραπεύων</w:t>
      </w:r>
      <w:r>
        <w:rPr>
          <w:sz w:val="20"/>
        </w:rPr>
        <w:t xml:space="preserve"> [didaskōn ... kēryssōn ... therapeuōn]</w:t>
      </w:r>
      <w:r>
        <w:rPr>
          <w:sz w:val="20"/>
        </w:rPr>
        <w:br/>
        <w:t>Почти дословный повтор программного резюме 4:23. Эти два стиха обрамляют большой блок Нагорной проповеди и чудес перед миссией Двенадцати.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4:23, Мф 10:1</w:t>
      </w:r>
    </w:p>
    <w:p>
      <w:r>
        <w:t>36. Увидев толпы людей, Он сжалился [ἐσπλαγχνίσθη — глубоко сострадал] над ними, потому что они были изнурены и беспомощны, как овцы без пастуха.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ἐσπλαγχνίσθη</w:t>
      </w:r>
      <w:r>
        <w:rPr>
          <w:sz w:val="20"/>
        </w:rPr>
        <w:t xml:space="preserve"> [esplagchnisthē]</w:t>
      </w:r>
      <w:r>
        <w:rPr>
          <w:sz w:val="20"/>
        </w:rPr>
        <w:br/>
        <w:t>Сильный глагол сострадания буквально связан с внутренностями как местом глубокого чувства; у Матфея он часто вводит действие милости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14:14, Мф 15:32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ὡσεὶ πρόβατα μὴ ἔχοντα ποιμένα</w:t>
      </w:r>
      <w:r>
        <w:rPr>
          <w:sz w:val="20"/>
        </w:rPr>
        <w:t xml:space="preserve"> [hōsei probata mē echonta poimena]</w:t>
      </w:r>
      <w:r>
        <w:rPr>
          <w:sz w:val="20"/>
        </w:rPr>
        <w:br/>
        <w:t>«Овцы без пастуха» — устойчивый библейский образ народа без верного руководства. Особенно близка формулировка Чис 27:17 и пастырская критика Иез 34.</w:t>
      </w:r>
      <w:r>
        <w:rPr>
          <w:i/>
          <w:sz w:val="20"/>
        </w:rPr>
        <w:br/>
        <w:t xml:space="preserve">См.: </w:t>
      </w:r>
      <w:r>
        <w:rPr>
          <w:sz w:val="20"/>
        </w:rPr>
        <w:t>Чис 27:17, Иез 34:5</w:t>
      </w:r>
    </w:p>
    <w:p>
      <w:r>
        <w:t>37. Тогда Он сказал ученикам: «Жатвы много, а работников мало.</w:t>
      </w:r>
    </w:p>
    <w:p>
      <w:r>
        <w:t>38. Поэтому просите Господина жатвы, чтобы Он выслал [ἐκβάλῃ — буквально «вывел/вытолкнул»] работников на Свою жатву».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ἐκβάλῃ ἐργάτας</w:t>
      </w:r>
      <w:r>
        <w:rPr>
          <w:sz w:val="20"/>
        </w:rPr>
        <w:t xml:space="preserve"> [ekbalē ergatas]</w:t>
      </w:r>
      <w:r>
        <w:rPr>
          <w:sz w:val="20"/>
        </w:rPr>
        <w:br/>
        <w:t>Удивительно сильный глагол ἐκβάλλω, обычно «изгонять/выбрасывать», здесь употреблён о посылании работников. Уже в следующем стихе Иисус сам призовёт и пошлёт Двенадцать.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10:1, Мф 10:5</w:t>
      </w:r>
    </w:p>
    <w:p>
      <w:pPr>
        <w:pStyle w:val="Heading2"/>
      </w:pPr>
      <w:r>
        <w:t>Глава 10</w:t>
      </w:r>
    </w:p>
    <w:p>
      <w:r>
        <w:t>1. Подозвав двенадцать учеников, Иисус дал им власть [ἐξουσίαν] над нечистыми духами, чтобы изгонять их, и исцелять всякую болезнь и всякую немощь.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ἔδωκεν αὐτοῖς ἐξουσίαν</w:t>
      </w:r>
      <w:r>
        <w:rPr>
          <w:sz w:val="20"/>
        </w:rPr>
        <w:t xml:space="preserve"> [edōken autois exousian]</w:t>
      </w:r>
      <w:r>
        <w:rPr>
          <w:sz w:val="20"/>
        </w:rPr>
        <w:br/>
        <w:t>После того как Матфей неоднократно показывает ἐξουσία Иисуса, теперь Иисус передаёт власть ученикам. Так 9:35–38 непосредственно переходит в ответ на молитву о работниках.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7:29, Мф 9:6, Мф 9:8, Мф 9:35–38</w:t>
      </w:r>
    </w:p>
    <w:p>
      <w:r>
        <w:t>2. Вот имена двенадцати апостолов [ἀποστόλων — посланных]: первый — Симон, называемый Петром…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ἀποστόλων</w:t>
      </w:r>
      <w:r>
        <w:rPr>
          <w:sz w:val="20"/>
        </w:rPr>
        <w:t xml:space="preserve"> [apostolōn]</w:t>
      </w:r>
      <w:r>
        <w:rPr>
          <w:sz w:val="20"/>
        </w:rPr>
        <w:br/>
        <w:t>Первое употребление существительного «апостолы» у Матфея. Оно связано с глаголом ἀποστέλλω «посылать», который появляется в 10:5 и затем в 10:16.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10:5, Мф 10:16</w:t>
      </w:r>
    </w:p>
    <w:p>
      <w:r>
        <w:t>3. Филипп и Варфоломей; Фома и Матфей, сборщик пошлин; Иаков, сын Алфея, и Фаддей;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Λεββαῖος ... Θαδδαῖος</w:t>
      </w:r>
      <w:r>
        <w:rPr>
          <w:sz w:val="20"/>
        </w:rPr>
        <w:t xml:space="preserve"> [Lebbaios ... Thaddaios]</w:t>
      </w:r>
      <w:r>
        <w:rPr>
          <w:sz w:val="20"/>
        </w:rPr>
        <w:br/>
        <w:t>Более длинная традиция добавляет к Фаддею форму «Леввей, прозванный Фаддеем». Базовый текст WGT-T имеет только Фаддея.</w:t>
      </w:r>
    </w:p>
    <w:p>
      <w:r>
        <w:t>4. Симон Зилот [ὁ Καναναῖος — семитское обозначение ревнителя] и Иуда Искариот, который и предал [παραδούς — передал/выдал] Иисуса.</w:t>
      </w:r>
    </w:p>
    <w:p>
      <w:pPr>
        <w:ind w:left="360"/>
      </w:pPr>
      <w:r>
        <w:rPr>
          <w:b/>
          <w:sz w:val="20"/>
        </w:rPr>
        <w:t>Семитизм</w:t>
      </w:r>
      <w:r>
        <w:rPr>
          <w:i/>
          <w:sz w:val="20"/>
        </w:rPr>
        <w:t xml:space="preserve"> ὁ Καναναῖος</w:t>
      </w:r>
      <w:r>
        <w:rPr>
          <w:sz w:val="20"/>
        </w:rPr>
        <w:t xml:space="preserve"> [ho Kananaios]</w:t>
      </w:r>
      <w:r>
        <w:rPr>
          <w:sz w:val="20"/>
        </w:rPr>
        <w:br/>
        <w:t>Это не «ханаанец» по месту происхождения, а греческая передача семитского слова со значением ревнителя/зилота. WGT-T правильно избегает географической ошибки.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παραδούς</w:t>
      </w:r>
      <w:r>
        <w:rPr>
          <w:sz w:val="20"/>
        </w:rPr>
        <w:t xml:space="preserve"> [paradous]</w:t>
      </w:r>
      <w:r>
        <w:rPr>
          <w:sz w:val="20"/>
        </w:rPr>
        <w:br/>
        <w:t>παραδίδωμι — передать, выдать, предать. Глагол уже использован о передаче Иоанна и станет ключевым в рассказе о страданиях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4:12, Мф 17:22, Мф 26:2</w:t>
      </w:r>
    </w:p>
    <w:p>
      <w:r>
        <w:t>5. Этих двенадцать Иисус послал [ἀπέστειλεν], дав им наставление: «Не идите к язычникам и не входите в города самаритян.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ἀπέστειλεν</w:t>
      </w:r>
      <w:r>
        <w:rPr>
          <w:sz w:val="20"/>
        </w:rPr>
        <w:t xml:space="preserve"> [apesteilen]</w:t>
      </w:r>
      <w:r>
        <w:rPr>
          <w:sz w:val="20"/>
        </w:rPr>
        <w:br/>
        <w:t>Глагол «послал» объясняет только что данное название «апостолы». Ограничение этой конкретной миссии Израилем является этапом повествования, а не финальной границей миссии Матфея.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10:2, Мф 28:19</w:t>
      </w:r>
    </w:p>
    <w:p>
      <w:r>
        <w:t>6. Идите прежде [μᾶλλον — скорее/особенно] к потерянным овцам дома Израиля.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τὰ πρόβατα τὰ ἀπολωλότα οἴκου Ἰσραήλ</w:t>
      </w:r>
      <w:r>
        <w:rPr>
          <w:sz w:val="20"/>
        </w:rPr>
        <w:t xml:space="preserve"> [ta probata ta apolōlota oikou Israēl]</w:t>
      </w:r>
      <w:r>
        <w:rPr>
          <w:sz w:val="20"/>
        </w:rPr>
        <w:br/>
        <w:t>«Потерянные овцы дома Израиля» продолжают пастырский образ 9:36. Та же формула появится в рассказе о хананеянке.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9:36, Мф 15:24</w:t>
      </w:r>
    </w:p>
    <w:p>
      <w:r>
        <w:t>7. Идя, проповедуйте: «Царство Небес приблизилось».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ἤγγικεν ἡ βασιλεία τῶν οὐρανῶν</w:t>
      </w:r>
      <w:r>
        <w:rPr>
          <w:sz w:val="20"/>
        </w:rPr>
        <w:t xml:space="preserve"> [ēngiken hē basileia tōn ouranōn]</w:t>
      </w:r>
      <w:r>
        <w:rPr>
          <w:sz w:val="20"/>
        </w:rPr>
        <w:br/>
        <w:t>Двенадцать получают буквально ту же основную весть, которую провозглашали Иоанн и Иисус. Миссия учеников продолжает Его собственное провозглашение.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3:2, Мф 4:17</w:t>
      </w:r>
    </w:p>
    <w:p>
      <w:r>
        <w:t>8. Исцеляйте больных, возвращайте к жизни умерших, очищайте прокажённых, изгоняйте демонов. Даром [δωρεάν] получили — даром давайте.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θεραπεύετε ... ἐγείρετε ... καθαρίζετε ... ἐκβάλλετε</w:t>
      </w:r>
      <w:r>
        <w:rPr>
          <w:sz w:val="20"/>
        </w:rPr>
        <w:t xml:space="preserve"> [therapeuete ... egeirete ... katharizete ... ekballete]</w:t>
      </w:r>
      <w:r>
        <w:rPr>
          <w:sz w:val="20"/>
        </w:rPr>
        <w:br/>
        <w:t>Четыре повеления суммируют те действия власти, которые читатель только что видел у Иисуса в главах 8–9. Ученики не создают отдельное служение, а участвуют в Его миссии.</w:t>
      </w:r>
    </w:p>
    <w:p>
      <w:pPr>
        <w:ind w:left="360"/>
      </w:pPr>
      <w:r>
        <w:rPr>
          <w:b/>
          <w:sz w:val="20"/>
        </w:rPr>
        <w:t>Этика</w:t>
      </w:r>
      <w:r>
        <w:rPr>
          <w:i/>
          <w:sz w:val="20"/>
        </w:rPr>
        <w:t xml:space="preserve"> δωρεὰν ἐλάβετε, δωρεὰν δότε</w:t>
      </w:r>
      <w:r>
        <w:rPr>
          <w:sz w:val="20"/>
        </w:rPr>
        <w:t xml:space="preserve"> [dōrean elabete, dōrean dote]</w:t>
      </w:r>
      <w:r>
        <w:rPr>
          <w:sz w:val="20"/>
        </w:rPr>
        <w:br/>
        <w:t>Повтор δωρεάν подчёркивает даровой характер полученной власти и помощи: полученное без платы должно передаваться без превращения дара в товар.</w:t>
      </w:r>
    </w:p>
    <w:p>
      <w:r>
        <w:t>9. Не берите с собой ни золота, ни серебра, ни меди в пояса,</w:t>
      </w:r>
    </w:p>
    <w:p>
      <w:r>
        <w:t>10. ни дорожной сумки, ни второй одежды, ни обуви, ни посоха, потому что работник достоин пропитания.</w:t>
      </w:r>
    </w:p>
    <w:p>
      <w:pPr>
        <w:ind w:left="360"/>
      </w:pPr>
      <w:r>
        <w:rPr>
          <w:b/>
          <w:sz w:val="20"/>
        </w:rPr>
        <w:t>Синоптические параллели</w:t>
      </w:r>
      <w:r>
        <w:rPr>
          <w:i/>
          <w:sz w:val="20"/>
        </w:rPr>
        <w:t xml:space="preserve"> μηδὲ ῥάβδον</w:t>
      </w:r>
      <w:r>
        <w:rPr>
          <w:sz w:val="20"/>
        </w:rPr>
        <w:t xml:space="preserve"> [mēde rhabdon]</w:t>
      </w:r>
      <w:r>
        <w:rPr>
          <w:sz w:val="20"/>
        </w:rPr>
        <w:br/>
        <w:t>Матфей прямо говорит «ни посоха». Марк 6:8, напротив, допускает один посох. WGT-T сохраняет различие авторов и не гармонизирует тексты.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6:8</w:t>
      </w:r>
    </w:p>
    <w:p>
      <w:r>
        <w:t>11. В какой бы город или селение ни вошли, узнайте, кто там достоин принять вас, и оставайтесь у него до ухода.</w:t>
      </w:r>
    </w:p>
    <w:p>
      <w:r>
        <w:t>12. Входя в дом, приветствуйте [ἀσπάσασθε] его.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ἀσπάσασθε αὐτήν</w:t>
      </w:r>
      <w:r>
        <w:rPr>
          <w:sz w:val="20"/>
        </w:rPr>
        <w:t xml:space="preserve"> [aspasasthe autēn]</w:t>
      </w:r>
      <w:r>
        <w:rPr>
          <w:sz w:val="20"/>
        </w:rPr>
        <w:br/>
        <w:t>Глагол означает приветствовать. Следующий стих показывает, что приветствие мыслится как реальный дар «мира», который может «прийти» на дом или «вернуться».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10:13</w:t>
      </w:r>
    </w:p>
    <w:p>
      <w:r>
        <w:t>13. Если дом достоин, пусть ваш мир придёт на него; если недостоин, пусть ваш мир вернётся к вам.</w:t>
      </w:r>
    </w:p>
    <w:p>
      <w:pPr>
        <w:ind w:left="360"/>
      </w:pPr>
      <w:r>
        <w:rPr>
          <w:b/>
          <w:sz w:val="20"/>
        </w:rPr>
        <w:t>Семитизм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ἡ εἰρήνη ὑμῶν</w:t>
      </w:r>
      <w:r>
        <w:rPr>
          <w:sz w:val="20"/>
        </w:rPr>
        <w:t xml:space="preserve"> [hē eirēnē hymōn]</w:t>
      </w:r>
      <w:r>
        <w:rPr>
          <w:sz w:val="20"/>
        </w:rPr>
        <w:br/>
        <w:t>«Ваш мир» отражает библейское приветствие мира/шалома, которое здесь представлено не как пустая формула, а как действенное благословение миссии.</w:t>
      </w:r>
    </w:p>
    <w:p>
      <w:r>
        <w:t>14. А если кто не примет вас и не станет слушать ваших слов, уходя из этого дома или города, стряхните пыль с ног.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ἐκτινάξατε τὸν κονιορτὸν τῶν ποδῶν</w:t>
      </w:r>
      <w:r>
        <w:rPr>
          <w:sz w:val="20"/>
        </w:rPr>
        <w:t xml:space="preserve"> [ektinaxate ton koniorton tōn podōn]</w:t>
      </w:r>
      <w:r>
        <w:rPr>
          <w:sz w:val="20"/>
        </w:rPr>
        <w:br/>
        <w:t>Стряхивание пыли — символическое действие свидетельства при отказе принять посланников и их слова. Его смысл раскрывается следующим сравнением с днём суда.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10:15</w:t>
      </w:r>
    </w:p>
    <w:p>
      <w:r>
        <w:t>15. Истинно говорю вам: земле Содома и Гоморры будет легче в день суда, чем тому городу.</w:t>
      </w:r>
    </w:p>
    <w:p>
      <w:r>
        <w:t>16. Вот, Я посылаю вас как овец среди волков. Поэтому будьте рассудительны [φρόνιμοι] как змеи и чисты/непримесны [ἀκέραιοι] как голуби.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φρόνιμοι ... ἀκέραιοι</w:t>
      </w:r>
      <w:r>
        <w:rPr>
          <w:sz w:val="20"/>
        </w:rPr>
        <w:t xml:space="preserve"> [phronimoi ... akeraioi]</w:t>
      </w:r>
      <w:r>
        <w:rPr>
          <w:sz w:val="20"/>
        </w:rPr>
        <w:br/>
        <w:t>φρόνιμος — рассудительный, практично мудрый; ἀκέραιος — несмешанный, цельный, невинный. Миссия требует одновременно реалистичной осторожности и нравственной незлобивости.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7:24</w:t>
      </w:r>
    </w:p>
    <w:p>
      <w:r>
        <w:t>17. Берегитесь людей: вас будут предавать [παραδώσουσιν] судам и бичевать в своих синагогах.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παραδώσουσιν</w:t>
      </w:r>
      <w:r>
        <w:rPr>
          <w:sz w:val="20"/>
        </w:rPr>
        <w:t xml:space="preserve"> [paradōsousin]</w:t>
      </w:r>
      <w:r>
        <w:rPr>
          <w:sz w:val="20"/>
        </w:rPr>
        <w:br/>
        <w:t>Тот же глагол «передать/выдать», которым описывается судьба Иисуса. Ученик должен ожидать путь, соответствующий пути Учителя.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10:24–25, Мф 20:18</w:t>
      </w:r>
    </w:p>
    <w:p>
      <w:r>
        <w:t>18. Ради Меня вас поведут к правителям и царям — им и народам во свидетельство.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εἰς μαρτύριον αὐτοῖς καὶ τοῖς ἔθνεσιν</w:t>
      </w:r>
      <w:r>
        <w:rPr>
          <w:sz w:val="20"/>
        </w:rPr>
        <w:t xml:space="preserve"> [eis martyrion autois kai tois ethnesin]</w:t>
      </w:r>
      <w:r>
        <w:rPr>
          <w:sz w:val="20"/>
        </w:rPr>
        <w:br/>
        <w:t>Хотя первоначальный маршрут 10:5 ограничен Израилем, сама речь уже смотрит вперёд к свидетельству «народам/язычникам». Это предотвращает чтение 10:5 как вечной границы миссии.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10:5, Мф 28:19</w:t>
      </w:r>
    </w:p>
    <w:p>
      <w:r>
        <w:t>19. Когда вас будут предавать, не тревожьтесь [μὴ μεριμνήσητε], как или что говорить: в тот час вам будет дано, что сказать.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μὴ μεριμνήσητε</w:t>
      </w:r>
      <w:r>
        <w:rPr>
          <w:sz w:val="20"/>
        </w:rPr>
        <w:t xml:space="preserve"> [mē merimnēsēte]</w:t>
      </w:r>
      <w:r>
        <w:rPr>
          <w:sz w:val="20"/>
        </w:rPr>
        <w:br/>
        <w:t>Тот же корень тревоги, что в 6:25–34. Здесь речь конкретно о тревожном самоконструировании защиты в момент свидетельства, потому что следующий стих обещает действие Духа Отца.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6:25, Мф 10:20</w:t>
      </w:r>
    </w:p>
    <w:p>
      <w:r>
        <w:t>20. Потому что говорить будете не вы, а Дух вашего Отца будет говорить в вас [ἐν ὑμῖν].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τὸ πνεῦμα τοῦ πατρὸς ὑμῶν τὸ λαλοῦν ἐν ὑμῖν</w:t>
      </w:r>
      <w:r>
        <w:rPr>
          <w:sz w:val="20"/>
        </w:rPr>
        <w:t xml:space="preserve"> [to pneuma tou patros hymōn to laloun en hymin]</w:t>
      </w:r>
      <w:r>
        <w:rPr>
          <w:sz w:val="20"/>
        </w:rPr>
        <w:br/>
        <w:t>Уникальная для Матфея формула «Дух вашего Отца». Обещание касается Божьего свидетельства через учеников в ситуации преследования.</w:t>
      </w:r>
    </w:p>
    <w:p>
      <w:r>
        <w:t>21. Брат предаст брата на смерть, отец — ребёнка; дети восстанут против родителей и будут добиваться их смерти.</w:t>
      </w:r>
    </w:p>
    <w:p>
      <w:r>
        <w:t>22. Все будут ненавидеть вас из-за Моего имени. Но кто выдержит [ὑπομείνας] до конца, тот будет спасён [σωθήσεται].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ὑπομείνας εἰς τέλος</w:t>
      </w:r>
      <w:r>
        <w:rPr>
          <w:sz w:val="20"/>
        </w:rPr>
        <w:t xml:space="preserve"> [hypomeinas eis telos]</w:t>
      </w:r>
      <w:r>
        <w:rPr>
          <w:sz w:val="20"/>
        </w:rPr>
        <w:br/>
        <w:t>ὑπομένω — оставаться под тяжестью, стойко выдерживать. Текст связывает спасение здесь с верностью, сохраняемой «до конца», не уточняя в самом стихе, какой именно временной горизонт подразумевается.</w:t>
      </w:r>
    </w:p>
    <w:p>
      <w:r>
        <w:t>23. Когда вас преследуют в одном городе, уходите в другой. Истинно говорю вам: вы не успеете обойти города Израиля, прежде чем придёт Сын Человеческий.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ἕως ἂν ἔλθῃ ὁ υἱὸς τοῦ ἀνθρώπου</w:t>
      </w:r>
      <w:r>
        <w:rPr>
          <w:sz w:val="20"/>
        </w:rPr>
        <w:t xml:space="preserve"> [heōs an elthē ho huios tou anthrōpou]</w:t>
      </w:r>
      <w:r>
        <w:rPr>
          <w:sz w:val="20"/>
        </w:rPr>
        <w:br/>
        <w:t>Фраза является одной из наиболее спорных хронологических формул Матфея. Сам греческий текст ясно говорит о «приходе Сына Человеческого», но не определяет внутри стиха, относится ли это к ближайшему суду/явлению власти, воскресению, миссии или финальному пришествию. WGT-E не выбирает спорное толкование как перевод.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16:28, Мф 24:30</w:t>
      </w:r>
    </w:p>
    <w:p>
      <w:r>
        <w:t>24. Ученик не выше учителя, и раб не выше господина.</w:t>
      </w:r>
    </w:p>
    <w:p>
      <w:r>
        <w:t>25. Достаточно ученику стать как его учитель, а рабу — как его господин. Если хозяина дома назвали Веельзевулом [Βεελζεβούλ], тем более так назовут его домашних.</w:t>
      </w:r>
    </w:p>
    <w:p>
      <w:pPr>
        <w:ind w:left="360"/>
      </w:pPr>
      <w:r>
        <w:rPr>
          <w:b/>
          <w:sz w:val="20"/>
        </w:rPr>
        <w:t>Имя</w:t>
      </w:r>
      <w:r>
        <w:rPr>
          <w:i/>
          <w:sz w:val="20"/>
        </w:rPr>
        <w:t xml:space="preserve"> Βεελζεβούλ</w:t>
      </w:r>
      <w:r>
        <w:rPr>
          <w:sz w:val="20"/>
        </w:rPr>
        <w:t xml:space="preserve"> [Beelzeboul]</w:t>
      </w:r>
      <w:r>
        <w:rPr>
          <w:sz w:val="20"/>
        </w:rPr>
        <w:br/>
        <w:t>Форма имени варьирует в традиции как Веельзевул/Веельзевуб. У Матфея оно станет обозначением «правителя демонов» в 12:24.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12:24</w:t>
      </w:r>
    </w:p>
    <w:p>
      <w:r>
        <w:t>26. Поэтому не бойтесь их. Нет ничего скрытого, что не будет раскрыто, и тайного, что не станет известно.</w:t>
      </w:r>
    </w:p>
    <w:p>
      <w:r>
        <w:t>27. То, что Я говорю вам во тьме, говорите при свете; что слышите на ухо, проповедуйте с крыш.</w:t>
      </w:r>
    </w:p>
    <w:p>
      <w:r>
        <w:t>28. Не бойтесь тех, кто может убить тело, но не может убить душу [ψυχήν]. Бойтесь скорее Того, Кто властен погубить и душу, и тело в геенне.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ψυχὴν ... σῶμα</w:t>
      </w:r>
      <w:r>
        <w:rPr>
          <w:sz w:val="20"/>
        </w:rPr>
        <w:t xml:space="preserve"> [psychēn ... sōma]</w:t>
      </w:r>
      <w:r>
        <w:rPr>
          <w:sz w:val="20"/>
        </w:rPr>
        <w:br/>
        <w:t>Здесь ψυχή прямо противопоставлена σώμα, поэтому русское «душа» хорошо сохраняет антитезу. В других местах ψυχή может означать жизнь/самого человека, что видно в 10:39.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10:39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τὸν δυνάμενον ... ἀπολέσαι ἐν γεέννῃ</w:t>
      </w:r>
      <w:r>
        <w:rPr>
          <w:sz w:val="20"/>
        </w:rPr>
        <w:t xml:space="preserve"> [ton dynamenon ... apolesai en geennē]</w:t>
      </w:r>
      <w:r>
        <w:rPr>
          <w:sz w:val="20"/>
        </w:rPr>
        <w:br/>
        <w:t>Грамматически субъект назван только как «Тот, Кто может». В контексте противопоставления человеческим преследователям естественно видеть здесь Бога как окончательного Судью, но имя прямо не написано.</w:t>
      </w:r>
    </w:p>
    <w:p>
      <w:r>
        <w:t>29. Разве не продают двух воробьёв за мелкую монету? И ни один из них не упадёт на землю без вашего Отца [ἄνευ τοῦ πατρὸς ὑμῶν].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ἄνευ τοῦ πατρὸς ὑμῶν</w:t>
      </w:r>
      <w:r>
        <w:rPr>
          <w:sz w:val="20"/>
        </w:rPr>
        <w:t xml:space="preserve"> [aneu tou patros hymōn]</w:t>
      </w:r>
      <w:r>
        <w:rPr>
          <w:sz w:val="20"/>
        </w:rPr>
        <w:br/>
        <w:t>Буквально «без вашего Отца». Русское «без ведома Отца» — толковательный способ передать Божье провидение, но греческая формула шире простого знания и оставляет образ полной зависимости от Отца.</w:t>
      </w:r>
    </w:p>
    <w:p>
      <w:r>
        <w:t>30. А у вас даже все волосы на голове сосчитаны.</w:t>
      </w:r>
    </w:p>
    <w:p>
      <w:r>
        <w:t>31. Поэтому не бойтесь: вы ценнее множества воробьёв.</w:t>
      </w:r>
    </w:p>
    <w:p>
      <w:r>
        <w:t>32. Всякого, кто признает/исповедует Меня перед людьми [ὁμολογήσει ἐν ἐμοί], и Я признаю его перед Моим Отцом на небесах.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ὁμολογήσει ἐν ἐμοί ... ὁμολογήσω κἀγὼ ἐν αὐτῷ</w:t>
      </w:r>
      <w:r>
        <w:rPr>
          <w:sz w:val="20"/>
        </w:rPr>
        <w:t xml:space="preserve"> [homologēsei en emoi ... homologēsō kagō en autō]</w:t>
      </w:r>
      <w:r>
        <w:rPr>
          <w:sz w:val="20"/>
        </w:rPr>
        <w:br/>
        <w:t>Необычная взаимная конструкция буквально «исповедует во Мне ... и Я исповедую в нём». Смысл — публично признать принадлежность/отношение; взаимность подчёркнута одинаковым глаголом.</w:t>
      </w:r>
    </w:p>
    <w:p>
      <w:r>
        <w:t>33. А кто отречётся от Меня перед людьми, от того и Я отрекусь перед Моим Отцом на небесах.</w:t>
      </w:r>
    </w:p>
    <w:p>
      <w:r>
        <w:t>34. Не думайте, что Я пришёл принести мир на землю. Я пришёл принести не мир, а меч [μάχαιραν].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μάχαιραν</w:t>
      </w:r>
      <w:r>
        <w:rPr>
          <w:sz w:val="20"/>
        </w:rPr>
        <w:t xml:space="preserve"> [machairan]</w:t>
      </w:r>
      <w:r>
        <w:rPr>
          <w:sz w:val="20"/>
        </w:rPr>
        <w:br/>
        <w:t>Следующие два стиха сами объясняют «меч» как семейное разделение и цитируют Мих 7:6. Поэтому в этом контексте образ не является призывом к физическому насилию, а обозначает конфликт верности, вызванный отношением к Иисусу.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10:35–36, Мих 7:6</w:t>
      </w:r>
    </w:p>
    <w:p>
      <w:r>
        <w:t>35. Потому что Я пришёл разделить [διχάσαι] человека с его отцом, дочь с её матерью, невестку с её свекровью,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διχάσαι ... πατρὸς ... μητρὸς ... πενθερᾶς</w:t>
      </w:r>
      <w:r>
        <w:rPr>
          <w:sz w:val="20"/>
        </w:rPr>
        <w:t xml:space="preserve"> [dichasai ... patros ... mētros ... pentheras]</w:t>
      </w:r>
      <w:r>
        <w:rPr>
          <w:sz w:val="20"/>
        </w:rPr>
        <w:br/>
        <w:t>Мф 10:35–36 тесно следует Мих 7:6. Это и есть ближайшее объяснение метафоры «меча» из 10:34: разрыв проходит через самые близкие семейные отношения.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Мих 7:6, Мф 10:34</w:t>
      </w:r>
    </w:p>
    <w:p>
      <w:r>
        <w:t>36. и врагами человека станут его собственные домашние».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ἐχθροὶ τοῦ ἀνθρώπου οἱ οἰκιακοὶ αὐτοῦ</w:t>
      </w:r>
      <w:r>
        <w:rPr>
          <w:sz w:val="20"/>
        </w:rPr>
        <w:t xml:space="preserve"> [echthroi tou anthrōpou hoi oikiakoi autou]</w:t>
      </w:r>
      <w:r>
        <w:rPr>
          <w:sz w:val="20"/>
        </w:rPr>
        <w:br/>
        <w:t>Практически прямая формулировка Мих 7:6 LXX: «враги человека — его домашние». Матфей использует пророческий кризис верности как образ последствий миссии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Мих 7:6</w:t>
      </w:r>
    </w:p>
    <w:p>
      <w:r>
        <w:t>37. Кто любит [φιλῶν] отца или мать больше Меня, тот Меня недостоин; и кто любит сына или дочь больше Меня, тот Меня недостоин.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φιλῶν</w:t>
      </w:r>
      <w:r>
        <w:rPr>
          <w:sz w:val="20"/>
        </w:rPr>
        <w:t xml:space="preserve"> [philōn]</w:t>
      </w:r>
      <w:r>
        <w:rPr>
          <w:sz w:val="20"/>
        </w:rPr>
        <w:br/>
        <w:t>Здесь Матфей использует φιλέω, слово любви/привязанности, а не ἀγαπάω. Смысл фразы — не отмена семейной любви, а требование, чтобы даже самая естественная близкая привязанность не имела приоритета над верностью Иисусу.</w:t>
      </w:r>
    </w:p>
    <w:p>
      <w:r>
        <w:t>38. Кто не принимает свой крест и не следует за Мной, тот Меня недостоин.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λαμβάνει τὸν σταυρὸν αὐτοῦ</w:t>
      </w:r>
      <w:r>
        <w:rPr>
          <w:sz w:val="20"/>
        </w:rPr>
        <w:t xml:space="preserve"> [lambanei ton stauron autou]</w:t>
      </w:r>
      <w:r>
        <w:rPr>
          <w:sz w:val="20"/>
        </w:rPr>
        <w:br/>
        <w:t>Для первых слушателей «взять крест» был образом крайней цены и публичного унижения под властью Рима. В Матфее выражение становится метафорой готовности следовать за Иисусом ценой собственной безопасности и статуса.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16:24</w:t>
      </w:r>
    </w:p>
    <w:p>
      <w:r>
        <w:t>39. Кто найдёт свою жизнь [ψυχήν], потеряет её; а кто потеряет свою жизнь ради Меня, найдёт её.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ψυχήν</w:t>
      </w:r>
      <w:r>
        <w:rPr>
          <w:sz w:val="20"/>
        </w:rPr>
        <w:t xml:space="preserve"> [psychēn]</w:t>
      </w:r>
      <w:r>
        <w:rPr>
          <w:sz w:val="20"/>
        </w:rPr>
        <w:br/>
        <w:t>Тот же ψυχή, который в 10:28 естественно переведён «душа», здесь по контексту означает жизнь/самого себя. Это хороший пример того, почему Strong-номер не должен автоматически диктовать один русский эквивалент.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10:28</w:t>
      </w:r>
    </w:p>
    <w:p>
      <w:r>
        <w:t>40. Кто принимает вас, принимает Меня; а кто принимает Меня, принимает Пославшего Меня.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ὁ δεχόμενος ὑμᾶς ἐμὲ δέχεται ... τὸν ἀποστείλαντά με</w:t>
      </w:r>
      <w:r>
        <w:rPr>
          <w:sz w:val="20"/>
        </w:rPr>
        <w:t xml:space="preserve"> [ho dechomenos hymas eme dechetai ... ton aposteilanta me]</w:t>
      </w:r>
      <w:r>
        <w:rPr>
          <w:sz w:val="20"/>
        </w:rPr>
        <w:br/>
        <w:t>Возникает цепочка представительства: принять посланника → принять Иисуса → принять Пославшего Иисуса. Это богословское основание серьёзности реакции на миссию.</w:t>
      </w:r>
    </w:p>
    <w:p>
      <w:r>
        <w:t>41. Кто принимает пророка потому, что тот пророк [εἰς ὄνομα προφήτου], получит награду пророка; и кто принимает праведника потому, что тот праведник, получит награду праведника.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εἰς ὄνομα προφήτου / δικαίου</w:t>
      </w:r>
      <w:r>
        <w:rPr>
          <w:sz w:val="20"/>
        </w:rPr>
        <w:t xml:space="preserve"> [eis onoma prophētou / dikaiou]</w:t>
      </w:r>
      <w:r>
        <w:rPr>
          <w:sz w:val="20"/>
        </w:rPr>
        <w:br/>
        <w:t>Буквально «во имя пророка/праведника»; здесь идиома означает принять человека именно в его качестве пророка или праведника, а не просто произнести его имя.</w:t>
      </w:r>
    </w:p>
    <w:p>
      <w:r>
        <w:t>42. И кто даст одному из этих малых хотя бы чашу холодной воды потому, что тот ученик [εἰς ὄνομα μαθητοῦ], — истинно говорю вам: он не потеряет своей награды».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τῶν μικρῶν τούτων</w:t>
      </w:r>
      <w:r>
        <w:rPr>
          <w:sz w:val="20"/>
        </w:rPr>
        <w:t xml:space="preserve"> [tōn mikrōn toutōn]</w:t>
      </w:r>
      <w:r>
        <w:rPr>
          <w:sz w:val="20"/>
        </w:rPr>
        <w:br/>
        <w:t>«Эти малые» в непосредственном контексте связаны с ученичеством, что подтверждает продолжение «потому что тот ученик». У Матфея «малые» станет важной группой обозначений учеников.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18:6, Мф 18:10</w:t>
      </w:r>
    </w:p>
    <w:p>
      <w:pPr>
        <w:pStyle w:val="Heading2"/>
      </w:pPr>
      <w:r>
        <w:t>Глава 11</w:t>
      </w:r>
    </w:p>
    <w:p>
      <w:r>
        <w:t>1. Когда Иисус закончил наставлять двенадцать учеников, Он ушёл оттуда, чтобы учить и проповедовать в их городах.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ὅτε ἐτέλεσεν ὁ Ἰησοῦς</w:t>
      </w:r>
      <w:r>
        <w:rPr>
          <w:sz w:val="20"/>
        </w:rPr>
        <w:t xml:space="preserve"> [hote etelesen ho Iēsous]</w:t>
      </w:r>
      <w:r>
        <w:rPr>
          <w:sz w:val="20"/>
        </w:rPr>
        <w:br/>
        <w:t>Вторая крупная матфеевская формула «когда Иисус закончил…» отмечает завершение миссионерской речи главы 10.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7:28, Мф 13:53, Мф 19:1, Мф 26:1</w:t>
      </w:r>
    </w:p>
    <w:p>
      <w:r>
        <w:t>2. Иоанн, услышав в тюрьме о делах Христа [τὰ ἔργα τοῦ Χριστοῦ], послал через своих учеников</w:t>
      </w:r>
    </w:p>
    <w:p>
      <w:pPr>
        <w:ind w:left="360"/>
      </w:pPr>
      <w:r>
        <w:rPr>
          <w:b/>
          <w:sz w:val="20"/>
        </w:rPr>
        <w:t>Титул</w:t>
      </w:r>
      <w:r>
        <w:rPr>
          <w:i/>
          <w:sz w:val="20"/>
        </w:rPr>
        <w:t xml:space="preserve"> τὰ ἔργα τοῦ Χριστοῦ</w:t>
      </w:r>
      <w:r>
        <w:rPr>
          <w:sz w:val="20"/>
        </w:rPr>
        <w:t xml:space="preserve"> [ta erga tou Christou]</w:t>
      </w:r>
      <w:r>
        <w:rPr>
          <w:sz w:val="20"/>
        </w:rPr>
        <w:br/>
        <w:t>Матфей здесь необычно говорит не просто о делах Иисуса, а о «делах Христа/Мессии». Именно эти дела становятся содержанием ответа Иоанну.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11:4–5</w:t>
      </w:r>
    </w:p>
    <w:p>
      <w:r>
        <w:t>3. спросить Его: «Ты — Грядущий [ὁ ἐρχόμενος], или нам ожидать другого?»</w:t>
      </w:r>
    </w:p>
    <w:p>
      <w:pPr>
        <w:ind w:left="360"/>
      </w:pPr>
      <w:r>
        <w:rPr>
          <w:b/>
          <w:sz w:val="20"/>
        </w:rPr>
        <w:t>Титул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ἐρχόμενος</w:t>
      </w:r>
      <w:r>
        <w:rPr>
          <w:sz w:val="20"/>
        </w:rPr>
        <w:t xml:space="preserve"> [ho erchomenos]</w:t>
      </w:r>
      <w:r>
        <w:rPr>
          <w:sz w:val="20"/>
        </w:rPr>
        <w:br/>
        <w:t>Буквально «Грядущий/Тот, Кто приходит». Это не просто бытовое «кто должен прийти», а узнаваемая формула ожидания Божьего Посланника/Мессии.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118:26, Мф 21:9</w:t>
      </w:r>
    </w:p>
    <w:p>
      <w:r>
        <w:t>4. Иисус ответил им: «Пойдите и расскажите Иоанну, что слышите и видите:</w:t>
      </w:r>
    </w:p>
    <w:p>
      <w:r>
        <w:t>5. слепые видят, хромые ходят, прокажённые очищаются, глухие слышат, мёртвые воскресают, бедным благовествуется.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τυφλοὶ ἀναβλέπουσιν ... πτωχοὶ εὐαγγελίζονται</w:t>
      </w:r>
      <w:r>
        <w:rPr>
          <w:sz w:val="20"/>
        </w:rPr>
        <w:t xml:space="preserve"> [typhloi anablepousin ... ptōchoi euangelizontai]</w:t>
      </w:r>
      <w:r>
        <w:rPr>
          <w:sz w:val="20"/>
        </w:rPr>
        <w:br/>
        <w:t>Ответ составлен языком Исайи: зрение слепых, слух глухих, движение хромых и добрая весть бедным. Иисус отвечает Иоанну не титулом, а делами, соответствующими обещанному Божьему спасению.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29:18–19, Ис 35:5–6, Ис 61:1</w:t>
      </w:r>
    </w:p>
    <w:p>
      <w:r>
        <w:t>6. И блажен тот, кто не споткнётся из-за Меня [μὴ σκανδαλισθῇ ἐν ἐμοί]».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σκανδαλισθῇ ἐν ἐμοί</w:t>
      </w:r>
      <w:r>
        <w:rPr>
          <w:sz w:val="20"/>
        </w:rPr>
        <w:t xml:space="preserve"> [skandalisthē en emoi]</w:t>
      </w:r>
      <w:r>
        <w:rPr>
          <w:sz w:val="20"/>
        </w:rPr>
        <w:br/>
        <w:t>Буквально «не споткнётся/не соблазнится обо Мне». Тот же корень вернётся в 13:57, где жители родной местности «спотыкаются» об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13:57</w:t>
      </w:r>
    </w:p>
    <w:p>
      <w:r>
        <w:t>7. Когда они ушли, Иисус начал говорить народу об Иоанне: «Что вы ходили смотреть в пустыню? Тростник, колеблемый ветром?</w:t>
      </w:r>
    </w:p>
    <w:p>
      <w:r>
        <w:t>8. Что же вы ходили смотреть? Человека в мягкой одежде? Но носящие мягкую одежду живут в царских дворцах.</w:t>
      </w:r>
    </w:p>
    <w:p>
      <w:r>
        <w:t>9. Так что же вы ходили смотреть? Пророка? Да, говорю вам, и больше пророка.</w:t>
      </w:r>
    </w:p>
    <w:p>
      <w:r>
        <w:t>10. Это тот, о ком написано: «Вот, Я посылаю Моего вестника перед Тобой; он приготовит Тебе путь».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ἰδοὺ ἐγὼ ἀποστέλλω τὸν ἄγγελόν μου</w:t>
      </w:r>
      <w:r>
        <w:rPr>
          <w:sz w:val="20"/>
        </w:rPr>
        <w:t xml:space="preserve"> [idou egō apostellō ton angelon mou]</w:t>
      </w:r>
      <w:r>
        <w:rPr>
          <w:sz w:val="20"/>
        </w:rPr>
        <w:br/>
        <w:t>Матфей использует Мал 3:1, но местоимения в цитате ориентируют путь вестника на Иисуса. В еврейском контексте Мал 3:1 вестник готовит путь перед Самим YHWH; это создаёт сильную христологическую перекличку.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Мал 3:1</w:t>
      </w:r>
    </w:p>
    <w:p>
      <w:r>
        <w:t>11. Истинно говорю вам: среди рождённых женщинами не появлялся больший Иоанна Крестителя; но наименьший в Царстве Небес больше него.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μικρότερος ἐν τῇ βασιλείᾳ τῶν οὐρανῶν</w:t>
      </w:r>
      <w:r>
        <w:rPr>
          <w:sz w:val="20"/>
        </w:rPr>
        <w:t xml:space="preserve"> [ho mikroteros en tē basileia tōn ouranōn]</w:t>
      </w:r>
      <w:r>
        <w:rPr>
          <w:sz w:val="20"/>
        </w:rPr>
        <w:br/>
        <w:t>Контраст не уменьшает роль Иоанна: сначала он назван величайшим среди рождённых женщинами, затем принадлежность к наступившему Царству описана как ещё более высокая позиция в истории Божьего действия.</w:t>
      </w:r>
    </w:p>
    <w:p>
      <w:r>
        <w:t>12. Со дней Иоанна Крестителя и доныне Царство Небес с силой прорывается вперёд [βιάζεται], и действующие с силой/напором [βιασταί] овладевают [ἁρπάζουσιν] им.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ἡ βασιλεία τῶν οὐρανῶν βιάζεται</w:t>
      </w:r>
      <w:r>
        <w:rPr>
          <w:sz w:val="20"/>
        </w:rPr>
        <w:t xml:space="preserve"> [hē basileia tōn ouranōn biazetai]</w:t>
      </w:r>
      <w:r>
        <w:rPr>
          <w:sz w:val="20"/>
        </w:rPr>
        <w:br/>
        <w:t>βιάζεται формально может быть средним («прорывается, продвигается с силой») или пассивным («подвергается насилию»). Контекст не устраняет грамматическую неоднозначность полностью; WGT-T принимает динамическое среднее чтение.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βιασταὶ ἁρπάζουσιν αὐτήν</w:t>
      </w:r>
      <w:r>
        <w:rPr>
          <w:sz w:val="20"/>
        </w:rPr>
        <w:t xml:space="preserve"> [biastai harpazousin autēn]</w:t>
      </w:r>
      <w:r>
        <w:rPr>
          <w:sz w:val="20"/>
        </w:rPr>
        <w:br/>
        <w:t>βιασταί — силовые/напористые люди; ἁρπάζω — хватать, захватывать. Возможны положительное чтение энергичного вхождения в Царство и отрицательное чтение насильственного противодействия ему. WGT-E сохраняет обе возможности.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11:18–19, Мф 17:12</w:t>
      </w:r>
    </w:p>
    <w:p>
      <w:r>
        <w:t>13. Потому что все Пророки и Закон пророчествовали до Иоанна.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οἱ προφῆται καὶ ὁ νόμος ... ἕως Ἰωάννου</w:t>
      </w:r>
      <w:r>
        <w:rPr>
          <w:sz w:val="20"/>
        </w:rPr>
        <w:t xml:space="preserve"> [hoi prophētai kai ho nomos ... heōs Iōannou]</w:t>
      </w:r>
      <w:r>
        <w:rPr>
          <w:sz w:val="20"/>
        </w:rPr>
        <w:br/>
        <w:t>Необычный порядок «Пророки и Закон» подчёркивает их общий пророческий вектор, достигающий рубежа в служении Иоанна.</w:t>
      </w:r>
    </w:p>
    <w:p>
      <w:r>
        <w:t>14. И если вы готовы принять это, он — Илия, который должен прийти.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αὐτός ἐστιν Ἠλίας ὁ μέλλων ἔρχεσθαι</w:t>
      </w:r>
      <w:r>
        <w:rPr>
          <w:sz w:val="20"/>
        </w:rPr>
        <w:t xml:space="preserve"> [autos estin Ēlias ho mellōn erchesthai]</w:t>
      </w:r>
      <w:r>
        <w:rPr>
          <w:sz w:val="20"/>
        </w:rPr>
        <w:br/>
        <w:t>Иисус связывает Иоанна с обещанием возвращения Илии из Мал 4:5. Матфей позже пояснит это снова после Преображения.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Мал 4:5–6, Мф 17:10–13</w:t>
      </w:r>
    </w:p>
    <w:p>
      <w:r>
        <w:t>15. У кого есть уши — пусть слышит.</w:t>
      </w:r>
    </w:p>
    <w:p>
      <w:r>
        <w:t>16. С кем сравнить это поколение? Оно подобно детям, сидящим на площадях и кричащим другим:</w:t>
      </w:r>
    </w:p>
    <w:p>
      <w:r>
        <w:t>17. “Мы играли вам на свирели, а вы не танцевали; пели печальную песню, а вы не скорбели”.</w:t>
      </w:r>
    </w:p>
    <w:p>
      <w:r>
        <w:t>18. Пришёл Иоанн: не ест и не пьёт — и говорят: “В нём демон”.</w:t>
      </w:r>
    </w:p>
    <w:p>
      <w:r>
        <w:t>19. Пришёл Сын Человеческий: ест и пьёт — и говорят: «Вот обжора и пьяница, друг сборщиков пошлин и грешников». Но мудрость оправдывается своими делами [ἔργων]».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ἔργων / τέκνων</w:t>
      </w:r>
      <w:r>
        <w:rPr>
          <w:sz w:val="20"/>
        </w:rPr>
        <w:t xml:space="preserve"> [ergōn / teknōn]</w:t>
      </w:r>
      <w:r>
        <w:rPr>
          <w:sz w:val="20"/>
        </w:rPr>
        <w:br/>
        <w:t>Критическое чтение WGT-T — «делами». Широко известный вариант имеет «детьми». Оба создают смысл «мудрость подтверждается результатом», но основной текст не смешивает варианты.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φίλος τελωνῶν καὶ ἁμαρτωλῶν</w:t>
      </w:r>
      <w:r>
        <w:rPr>
          <w:sz w:val="20"/>
        </w:rPr>
        <w:t xml:space="preserve"> [philos telōnōn kai hamartōlōn]</w:t>
      </w:r>
      <w:r>
        <w:rPr>
          <w:sz w:val="20"/>
        </w:rPr>
        <w:br/>
        <w:t>Обвинение «друг сборщиков пошлин и грешников» невольно точно описывает уже показанное Матфеем общение Иисуса за столом в 9:10–13.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9:10–13</w:t>
      </w:r>
    </w:p>
    <w:p>
      <w:r>
        <w:t>20. Тогда Иисус начал упрекать города, в которых совершилось больше всего Его могущественных дел [δυνάμεις], потому что они не покаялись: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δυνάμεις ... μετενόησαν</w:t>
      </w:r>
      <w:r>
        <w:rPr>
          <w:sz w:val="20"/>
        </w:rPr>
        <w:t xml:space="preserve"> [dynameis ... metenōēsan]</w:t>
      </w:r>
      <w:r>
        <w:rPr>
          <w:sz w:val="20"/>
        </w:rPr>
        <w:br/>
        <w:t>Чудеса у Матфея названы «силами/могущественными делами», а ожидаемый ответ на них — покаяние. Само наблюдение чуда не заменяет обращения.</w:t>
      </w:r>
    </w:p>
    <w:p>
      <w:r>
        <w:t>21. «Горе тебе, Хоразин! Горе тебе, Вифсаида! Если бы чудеса, совершённые у вас, произошли в Тире и Сидоне, они давно покаялись бы в мешковине и пепле.</w:t>
      </w:r>
    </w:p>
    <w:p>
      <w:r>
        <w:t>22. Но говорю вам: Тиру и Сидону будет легче в день суда, чем вам.</w:t>
      </w:r>
    </w:p>
    <w:p>
      <w:r>
        <w:t>23. И ты, Капернаум, неужели будешь возвышен до неба? До Аида [ᾅδου] будешь низведён…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ἕως τοῦ οὐρανοῦ ... ἕως ᾅδου</w:t>
      </w:r>
      <w:r>
        <w:rPr>
          <w:sz w:val="20"/>
        </w:rPr>
        <w:t xml:space="preserve"> [heōs tou ouranou ... heōs hadou]</w:t>
      </w:r>
      <w:r>
        <w:rPr>
          <w:sz w:val="20"/>
        </w:rPr>
        <w:br/>
        <w:t>Высота до неба и падение до Аида перекликаются с пророческим языком Ис 14:13–15 о гордости и низвержении. Матфей применяет контраст к Капернауму, видевшему многие дела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14:13–15</w:t>
      </w:r>
    </w:p>
    <w:p>
      <w:r>
        <w:t>24. Но говорю вам: земле Содома будет легче в день суда, чем тебе».</w:t>
      </w:r>
    </w:p>
    <w:p>
      <w:r>
        <w:t>25. В то время Иисус сказал: «Благодарю/прославляю [ἐξομολογοῦμαί] Тебя, Отец, Господь неба и земли, что Ты скрыл это от мудрых и разумных и открыл младенцам.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ἐξομολογοῦμαί σοι</w:t>
      </w:r>
      <w:r>
        <w:rPr>
          <w:sz w:val="20"/>
        </w:rPr>
        <w:t xml:space="preserve"> [exomologoumai soi]</w:t>
      </w:r>
      <w:r>
        <w:rPr>
          <w:sz w:val="20"/>
        </w:rPr>
        <w:br/>
        <w:t>Здесь ἐξομολογέομαι означает открыто признавать, исповедовать с благодарностью/хвалой. Простое «благодарю» естественно, но слово несёт оттенок публичного признания Божьего действия.</w:t>
      </w:r>
    </w:p>
    <w:p>
      <w:pPr>
        <w:ind w:left="360"/>
      </w:pPr>
      <w:r>
        <w:rPr>
          <w:b/>
          <w:sz w:val="20"/>
        </w:rPr>
        <w:t>Контраст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σοφῶν καὶ συνετῶν ... νηπίοις</w:t>
      </w:r>
      <w:r>
        <w:rPr>
          <w:sz w:val="20"/>
        </w:rPr>
        <w:t xml:space="preserve"> [sophōn kai synetōn ... nēpiois]</w:t>
      </w:r>
      <w:r>
        <w:rPr>
          <w:sz w:val="20"/>
        </w:rPr>
        <w:br/>
        <w:t>Контраст не прославляет невежество как таковое, а противопоставляет самодостаточную мудрость принимающей зависимость «младенцев».</w:t>
      </w:r>
    </w:p>
    <w:p>
      <w:r>
        <w:t>26. Да, Отец, потому что так было угодно Тебе.</w:t>
      </w:r>
    </w:p>
    <w:p>
      <w:r>
        <w:t>27. Всё передано Мне Моим Отцом. Никто не знает в полноте [ἐπιγινώσκει] Сына, кроме Отца; и Отца никто не знает в полноте, кроме Сына и того, кому Сын захочет Его открыть.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Πάντα μοι παρεδόθη ὑπὸ τοῦ πατρός μου</w:t>
      </w:r>
      <w:r>
        <w:rPr>
          <w:sz w:val="20"/>
        </w:rPr>
        <w:t xml:space="preserve"> [Panta moi paredothē hypo tou patros mou]</w:t>
      </w:r>
      <w:r>
        <w:rPr>
          <w:sz w:val="20"/>
        </w:rPr>
        <w:br/>
        <w:t>«Всё передано Мне» — исключительное заявление о полученной от Отца власти/достоянии, предвосхищающее «дана Мне всякая власть» в финале Евангелия.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28:18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ἐπιγινώσκει</w:t>
      </w:r>
      <w:r>
        <w:rPr>
          <w:sz w:val="20"/>
        </w:rPr>
        <w:t xml:space="preserve"> [epiginōskei]</w:t>
      </w:r>
      <w:r>
        <w:rPr>
          <w:sz w:val="20"/>
        </w:rPr>
        <w:br/>
        <w:t>Глагол может обозначать узнавать/знать полно и точно. Стих формулирует взаимное уникальное знание Отца и Сына и зависимость откровения Отца от воли Сына.</w:t>
      </w:r>
    </w:p>
    <w:p>
      <w:r>
        <w:t>28. Придите ко Мне все уставшие [κοπιῶντες] и обременённые [πεφορτισμένοι], и Я дам вам покой [ἀναπαύσω].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κοπιῶντες ... πεφορτισμένοι ... ἀναπαύσω</w:t>
      </w:r>
      <w:r>
        <w:rPr>
          <w:sz w:val="20"/>
        </w:rPr>
        <w:t xml:space="preserve"> [kopiōntes ... pephortismenoi ... anapausō]</w:t>
      </w:r>
      <w:r>
        <w:rPr>
          <w:sz w:val="20"/>
        </w:rPr>
        <w:br/>
        <w:t>Контраст — между тяжёлым трудом/нагруженностью и покоем, который даёт Сам Иисус. Текст не определяет нагрузку только как одну конкретную систему религиозных правил.</w:t>
      </w:r>
    </w:p>
    <w:p>
      <w:r>
        <w:t>29. Возьмите на себя Моё ярмо [ζυγόν] и учитесь у Меня, потому что Я кроток [πραΰς] и смирен сердцем, и вы найдёте покой своим душам.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ζυγόν μου ... μάθετε ἀπ᾽ ἐμοῦ</w:t>
      </w:r>
      <w:r>
        <w:rPr>
          <w:sz w:val="20"/>
        </w:rPr>
        <w:t xml:space="preserve"> [zygon mou ... mathete ap emou]</w:t>
      </w:r>
      <w:r>
        <w:rPr>
          <w:sz w:val="20"/>
        </w:rPr>
        <w:br/>
        <w:t>«Ярмо» было естественной метафорой подчинения, обучения и образа жизни. Иисус не предлагает отсутствие ярма, а призывает взять именно Его ярмо и стать Его учениками.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εὑρήσετε ἀνάπαυσιν ταῖς ψυχαῖς ὑμῶν</w:t>
      </w:r>
      <w:r>
        <w:rPr>
          <w:sz w:val="20"/>
        </w:rPr>
        <w:t xml:space="preserve"> [heurēsete anapausin tais psychais hymōn]</w:t>
      </w:r>
      <w:r>
        <w:rPr>
          <w:sz w:val="20"/>
        </w:rPr>
        <w:br/>
        <w:t>Фраза «найдёте покой вашим душам» близко перекликается с Иер 6:16 LXX, где речь о древних путях и нахождении очищения/покоя для души.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Иер 6:16</w:t>
      </w:r>
    </w:p>
    <w:p>
      <w:r>
        <w:t>30. Потому что Моё ярмо благо/добро [χρηστός], и Моя ноша легка».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χρηστός</w:t>
      </w:r>
      <w:r>
        <w:rPr>
          <w:sz w:val="20"/>
        </w:rPr>
        <w:t xml:space="preserve"> [chrēstos]</w:t>
      </w:r>
      <w:r>
        <w:rPr>
          <w:sz w:val="20"/>
        </w:rPr>
        <w:br/>
        <w:t>χρηστός может означать добрый, благой, полезный, мягкий/приятный в обращении. «Удобный» передал бы лишь часть оттенка; WGT-T сохраняет более широкое «благо».</w:t>
      </w:r>
    </w:p>
    <w:p>
      <w:pPr>
        <w:pStyle w:val="Heading2"/>
      </w:pPr>
      <w:r>
        <w:t>Глава 12</w:t>
      </w:r>
    </w:p>
    <w:p>
      <w:r>
        <w:t>1. В то время Иисус проходил в субботу через засеянные поля. Его ученики проголодались и стали срывать колосья и есть.</w:t>
      </w:r>
    </w:p>
    <w:p>
      <w:r>
        <w:t>2. Фарисеи, увидев это, сказали Ему: «Смотри, Твои ученики делают в субботу то, чего нельзя делать».</w:t>
      </w:r>
    </w:p>
    <w:p>
      <w:r>
        <w:t>3. Он ответил им: «Разве вы не читали, что сделал Давид, когда проголодался он и бывшие с ним?</w:t>
      </w:r>
    </w:p>
    <w:p>
      <w:pPr>
        <w:ind w:left="360"/>
      </w:pPr>
      <w:r>
        <w:rPr>
          <w:b/>
          <w:sz w:val="20"/>
        </w:rPr>
        <w:t>Ссылка на Ветхий Завет</w:t>
      </w:r>
      <w:r>
        <w:rPr>
          <w:i/>
          <w:sz w:val="20"/>
        </w:rPr>
        <w:t xml:space="preserve"> Δαυὶδ ... ἐπείνασεν</w:t>
      </w:r>
      <w:r>
        <w:rPr>
          <w:sz w:val="20"/>
        </w:rPr>
        <w:t xml:space="preserve"> [Dauid ... epeinasen]</w:t>
      </w:r>
      <w:r>
        <w:rPr>
          <w:sz w:val="20"/>
        </w:rPr>
        <w:br/>
        <w:t>Иисус отвечает на субботний спор историей Давида из 1 Цар 21: голод и человеческая нужда становятся частью аргумента о правильном чтении Закона.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1 Цар 21:1–6</w:t>
      </w:r>
    </w:p>
    <w:p>
      <w:r>
        <w:t>4. Как он вошёл в дом Бога и ел хлебы предложения, которые не позволено было есть ни ему, ни его спутникам, а только священникам?</w:t>
      </w:r>
    </w:p>
    <w:p>
      <w:r>
        <w:t>5. Или не читали в Законе, что по субботам священники в храме «нарушают» субботу [βεβηλοῦσιν] и остаются невиновными?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βεβηλοῦσιν ... ἀναίτιοί</w:t>
      </w:r>
      <w:r>
        <w:rPr>
          <w:sz w:val="20"/>
        </w:rPr>
        <w:t xml:space="preserve"> [bebēlousin ... anaitioi]</w:t>
      </w:r>
      <w:r>
        <w:rPr>
          <w:sz w:val="20"/>
        </w:rPr>
        <w:br/>
        <w:t>Иисус намеренно использует сильную формулировку: священники формально «профанируют/нарушают» субботний покой служением в храме, но остаются невиновными. Значит сама Тора предусматривает приоритет храмового служения.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Чис 28:9–10</w:t>
      </w:r>
    </w:p>
    <w:p>
      <w:r>
        <w:t>6. Но говорю вам: здесь нечто/Некто больше храма [τοῦ ἱεροῦ μεῖζόν ἐστιν ὧδε].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τοῦ ἱεροῦ μεῖζόν ἐστιν ὧδε</w:t>
      </w:r>
      <w:r>
        <w:rPr>
          <w:sz w:val="20"/>
        </w:rPr>
        <w:t xml:space="preserve"> [tou hierou meizon estin hōde]</w:t>
      </w:r>
      <w:r>
        <w:rPr>
          <w:sz w:val="20"/>
        </w:rPr>
        <w:br/>
        <w:t>Греческое μεῖζον — сравнительное среднего рода: буквально «нечто большее храма здесь». По контексту это связано с присутствием и властью Иисуса, поэтому личное «Тот, Кто больше храма» естественно, но грамматическая форма шире.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12:8</w:t>
      </w:r>
    </w:p>
    <w:p>
      <w:r>
        <w:t>7. Если бы вы поняли слова: «Милости хочу, а не жертвы», то не осудили бы невиновных.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ἔλεος θέλω καὶ οὐ θυσίαν</w:t>
      </w:r>
      <w:r>
        <w:rPr>
          <w:sz w:val="20"/>
        </w:rPr>
        <w:t xml:space="preserve"> [eleos thelō kai ou thysian]</w:t>
      </w:r>
      <w:r>
        <w:rPr>
          <w:sz w:val="20"/>
        </w:rPr>
        <w:br/>
        <w:t>Иисус второй раз в Матфее цитирует Ос 6:6. В 9:13 — в споре о трапезе с грешниками; здесь — в споре о субботе. Милость становится герменевтическим ключом к обоим конфликтам.</w:t>
      </w:r>
      <w:r>
        <w:rPr>
          <w:i/>
          <w:sz w:val="20"/>
        </w:rPr>
        <w:br/>
        <w:t xml:space="preserve">См.: </w:t>
      </w:r>
      <w:r>
        <w:rPr>
          <w:sz w:val="20"/>
        </w:rPr>
        <w:t>Ос 6:6, Мф 9:13</w:t>
      </w:r>
    </w:p>
    <w:p>
      <w:r>
        <w:t>8. Потому что Сын Человеческий — Господин [κύριος] субботы».</w:t>
      </w:r>
    </w:p>
    <w:p>
      <w:pPr>
        <w:ind w:left="360"/>
      </w:pPr>
      <w:r>
        <w:rPr>
          <w:b/>
          <w:sz w:val="20"/>
        </w:rPr>
        <w:t>Титул</w:t>
      </w:r>
      <w:r>
        <w:rPr>
          <w:i/>
          <w:sz w:val="20"/>
        </w:rPr>
        <w:t xml:space="preserve"> κύριος ... τοῦ σαββάτου ὁ υἱὸς τοῦ ἀνθρώπου</w:t>
      </w:r>
      <w:r>
        <w:rPr>
          <w:sz w:val="20"/>
        </w:rPr>
        <w:t xml:space="preserve"> [kyrios ... tou sabbatou ho huios tou anthrōpou]</w:t>
      </w:r>
      <w:r>
        <w:rPr>
          <w:sz w:val="20"/>
        </w:rPr>
        <w:br/>
        <w:t>Заявление следует сразу после «больше храма» и ставит Сына Человеческого в позицию власти над субботой, а не просто как участника спора о её деталях.</w:t>
      </w:r>
    </w:p>
    <w:p>
      <w:r>
        <w:t>9. Уйдя оттуда, Иисус вошёл в их синагогу.</w:t>
      </w:r>
    </w:p>
    <w:p>
      <w:r>
        <w:t>10. Там был человек с иссохшей рукой. Чтобы обвинить Иисуса, Его спросили: «Позволено ли исцелять в субботу?»</w:t>
      </w:r>
    </w:p>
    <w:p>
      <w:r>
        <w:t>11. Он сказал им: «Если у кого из вас есть овца и она в субботу упадёт в яму, разве он не возьмёт её и не вытащит?</w:t>
      </w:r>
    </w:p>
    <w:p>
      <w:r>
        <w:t>12. Насколько же человек ценнее овцы! Поэтому в субботу позволено делать добро [καλῶς ποιεῖν]».</w:t>
      </w:r>
    </w:p>
    <w:p>
      <w:pPr>
        <w:ind w:left="360"/>
      </w:pPr>
      <w:r>
        <w:rPr>
          <w:b/>
          <w:sz w:val="20"/>
        </w:rPr>
        <w:t>Этика</w:t>
      </w:r>
      <w:r>
        <w:rPr>
          <w:i/>
          <w:sz w:val="20"/>
        </w:rPr>
        <w:t xml:space="preserve"> ἔξεστιν τοῖς σάββασιν καλῶς ποιεῖν</w:t>
      </w:r>
      <w:r>
        <w:rPr>
          <w:sz w:val="20"/>
        </w:rPr>
        <w:t xml:space="preserve"> [exestin tois sabbasin kalōs poiein]</w:t>
      </w:r>
      <w:r>
        <w:rPr>
          <w:sz w:val="20"/>
        </w:rPr>
        <w:br/>
        <w:t>Иисус формулирует положительный принцип: вопрос субботы не только «что запрещено», но «что дозволено делать доброго».</w:t>
      </w:r>
    </w:p>
    <w:p>
      <w:r>
        <w:t>13. Затем Он сказал человеку: «Протяни руку». Тот протянул, и рука стала здоровой, как другая.</w:t>
      </w:r>
    </w:p>
    <w:p>
      <w:r>
        <w:t>14. Фарисеи вышли и стали советоваться против Иисуса, как Его погубить.</w:t>
      </w:r>
    </w:p>
    <w:p>
      <w:r>
        <w:t>15. Узнав об этом, Иисус ушёл оттуда. За Ним последовали многие, и Он исцелил их всех.</w:t>
      </w:r>
    </w:p>
    <w:p>
      <w:r>
        <w:t>16. Он строго велел им не разглашать о Нём,</w:t>
      </w:r>
    </w:p>
    <w:p>
      <w:r>
        <w:t>17. чтобы исполнилось сказанное через пророка Исаию:</w:t>
      </w:r>
    </w:p>
    <w:p>
      <w:r>
        <w:t>18. «Вот Мой Служитель [παῖς], Которого Я избрал, Мой Возлюбленный… Я возложу на Него Мой Дух, и Он возвестит народам справедливость/суд [κρίσιν].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ὁ παῖς μου ... θήσω τὸ πνεῦμά μου ἐπ᾽ αὐτόν</w:t>
      </w:r>
      <w:r>
        <w:rPr>
          <w:sz w:val="20"/>
        </w:rPr>
        <w:t xml:space="preserve"> [ho pais mou ... thēsō to pneuma mou ep auton]</w:t>
      </w:r>
      <w:r>
        <w:rPr>
          <w:sz w:val="20"/>
        </w:rPr>
        <w:br/>
        <w:t>Цитата Ис 42:1–4 связывает Иисуса со Служителем, на Котором Божий Дух. Это продолжает язык небесного голоса при крещении.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42:1–4, Мф 3:17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κρίσιν</w:t>
      </w:r>
      <w:r>
        <w:rPr>
          <w:sz w:val="20"/>
        </w:rPr>
        <w:t xml:space="preserve"> [krisin]</w:t>
      </w:r>
      <w:r>
        <w:rPr>
          <w:sz w:val="20"/>
        </w:rPr>
        <w:br/>
        <w:t>κρίσις может означать суд, правосудие, справедливое решение. В Ис 42 речь о Божьем правосудии, которое Служитель несёт народам.</w:t>
      </w:r>
    </w:p>
    <w:p>
      <w:r>
        <w:t>19. Он не будет спорить и кричать, и никто не услышит на улицах Его голоса.</w:t>
      </w:r>
    </w:p>
    <w:p>
      <w:r>
        <w:t>20. Надломленной трости Он не переломит и тлеющего фитиля не погасит, пока не приведёт правосудие [κρίσιν] к победе.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κάλαμον συντετριμμένον ... λίνον τυφόμενον</w:t>
      </w:r>
      <w:r>
        <w:rPr>
          <w:sz w:val="20"/>
        </w:rPr>
        <w:t xml:space="preserve"> [kalamon syntetrimmenon ... linon typhomenon]</w:t>
      </w:r>
      <w:r>
        <w:rPr>
          <w:sz w:val="20"/>
        </w:rPr>
        <w:br/>
        <w:t>Два образа описывают слабое и почти угасшее, которое Служитель не уничтожает. Это объясняет тихий стиль Его служения в 12:15–16.</w:t>
      </w:r>
    </w:p>
    <w:p>
      <w:r>
        <w:t>21. И на Его имя будут надеяться народы [ἔθνη]».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ἔθνη ἐλπιοῦσιν</w:t>
      </w:r>
      <w:r>
        <w:rPr>
          <w:sz w:val="20"/>
        </w:rPr>
        <w:t xml:space="preserve"> [ethnē elpiousin]</w:t>
      </w:r>
      <w:r>
        <w:rPr>
          <w:sz w:val="20"/>
        </w:rPr>
        <w:br/>
        <w:t>Цитата заканчивается надеждой народов/язычников на имя Служителя — ещё один матфеевский сигнал будущей всемирной миссии.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10:18, Мф 28:19</w:t>
      </w:r>
    </w:p>
    <w:p>
      <w:r>
        <w:t>22. Тогда к Нему привели человека, одержимого демоном, слепого и немого. Иисус исцелил его, так что тот стал говорить и видеть.</w:t>
      </w:r>
    </w:p>
    <w:p>
      <w:r>
        <w:t>23. Весь народ был поражён и спрашивал: «Неужели Он — Сын Давида?»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μήτι οὗτός ἐστιν ὁ υἱὸς Δαυίδ</w:t>
      </w:r>
      <w:r>
        <w:rPr>
          <w:sz w:val="20"/>
        </w:rPr>
        <w:t xml:space="preserve"> [mēti houtos estin ho huios Dauid]</w:t>
      </w:r>
      <w:r>
        <w:rPr>
          <w:sz w:val="20"/>
        </w:rPr>
        <w:br/>
        <w:t>Частица μήτι обычно ожидает отрицательный ответ, поэтому вопрос звучит осторожно/сомневающе: «Неужели это и есть Сын Давида?» Толпы начинают рассматривать мессианскую возможность, которую фарисеи немедленно отвергают.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12:24</w:t>
      </w:r>
    </w:p>
    <w:p>
      <w:r>
        <w:t>24. Фарисеи, услышав это, сказали: «Он изгоняет демонов только силой Веельзевула, правителя демонов».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ἐν τῷ Βεελζεβοὺλ ἄρχοντι τῶν δαιμονίων</w:t>
      </w:r>
      <w:r>
        <w:rPr>
          <w:sz w:val="20"/>
        </w:rPr>
        <w:t xml:space="preserve"> [en tō Beelzeboul archonti tōn daimoniōn]</w:t>
      </w:r>
      <w:r>
        <w:rPr>
          <w:sz w:val="20"/>
        </w:rPr>
        <w:br/>
        <w:t>Это обвинение — непосредственный контекст последующих слов о Духе: действие, которое Иисус в 12:28 приписывает Духу Божьему, фарисеи приписывают правителю демонов.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12:28, Мф 12:31–32</w:t>
      </w:r>
    </w:p>
    <w:p>
      <w:r>
        <w:t>25. Зная их мысли, Иисус сказал: «Всякое царство, разделившееся против самого себя, опустеет; и ни один город или дом, разделившийся против самого себя, не устоит.</w:t>
      </w:r>
    </w:p>
    <w:p>
      <w:r>
        <w:t>26. Если сатана изгоняет сатану, он разделился против самого себя. Как же тогда устоит его царство?</w:t>
      </w:r>
    </w:p>
    <w:p>
      <w:r>
        <w:t>27. И если Я изгоняю демонов силой Веельзевула, чьей силой изгоняют их ваши последователи? Поэтому они будут вашими судьями.</w:t>
      </w:r>
    </w:p>
    <w:p>
      <w:r>
        <w:t>28. Но если Я изгоняю демонов Духом Божьим, значит, Царство Божье уже достигло/настигло [ἔφθασεν] вас.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ἔφθασεν ἐφ᾽ ὑμᾶς</w:t>
      </w:r>
      <w:r>
        <w:rPr>
          <w:sz w:val="20"/>
        </w:rPr>
        <w:t xml:space="preserve"> [ephthasen eph hymas]</w:t>
      </w:r>
      <w:r>
        <w:rPr>
          <w:sz w:val="20"/>
        </w:rPr>
        <w:br/>
        <w:t>ἔφθασεν означает «достигло, пришло к, настигло». Здесь Царство не просто близко, как в 3:2 и 4:17, а уже действенно достигло слушателей в освобождающем действии Божьего Духа.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3:2, Мф 4:17</w:t>
      </w:r>
    </w:p>
    <w:p>
      <w:r>
        <w:t>29. Как может кто-то войти в дом сильного [ἰσχυροῦ] и забрать его имущество, если прежде не свяжет сильного? Только тогда он сможет разграбить его дом.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δήσῃ τὸν ἰσχυρόν</w:t>
      </w:r>
      <w:r>
        <w:rPr>
          <w:sz w:val="20"/>
        </w:rPr>
        <w:t xml:space="preserve"> [dēsē ton ischyron]</w:t>
      </w:r>
      <w:r>
        <w:rPr>
          <w:sz w:val="20"/>
        </w:rPr>
        <w:br/>
        <w:t>Изгнание демонов объясняется не сотрудничеством с сатаной, а победой над «сильным»: чтобы освобождать принадлежащее его дому, его власть должна быть связана/ограничена.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12:26–28</w:t>
      </w:r>
    </w:p>
    <w:p>
      <w:r>
        <w:t>30. Кто не со Мной, тот против Меня; и кто не собирает со Мной, тот разбрасывает.</w:t>
      </w:r>
    </w:p>
    <w:p>
      <w:r>
        <w:t>31. Поэтому говорю вам: всякий грех и богохульство будут прощены людям, но хула на Духа не будет прощена.</w:t>
      </w:r>
    </w:p>
    <w:p>
      <w:pPr>
        <w:ind w:left="360"/>
      </w:pPr>
      <w:r>
        <w:rPr>
          <w:b/>
          <w:sz w:val="20"/>
        </w:rPr>
        <w:t>Контекст</w:t>
      </w:r>
      <w:r>
        <w:rPr>
          <w:i/>
          <w:sz w:val="20"/>
        </w:rPr>
        <w:t xml:space="preserve"> ἡ τοῦ πνεύματος βλασφημία</w:t>
      </w:r>
      <w:r>
        <w:rPr>
          <w:sz w:val="20"/>
        </w:rPr>
        <w:t xml:space="preserve"> [hē tou pneumatos blasphēmia]</w:t>
      </w:r>
      <w:r>
        <w:rPr>
          <w:sz w:val="20"/>
        </w:rPr>
        <w:br/>
        <w:t>Высказывание нельзя отрывать от 12:24–28: фарисеи видят освобождающее действие, которое Иисус прямо называет действием Духа Божьего, и сознательно приписывают его Веельзевулу. Именно этот контекст задаёт смысл предупреждению о хуле на Духа.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12:24, Мф 12:28, Мф 12:32</w:t>
      </w:r>
    </w:p>
    <w:p>
      <w:r>
        <w:t>32. Кто скажет слово против Сына Человеческого, тому будет прощено; но кто скажет против Святого Духа, тому не будет прощено ни в этом веке [αἰῶνι], ни в грядущем.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αἰῶνι ... μέλλοντι</w:t>
      </w:r>
      <w:r>
        <w:rPr>
          <w:sz w:val="20"/>
        </w:rPr>
        <w:t xml:space="preserve"> [aiōni ... mellonti]</w:t>
      </w:r>
      <w:r>
        <w:rPr>
          <w:sz w:val="20"/>
        </w:rPr>
        <w:br/>
        <w:t>αἰών здесь — век/эпоха, а не физический «мир». Контраст «этот век / грядущий» — стандартный еврейско-эсхатологический способ говорить о нынешней и будущей эпохе Божьего правления.</w:t>
      </w:r>
    </w:p>
    <w:p>
      <w:r>
        <w:t>33. Либо признайте дерево хорошим и его плод хорошим, либо дерево плохим и его плод плохим: дерево узнаётся по плоду.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ἐκ ... τοῦ καρποῦ τὸ δένδρον γινώσκεται</w:t>
      </w:r>
      <w:r>
        <w:rPr>
          <w:sz w:val="20"/>
        </w:rPr>
        <w:t xml:space="preserve"> [ek ... tou karpou to dendron ginōsketai]</w:t>
      </w:r>
      <w:r>
        <w:rPr>
          <w:sz w:val="20"/>
        </w:rPr>
        <w:br/>
        <w:t>Возвращается принцип Мф 7: дерево узнаётся по плоду. Здесь он применяется к словам и оценке Божьего действия.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7:16–20, Мф 12:34–37</w:t>
      </w:r>
    </w:p>
    <w:p>
      <w:r>
        <w:t>34. Порождения гадюк! Как можете вы говорить доброе, будучи злыми? Ведь уста говорят из избытка/переполнения [περισσεύματος] сердца.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ἐκ τοῦ περισσεύματος τῆς καρδίας</w:t>
      </w:r>
      <w:r>
        <w:rPr>
          <w:sz w:val="20"/>
        </w:rPr>
        <w:t xml:space="preserve"> [ek tou perisseumatos tēs kardias]</w:t>
      </w:r>
      <w:r>
        <w:rPr>
          <w:sz w:val="20"/>
        </w:rPr>
        <w:br/>
        <w:t>Буквально «из избытка/переполнения сердца». Речь не просто о случайной оговорке: слова обнаруживают то, чем внутренне наполнен человек.</w:t>
      </w:r>
    </w:p>
    <w:p>
      <w:r>
        <w:t>35. Добрый человек из доброго сокровища выносит добро, а злой из злого сокровища выносит зло.</w:t>
      </w:r>
    </w:p>
    <w:p>
      <w:r>
        <w:t>36. Говорю вам: за каждое праздное/бесплодное [ἀργόν] слово, которое произнесут люди, они дадут ответ в день суда.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ῥῆμα ἀργόν</w:t>
      </w:r>
      <w:r>
        <w:rPr>
          <w:sz w:val="20"/>
        </w:rPr>
        <w:t xml:space="preserve"> [rhēma argon]</w:t>
      </w:r>
      <w:r>
        <w:rPr>
          <w:sz w:val="20"/>
        </w:rPr>
        <w:br/>
        <w:t>ἀργός буквально «неработающий, праздный, бесполезный». Здесь это слово без доброго результата/ответственной ценности, а не непременно просто бытовая болтовня.</w:t>
      </w:r>
    </w:p>
    <w:p>
      <w:r>
        <w:t>37. Потому что по своим словам ты будешь оправдан и по своим словам осуждён».</w:t>
      </w:r>
    </w:p>
    <w:p>
      <w:r>
        <w:t>38. Тогда некоторые книжники и фарисеи сказали: «Учитель, мы хотим увидеть от Тебя знамение».</w:t>
      </w:r>
    </w:p>
    <w:p>
      <w:r>
        <w:t>39. Он ответил: «Злое и прелюбодейное поколение ищет знамения, но никакого знамения ему не будет дано, кроме знамения пророка Ионы.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γενεὰ πονηρὰ καὶ μοιχαλὶς</w:t>
      </w:r>
      <w:r>
        <w:rPr>
          <w:sz w:val="20"/>
        </w:rPr>
        <w:t xml:space="preserve"> [genea ponēra kai moichalis]</w:t>
      </w:r>
      <w:r>
        <w:rPr>
          <w:sz w:val="20"/>
        </w:rPr>
        <w:br/>
        <w:t>«Прелюбодейное поколение» использует пророческую брачную метафору духовной неверности Богу; речь не сводится к сексуальному поведению поколения.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Ос 1–3, Иер 3</w:t>
      </w:r>
    </w:p>
    <w:p>
      <w:r>
        <w:t>40. Как Иона был три дня и три ночи внутри большой морской твари [κῆτος], так Сын Человеческий будет три дня и три ночи в сердце земли.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κῆτος</w:t>
      </w:r>
      <w:r>
        <w:rPr>
          <w:sz w:val="20"/>
        </w:rPr>
        <w:t xml:space="preserve"> [kētos]</w:t>
      </w:r>
      <w:r>
        <w:rPr>
          <w:sz w:val="20"/>
        </w:rPr>
        <w:br/>
        <w:t>κῆτος — крупное морское существо/морская тварь; греческое слово само по себе не требует именно современного биологического вида «кит».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Иона 1:17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τρεῖς ἡμέρας καὶ τρεῖς νύκτας</w:t>
      </w:r>
      <w:r>
        <w:rPr>
          <w:sz w:val="20"/>
        </w:rPr>
        <w:t xml:space="preserve"> [treis hēmeras kai treis nyktas]</w:t>
      </w:r>
      <w:r>
        <w:rPr>
          <w:sz w:val="20"/>
        </w:rPr>
        <w:br/>
        <w:t>Формула дана буквально. В древнем семитском счёте части дней могли включаться в счёт периода; сам стих не является технической таблицей часов.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16:21, Мф 27:63–64</w:t>
      </w:r>
    </w:p>
    <w:p>
      <w:r>
        <w:t>41. Жители Ниневии встанут на суде с этим поколением и осудят его, потому что они покаялись в ответ на проповедь Ионы. Но здесь — больше Ионы [πλεῖον Ἰωνᾶ].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πλεῖον Ἰωνᾶ ὧδε</w:t>
      </w:r>
      <w:r>
        <w:rPr>
          <w:sz w:val="20"/>
        </w:rPr>
        <w:t xml:space="preserve"> [pleion Iōna hōde]</w:t>
      </w:r>
      <w:r>
        <w:rPr>
          <w:sz w:val="20"/>
        </w:rPr>
        <w:br/>
        <w:t>Буквально «здесь нечто большее Ионы». Как и в 12:6 «больше храма», средний род πλεῖον грамматически шире простого личного сравнения, хотя контекст ясно сосредоточен на превосходстве присутствия и миссии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12:6, Мф 12:42</w:t>
      </w:r>
    </w:p>
    <w:p>
      <w:r>
        <w:t>42. …Но здесь — больше Соломона [πλεῖον Σολομῶνος].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πλεῖον Σολομῶνος ὧδε</w:t>
      </w:r>
      <w:r>
        <w:rPr>
          <w:sz w:val="20"/>
        </w:rPr>
        <w:t xml:space="preserve"> [pleion Solomōnos hōde]</w:t>
      </w:r>
      <w:r>
        <w:rPr>
          <w:sz w:val="20"/>
        </w:rPr>
        <w:br/>
        <w:t>Параллельная формула усиливает цепочку превосходства: больше храма → больше Ионы → больше Соломона. В Иисусе Матфей концентрирует храм, пророческое знамение и мудрость царя.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12:6, Мф 12:41</w:t>
      </w:r>
    </w:p>
    <w:p>
      <w:r>
        <w:t>43. Когда нечистый дух выходит из человека, он проходит по безводным местам, ища покоя, но не находит.</w:t>
      </w:r>
    </w:p>
    <w:p>
      <w:r>
        <w:t>44. Тогда говорит: «Вернусь в мой дом, откуда вышел». Придя, находит его пустым/свободным [σχολάζοντα], выметенным и приведённым в порядок.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σχολάζοντα</w:t>
      </w:r>
      <w:r>
        <w:rPr>
          <w:sz w:val="20"/>
        </w:rPr>
        <w:t xml:space="preserve"> [scholazonta]</w:t>
      </w:r>
      <w:r>
        <w:rPr>
          <w:sz w:val="20"/>
        </w:rPr>
        <w:br/>
        <w:t>Слово означает свободный, незанятый, пустующий. Проблема образа не просто в очищении дома, а в том, что он остаётся незанятым после очищения.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12:45</w:t>
      </w:r>
    </w:p>
    <w:p>
      <w:r>
        <w:t>45. …И последнее состояние того человека становится хуже первого. Так будет и с этим злым поколением».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οὕτως ἔσται καὶ τῇ γενεᾷ ταύτῃ τῇ πονηρᾷ</w:t>
      </w:r>
      <w:r>
        <w:rPr>
          <w:sz w:val="20"/>
        </w:rPr>
        <w:t xml:space="preserve"> [houtōs estai kai tē genea tautē tē ponēra]</w:t>
      </w:r>
      <w:r>
        <w:rPr>
          <w:sz w:val="20"/>
        </w:rPr>
        <w:br/>
        <w:t>Иисус Сам применяет образ не только к индивидуальной демонологии, а прежде всего к «этому злому поколению». Поэтому притчу нельзя читать исключительно как инструкцию о частном случае одного человека.</w:t>
      </w:r>
    </w:p>
    <w:p>
      <w:r>
        <w:t>46. Пока Иисус ещё говорил народу, Его мать и братья [οἱ ἀδελφοὶ αὐτοῦ] стояли снаружи и хотели поговорить с Ним.</w:t>
      </w:r>
    </w:p>
    <w:p>
      <w:pPr>
        <w:ind w:left="360"/>
      </w:pPr>
      <w:r>
        <w:rPr>
          <w:b/>
          <w:sz w:val="20"/>
        </w:rPr>
        <w:t>Семья</w:t>
      </w:r>
      <w:r>
        <w:rPr>
          <w:i/>
          <w:sz w:val="20"/>
        </w:rPr>
        <w:t xml:space="preserve"> ἡ μήτηρ καὶ οἱ ἀδελφοὶ αὐτοῦ</w:t>
      </w:r>
      <w:r>
        <w:rPr>
          <w:sz w:val="20"/>
        </w:rPr>
        <w:t xml:space="preserve"> [hē mētēr kai hoi adelphoi autou]</w:t>
      </w:r>
      <w:r>
        <w:rPr>
          <w:sz w:val="20"/>
        </w:rPr>
        <w:br/>
        <w:t>Матфей без поясняющего термина называет рядом мать Иисуса и Его ἀδελφοί — братьев. Само слово обычно означает братьев, хотя более широкое родственное употребление возможно в зависимости от контекста и традиции.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13:55–56</w:t>
      </w:r>
    </w:p>
    <w:p>
      <w:r>
        <w:t>47. Кто-то сказал Ему: «Твоя мать и Твои братья стоят снаружи и хотят поговорить с Тобой».</w:t>
      </w:r>
    </w:p>
    <w:p>
      <w:r>
        <w:t>48. Но Иисус ответил сказавшему: «Кто Моя мать и кто Мои братья?»</w:t>
      </w:r>
    </w:p>
    <w:p>
      <w:r>
        <w:t>49. И, указав на Своих учеников, сказал: «Вот Моя мать и Мои братья.</w:t>
      </w:r>
    </w:p>
    <w:p>
      <w:r>
        <w:t>50. Кто исполняет волю Моего Отца на небесах, тот Мне брат, сестра и мать».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ποιήσῃ τὸ θέλημα τοῦ πατρός μου</w:t>
      </w:r>
      <w:r>
        <w:rPr>
          <w:sz w:val="20"/>
        </w:rPr>
        <w:t xml:space="preserve"> [poiēsē to thelēma tou patros mou]</w:t>
      </w:r>
      <w:r>
        <w:rPr>
          <w:sz w:val="20"/>
        </w:rPr>
        <w:br/>
        <w:t>Возвращается критерий 7:21: не только слова, а исполнение воли Отца. Здесь он определяет новую семейную общность вокруг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7:21</w:t>
      </w:r>
    </w:p>
    <w:p>
      <w:pPr>
        <w:pStyle w:val="Heading2"/>
      </w:pPr>
      <w:r>
        <w:t>Глава 13</w:t>
      </w:r>
    </w:p>
    <w:p>
      <w:r>
        <w:t>1. В тот день Иисус вышел из дома и сел у моря.</w:t>
      </w:r>
    </w:p>
    <w:p>
      <w:r>
        <w:t>2. Вокруг Него собрались такие большие толпы, что Он вошёл в лодку и сел, а весь народ стоял на берегу.</w:t>
      </w:r>
    </w:p>
    <w:p>
      <w:r>
        <w:t>3. Он многое говорил им притчами [παραβολαῖς — сравнениями/образными рассказами]: «Вот, вышел сеятель сеять.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παραβολαῖς</w:t>
      </w:r>
      <w:r>
        <w:rPr>
          <w:sz w:val="20"/>
        </w:rPr>
        <w:t xml:space="preserve"> [parabolais]</w:t>
      </w:r>
      <w:r>
        <w:rPr>
          <w:sz w:val="20"/>
        </w:rPr>
        <w:br/>
        <w:t>παραβολή буквально связана с «положить рядом»: сравнение, аналогия, загадочный образ или рассказ, через который одно раскрывается посредством другого. Это шире современного узкого жанрового ярлыка «притча».</w:t>
      </w:r>
    </w:p>
    <w:p>
      <w:r>
        <w:t>4. Когда он сеял, одни семена упали у дороги, и прилетели птицы и склевали их.</w:t>
      </w:r>
    </w:p>
    <w:p>
      <w:r>
        <w:t>5. Другие упали на каменистую почву, где земли было мало, и сразу взошли, потому что земля была неглубокой.</w:t>
      </w:r>
    </w:p>
    <w:p>
      <w:r>
        <w:t>6. Когда поднялось солнце, растения обожгло, и, не имея корня, они засохли.</w:t>
      </w:r>
    </w:p>
    <w:p>
      <w:r>
        <w:t>7. Другие упали среди терновника; терновник вырос и заглушил их.</w:t>
      </w:r>
    </w:p>
    <w:p>
      <w:r>
        <w:t>8. А другие упали на хорошую землю и приносили плод: одно — во сто раз, другое — в шестьдесят, третье — в тридцать.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ἐδίδου καρπόν ... ἑκατὸν ... ἑξήκοντα ... τριάκοντα</w:t>
      </w:r>
      <w:r>
        <w:rPr>
          <w:sz w:val="20"/>
        </w:rPr>
        <w:t xml:space="preserve"> [edidou karpon ... hekaton ... hexēkonta ... triakonta]</w:t>
      </w:r>
      <w:r>
        <w:rPr>
          <w:sz w:val="20"/>
        </w:rPr>
        <w:br/>
        <w:t>Кульминация притчи — не просто выживание растения, а огромная плодотворность. В объяснении Иисуса плод связан со слышанием и пониманием слова.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13:23</w:t>
      </w:r>
    </w:p>
    <w:p>
      <w:r>
        <w:t>9. У кого есть уши — пусть слышит».</w:t>
      </w:r>
    </w:p>
    <w:p>
      <w:r>
        <w:t>10. Ученики подошли и спросили: «Почему Ты говоришь с ними притчами?»</w:t>
      </w:r>
    </w:p>
    <w:p>
      <w:r>
        <w:t>11. Он ответил: «Вам дано знать тайны [μυστήρια] Царства Небес, а им не дано.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μυστήρια τῆς βασιλείας</w:t>
      </w:r>
      <w:r>
        <w:rPr>
          <w:sz w:val="20"/>
        </w:rPr>
        <w:t xml:space="preserve"> [mystēria tēs basileias]</w:t>
      </w:r>
      <w:r>
        <w:rPr>
          <w:sz w:val="20"/>
        </w:rPr>
        <w:br/>
        <w:t>μυστήριον — не головоломка для элиты, а прежде скрытая реальность Божьего замысла, которую нужно открыть/дать узнать. Здесь знание Царства описано именно как дар.</w:t>
      </w:r>
    </w:p>
    <w:p>
      <w:r>
        <w:t>12. Потому что у кого есть, тому будет дано ещё, и будет у него в избытке; а у кого нет, у того будет отнято даже то, что имеет.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ὅστις γὰρ ἔχει, δοθήσεται αὐτῷ</w:t>
      </w:r>
      <w:r>
        <w:rPr>
          <w:sz w:val="20"/>
        </w:rPr>
        <w:t xml:space="preserve"> [hostis gar echei, dothēsetai autō]</w:t>
      </w:r>
      <w:r>
        <w:rPr>
          <w:sz w:val="20"/>
        </w:rPr>
        <w:br/>
        <w:t>Принцип «имеющему будет дано» в ближайшем контексте относится к восприимчивости к откровению Царства: слышание, понимание и ответ ведут к ещё большему пониманию.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13:11, Мф 13:19–23</w:t>
      </w:r>
    </w:p>
    <w:p>
      <w:r>
        <w:t>13. Поэтому Я говорю им притчами: смотря, они не видят; слушая, не слышат и не понимают [συνίουσιν].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συνίουσιν</w:t>
      </w:r>
      <w:r>
        <w:rPr>
          <w:sz w:val="20"/>
        </w:rPr>
        <w:t xml:space="preserve"> [syniousin]</w:t>
      </w:r>
      <w:r>
        <w:rPr>
          <w:sz w:val="20"/>
        </w:rPr>
        <w:br/>
        <w:t>συνίημι — соединять воедино, понимать, схватывать смысл. В этой главе «понимание» становится ключом отличия плодной почвы от бесплодной.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13:19, Мф 13:23, Мф 13:51</w:t>
      </w:r>
    </w:p>
    <w:p>
      <w:r>
        <w:t>14. На них исполняется пророчество Исаии: «Слухом услышите, но не поймёте; глазами будете смотреть, но не увидите…»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ἀκοῇ ἀκούσετε ... βλέποντες βλέψετε</w:t>
      </w:r>
      <w:r>
        <w:rPr>
          <w:sz w:val="20"/>
        </w:rPr>
        <w:t xml:space="preserve"> [akoē akousete ... blepontes blepsete]</w:t>
      </w:r>
      <w:r>
        <w:rPr>
          <w:sz w:val="20"/>
        </w:rPr>
        <w:br/>
        <w:t>Матфей цитирует Ис 6:9–10 по греческой форме. Повтор корней «слышать-слышать» и «видеть-видеть» подчёркивает наличие восприятия без настоящего понимания.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6:9–10</w:t>
      </w:r>
    </w:p>
    <w:p>
      <w:r>
        <w:t>15. «Потому что сердце этого народа огрубело [ἐπαχύνθη]… чтобы… не обратиться — и Я исцелю их».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ἐπαχύνθη ... ἐκάμμυσαν</w:t>
      </w:r>
      <w:r>
        <w:rPr>
          <w:sz w:val="20"/>
        </w:rPr>
        <w:t xml:space="preserve"> [epachynthē ... ekammysan]</w:t>
      </w:r>
      <w:r>
        <w:rPr>
          <w:sz w:val="20"/>
        </w:rPr>
        <w:br/>
        <w:t>Сердце «утолстилось/огрубело», а глаза «они закрыли» — в греческой цитате одновременно присутствует состояние сердца и человеческое действие отказа видеть.</w:t>
      </w:r>
    </w:p>
    <w:p>
      <w:r>
        <w:t>16. Но блаженны ваши глаза, потому что видят, и ваши уши, потому что слышат.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μακάριοι ... ὀφθαλμοὶ ... ὦτα</w:t>
      </w:r>
      <w:r>
        <w:rPr>
          <w:sz w:val="20"/>
        </w:rPr>
        <w:t xml:space="preserve"> [makarioi ... ophthalmoi ... ōta]</w:t>
      </w:r>
      <w:r>
        <w:rPr>
          <w:sz w:val="20"/>
        </w:rPr>
        <w:br/>
        <w:t>После Исайи о не-слышании и не-видении ученики названы блаженными именно потому, что им дано видеть и слышать происходящее.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13:11, Мф 13:14–15</w:t>
      </w:r>
    </w:p>
    <w:p>
      <w:r>
        <w:t>17. Истинно говорю вам: многие пророки и праведники желали увидеть то, что видите вы…</w:t>
      </w:r>
    </w:p>
    <w:p>
      <w:pPr>
        <w:ind w:left="360"/>
      </w:pPr>
      <w:r>
        <w:rPr>
          <w:b/>
          <w:sz w:val="20"/>
        </w:rPr>
        <w:t>История спасения</w:t>
      </w:r>
      <w:r>
        <w:rPr>
          <w:i/>
          <w:sz w:val="20"/>
        </w:rPr>
        <w:t xml:space="preserve"> πολλοὶ προφῆται καὶ δίκαιοι ἐπεθύμησαν ἰδεῖν</w:t>
      </w:r>
      <w:r>
        <w:rPr>
          <w:sz w:val="20"/>
        </w:rPr>
        <w:t xml:space="preserve"> [polloi prophētai kai dikaioi epethymēsan idein]</w:t>
      </w:r>
      <w:r>
        <w:rPr>
          <w:sz w:val="20"/>
        </w:rPr>
        <w:br/>
        <w:t>Ученики находятся в привилегированной точке истории: они видят исполнение того, чего ожидали прежние пророки и праведники. Это объясняет «блаженны ваши глаза».</w:t>
      </w:r>
    </w:p>
    <w:p>
      <w:r>
        <w:t>18. Итак, выслушайте притчу о сеятеле.</w:t>
      </w:r>
    </w:p>
    <w:p>
      <w:r>
        <w:t>19. Ко всякому, кто слышит слово о Царстве [τὸν λόγον τῆς βασιλείας] и не понимает его, приходит Злой [ὁ πονηρός] и похищает посеянное в сердце…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τὸν λόγον τῆς βασιλείας</w:t>
      </w:r>
      <w:r>
        <w:rPr>
          <w:sz w:val="20"/>
        </w:rPr>
        <w:t xml:space="preserve"> [ton logon tēs basileias]</w:t>
      </w:r>
      <w:r>
        <w:rPr>
          <w:sz w:val="20"/>
        </w:rPr>
        <w:br/>
        <w:t>Семя теперь прямо названо «словом Царства». Притча поэтому описывает не людей как разные неизменные типы по природе, а разные способы принятия одного и того же слова.</w:t>
      </w:r>
    </w:p>
    <w:p>
      <w:pPr>
        <w:ind w:left="360"/>
      </w:pPr>
      <w:r>
        <w:rPr>
          <w:b/>
          <w:sz w:val="20"/>
        </w:rPr>
        <w:t>Титул</w:t>
      </w:r>
      <w:r>
        <w:rPr>
          <w:i/>
          <w:sz w:val="20"/>
        </w:rPr>
        <w:t xml:space="preserve"> ὁ πονηρός</w:t>
      </w:r>
      <w:r>
        <w:rPr>
          <w:sz w:val="20"/>
        </w:rPr>
        <w:t xml:space="preserve"> [ho ponēros]</w:t>
      </w:r>
      <w:r>
        <w:rPr>
          <w:sz w:val="20"/>
        </w:rPr>
        <w:br/>
        <w:t>С артиклем «Злой» здесь явно персонализирован; в 13:38 «сыны Злого», а в 13:39 враг прямо назван дьяволом.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13:38–39</w:t>
      </w:r>
    </w:p>
    <w:p>
      <w:r>
        <w:t>20. Посеянное на каменистой почве — это тот, кто слышит слово и сразу с радостью принимает его,</w:t>
      </w:r>
    </w:p>
    <w:p>
      <w:r>
        <w:t>21. …Когда из-за слова приходит скорбь или преследование, он сразу спотыкается/отступается [σκανδαλίζεται].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σκανδαλίζεται</w:t>
      </w:r>
      <w:r>
        <w:rPr>
          <w:sz w:val="20"/>
        </w:rPr>
        <w:t xml:space="preserve"> [skandalizetai]</w:t>
      </w:r>
      <w:r>
        <w:rPr>
          <w:sz w:val="20"/>
        </w:rPr>
        <w:br/>
        <w:t>Тот же корень «споткнуться» из 11:6 и 13:57. В условиях давления слово не укоренилось достаточно глубоко, и человек «спотыкается».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11:6, Мф 13:57</w:t>
      </w:r>
    </w:p>
    <w:p>
      <w:r>
        <w:t>22. …забота этого века [μέριμνα τοῦ αἰῶνος] и обман богатства [ἀπάτη τοῦ πλούτου] заглушают слово…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μέριμνα ... ἀπάτη τοῦ πλούτου</w:t>
      </w:r>
      <w:r>
        <w:rPr>
          <w:sz w:val="20"/>
        </w:rPr>
        <w:t xml:space="preserve"> [merimna ... apatē tou ploutou]</w:t>
      </w:r>
      <w:r>
        <w:rPr>
          <w:sz w:val="20"/>
        </w:rPr>
        <w:br/>
        <w:t>Две силы названы отдельно: тревожная поглощённость нынешним веком и обманчивое обещание богатства. Они не уничтожают слово мгновенно, а «душат» его до бесплодия.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6:25–34</w:t>
      </w:r>
    </w:p>
    <w:p>
      <w:r>
        <w:t>23. А посеянное на хорошей земле — тот, кто слышит слово и понимает [συνιείς] его. Он действительно приносит плод…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ἀκούων καὶ συνιεὶς ... καρποφορεῖ</w:t>
      </w:r>
      <w:r>
        <w:rPr>
          <w:sz w:val="20"/>
        </w:rPr>
        <w:t xml:space="preserve"> [akouōn kai synieis ... karpophorei]</w:t>
      </w:r>
      <w:r>
        <w:rPr>
          <w:sz w:val="20"/>
        </w:rPr>
        <w:br/>
        <w:t>Плодная почва определяется двумя действиями: слышит и понимает — а затем приносит плод. Это ключевая положительная формула всей главы.</w:t>
      </w:r>
    </w:p>
    <w:p>
      <w:r>
        <w:t>24. Он рассказал им другую притчу: «Царство Небес подобно человеку, посеявшему хорошее семя на своём поле.</w:t>
      </w:r>
    </w:p>
    <w:p>
      <w:r>
        <w:t>25. Пока люди спали, пришёл его враг, посеял среди пшеницы сорняки [ζιζάνια] и ушёл.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ζιζάνια</w:t>
      </w:r>
      <w:r>
        <w:rPr>
          <w:sz w:val="20"/>
        </w:rPr>
        <w:t xml:space="preserve"> [zizania]</w:t>
      </w:r>
      <w:r>
        <w:rPr>
          <w:sz w:val="20"/>
        </w:rPr>
        <w:br/>
        <w:t>ζιζάνιον обычно связывают с плевелом/райграсом опьяняющим — сорняком, который на ранней стадии похож на пшеницу. Это объясняет опасность преждевременного вырывания.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13:29</w:t>
      </w:r>
    </w:p>
    <w:p>
      <w:r>
        <w:t>26. Когда взошли ростки и появился плод, стали видны и сорняки.</w:t>
      </w:r>
    </w:p>
    <w:p>
      <w:r>
        <w:t>27. Слуги хозяина пришли и спросили: “Господин, разве ты не хорошее семя посеял на своём поле? Откуда же сорняки?”</w:t>
      </w:r>
    </w:p>
    <w:p>
      <w:r>
        <w:t>28. Он ответил: “Это сделал враг”. Слуги спросили: “Хочешь, мы пойдём и соберём их?”</w:t>
      </w:r>
    </w:p>
    <w:p>
      <w:r>
        <w:t>29. Но он сказал: «Нет, чтобы, собирая сорняки, вы не вырвали вместе с ними пшеницу.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μήποτε ... ἐκριζώσητε ... τὸν σῖτον</w:t>
      </w:r>
      <w:r>
        <w:rPr>
          <w:sz w:val="20"/>
        </w:rPr>
        <w:t xml:space="preserve"> [mēpote ... ekrizōsēte ... ton siton]</w:t>
      </w:r>
      <w:r>
        <w:rPr>
          <w:sz w:val="20"/>
        </w:rPr>
        <w:br/>
        <w:t>Причина ожидания до жатвы — риск уничтожить пшеницу вместе с сорняками. В объяснении притчи окончательное разделение поручено ангелам в завершение века, не слугам сейчас.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13:39–41</w:t>
      </w:r>
    </w:p>
    <w:p>
      <w:r>
        <w:t>30. Пусть и то и другое растёт вместе до жатвы. Во время жатвы я скажу жнецам: сначала соберите сорняки и свяжите их в связки, а пшеницу соберите в мою житницу”».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ἕως τοῦ θερισμοῦ</w:t>
      </w:r>
      <w:r>
        <w:rPr>
          <w:sz w:val="20"/>
        </w:rPr>
        <w:t xml:space="preserve"> [heōs tou therismou]</w:t>
      </w:r>
      <w:r>
        <w:rPr>
          <w:sz w:val="20"/>
        </w:rPr>
        <w:br/>
        <w:t>Жатва является установленной точкой разделения; Иисус Сам позже определяет её как «завершение века».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13:39</w:t>
      </w:r>
    </w:p>
    <w:p>
      <w:r>
        <w:t>31. Он рассказал им ещё одну притчу: «Царство Небес подобно горчичному зерну, которое человек взял и посеял на своём поле.</w:t>
      </w:r>
    </w:p>
    <w:p>
      <w:r>
        <w:t>32. Оно меньше других семян, но, когда вырастает, становится больше огородных растений и становится деревом, так что небесные птицы прилетают и устраиваются в его ветвях».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μικρότερον ... μεῖζον ... γίνεται δένδρον</w:t>
      </w:r>
      <w:r>
        <w:rPr>
          <w:sz w:val="20"/>
        </w:rPr>
        <w:t xml:space="preserve"> [mikroteron ... meizon ... ginetai dendron]</w:t>
      </w:r>
      <w:r>
        <w:rPr>
          <w:sz w:val="20"/>
        </w:rPr>
        <w:br/>
        <w:t>Притча строится на резком контрасте малого начала и большого результата. Это обычная земледельческая гипербола, а не ботаническое утверждение обо всех видах семян мира.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τὰ πετεινὰ τοῦ οὐρανοῦ ... ἐν τοῖς κλάδοις</w:t>
      </w:r>
      <w:r>
        <w:rPr>
          <w:sz w:val="20"/>
        </w:rPr>
        <w:t xml:space="preserve"> [ta peteina tou ouranou ... en tois kladois]</w:t>
      </w:r>
      <w:r>
        <w:rPr>
          <w:sz w:val="20"/>
        </w:rPr>
        <w:br/>
        <w:t>Птицы, находящие приют в ветвях большого дерева, напоминают царские образы Дан 4 и Иез 17/31. Возможный фон усиливает тему разрастающегося царства, но Матфей не цитирует эти тексты прямо.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4:12, Иез 17:23, Иез 31:6</w:t>
      </w:r>
    </w:p>
    <w:p>
      <w:r>
        <w:t>33. …Царство Небес подобно закваске, которую женщина взяла и спрятала/вмешала [ἐνέκρυψεν] в три меры муки, пока не заквасилось всё».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ἐνέκρυψεν</w:t>
      </w:r>
      <w:r>
        <w:rPr>
          <w:sz w:val="20"/>
        </w:rPr>
        <w:t xml:space="preserve"> [enekrypsen]</w:t>
      </w:r>
      <w:r>
        <w:rPr>
          <w:sz w:val="20"/>
        </w:rPr>
        <w:br/>
        <w:t>Буквально «спрятала». Закваска становится невидимой внутри большой массы теста, но постепенно изменяет всё — образ скрытого, проникающего действия Царства.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σάτα τρία</w:t>
      </w:r>
      <w:r>
        <w:rPr>
          <w:sz w:val="20"/>
        </w:rPr>
        <w:t xml:space="preserve"> [sata tria]</w:t>
      </w:r>
      <w:r>
        <w:rPr>
          <w:sz w:val="20"/>
        </w:rPr>
        <w:br/>
        <w:t>Три саты — очень большое количество муки для домашней выпечки. Масштаб усиливает контраст между малым количеством закваски и итоговым воздействием на всё.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18:6</w:t>
      </w:r>
    </w:p>
    <w:p>
      <w:r>
        <w:t>34. Всё это Иисус говорил народу притчами и без притчи ничего им не говорил,</w:t>
      </w:r>
    </w:p>
    <w:p>
      <w:r>
        <w:t>35. …«Открою уста Мои в притчах, произнесу скрытое от основания [мира]».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ἀνοίξω ἐν παραβολαῖς τὸ στόμα μου</w:t>
      </w:r>
      <w:r>
        <w:rPr>
          <w:sz w:val="20"/>
        </w:rPr>
        <w:t xml:space="preserve"> [anoixō en parabolais to stoma mou]</w:t>
      </w:r>
      <w:r>
        <w:rPr>
          <w:sz w:val="20"/>
        </w:rPr>
        <w:br/>
        <w:t>Цитируется Пс 77/78:2 LXX. То, что псалом называет мудрым наставлением о прошлом Израиля, Матфей применяет к раскрытию тайн через притчи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78:2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ἀπὸ καταβολῆς [κόσμου]</w:t>
      </w:r>
      <w:r>
        <w:rPr>
          <w:sz w:val="20"/>
        </w:rPr>
        <w:t xml:space="preserve"> [apo katabolēs [kosmou]]</w:t>
      </w:r>
      <w:r>
        <w:rPr>
          <w:sz w:val="20"/>
        </w:rPr>
        <w:br/>
        <w:t>SBLGNT/ряд ранних критических текстов не имеют явного κόσμου «мира», тогда как другие традиции имеют полную формулу «от основания мира». WGT-E показывает, что русское «мира» является естественным восполнением эллиптической формулы, но не отдельным SBLGNT-токеном.</w:t>
      </w:r>
    </w:p>
    <w:p>
      <w:r>
        <w:t>36. Тогда Иисус отпустил народ и вошёл в дом. Ученики подошли к Нему и попросили: «Объясни нам притчу о сорняках на поле».</w:t>
      </w:r>
    </w:p>
    <w:p>
      <w:r>
        <w:t>37. Он ответил: «Сеющий хорошее семя — Сын Человеческий.</w:t>
      </w:r>
    </w:p>
    <w:p>
      <w:pPr>
        <w:ind w:left="360"/>
      </w:pPr>
      <w:r>
        <w:rPr>
          <w:b/>
          <w:sz w:val="20"/>
        </w:rPr>
        <w:t>Титул</w:t>
      </w:r>
      <w:r>
        <w:rPr>
          <w:i/>
          <w:sz w:val="20"/>
        </w:rPr>
        <w:t xml:space="preserve"> ὁ σπείρων ... ὁ υἱὸς τοῦ ἀνθρώπου</w:t>
      </w:r>
      <w:r>
        <w:rPr>
          <w:sz w:val="20"/>
        </w:rPr>
        <w:t xml:space="preserve"> [ho speirōn ... ho huios tou anthrōpou]</w:t>
      </w:r>
      <w:r>
        <w:rPr>
          <w:sz w:val="20"/>
        </w:rPr>
        <w:br/>
        <w:t>В отличие от притчи о четырёх почвах, где сеятель не идентифицирован по имени, в объяснении сорняков Сеятель прямо назван Сыном Человеческим.</w:t>
      </w:r>
    </w:p>
    <w:p>
      <w:r>
        <w:t>38. Поле — мир. Хорошее семя — сыны Царства, а сорняки — сыны Злого.</w:t>
      </w:r>
    </w:p>
    <w:p>
      <w:pPr>
        <w:ind w:left="360"/>
      </w:pPr>
      <w:r>
        <w:rPr>
          <w:b/>
          <w:sz w:val="20"/>
        </w:rPr>
        <w:t>Семитизм</w:t>
      </w:r>
      <w:r>
        <w:rPr>
          <w:i/>
          <w:sz w:val="20"/>
        </w:rPr>
        <w:t xml:space="preserve"> υἱοὶ τῆς βασιλείας ... υἱοὶ τοῦ πονηροῦ</w:t>
      </w:r>
      <w:r>
        <w:rPr>
          <w:sz w:val="20"/>
        </w:rPr>
        <w:t xml:space="preserve"> [huioi tēs basileias ... huioi tou ponērou]</w:t>
      </w:r>
      <w:r>
        <w:rPr>
          <w:sz w:val="20"/>
        </w:rPr>
        <w:br/>
        <w:t>Семитские «сыны Царства / сыны Злого» обозначают принадлежность и характер. Интересно, что «сыны Царства» в 8:12 были предупреждены о возможности оказаться вне, а здесь термин употреблён положительно.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8:12</w:t>
      </w:r>
    </w:p>
    <w:p>
      <w:r>
        <w:t>39. Враг, посеявший их, — дьявол. Жатва — завершение века [συντέλεια τοῦ αἰῶνος], а жнецы — ангелы.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συντέλεια τοῦ αἰῶνος</w:t>
      </w:r>
      <w:r>
        <w:rPr>
          <w:sz w:val="20"/>
        </w:rPr>
        <w:t xml:space="preserve"> [synteleia tou aiōnos]</w:t>
      </w:r>
      <w:r>
        <w:rPr>
          <w:sz w:val="20"/>
        </w:rPr>
        <w:br/>
        <w:t>Характерная матфеевская формула «завершение века/эпохи», не «конец планеты». Она появится снова в 13:40, 13:49, 24:3 и 28:20.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13:40, Мф 13:49, Мф 24:3, Мф 28:20</w:t>
      </w:r>
    </w:p>
    <w:p>
      <w:r>
        <w:t>40. Как собирают сорняки и сжигают огнём, так будет при завершении века.</w:t>
      </w:r>
    </w:p>
    <w:p>
      <w:r>
        <w:t>41. Сын Человеческий пошлёт Своих ангелов, и они удалят из Его Царства все камни преткновения/то, что ведёт ко греху [σκάνδαλα], и всех делающих беззаконие,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σκάνδαλα</w:t>
      </w:r>
      <w:r>
        <w:rPr>
          <w:sz w:val="20"/>
        </w:rPr>
        <w:t xml:space="preserve"> [skandala]</w:t>
      </w:r>
      <w:r>
        <w:rPr>
          <w:sz w:val="20"/>
        </w:rPr>
        <w:br/>
        <w:t>σκάνδαλον — ловушка, причина падения/преткновения. Это существительное из той же словесной семьи, что многократное σκανδαλίζω в Матфее.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11:6, Мф 13:21, Мф 13:57</w:t>
      </w:r>
    </w:p>
    <w:p>
      <w:r>
        <w:t>42. и бросят их в огненную печь. Там будут плач и скрежет зубов.</w:t>
      </w:r>
    </w:p>
    <w:p>
      <w:r>
        <w:t>43. Тогда праведники будут сиять, как солнце, в Царстве их Отца. У кого есть уши — пусть слышит.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οἱ δίκαιοι ἐκλάμψουσιν ὡς ὁ ἥλιος</w:t>
      </w:r>
      <w:r>
        <w:rPr>
          <w:sz w:val="20"/>
        </w:rPr>
        <w:t xml:space="preserve"> [hoi dikaioi eklampsousin hōs ho hēlios]</w:t>
      </w:r>
      <w:r>
        <w:rPr>
          <w:sz w:val="20"/>
        </w:rPr>
        <w:br/>
        <w:t>Образ сияющих праведников близко перекликается с Дан 12:3 о мудрых/праведных, сияющих в воскресной перспективе.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12:3</w:t>
      </w:r>
    </w:p>
    <w:p>
      <w:r>
        <w:t>44. Царство Небес подобно сокровищу, спрятанному в поле. Найдя его, человек снова прячет и от радости [ἀπὸ τῆς χαρᾶς] идёт, продаёт всё, что имеет, и покупает то поле.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ἀπὸ τῆς χαρᾶς αὐτοῦ</w:t>
      </w:r>
      <w:r>
        <w:rPr>
          <w:sz w:val="20"/>
        </w:rPr>
        <w:t xml:space="preserve"> [apo tēs charas autou]</w:t>
      </w:r>
      <w:r>
        <w:rPr>
          <w:sz w:val="20"/>
        </w:rPr>
        <w:br/>
        <w:t>Мотив радости принципиален: тотальная цена покупки изображена не как мрачная потеря, а как рациональный ответ человека, увидевшего несравнимую ценность найденного.</w:t>
      </w:r>
    </w:p>
    <w:p>
      <w:r>
        <w:t>45. Ещё Царство Небес подобно купцу, ищущему прекрасные жемчужины.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ζητοῦντι καλοὺς μαργαρίτας</w:t>
      </w:r>
      <w:r>
        <w:rPr>
          <w:sz w:val="20"/>
        </w:rPr>
        <w:t xml:space="preserve"> [zētounti kalous margaritas]</w:t>
      </w:r>
      <w:r>
        <w:rPr>
          <w:sz w:val="20"/>
        </w:rPr>
        <w:br/>
        <w:t>В отличие от человека, случайно находящего сокровище, купец активно ищет. Две соседние притчи показывают разные пути обнаружения одной и той же превосходящей ценности Царства.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13:44–46</w:t>
      </w:r>
    </w:p>
    <w:p>
      <w:r>
        <w:t>46. Найдя одну особенно ценную жемчужину, он пошёл, продал всё, что имел, и купил её.</w:t>
      </w:r>
    </w:p>
    <w:p>
      <w:r>
        <w:t>47. Ещё Царство Небес подобно большой сети [σαγήνῃ], закинутой в море и собравшей рыб всякого рода.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σαγήνῃ</w:t>
      </w:r>
      <w:r>
        <w:rPr>
          <w:sz w:val="20"/>
        </w:rPr>
        <w:t xml:space="preserve"> [sagēnē]</w:t>
      </w:r>
      <w:r>
        <w:rPr>
          <w:sz w:val="20"/>
        </w:rPr>
        <w:br/>
        <w:t>σαγήνη — большая тянущая/неводная сеть, собирающая вместе всё на своём пути. Поэтому разделение происходит не при ловле, а после наполнения сети.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13:48–50</w:t>
      </w:r>
    </w:p>
    <w:p>
      <w:r>
        <w:t>48. Когда сеть наполнилась, её вытащили на берег, сели и хорошую рыбу собрали в сосуды, а негодную выбросили.</w:t>
      </w:r>
    </w:p>
    <w:p>
      <w:r>
        <w:t>49. Так будет при завершении века: ангелы выйдут и отделят злых от праведных,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ἀφοριοῦσιν τοὺς πονηροὺς ἐκ μέσου τῶν δικαίων</w:t>
      </w:r>
      <w:r>
        <w:rPr>
          <w:sz w:val="20"/>
        </w:rPr>
        <w:t xml:space="preserve"> [aphoriousin tous ponērous ek mesou tōn dikaiōn]</w:t>
      </w:r>
      <w:r>
        <w:rPr>
          <w:sz w:val="20"/>
        </w:rPr>
        <w:br/>
        <w:t>Как и в притче о сорняках, окончательное разделение выполняют ангелы в завершение века. Две притчи взаимно объясняют друг друга.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13:39–42</w:t>
      </w:r>
    </w:p>
    <w:p>
      <w:r>
        <w:t>50. и бросят их в огненную печь. Там будут плач и скрежет зубов».</w:t>
      </w:r>
    </w:p>
    <w:p>
      <w:r>
        <w:t>51. «Поняли всё это?» Они ответили: «Да».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λέγει αὐτοῖς ὁ Ἰησοῦς ... κύριε</w:t>
      </w:r>
      <w:r>
        <w:rPr>
          <w:sz w:val="20"/>
        </w:rPr>
        <w:t xml:space="preserve"> [legei autois ho Iēsous ... kyrie]</w:t>
      </w:r>
      <w:r>
        <w:rPr>
          <w:sz w:val="20"/>
        </w:rPr>
        <w:br/>
        <w:t>В традиционном расширенном чтении явно стоит «Иисус сказал им» и ответ «Да, Господи». Базовый SBLGNT короче; WGT-T естественно передаёт вопрос и ответ без добавления вариантных слов.</w:t>
      </w:r>
    </w:p>
    <w:p>
      <w:r>
        <w:t>52. Он сказал им: «Поэтому всякий книжник, ставший учеником Царства Небес [γραμματεὺς μαθητευθείς τῇ βασιλείᾳ], подобен хозяину дома, который выносит из своей сокровищницы новое и старое».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γραμματεὺς μαθητευθείς</w:t>
      </w:r>
      <w:r>
        <w:rPr>
          <w:sz w:val="20"/>
        </w:rPr>
        <w:t xml:space="preserve"> [grammateus mathēteutheis]</w:t>
      </w:r>
      <w:r>
        <w:rPr>
          <w:sz w:val="20"/>
        </w:rPr>
        <w:br/>
        <w:t>Парадоксальное сочетание: «книжник, сделанный учеником». Иисус не противопоставляет всякое знание Писания ученичеству, а описывает книжника, переобученного Царством.</w:t>
      </w:r>
    </w:p>
    <w:p>
      <w:pPr>
        <w:ind w:left="360"/>
      </w:pPr>
      <w:r>
        <w:rPr>
          <w:b/>
          <w:sz w:val="20"/>
        </w:rPr>
        <w:t>Толкование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καινὰ καὶ παλαιά</w:t>
      </w:r>
      <w:r>
        <w:rPr>
          <w:sz w:val="20"/>
        </w:rPr>
        <w:t xml:space="preserve"> [kaina kai palaia]</w:t>
      </w:r>
      <w:r>
        <w:rPr>
          <w:sz w:val="20"/>
        </w:rPr>
        <w:br/>
        <w:t>«Новое и старое» естественно подходит к ученику, умеющему соединять новое откровение Царства с прежним сокровищем Писания, но сам стих не расшифровывает пару окончательно.</w:t>
      </w:r>
    </w:p>
    <w:p>
      <w:r>
        <w:t>53. Когда Иисус закончил эти притчи, Он ушёл оттуда.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ὅτε ἐτέλεσεν ὁ Ἰησοῦς τὰς παραβολὰς ταύτας</w:t>
      </w:r>
      <w:r>
        <w:rPr>
          <w:sz w:val="20"/>
        </w:rPr>
        <w:t xml:space="preserve"> [hote etelesen ho Iēsous tas parabolas tautas]</w:t>
      </w:r>
      <w:r>
        <w:rPr>
          <w:sz w:val="20"/>
        </w:rPr>
        <w:br/>
        <w:t>Третья большая формула завершения речи у Матфея закрывает притчевый дискурс главы 13.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7:28, Мф 11:1, Мф 19:1, Мф 26:1</w:t>
      </w:r>
    </w:p>
    <w:p>
      <w:r>
        <w:t>54. Придя в Свою родную местность, Он учил людей в их синагоге, и они поражались: «Откуда у Него такая мудрость и такие могущественные дела?</w:t>
      </w:r>
    </w:p>
    <w:p>
      <w:r>
        <w:t>55. «Разве Он не сын плотника [τέκτων — мастер/ремесленник]? Разве Его мать не зовут Марией, а Его братьев — Иаковом, Иосифом, Симоном и Иудой?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τέκτων</w:t>
      </w:r>
      <w:r>
        <w:rPr>
          <w:sz w:val="20"/>
        </w:rPr>
        <w:t xml:space="preserve"> [tektōn]</w:t>
      </w:r>
      <w:r>
        <w:rPr>
          <w:sz w:val="20"/>
        </w:rPr>
        <w:br/>
        <w:t>τέκτων — мастер, ремесленник по твёрдым материалам; «плотник» — древнее и традиционно естественное понимание, но современное русское слово уже по объёму, чем греческое.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6:3</w:t>
      </w:r>
    </w:p>
    <w:p>
      <w:pPr>
        <w:ind w:left="360"/>
      </w:pPr>
      <w:r>
        <w:rPr>
          <w:b/>
          <w:sz w:val="20"/>
        </w:rPr>
        <w:t>Семья</w:t>
      </w:r>
      <w:r>
        <w:rPr>
          <w:i/>
          <w:sz w:val="20"/>
        </w:rPr>
        <w:t xml:space="preserve"> οἱ ἀδελφοὶ αὐτοῦ</w:t>
      </w:r>
      <w:r>
        <w:rPr>
          <w:sz w:val="20"/>
        </w:rPr>
        <w:t xml:space="preserve"> [hoi adelphoi autou]</w:t>
      </w:r>
      <w:r>
        <w:rPr>
          <w:sz w:val="20"/>
        </w:rPr>
        <w:br/>
        <w:t>Матфей называет четырёх ἀδελφοί Иисуса по именам и в следующем стихе упоминает Его сестёр. В обычном греческом ἀδελφός — брат; богословские традиции по-разному объясняют точное семейное отношение, но сам текст использует прямой родственный термин.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12:46, Мф 13:56</w:t>
      </w:r>
    </w:p>
    <w:p>
      <w:r>
        <w:t>56. И разве все Его сёстры не живут среди нас? Откуда же у Него всё это?»</w:t>
      </w:r>
    </w:p>
    <w:p>
      <w:r>
        <w:t>57. И они отвергали Его — буквально «спотыкались из-за Него» [ἐσκανδαλίζοντο ἐν αὐτῷ]. Иисус сказал им: «Пророк не бывает без чести, кроме как в своей родной местности и в своём доме».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ἐσκανδαλίζοντο ἐν αὐτῷ</w:t>
      </w:r>
      <w:r>
        <w:rPr>
          <w:sz w:val="20"/>
        </w:rPr>
        <w:t xml:space="preserve"> [eskandalizonto en autō]</w:t>
      </w:r>
      <w:r>
        <w:rPr>
          <w:sz w:val="20"/>
        </w:rPr>
        <w:br/>
        <w:t>Точная лексическая перекличка с 11:6: блажен тот, кто «не споткнётся из-за Меня», а жители родины именно «спотыкаются из-за Него». WGT-T передаёт результат естественным «отвергали», WGT-E возвращает греческую связь.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11:6, Мф 13:21</w:t>
      </w:r>
    </w:p>
    <w:p>
      <w:r>
        <w:t>58. И Он не совершил там многих могущественных дел [δυνάμεις] из-за их неверия [ἀπιστίαν].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δυνάμεις ... ἀπιστίαν</w:t>
      </w:r>
      <w:r>
        <w:rPr>
          <w:sz w:val="20"/>
        </w:rPr>
        <w:t xml:space="preserve"> [dynameis ... apistian]</w:t>
      </w:r>
      <w:r>
        <w:rPr>
          <w:sz w:val="20"/>
        </w:rPr>
        <w:br/>
        <w:t>Матфей формулирует мягче Марка 6:5: не «не мог», а «не совершил многих» чудес из-за их неверия. Синоптиков не следует искусственно выравнивать.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6:5–6</w:t>
      </w:r>
    </w:p>
    <w:p>
      <w:pPr>
        <w:pStyle w:val="Heading2"/>
      </w:pPr>
      <w:r>
        <w:t>Глава 14</w:t>
      </w:r>
    </w:p>
    <w:p>
      <w:r>
        <w:t>1. В то время тетрарх Ирод услышал о славе Иисуса</w:t>
      </w:r>
    </w:p>
    <w:p>
      <w:r>
        <w:t>2. …«Это Иоанн Креститель. Он воскрес из мёртвых, поэтому в нём действуют могущественные силы [δυνάμεις]».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δυνάμεις ἐνεργοῦσιν ἐν αὐτῷ</w:t>
      </w:r>
      <w:r>
        <w:rPr>
          <w:sz w:val="20"/>
        </w:rPr>
        <w:t xml:space="preserve"> [dynameis energousin en autō]</w:t>
      </w:r>
      <w:r>
        <w:rPr>
          <w:sz w:val="20"/>
        </w:rPr>
        <w:br/>
        <w:t>Ирод описывает чудеса как «силы, действующие в нём». δυνάμεις у Матфея — могущественные деяния, а не безличная мистическая энергия.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11:20, Мф 13:54</w:t>
      </w:r>
    </w:p>
    <w:p>
      <w:r>
        <w:t>3. Ирод прежде схватил Иоанна, связал и заключил в тюрьму из-за Иродиады, жены своего брата Филиппа,</w:t>
      </w:r>
    </w:p>
    <w:p>
      <w:r>
        <w:t>4. потому что Иоанн говорил ему: «Тебе нельзя иметь её женой».</w:t>
      </w:r>
    </w:p>
    <w:p>
      <w:r>
        <w:t>5. Ирод хотел погубить Иоанна, но боялся народа, потому что люди считали его пророком.</w:t>
      </w:r>
    </w:p>
    <w:p>
      <w:r>
        <w:t>6. На праздновании дня рождения Ирода дочь Иродиады танцевала перед гостями и так понравилась Ироду,</w:t>
      </w:r>
    </w:p>
    <w:p>
      <w:r>
        <w:t>7. что он с клятвой обещал дать ей всё, чего она попросит.</w:t>
      </w:r>
    </w:p>
    <w:p>
      <w:r>
        <w:t>8. По совету матери она попросила: «Дай мне здесь на блюде голову Иоанна Крестителя».</w:t>
      </w:r>
    </w:p>
    <w:p>
      <w:r>
        <w:t>9. Царь опечалился, но из-за клятв и гостей велел исполнить просьбу.</w:t>
      </w:r>
    </w:p>
    <w:p>
      <w:r>
        <w:t>10. Он приказал казнить Иоанна в тюрьме.</w:t>
      </w:r>
    </w:p>
    <w:p>
      <w:r>
        <w:t>11. Просимое принесли девушке, и она отнесла это матери.</w:t>
      </w:r>
    </w:p>
    <w:p>
      <w:r>
        <w:t>12. Ученики Иоанна пришли, забрали тело, похоронили его и пошли рассказать Иисусу.</w:t>
      </w:r>
    </w:p>
    <w:p>
      <w:r>
        <w:t>13. Услышав это, Иисус отплыл оттуда в лодке в безлюдное место, чтобы побыть одному. Но народ узнал и пошёл за Ним пешком из городов.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εἰς ἔρημον τόπον κατ᾽ ἰδίαν</w:t>
      </w:r>
      <w:r>
        <w:rPr>
          <w:sz w:val="20"/>
        </w:rPr>
        <w:t xml:space="preserve"> [eis erēmon topon kat idian]</w:t>
      </w:r>
      <w:r>
        <w:rPr>
          <w:sz w:val="20"/>
        </w:rPr>
        <w:br/>
        <w:t>Иисус уходит в безлюдное место «наедине», но толпы следуют за Ним. Уединение немедленно становится сценой сострадания и насыщения множества.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14:14</w:t>
      </w:r>
    </w:p>
    <w:p>
      <w:r>
        <w:t>14. Выйдя, Иисус увидел большую толпу, глубоко сжалился [ἐσπλαγχνίσθη] над ними и исцелил их больных.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ἐσπλαγχνίσθη</w:t>
      </w:r>
      <w:r>
        <w:rPr>
          <w:sz w:val="20"/>
        </w:rPr>
        <w:t xml:space="preserve"> [esplagchnisthē]</w:t>
      </w:r>
      <w:r>
        <w:rPr>
          <w:sz w:val="20"/>
        </w:rPr>
        <w:br/>
        <w:t>Сильный глагол сострадания уже встречался в 9:36. У Матфея сострадание Иисуса ведёт к конкретному действию — здесь к исцелению, далее в 15:32 к насыщению.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9:36, Мф 15:32</w:t>
      </w:r>
    </w:p>
    <w:p>
      <w:r>
        <w:t>15. Когда наступил вечер, ученики подошли и сказали: «Место здесь безлюдное, и час уже поздний. Отпусти людей, чтобы они пошли в селения и купили себе еды».</w:t>
      </w:r>
    </w:p>
    <w:p>
      <w:r>
        <w:t>16. Но Иисус сказал: «Им не нужно уходить. Вы дайте им есть».</w:t>
      </w:r>
    </w:p>
    <w:p>
      <w:r>
        <w:t>17. Они ответили: «У нас здесь только пять хлебов и две рыбы».</w:t>
      </w:r>
    </w:p>
    <w:p>
      <w:r>
        <w:t>18. Он сказал: «Принесите их Мне».</w:t>
      </w:r>
    </w:p>
    <w:p>
      <w:r>
        <w:t>19. …Он взял пять хлебов и две рыбы, посмотрел на небо, благословил [εὐλόγησεν], разломил хлебы и дал ученикам, а ученики — народу.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λαβὼν ... εὐλόγησεν ... κλάσας ... ἔδωκεν</w:t>
      </w:r>
      <w:r>
        <w:rPr>
          <w:sz w:val="20"/>
        </w:rPr>
        <w:t xml:space="preserve"> [labōn ... eulogēsen ... klasas ... edōken]</w:t>
      </w:r>
      <w:r>
        <w:rPr>
          <w:sz w:val="20"/>
        </w:rPr>
        <w:br/>
        <w:t>Последовательность «взял — благословил — разломил — дал» станет узнаваемой евхаристической по форме, хотя здесь непосредственный контекст — насыщение толпы.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26:26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ἔδωκεν τοῖς μαθηταῖς ... οἱ δὲ μαθηταὶ τοῖς ὄχλοις</w:t>
      </w:r>
      <w:r>
        <w:rPr>
          <w:sz w:val="20"/>
        </w:rPr>
        <w:t xml:space="preserve"> [edōken tois mathētais ... hoi de mathētai tois ochlois]</w:t>
      </w:r>
      <w:r>
        <w:rPr>
          <w:sz w:val="20"/>
        </w:rPr>
        <w:br/>
        <w:t>Хлеб идёт от Иисуса через учеников к народу. Ученики не источник пищи, но становятся посредниками раздачи.</w:t>
      </w:r>
    </w:p>
    <w:p>
      <w:r>
        <w:t>20. Все ели и насытились [ἐχορτάσθησαν]. Оставшихся кусков набрали двенадцать полных корзин [κοφίνους].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ἐχορτάσθησαν</w:t>
      </w:r>
      <w:r>
        <w:rPr>
          <w:sz w:val="20"/>
        </w:rPr>
        <w:t xml:space="preserve"> [echortasthēsan]</w:t>
      </w:r>
      <w:r>
        <w:rPr>
          <w:sz w:val="20"/>
        </w:rPr>
        <w:br/>
        <w:t>Глагол означает насытиться досыта, а не просто немного поесть. Матфей подчёркивает достаточность дара.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δώδεκα κοφίνους πλήρεις</w:t>
      </w:r>
      <w:r>
        <w:rPr>
          <w:sz w:val="20"/>
        </w:rPr>
        <w:t xml:space="preserve"> [dōdeka kophinous plēreis]</w:t>
      </w:r>
      <w:r>
        <w:rPr>
          <w:sz w:val="20"/>
        </w:rPr>
        <w:br/>
        <w:t>Остаётся двенадцать полных корзин. В 15-й главе после второго насыщения будет семь корзин другого типа, что ученики должны помнить в 16:9–10.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15:37, Мф 16:9–10</w:t>
      </w:r>
    </w:p>
    <w:p>
      <w:r>
        <w:t>21. Евших было около пяти тысяч мужчин, не считая женщин и детей.</w:t>
      </w:r>
    </w:p>
    <w:p>
      <w:r>
        <w:t>22. Сразу после этого Иисус заставил/настоятельно велел [ἠνάγκασεν] ученикам сесть в лодку…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ἠνάγκασεν</w:t>
      </w:r>
      <w:r>
        <w:rPr>
          <w:sz w:val="20"/>
        </w:rPr>
        <w:t xml:space="preserve"> [ēnankasen]</w:t>
      </w:r>
      <w:r>
        <w:rPr>
          <w:sz w:val="20"/>
        </w:rPr>
        <w:br/>
        <w:t>ἀναγκάζω сильнее простого «попросил»: заставить, настоять, обязать. Матфей не объясняет причину такой настойчивости.</w:t>
      </w:r>
    </w:p>
    <w:p>
      <w:r>
        <w:t>23. Отпустив людей, Он поднялся на гору один, чтобы помолиться. Когда наступил вечер, Он оставался там один.</w:t>
      </w:r>
    </w:p>
    <w:p>
      <w:r>
        <w:t>24. А лодка уже была далеко от берега, мучимая [βασανιζόμενον] волнами, потому что ветер был встречный.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βασανιζόμενον ὑπὸ τῶν κυμάτων</w:t>
      </w:r>
      <w:r>
        <w:rPr>
          <w:sz w:val="20"/>
        </w:rPr>
        <w:t xml:space="preserve"> [basanizomenon hypo tōn kymatōn]</w:t>
      </w:r>
      <w:r>
        <w:rPr>
          <w:sz w:val="20"/>
        </w:rPr>
        <w:br/>
        <w:t>Глагол буквально означает мучить/терзать. Он драматизирует состояние лодки под ударами волн.</w:t>
      </w:r>
    </w:p>
    <w:p>
      <w:r>
        <w:t>25. В четвёртую стражу ночи Иисус пошёл к ним, идя по морю.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περιπατῶν ἐπὶ τὴν θάλασσαν</w:t>
      </w:r>
      <w:r>
        <w:rPr>
          <w:sz w:val="20"/>
        </w:rPr>
        <w:t xml:space="preserve"> [peripatōn epi tēn thalassan]</w:t>
      </w:r>
      <w:r>
        <w:rPr>
          <w:sz w:val="20"/>
        </w:rPr>
        <w:br/>
        <w:t>В Ветхом Завете хождение/господство над морем относится к Божьей власти. Поэтому сцена естественно имеет теофанический оттенок, хотя Матфей не вводит формальную цитату.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Иов 9:8, Пс 77:19</w:t>
      </w:r>
    </w:p>
    <w:p>
      <w:r>
        <w:t>26. Увидев Его идущим по морю, ученики испугались и сказали: «Это призрак!» — и закричали от страха.</w:t>
      </w:r>
    </w:p>
    <w:p>
      <w:r>
        <w:t>27. Но Иисус сразу сказал им: «Смелее! Я есмь / это Я [ἐγώ εἰμι]. Не бойтесь».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ἐγώ εἰμι</w:t>
      </w:r>
      <w:r>
        <w:rPr>
          <w:sz w:val="20"/>
        </w:rPr>
        <w:t xml:space="preserve"> [egō eimi]</w:t>
      </w:r>
      <w:r>
        <w:rPr>
          <w:sz w:val="20"/>
        </w:rPr>
        <w:br/>
        <w:t>В обычной ситуации фраза естественно означает «это Я». Но в сцене господства над морем она также может вызывать библейские ассоциации с формулами Божьего самообъявления. WGT-E сохраняет оба уровня, не превращая обычную греческую фразу автоматически в имя Божье.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3:14, Ис 43:10, Мф 14:25</w:t>
      </w:r>
    </w:p>
    <w:p>
      <w:r>
        <w:t>28. Пётр ответил: «Господи, если это Ты [εἰ σὺ εἶ], повели мне прийти к Тебе по воде».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εἰ σὺ εἶ</w:t>
      </w:r>
      <w:r>
        <w:rPr>
          <w:sz w:val="20"/>
        </w:rPr>
        <w:t xml:space="preserve"> [ei sy ei]</w:t>
      </w:r>
      <w:r>
        <w:rPr>
          <w:sz w:val="20"/>
        </w:rPr>
        <w:br/>
        <w:t>Условие буквально «если Ты есть/если это Ты». Оно отзывается на только что прозвучавшее ἐγώ εἰμι и делает эпизод Петра ответом на самообъявление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14:27</w:t>
      </w:r>
    </w:p>
    <w:p>
      <w:r>
        <w:t>29. Иисус сказал: «Иди». Пётр вышел из лодки и пошёл по воде к Иисусу.</w:t>
      </w:r>
    </w:p>
    <w:p>
      <w:r>
        <w:t>30. Но, увидев ветер, он испугался и, начиная тонуть, закричал: «Господи, спаси меня [σῶσόν με]!»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σῶσόν με</w:t>
      </w:r>
      <w:r>
        <w:rPr>
          <w:sz w:val="20"/>
        </w:rPr>
        <w:t xml:space="preserve"> [sōson me]</w:t>
      </w:r>
      <w:r>
        <w:rPr>
          <w:sz w:val="20"/>
        </w:rPr>
        <w:br/>
        <w:t>Тот же глагол σώζω, что в буре 8:25 и в других сценах спасения/исцеления. Здесь просьба максимально конкретна: физическое избавление в опасности.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8:25, Мф 9:22</w:t>
      </w:r>
    </w:p>
    <w:p>
      <w:r>
        <w:t>31. Иисус сразу протянул руку, схватил/поддержал [ἐπελάβετο] его и сказал: «Маловерный [ὀλιγόπιστε], почему ты усомнился/заколебался [ἐδίστασας]?»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ὀλιγόπιστε</w:t>
      </w:r>
      <w:r>
        <w:rPr>
          <w:sz w:val="20"/>
        </w:rPr>
        <w:t xml:space="preserve"> [oligopiste]</w:t>
      </w:r>
      <w:r>
        <w:rPr>
          <w:sz w:val="20"/>
        </w:rPr>
        <w:br/>
        <w:t>Единственное число матфеевского «маловерный». Пётр имеет веру — он выходит из лодки, — но его доверие колеблется под давлением увиденной угрозы.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6:30, Мф 8:26, Мф 16:8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ἐδίστασας</w:t>
      </w:r>
      <w:r>
        <w:rPr>
          <w:sz w:val="20"/>
        </w:rPr>
        <w:t xml:space="preserve"> [edistasas]</w:t>
      </w:r>
      <w:r>
        <w:rPr>
          <w:sz w:val="20"/>
        </w:rPr>
        <w:br/>
        <w:t>διστάζω означает колебаться, сомневаться, раздваиваться в решимости. Тот же редкий глагол появится в 28:17 у части учеников перед воскресшим Иисусом.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28:17</w:t>
      </w:r>
    </w:p>
    <w:p>
      <w:r>
        <w:t>32. Когда они вошли в лодку, ветер стих.</w:t>
      </w:r>
    </w:p>
    <w:p>
      <w:r>
        <w:t>33. Те, кто был в лодке, поклонились [προσεκύνησαν] Ему и сказали: «Воистину Ты Сын Божий».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προσεκύνησαν ... ἀληθῶς θεοῦ υἱὸς εἶ</w:t>
      </w:r>
      <w:r>
        <w:rPr>
          <w:sz w:val="20"/>
        </w:rPr>
        <w:t xml:space="preserve"> [prosekynēsan ... alēthōs theou huios ei]</w:t>
      </w:r>
      <w:r>
        <w:rPr>
          <w:sz w:val="20"/>
        </w:rPr>
        <w:br/>
        <w:t>Сцена заканчивается не только удивлением, как в 8:27, а поклонением и прямым исповеданием «Ты Сын Божий». Это заметный шаг в раскрытии личности Иисуса перед 16:16.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8:27, Мф 16:16</w:t>
      </w:r>
    </w:p>
    <w:p>
      <w:r>
        <w:t>34. Переправившись, они прибыли в землю Геннисарет.</w:t>
      </w:r>
    </w:p>
    <w:p>
      <w:r>
        <w:t>35. Местные жители узнали Иисуса, разослали весть по всей округе и принесли к Нему всех больных.</w:t>
      </w:r>
    </w:p>
    <w:p>
      <w:r>
        <w:t>36. …и все прикоснувшиеся полностью избавлялись/исцелялись [διεσώθησαν].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διεσώθησαν</w:t>
      </w:r>
      <w:r>
        <w:rPr>
          <w:sz w:val="20"/>
        </w:rPr>
        <w:t xml:space="preserve"> [diesōthēsan]</w:t>
      </w:r>
      <w:r>
        <w:rPr>
          <w:sz w:val="20"/>
        </w:rPr>
        <w:br/>
        <w:t>διασῴζω усиливает σώζω: сохранить, вывести в безопасность, полностью избавить. В контексте речь об исцелении, но лексическая связь со «спасением» сохраняется.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9:22, Мф 14:30</w:t>
      </w:r>
    </w:p>
    <w:p>
      <w:pPr>
        <w:pStyle w:val="Heading2"/>
      </w:pPr>
      <w:r>
        <w:t>Глава 15</w:t>
      </w:r>
    </w:p>
    <w:p>
      <w:r>
        <w:t>1. Тогда к Иисусу пришли из Иерусалима фарисеи и книжники и спросили:</w:t>
      </w:r>
    </w:p>
    <w:p>
      <w:r>
        <w:t>2. «Почему Твои ученики преступают [παραβαίνουσιν] предание [παράδοσιν] старейшин? Ведь они не омывают рук перед едой».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παράδοσιν τῶν πρεσβυτέρων</w:t>
      </w:r>
      <w:r>
        <w:rPr>
          <w:sz w:val="20"/>
        </w:rPr>
        <w:t xml:space="preserve"> [paradosin tōn presbyterōn]</w:t>
      </w:r>
      <w:r>
        <w:rPr>
          <w:sz w:val="20"/>
        </w:rPr>
        <w:br/>
        <w:t>παράδοσις — переданное предание/традиция. Спор начинается не с прямой заповеди Торы об обычной трапезе, а с «предания старейшин».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νίπτονται τὰς χεῖρας</w:t>
      </w:r>
      <w:r>
        <w:rPr>
          <w:sz w:val="20"/>
        </w:rPr>
        <w:t xml:space="preserve"> [niptontai tas cheiras]</w:t>
      </w:r>
      <w:r>
        <w:rPr>
          <w:sz w:val="20"/>
        </w:rPr>
        <w:br/>
        <w:t>Речь об омовении рук как религиозной практике чистоты, а не о современном санитарном вопросе.</w:t>
      </w:r>
    </w:p>
    <w:p>
      <w:r>
        <w:t>3. Он ответил: «А почему вы преступаете [παραβαίνετε] Божью заповедь ради вашего предания?»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παραβαίνουσιν ... παράδοσιν / παραβαίνετε ... ἐντολήν</w:t>
      </w:r>
      <w:r>
        <w:rPr>
          <w:sz w:val="20"/>
        </w:rPr>
        <w:t xml:space="preserve"> [parabainousin ... paradosin / parabainete ... entolēn]</w:t>
      </w:r>
      <w:r>
        <w:rPr>
          <w:sz w:val="20"/>
        </w:rPr>
        <w:br/>
        <w:t>Иисус зеркально возвращает их обвинение: они спрашивают, почему ученики «преступают предание», Он — почему они «преступают заповедь Бога» ради предания.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15:2</w:t>
      </w:r>
    </w:p>
    <w:p>
      <w:r>
        <w:t>4. Ведь Бог сказал: “Почитай отца и мать” и: “Кто злословит отца или мать, тот должен быть предан смерти”.</w:t>
      </w:r>
    </w:p>
    <w:p>
      <w:r>
        <w:t>5. А вы говорите: если человек скажет отцу или матери: “То, чем я мог бы помочь тебе, — дар Богу”,</w:t>
      </w:r>
    </w:p>
    <w:p>
      <w:r>
        <w:t>6. …Так вы отменяете/делаете недействительным [ἠκυρώσατε] слово Бога ради вашего предания.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ἠκυρώσατε</w:t>
      </w:r>
      <w:r>
        <w:rPr>
          <w:sz w:val="20"/>
        </w:rPr>
        <w:t xml:space="preserve"> [ēkyrōsate]</w:t>
      </w:r>
      <w:r>
        <w:rPr>
          <w:sz w:val="20"/>
        </w:rPr>
        <w:br/>
        <w:t>ἀκυρόω — лишить силы, сделать недействительным. Контраст очень сильный: человеческое предание не просто добавляется к Божьему слову, а в данном случае нейтрализует его действие.</w:t>
      </w:r>
    </w:p>
    <w:p>
      <w:r>
        <w:t>7. Лицемеры! Хорошо пророчествовал о вас Исаия:</w:t>
      </w:r>
    </w:p>
    <w:p>
      <w:r>
        <w:t>8. «Этот народ чтит Меня устами, но сердце их далеко от Меня».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Ἐγγίζει μοι ... τῷ στόματι αὐτῶν</w:t>
      </w:r>
      <w:r>
        <w:rPr>
          <w:sz w:val="20"/>
        </w:rPr>
        <w:t xml:space="preserve"> [Engizei moi ... tō stomati autōn]</w:t>
      </w:r>
      <w:r>
        <w:rPr>
          <w:sz w:val="20"/>
        </w:rPr>
        <w:br/>
        <w:t>Традиционное расширение добавляет «приближается ко Мне устами». Базовый SBLGNT начинает короче с «этот народ чтит Меня губами». WGT-T следует короткому смыслу.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τοῖς χείλεσίν με τιμᾷ ... καρδία ... πόρρω</w:t>
      </w:r>
      <w:r>
        <w:rPr>
          <w:sz w:val="20"/>
        </w:rPr>
        <w:t xml:space="preserve"> [tois cheilesin me tima ... kardia ... porrō]</w:t>
      </w:r>
      <w:r>
        <w:rPr>
          <w:sz w:val="20"/>
        </w:rPr>
        <w:br/>
        <w:t>Ис 29:13 противопоставляет внешнее почитание губами внутренней удалённости сердца. Это готовит объяснение Иисуса в 15:18–20: источник настоящего осквернения — сердце.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29:13, Мф 15:18–20</w:t>
      </w:r>
    </w:p>
    <w:p>
      <w:r>
        <w:t>9. «Напрасно они чтут Меня, уча как учениям человеческим заповедям [ἐντάλματα ἀνθρώπων]».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διδάσκοντες διδασκαλίας ἐντάλματα ἀνθρώπων</w:t>
      </w:r>
      <w:r>
        <w:rPr>
          <w:sz w:val="20"/>
        </w:rPr>
        <w:t xml:space="preserve"> [didaskontes didaskalias entalmata anthrōpōn]</w:t>
      </w:r>
      <w:r>
        <w:rPr>
          <w:sz w:val="20"/>
        </w:rPr>
        <w:br/>
        <w:t>Матфей следует греческой форме Ис 29:13: проблема не в существовании любого человеческого наставления, а в религиозном возвышении человеческих предписаний до уровня, отменяющего Божью заповедь.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29:13, Мф 15:3–6</w:t>
      </w:r>
    </w:p>
    <w:p>
      <w:r>
        <w:t>10. Подозвав народ, Он сказал: «Слушайте и понимайте:</w:t>
      </w:r>
    </w:p>
    <w:p>
      <w:r>
        <w:t>11. Не то, что входит в рот, оскверняет [κοινοῖ] человека; человека оскверняет то, что выходит из уст».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κοινοῖ</w:t>
      </w:r>
      <w:r>
        <w:rPr>
          <w:sz w:val="20"/>
        </w:rPr>
        <w:t xml:space="preserve"> [koinoi]</w:t>
      </w:r>
      <w:r>
        <w:rPr>
          <w:sz w:val="20"/>
        </w:rPr>
        <w:br/>
        <w:t>κοινόω буквально «делать общим», а в иудейском языке чистоты — делать нечистым/осквернять. Повтор одного глагола связывает обе половины афоризма.</w:t>
      </w:r>
    </w:p>
    <w:p>
      <w:r>
        <w:t>12. …«Ты знаешь, что фарисеи, услышав эти слова, споткнулись/возмутились [ἐσκανδαλίσθησαν]?»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ἐσκανδαλίσθησαν</w:t>
      </w:r>
      <w:r>
        <w:rPr>
          <w:sz w:val="20"/>
        </w:rPr>
        <w:t xml:space="preserve"> [eskandalisthēsan]</w:t>
      </w:r>
      <w:r>
        <w:rPr>
          <w:sz w:val="20"/>
        </w:rPr>
        <w:br/>
        <w:t>Тот же корень σκανδαλίζω, который Матфей уже использует для «спотыкания» об Иисуса и слово. «Возмутились» передаёт реакцию, но WGT-E сохраняет общий мотив преткновения.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11:6, Мф 13:21, Мф 13:57</w:t>
      </w:r>
    </w:p>
    <w:p>
      <w:r>
        <w:t>13. Он ответил: «Всякое растение, которое не посадил Мой Небесный Отец, будет вырвано.</w:t>
      </w:r>
    </w:p>
    <w:p>
      <w:r>
        <w:t>14. Оставьте их: они слепые проводники слепых. Если слепой ведёт слепого, оба упадут в яму».</w:t>
      </w:r>
    </w:p>
    <w:p>
      <w:r>
        <w:t>15. Пётр сказал Ему: «Объясни нам эту притчу [παραβολήν]».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παραβολήν</w:t>
      </w:r>
      <w:r>
        <w:rPr>
          <w:sz w:val="20"/>
        </w:rPr>
        <w:t xml:space="preserve"> [parabolēn]</w:t>
      </w:r>
      <w:r>
        <w:rPr>
          <w:sz w:val="20"/>
        </w:rPr>
        <w:br/>
        <w:t>Пётр называет притчей/образным изречением даже короткое высказывание 15:11. Это показывает, что παραβολή у Матфея шире длинной повествовательной истории.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15:11</w:t>
      </w:r>
    </w:p>
    <w:p>
      <w:r>
        <w:t>16. Иисус ответил: «Неужели и вы всё ещё без понимания [ἀσύνετοι]?»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ἀσύνετοι</w:t>
      </w:r>
      <w:r>
        <w:rPr>
          <w:sz w:val="20"/>
        </w:rPr>
        <w:t xml:space="preserve"> [asynetoi]</w:t>
      </w:r>
      <w:r>
        <w:rPr>
          <w:sz w:val="20"/>
        </w:rPr>
        <w:br/>
        <w:t>Слово образовано от того же корня понимания συνίημι, который был ключевым в главе 13. Ученики слышат, но ещё не соединяют смысл сказанного.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13:13, Мф 13:23</w:t>
      </w:r>
    </w:p>
    <w:p>
      <w:r>
        <w:t>17. Разве не понимаете, что всё входящее в рот проходит через желудок и затем выводится в отхожее место?</w:t>
      </w:r>
    </w:p>
    <w:p>
      <w:r>
        <w:t>18. А выходящее из уст исходит из сердца — именно это оскверняет [κοινοῖ] человека.</w:t>
      </w:r>
    </w:p>
    <w:p>
      <w:pPr>
        <w:ind w:left="360"/>
      </w:pPr>
      <w:r>
        <w:rPr>
          <w:b/>
          <w:sz w:val="20"/>
        </w:rPr>
        <w:t>Человек</w:t>
      </w:r>
      <w:r>
        <w:rPr>
          <w:i/>
          <w:sz w:val="20"/>
        </w:rPr>
        <w:t xml:space="preserve"> ἐκ τῆς καρδίας</w:t>
      </w:r>
      <w:r>
        <w:rPr>
          <w:sz w:val="20"/>
        </w:rPr>
        <w:t xml:space="preserve"> [ek tēs kardias]</w:t>
      </w:r>
      <w:r>
        <w:rPr>
          <w:sz w:val="20"/>
        </w:rPr>
        <w:br/>
        <w:t>«Сердце» снова выступает центром внутреннего человека — источником слов и поведения. Поэтому чистота переносится с внешнего входящего на внутренний источник исходящего.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12:34</w:t>
      </w:r>
    </w:p>
    <w:p>
      <w:r>
        <w:t>19. Потому что из сердца выходят злые рассуждения [διαλογισμοὶ πονηροί], убийства, супружеская неверность, сексуальная распущенность [πορνεῖαι], кражи, лжесвидетельства и хулы.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διαλογισμοὶ πονηροί</w:t>
      </w:r>
      <w:r>
        <w:rPr>
          <w:sz w:val="20"/>
        </w:rPr>
        <w:t xml:space="preserve"> [dialogismoi ponēroi]</w:t>
      </w:r>
      <w:r>
        <w:rPr>
          <w:sz w:val="20"/>
        </w:rPr>
        <w:br/>
        <w:t>διαλογισμοί — рассуждения, замыслы, внутренние расчёты; список начинается ещё до внешних поступков.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μοιχεῖαι ... πορνεῖαι</w:t>
      </w:r>
      <w:r>
        <w:rPr>
          <w:sz w:val="20"/>
        </w:rPr>
        <w:t xml:space="preserve"> [moicheiai ... porneiai]</w:t>
      </w:r>
      <w:r>
        <w:rPr>
          <w:sz w:val="20"/>
        </w:rPr>
        <w:br/>
        <w:t>Матфей различает μοιχεία — супружескую неверность/прелюбодеяние — и более широкое πορνεία — сексуальную неправомерность.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5:32</w:t>
      </w:r>
    </w:p>
    <w:p>
      <w:r>
        <w:t>20. Вот что оскверняет человека. А есть немытыми руками — не оскверняет человека».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ταῦτά ... κοινοῦντα ... ἀνίπτοις χερσὶν ... οὐ κοινοῖ</w:t>
      </w:r>
      <w:r>
        <w:rPr>
          <w:sz w:val="20"/>
        </w:rPr>
        <w:t xml:space="preserve"> [tauta ... koinounta ... aniptois chersin ... ou koinoi]</w:t>
      </w:r>
      <w:r>
        <w:rPr>
          <w:sz w:val="20"/>
        </w:rPr>
        <w:br/>
        <w:t>Финал возвращает спор к исходному вопросу 15:2: Иисус прямо отрицает, что еда немытыми руками сама по себе делает человека ритуально нечистым.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15:2</w:t>
      </w:r>
    </w:p>
    <w:p>
      <w:r>
        <w:t>21. Уйдя оттуда, Иисус направился в область Тира и Сидона.</w:t>
      </w:r>
    </w:p>
    <w:p>
      <w:r>
        <w:t>22. И вот, женщина-хананеянка… кричала: «Помилуй меня, Господи, Сын Давида!»…</w:t>
      </w:r>
    </w:p>
    <w:p>
      <w:pPr>
        <w:ind w:left="360"/>
      </w:pPr>
      <w:r>
        <w:rPr>
          <w:b/>
          <w:sz w:val="20"/>
        </w:rPr>
        <w:t>Самосознание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γυνὴ Χαναναία ... κύριε υἱὸς Δαυίδ</w:t>
      </w:r>
      <w:r>
        <w:rPr>
          <w:sz w:val="20"/>
        </w:rPr>
        <w:t xml:space="preserve"> [gynē Chananaia ... kyrie huios Dauid]</w:t>
      </w:r>
      <w:r>
        <w:rPr>
          <w:sz w:val="20"/>
        </w:rPr>
        <w:br/>
        <w:t>Матфей намеренно использует древнее обозначение «хананеянка» и вкладывает в уста внешней по отношению к Израилю женщины мессианское обращение «Сын Давида». Контраст особенно силён перед словами о потерянных овцах Израиля.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15:24</w:t>
      </w:r>
    </w:p>
    <w:p>
      <w:r>
        <w:t>23. Но Он не ответил ей ни слова. Ученики подошли и просили Его: «Отпусти её, потому что она кричит вслед за нами».</w:t>
      </w:r>
    </w:p>
    <w:p>
      <w:r>
        <w:t>24. Он ответил: «Я послан только к потерянным овцам дома Израиля».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τὰ πρόβατα τὰ ἀπολωλότα οἴκου Ἰσραήλ</w:t>
      </w:r>
      <w:r>
        <w:rPr>
          <w:sz w:val="20"/>
        </w:rPr>
        <w:t xml:space="preserve"> [ta probata ta apolōlota oikou Israēl]</w:t>
      </w:r>
      <w:r>
        <w:rPr>
          <w:sz w:val="20"/>
        </w:rPr>
        <w:br/>
        <w:t>Почти та же формула, что в поручении Двенадцати 10:6. Но рассказ заканчивается тем, что вера хананеянки получает ответ, подготавливая расширение миссии за пределы Израиля.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10:6, Мф 15:28, Мф 28:19</w:t>
      </w:r>
    </w:p>
    <w:p>
      <w:r>
        <w:t>25. Но она подошла и поклонялась/падала перед Ним [προσεκύνει], говоря: «Господи, помоги мне!»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προσεκύνει</w:t>
      </w:r>
      <w:r>
        <w:rPr>
          <w:sz w:val="20"/>
        </w:rPr>
        <w:t xml:space="preserve"> [proskynei]</w:t>
      </w:r>
      <w:r>
        <w:rPr>
          <w:sz w:val="20"/>
        </w:rPr>
        <w:br/>
        <w:t>Имперфект может передавать продолжающееся действие: она настойчиво обращается к Иисусу в положении почтения/поклонения.</w:t>
      </w:r>
    </w:p>
    <w:p>
      <w:r>
        <w:t>26. Он ответил: «Нехорошо взять хлеб детей и бросить маленьким домашним собакам [κυναρίοις]».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κυνάριον</w:t>
      </w:r>
      <w:r>
        <w:rPr>
          <w:sz w:val="20"/>
        </w:rPr>
        <w:t xml:space="preserve"> [kynarion]</w:t>
      </w:r>
      <w:r>
        <w:rPr>
          <w:sz w:val="20"/>
        </w:rPr>
        <w:br/>
        <w:t>Уменьшительная форма от κύων «собака»: маленькая/домашняя собака. Это не убирает резкость различия «дети ↔ собаки», но помещает образ внутри домашней сцены с хлебом и столом.</w:t>
      </w:r>
    </w:p>
    <w:p>
      <w:r>
        <w:t>27. Она сказала: «Да, Господи. Ведь и маленькие собаки [κυνάρια] едят крошки, падающие со стола их хозяев».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ναὶ κύριε, καὶ γὰρ τὰ κυνάρια</w:t>
      </w:r>
      <w:r>
        <w:rPr>
          <w:sz w:val="20"/>
        </w:rPr>
        <w:t xml:space="preserve"> [nai kyrie, kai gar ta kynaria]</w:t>
      </w:r>
      <w:r>
        <w:rPr>
          <w:sz w:val="20"/>
        </w:rPr>
        <w:br/>
        <w:t>Женщина не отвергает образ Иисуса, а разворачивает его изнутри: даже в заявленном порядке дома остаётся место для крошек. Ответ демонстрирует настойчивое доверие, которое Иисус тут же называет великой верой.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15:28</w:t>
      </w:r>
    </w:p>
    <w:p>
      <w:r>
        <w:t>28. Тогда Иисус ответил ей: «Женщина, велика твоя вера [μεγάλη σου ἡ πίστις]! Пусть будет тебе, как ты хочешь». И с того часа её дочь исцелилась.</w:t>
      </w:r>
    </w:p>
    <w:p>
      <w:pPr>
        <w:ind w:left="360"/>
      </w:pPr>
      <w:r>
        <w:rPr>
          <w:b/>
          <w:sz w:val="20"/>
        </w:rPr>
        <w:t>Вера</w:t>
      </w:r>
      <w:r>
        <w:rPr>
          <w:i/>
          <w:sz w:val="20"/>
        </w:rPr>
        <w:t xml:space="preserve"> μεγάλη σου ἡ πίστις</w:t>
      </w:r>
      <w:r>
        <w:rPr>
          <w:sz w:val="20"/>
        </w:rPr>
        <w:t xml:space="preserve"> [megalē sou hē pistis]</w:t>
      </w:r>
      <w:r>
        <w:rPr>
          <w:sz w:val="20"/>
        </w:rPr>
        <w:br/>
        <w:t>Редкое прямое одобрение «велика твоя вера». Ранее Иисус удивлялся большой вере языческого сотника; здесь второй выдающийся пример веры также связан с человеком вне Израиля.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8:10</w:t>
      </w:r>
    </w:p>
    <w:p>
      <w:r>
        <w:t>29. Уйдя оттуда, Иисус пришёл к Галилейскому морю, поднялся на гору и сел там.</w:t>
      </w:r>
    </w:p>
    <w:p>
      <w:r>
        <w:t>30. …приводя хромых, слепых, людей с увечьями [κυλλούς], немых и многих других…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κυλλούς</w:t>
      </w:r>
      <w:r>
        <w:rPr>
          <w:sz w:val="20"/>
        </w:rPr>
        <w:t xml:space="preserve"> [kyllous]</w:t>
      </w:r>
      <w:r>
        <w:rPr>
          <w:sz w:val="20"/>
        </w:rPr>
        <w:br/>
        <w:t>κυλλός обозначает человека с повреждённой/деформированной конечностью. WGT-T передаёт это нейтрально как «люди с различными увечьями».</w:t>
      </w:r>
    </w:p>
    <w:p>
      <w:r>
        <w:t>31. …и они прославляли Бога Израиля [τὸν θεὸν Ἰσραήλ].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τὸν θεὸν Ἰσραήλ</w:t>
      </w:r>
      <w:r>
        <w:rPr>
          <w:sz w:val="20"/>
        </w:rPr>
        <w:t xml:space="preserve"> [ton theon Israēl]</w:t>
      </w:r>
      <w:r>
        <w:rPr>
          <w:sz w:val="20"/>
        </w:rPr>
        <w:br/>
        <w:t>Необычная формула «Бог Израиля» особенно заметна после эпизода с хананеянкой и в пограничном географическом контексте. Она может намекать на присутствие не только иудеев, хотя Матфей прямо не идентифицирует состав всей толпы.</w:t>
      </w:r>
    </w:p>
    <w:p>
      <w:r>
        <w:t>32. Иисус… сказал: «Я глубоко сострадаю [σπλαγχνίζομαι] этой толпе…»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σπλαγχνίζομαι</w:t>
      </w:r>
      <w:r>
        <w:rPr>
          <w:sz w:val="20"/>
        </w:rPr>
        <w:t xml:space="preserve"> [splagchnizomai]</w:t>
      </w:r>
      <w:r>
        <w:rPr>
          <w:sz w:val="20"/>
        </w:rPr>
        <w:br/>
        <w:t>Тот же сильный глагол сострадания, что в 14:14. В обоих насыщениях действие Иисуса вырастает из сострадания к реальной нужде людей.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14:14</w:t>
      </w:r>
    </w:p>
    <w:p>
      <w:r>
        <w:t>33. Ученики сказали: «Откуда нам в этой пустынной местности взять столько хлеба, чтобы накормить такую толпу?»</w:t>
      </w:r>
    </w:p>
    <w:p>
      <w:r>
        <w:t>34. Иисус спросил: «Сколько у вас хлебов?» Они ответили: «Семь и несколько маленьких рыб».</w:t>
      </w:r>
    </w:p>
    <w:p>
      <w:r>
        <w:t>35. Тогда Он велел народу расположиться на земле.</w:t>
      </w:r>
    </w:p>
    <w:p>
      <w:r>
        <w:t>36. Взяв семь хлебов и рыбы, Он поблагодарил [εὐχαριστήσας], разломил и давал ученикам, а ученики — народу.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εὐχαριστήσας ... ἔκλασεν ... ἐδίδου</w:t>
      </w:r>
      <w:r>
        <w:rPr>
          <w:sz w:val="20"/>
        </w:rPr>
        <w:t xml:space="preserve"> [eucharistēsas ... eklasen ... edidou]</w:t>
      </w:r>
      <w:r>
        <w:rPr>
          <w:sz w:val="20"/>
        </w:rPr>
        <w:br/>
        <w:t>Во втором насыщении вместо εὐλογέω «благословил» стоит εὐχαριστέω «поблагодарил», но сохраняется тот же ритм взял → благодарение → преломил → дал.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14:19, Мф 26:27</w:t>
      </w:r>
    </w:p>
    <w:p>
      <w:r>
        <w:t>37. Все ели и насытились. Оставшихся кусков набрали семь полных больших корзин [σπυρίδας].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σπυρίδας</w:t>
      </w:r>
      <w:r>
        <w:rPr>
          <w:sz w:val="20"/>
        </w:rPr>
        <w:t xml:space="preserve"> [spyridas]</w:t>
      </w:r>
      <w:r>
        <w:rPr>
          <w:sz w:val="20"/>
        </w:rPr>
        <w:br/>
        <w:t>Здесь другой тип корзины, чем κόφινος в насыщении пяти тысяч. Матфей сохраняет различие и затем специально повторяет два разных слова в 16:9–10.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14:20, Мф 16:9–10</w:t>
      </w:r>
    </w:p>
    <w:p>
      <w:r>
        <w:t>38. Евших было четыре тысячи мужчин, не считая женщин и детей.</w:t>
      </w:r>
    </w:p>
    <w:p>
      <w:r>
        <w:t>39. …и прибыл в область Магадана [Μαγαδάν].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Μαγαδάν / Μαγδαλά</w:t>
      </w:r>
      <w:r>
        <w:rPr>
          <w:sz w:val="20"/>
        </w:rPr>
        <w:t xml:space="preserve"> [Magadan / Magdala]</w:t>
      </w:r>
      <w:r>
        <w:rPr>
          <w:sz w:val="20"/>
        </w:rPr>
        <w:br/>
        <w:t>Критическая база WGT-T читает Магадан. Традиция широко знает вариант Магдала; WGT-E сохраняет географическую вариантность отдельно, не смешивая названия.</w:t>
      </w:r>
    </w:p>
    <w:p>
      <w:pPr>
        <w:pStyle w:val="Heading2"/>
      </w:pPr>
      <w:r>
        <w:t>Глава 16</w:t>
      </w:r>
    </w:p>
    <w:p>
      <w:r>
        <w:t>1. Фарисеи и саддукеи подошли и, испытывая [πειράζοντες] Иисуса, попросили показать им знамение с неба.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πειράζοντες</w:t>
      </w:r>
      <w:r>
        <w:rPr>
          <w:sz w:val="20"/>
        </w:rPr>
        <w:t xml:space="preserve"> [peirazontes]</w:t>
      </w:r>
      <w:r>
        <w:rPr>
          <w:sz w:val="20"/>
        </w:rPr>
        <w:br/>
        <w:t>Тот же корень «испытывать/искушать», что в Мф 4. Просьба о знамени здесь не нейтральный поиск истины, а испытание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4:1, Мф 4:3</w:t>
      </w:r>
    </w:p>
    <w:p>
      <w:r>
        <w:t>2. Он ответил им: «Когда наступает вечер, вы говорите: “Будет хорошая погода, потому что небо красное”.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ὀψίας γενομένης ... πυρράζει γὰρ ὁ οὐρανός</w:t>
      </w:r>
      <w:r>
        <w:rPr>
          <w:sz w:val="20"/>
        </w:rPr>
        <w:t xml:space="preserve"> [opsias genomenēs ... pyrrazei gar ho ouranos]</w:t>
      </w:r>
      <w:r>
        <w:rPr>
          <w:sz w:val="20"/>
        </w:rPr>
        <w:br/>
        <w:t>Мф 16:2b–3 имеет серьёзную историю текстового опущения в древних свидетелях, но в текущем Bible Code running layer отмечен как SBLGNT-member и поэтому остаётся в WGT-T; аппарат должен сохранять внешнюю вариантность.</w:t>
      </w:r>
    </w:p>
    <w:p>
      <w:r>
        <w:t>3. …Вид [πρόσωπον — буквально «лицо»] неба вы умеете различать, а знамения времён [σημεῖα τῶν καιρῶν] — нет.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πρόσωπον τοῦ οὐρανοῦ</w:t>
      </w:r>
      <w:r>
        <w:rPr>
          <w:sz w:val="20"/>
        </w:rPr>
        <w:t xml:space="preserve"> [prosōpon tou ouranou]</w:t>
      </w:r>
      <w:r>
        <w:rPr>
          <w:sz w:val="20"/>
        </w:rPr>
        <w:br/>
        <w:t>Буквально «лицо неба» — его вид/внешность. Иисус противопоставляет способность читать погодные признаки неспособности распознать значение происходящего времени.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καιρῶν</w:t>
      </w:r>
      <w:r>
        <w:rPr>
          <w:sz w:val="20"/>
        </w:rPr>
        <w:t xml:space="preserve"> [kairōn]</w:t>
      </w:r>
      <w:r>
        <w:rPr>
          <w:sz w:val="20"/>
        </w:rPr>
        <w:br/>
        <w:t>καιρός — значимое/назначенное время, момент, а не просто хронологические часы. «Знамения времён» относятся к смыслу текущего Божьего момента.</w:t>
      </w:r>
    </w:p>
    <w:p>
      <w:r>
        <w:t>4. Злое и прелюбодейное поколение ищет знамения, но никакого знамения ему не будет дано, кроме знамения Ионы». И, оставив их, Он ушёл.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σημεῖον Ἰωνᾶ</w:t>
      </w:r>
      <w:r>
        <w:rPr>
          <w:sz w:val="20"/>
        </w:rPr>
        <w:t xml:space="preserve"> [sēmeion Iōna]</w:t>
      </w:r>
      <w:r>
        <w:rPr>
          <w:sz w:val="20"/>
        </w:rPr>
        <w:br/>
        <w:t>Знак Ионы уже был объяснён в 12:39–40 через судьбу Сына Человеческого. Повтор показывает, что требование дополнительного небесного знамения получает тот же ответ.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12:39–40</w:t>
      </w:r>
    </w:p>
    <w:p>
      <w:r>
        <w:t>5. Переправляясь на другую сторону, ученики забыли взять хлеб.</w:t>
      </w:r>
    </w:p>
    <w:p>
      <w:r>
        <w:t>6. Иисус сказал им: «Смотрите и берегитесь закваски [ζύμης] фарисеев и саддукеев».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ζύμης</w:t>
      </w:r>
      <w:r>
        <w:rPr>
          <w:sz w:val="20"/>
        </w:rPr>
        <w:t xml:space="preserve"> [zymēs]</w:t>
      </w:r>
      <w:r>
        <w:rPr>
          <w:sz w:val="20"/>
        </w:rPr>
        <w:br/>
        <w:t>После буквальных насыщений хлебом «закваска» становится метафорой скрытого влияния. Ученики сначала ошибочно читают её буквально, а 16:12 сам Матфей объясняет как учение.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16:7–12</w:t>
      </w:r>
    </w:p>
    <w:p>
      <w:r>
        <w:t>7. Они стали рассуждать между собой: «Это потому, что мы не взяли хлеба».</w:t>
      </w:r>
    </w:p>
    <w:p>
      <w:r>
        <w:t>8. Поняв это, Иисус сказал: «Маловерные [ὀλιγόπιστοι], почему вы рассуждаете о том, что у вас нет хлеба?»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ὀλιγόπιστοι</w:t>
      </w:r>
      <w:r>
        <w:rPr>
          <w:sz w:val="20"/>
        </w:rPr>
        <w:t xml:space="preserve"> [oligopistoi]</w:t>
      </w:r>
      <w:r>
        <w:rPr>
          <w:sz w:val="20"/>
        </w:rPr>
        <w:br/>
        <w:t>Очередное матфеевское «маловерные». Здесь маловерие связано не с опасностью, а с неспособностью помнить уже пережитую обеспечивающую силу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14:31, Мф 16:9–10</w:t>
      </w:r>
    </w:p>
    <w:p>
      <w:r>
        <w:t>9. …пять хлебов для пяти тысяч и сколько корзин [κοφίνους] вы собрали?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κοφίνους</w:t>
      </w:r>
      <w:r>
        <w:rPr>
          <w:sz w:val="20"/>
        </w:rPr>
        <w:t xml:space="preserve"> [kophinous]</w:t>
      </w:r>
      <w:r>
        <w:rPr>
          <w:sz w:val="20"/>
        </w:rPr>
        <w:br/>
        <w:t>Иисус напоминает не только число хлебов, но конкретный тип корзин из первого насыщения.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14:20</w:t>
      </w:r>
    </w:p>
    <w:p>
      <w:r>
        <w:t>10. Или семь хлебов для четырёх тысяч и сколько больших корзин [σπυρίδας] вы собрали?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σπυρίδας</w:t>
      </w:r>
      <w:r>
        <w:rPr>
          <w:sz w:val="20"/>
        </w:rPr>
        <w:t xml:space="preserve"> [spyridas]</w:t>
      </w:r>
      <w:r>
        <w:rPr>
          <w:sz w:val="20"/>
        </w:rPr>
        <w:br/>
        <w:t>Сохраняется другое слово для корзин второго насыщения. Различие подтверждает, что Матфей сознательно держит два эпизода раздельно.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15:37</w:t>
      </w:r>
    </w:p>
    <w:p>
      <w:r>
        <w:t>11. Как же вы не понимаете, что Я говорил вам не о хлебе? Берегитесь закваски фарисеев и саддукеев».</w:t>
      </w:r>
    </w:p>
    <w:p>
      <w:r>
        <w:t>12. Тогда они поняли, что Он велел беречься не закваски хлебов, а учения [διδαχῆς] фарисеев и саддукеев.</w:t>
      </w:r>
    </w:p>
    <w:p>
      <w:pPr>
        <w:ind w:left="360"/>
      </w:pPr>
      <w:r>
        <w:rPr>
          <w:b/>
          <w:sz w:val="20"/>
        </w:rPr>
        <w:t>Толкование</w:t>
      </w:r>
      <w:r>
        <w:rPr>
          <w:i/>
          <w:sz w:val="20"/>
        </w:rPr>
        <w:t xml:space="preserve"> ἀπὸ τῆς διδαχῆς</w:t>
      </w:r>
      <w:r>
        <w:rPr>
          <w:sz w:val="20"/>
        </w:rPr>
        <w:t xml:space="preserve"> [apo tēs didachēs]</w:t>
      </w:r>
      <w:r>
        <w:rPr>
          <w:sz w:val="20"/>
        </w:rPr>
        <w:br/>
        <w:t>Сам повествователь раскрывает метафору: «закваска» здесь — учение. Поэтому это не позднейшая догадка читателя, а авторское толкование образа.</w:t>
      </w:r>
    </w:p>
    <w:p>
      <w:r>
        <w:t>13. Придя в область Кесарии Филипповой, Иисус спросил учеников: «За кого люди принимают Сына Человеческого?»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με</w:t>
      </w:r>
      <w:r>
        <w:rPr>
          <w:sz w:val="20"/>
        </w:rPr>
        <w:t xml:space="preserve"> [me]</w:t>
      </w:r>
      <w:r>
        <w:rPr>
          <w:sz w:val="20"/>
        </w:rPr>
        <w:br/>
        <w:t>В union-layer присутствует вариантное «Меня» перед «Сына Человеческого». Базовый смысл WGT-T следует краткой формулировке вопроса о Сыне Человеческом.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τὸν υἱὸν τοῦ ἀνθρώπου</w:t>
      </w:r>
      <w:r>
        <w:rPr>
          <w:sz w:val="20"/>
        </w:rPr>
        <w:t xml:space="preserve"> [ton huion tou anthrōpou]</w:t>
      </w:r>
      <w:r>
        <w:rPr>
          <w:sz w:val="20"/>
        </w:rPr>
        <w:br/>
        <w:t>Вопрос об идентичности Сына Человеческого подводит прямо к исповеданию Петра «Ты — Христос, Сын живого Бога».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16:16</w:t>
      </w:r>
    </w:p>
    <w:p>
      <w:r>
        <w:t>14. Они ответили: «Одни — за Иоанна Крестителя, другие — за Илию, а некоторые — за Иеремию или одного из пророков».</w:t>
      </w:r>
    </w:p>
    <w:p>
      <w:r>
        <w:t>15. Он спросил: «А вы за кого Меня принимаете?»</w:t>
      </w:r>
    </w:p>
    <w:p>
      <w:r>
        <w:t>16. Симон Пётр ответил: «Ты — Христос [ὁ χριστός], Сын живого Бога [ὁ υἱὸς τοῦ θεοῦ τοῦ ζῶντος]».</w:t>
      </w:r>
    </w:p>
    <w:p>
      <w:pPr>
        <w:ind w:left="360"/>
      </w:pPr>
      <w:r>
        <w:rPr>
          <w:b/>
          <w:sz w:val="20"/>
        </w:rPr>
        <w:t>Титул</w:t>
      </w:r>
      <w:r>
        <w:rPr>
          <w:i/>
          <w:sz w:val="20"/>
        </w:rPr>
        <w:t xml:space="preserve"> ὁ χριστός</w:t>
      </w:r>
      <w:r>
        <w:rPr>
          <w:sz w:val="20"/>
        </w:rPr>
        <w:t xml:space="preserve"> [ho christos]</w:t>
      </w:r>
      <w:r>
        <w:rPr>
          <w:sz w:val="20"/>
        </w:rPr>
        <w:br/>
        <w:t>χριστός — Помазанник, греческий эквивалент мессианского титула. Здесь Пётр впервые формулирует его как прямое исповедание Иисуса.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ὁ υἱὸς τοῦ θεοῦ τοῦ ζῶντος</w:t>
      </w:r>
      <w:r>
        <w:rPr>
          <w:sz w:val="20"/>
        </w:rPr>
        <w:t xml:space="preserve"> [ho huios tou theou tou zōntos]</w:t>
      </w:r>
      <w:r>
        <w:rPr>
          <w:sz w:val="20"/>
        </w:rPr>
        <w:br/>
        <w:t>Добавление «живого Бога» усиливает исповедание и перекликается с признанием Сына Божьего после хождения по морю.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14:33</w:t>
      </w:r>
    </w:p>
    <w:p>
      <w:r>
        <w:t>17. Иисус сказал ему: «Блажен ты, Симон Бар-Иона [Βαριωνᾶ — “сын Ионы”], потому что не плоть и кровь открыли тебе это, а Мой Отец на небесах.</w:t>
      </w:r>
    </w:p>
    <w:p>
      <w:pPr>
        <w:ind w:left="360"/>
      </w:pPr>
      <w:r>
        <w:rPr>
          <w:b/>
          <w:sz w:val="20"/>
        </w:rPr>
        <w:t>Семитизм</w:t>
      </w:r>
      <w:r>
        <w:rPr>
          <w:i/>
          <w:sz w:val="20"/>
        </w:rPr>
        <w:t xml:space="preserve"> Βαριωνᾶ</w:t>
      </w:r>
      <w:r>
        <w:rPr>
          <w:sz w:val="20"/>
        </w:rPr>
        <w:t xml:space="preserve"> [Bariōna]</w:t>
      </w:r>
      <w:r>
        <w:rPr>
          <w:sz w:val="20"/>
        </w:rPr>
        <w:br/>
        <w:t>Семитское bar означает «сын»; имя буквально передаёт «сын Ионы/Иоанна» в традиции имени Петра.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σὰρξ καὶ αἷμα</w:t>
      </w:r>
      <w:r>
        <w:rPr>
          <w:sz w:val="20"/>
        </w:rPr>
        <w:t xml:space="preserve"> [sarx kai haima]</w:t>
      </w:r>
      <w:r>
        <w:rPr>
          <w:sz w:val="20"/>
        </w:rPr>
        <w:br/>
        <w:t>«Плоть и кровь» — идиома человеческой природы/человеческого источника. Исповедание Петра представлено не как результат одной человеческой дедукции, а как откровение Отца.</w:t>
      </w:r>
    </w:p>
    <w:p>
      <w:r>
        <w:t>18. «И Я говорю тебе: ты — Пётр [Πέτρος], и на этой скале [πέτρᾳ] Я построю Мою церковь/собрание [ἐκκλησίαν], и врата Аида не одолеют её».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Πέτρος ... πέτρᾳ</w:t>
      </w:r>
      <w:r>
        <w:rPr>
          <w:sz w:val="20"/>
        </w:rPr>
        <w:t xml:space="preserve"> [Petros ... petra]</w:t>
      </w:r>
      <w:r>
        <w:rPr>
          <w:sz w:val="20"/>
        </w:rPr>
        <w:br/>
        <w:t>Намеренная и очевидная греческая игра слов «Пётр / скала». Сам стих не решает автоматически все позднейшие споры о том, относится ли «скала» к Петру, его исповеданию, Христу или сочетанию этих смыслов; WGT-E не подменяет текст конфессиональным выводом.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ἐκκλησίαν</w:t>
      </w:r>
      <w:r>
        <w:rPr>
          <w:sz w:val="20"/>
        </w:rPr>
        <w:t xml:space="preserve"> [ekklēsian]</w:t>
      </w:r>
      <w:r>
        <w:rPr>
          <w:sz w:val="20"/>
        </w:rPr>
        <w:br/>
        <w:t>ἐκκλησία — собрание, созванная община; в греческом ВЗ этим словом часто передаётся собрание народа Божьего. «Церковь» — традиционный русский эквивалент, но исходный образ общины остаётся важен.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πύλαι ᾅδου ... κατισχύσουσιν</w:t>
      </w:r>
      <w:r>
        <w:rPr>
          <w:sz w:val="20"/>
        </w:rPr>
        <w:t xml:space="preserve"> [pylai hadou ... katischysousin]</w:t>
      </w:r>
      <w:r>
        <w:rPr>
          <w:sz w:val="20"/>
        </w:rPr>
        <w:br/>
        <w:t>ᾅδης — Аид, область мёртвых; «врата Аида» образно представляют власть смерти/мира мёртвых. κατισχύω — одолеть, возобладать. Стих утверждает, что эта власть не превзойдёт создаваемую Иисусом общину.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38:10</w:t>
      </w:r>
    </w:p>
    <w:p>
      <w:r>
        <w:t>19. «Я дам тебе ключи [κλεῖδας] Царства Небес. Что ты свяжешь на земле, будет уже связано [ἔσται δεδεμένον] на небесах; и что развяжешь, будет уже развязано [ἔσται λελυμένον] на небесах».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κλεῖδας τῆς βασιλείας</w:t>
      </w:r>
      <w:r>
        <w:rPr>
          <w:sz w:val="20"/>
        </w:rPr>
        <w:t xml:space="preserve"> [kleidas tēs basileias]</w:t>
      </w:r>
      <w:r>
        <w:rPr>
          <w:sz w:val="20"/>
        </w:rPr>
        <w:br/>
        <w:t>Образ ключей естественно вызывает Ис 22:22, где ключ дома Давида означает делегированную власть открывать и закрывать. Матфей не цитирует Исайю прямо, поэтому связь остаётся вероятным фоном.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22:22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ἔσται δεδεμένον ... ἔσται λελυμένον</w:t>
      </w:r>
      <w:r>
        <w:rPr>
          <w:sz w:val="20"/>
        </w:rPr>
        <w:t xml:space="preserve"> [estai dedemenon ... estai lelymenon]</w:t>
      </w:r>
      <w:r>
        <w:rPr>
          <w:sz w:val="20"/>
        </w:rPr>
        <w:br/>
        <w:t>Будущее εἰμί + совершённое причастие буквально даёт состояние результата: «будет находиться связанным/развязанным», что хорошо передаётся русским «будет уже связано/развязано». Это не простое будущее «небо потом повторит земное решение».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δήσῃς ... λύσῃς</w:t>
      </w:r>
      <w:r>
        <w:rPr>
          <w:sz w:val="20"/>
        </w:rPr>
        <w:t xml:space="preserve"> [dēsēs ... lysēs]</w:t>
      </w:r>
      <w:r>
        <w:rPr>
          <w:sz w:val="20"/>
        </w:rPr>
        <w:br/>
        <w:t>«Связать / развязать» — пара противоположных действий власти. В 18:18 похожая формула будет распространена на ученическое сообщество во множественном контексте.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18:18</w:t>
      </w:r>
    </w:p>
    <w:p>
      <w:r>
        <w:t>20. Тогда Он строго велел ученикам никому не говорить, что Он — Христос.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Ἰησοῦς</w:t>
      </w:r>
      <w:r>
        <w:rPr>
          <w:sz w:val="20"/>
        </w:rPr>
        <w:t xml:space="preserve"> [Iēsous]</w:t>
      </w:r>
      <w:r>
        <w:rPr>
          <w:sz w:val="20"/>
        </w:rPr>
        <w:br/>
        <w:t>Традиционный слой включает явное «Иисус Христос» в предикативной фразе. Базовый смысл критического текста — не объявлять, что Он Христос/Мессия; WGT-T не нуждается в добавочном имени.</w:t>
      </w:r>
    </w:p>
    <w:p>
      <w:r>
        <w:t>21. С того времени Иисус начал показывать [δεικνύειν] ученикам, что Ему необходимо [δεῖ] идти в Иерусалим, много пострадать… и на третий день быть воскрешённым [ἐγερθῆναι].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Ἀπὸ τότε ἤρξατο</w:t>
      </w:r>
      <w:r>
        <w:rPr>
          <w:sz w:val="20"/>
        </w:rPr>
        <w:t xml:space="preserve"> [Apo tote ērxato]</w:t>
      </w:r>
      <w:r>
        <w:rPr>
          <w:sz w:val="20"/>
        </w:rPr>
        <w:br/>
        <w:t>«С того времени начал» — крупный поворот повествования. Такая же формула в 4:17 открывала публичное провозглашение; здесь открывается путь к Иерусалиму и страданиям.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4:17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δεῖ</w:t>
      </w:r>
      <w:r>
        <w:rPr>
          <w:sz w:val="20"/>
        </w:rPr>
        <w:t xml:space="preserve"> [dei]</w:t>
      </w:r>
      <w:r>
        <w:rPr>
          <w:sz w:val="20"/>
        </w:rPr>
        <w:br/>
        <w:t>δεῖ означает «надлежит/необходимо». Страдания представлены не как случайный провал миссии, а как необходимость внутри Божьего замысла.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ἐγερθῆναι</w:t>
      </w:r>
      <w:r>
        <w:rPr>
          <w:sz w:val="20"/>
        </w:rPr>
        <w:t xml:space="preserve"> [egerthēnai]</w:t>
      </w:r>
      <w:r>
        <w:rPr>
          <w:sz w:val="20"/>
        </w:rPr>
        <w:br/>
        <w:t>Пассив «быть поднятым/воскрешённым». Такая форма часто оставляет подразумеваемым действующим лицом Бога.</w:t>
      </w:r>
    </w:p>
    <w:p>
      <w:r>
        <w:t>22. Пётр отвёл Его в сторону и стал упрекать Его: «Да будет Бог милостив к Тебе / да не случится этого с Тобой [ἵλεώς σοι], Господи!»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ἵλεώς σοι</w:t>
      </w:r>
      <w:r>
        <w:rPr>
          <w:sz w:val="20"/>
        </w:rPr>
        <w:t xml:space="preserve"> [hileōs soi]</w:t>
      </w:r>
      <w:r>
        <w:rPr>
          <w:sz w:val="20"/>
        </w:rPr>
        <w:br/>
        <w:t>Идиома буквально связана с милостивостью/благосклонностью: «милость Тебе!»; по смыслу — «да не будет этого с Тобой / сохрани Бог». WGT-T естественно передаёт результат идиомы.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ἤρξατο ἐπιτιμᾶν αὐτῷ</w:t>
      </w:r>
      <w:r>
        <w:rPr>
          <w:sz w:val="20"/>
        </w:rPr>
        <w:t xml:space="preserve"> [ērxato epitiman autō]</w:t>
      </w:r>
      <w:r>
        <w:rPr>
          <w:sz w:val="20"/>
        </w:rPr>
        <w:br/>
        <w:t>Парадокс после исповедания: Пётр начинает «запрещать/упрекать» Иисуса за мессианский путь, который Тот только что назвал необходимым.</w:t>
      </w:r>
    </w:p>
    <w:p>
      <w:r>
        <w:t>23. Но Иисус повернулся и сказал Петру: «Отойди позади Меня [ὕπαγε ὀπίσω μου], сатана! Ты для Меня камень преткновения [σκάνδαλον]…»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Πέτρῳ ... σκάνδαλον</w:t>
      </w:r>
      <w:r>
        <w:rPr>
          <w:sz w:val="20"/>
        </w:rPr>
        <w:t xml:space="preserve"> [Petrō ... skandalon]</w:t>
      </w:r>
      <w:r>
        <w:rPr>
          <w:sz w:val="20"/>
        </w:rPr>
        <w:br/>
        <w:t>Всего через несколько стихов после «Пётр / скала» Пётр назван σκάνδαλον — камнем/причиной преткновения, потому что пытается отвести Иисуса от необходимого пути.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16:18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ὕπαγε ὀπίσω μου</w:t>
      </w:r>
      <w:r>
        <w:rPr>
          <w:sz w:val="20"/>
        </w:rPr>
        <w:t xml:space="preserve"> [hypage opisō mou]</w:t>
      </w:r>
      <w:r>
        <w:rPr>
          <w:sz w:val="20"/>
        </w:rPr>
        <w:br/>
        <w:t>Буквально «иди позади Меня». Та же позиция «позади Меня» является позицией ученика: Пётр должен перестать направлять путь Учителя и снова идти за Ним.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4:19, Мф 16:24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φρονεῖς</w:t>
      </w:r>
      <w:r>
        <w:rPr>
          <w:sz w:val="20"/>
        </w:rPr>
        <w:t xml:space="preserve"> [phroneis]</w:t>
      </w:r>
      <w:r>
        <w:rPr>
          <w:sz w:val="20"/>
        </w:rPr>
        <w:br/>
        <w:t>φρονέω — мыслить, иметь установку/направленность ума. Проблема названа не отсутствием информации, а человеческой вместо Божьей ориентацией мышления.</w:t>
      </w:r>
    </w:p>
    <w:p>
      <w:r>
        <w:t>24. Тогда Иисус сказал ученикам: «Если кто хочет идти за Мной, пусть откажется от себя, примет свой крест и следует за Мной».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ὀπίσω μου ἐλθεῖν ... ἀκολουθείτω μοι</w:t>
      </w:r>
      <w:r>
        <w:rPr>
          <w:sz w:val="20"/>
        </w:rPr>
        <w:t xml:space="preserve"> [opisō mou elthein ... akoloutheitō moi]</w:t>
      </w:r>
      <w:r>
        <w:rPr>
          <w:sz w:val="20"/>
        </w:rPr>
        <w:br/>
        <w:t>После «иди позади Меня» Петру Иисус расширяет тот же язык на всех учеников: ученичество — занять место за Ним и следовать Его пути.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16:23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ἀράτω τὸν σταυρὸν αὐτοῦ</w:t>
      </w:r>
      <w:r>
        <w:rPr>
          <w:sz w:val="20"/>
        </w:rPr>
        <w:t xml:space="preserve"> [aratō ton stauron autou]</w:t>
      </w:r>
      <w:r>
        <w:rPr>
          <w:sz w:val="20"/>
        </w:rPr>
        <w:br/>
        <w:t>«Взять свой крест» в римском мире было образом крайней цены, стыда и отказа от самосохранения ради верности. Здесь это метафора ученичества, а не инструкция причинять себе вред.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10:38</w:t>
      </w:r>
    </w:p>
    <w:p>
      <w:r>
        <w:t>25. Потому что кто хочет спасти свою жизнь [ψυχήν], потеряет её; а кто потеряет свою жизнь ради Меня, найдёт её.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ψυχήν ... σῶσαι ... ἀπολέσει ... εὑρήσει</w:t>
      </w:r>
      <w:r>
        <w:rPr>
          <w:sz w:val="20"/>
        </w:rPr>
        <w:t xml:space="preserve"> [psychēn ... sōsai ... apolesei ... heurēsei]</w:t>
      </w:r>
      <w:r>
        <w:rPr>
          <w:sz w:val="20"/>
        </w:rPr>
        <w:br/>
        <w:t>ψυχή здесь лучше передаётся «жизнь/сам человек»: парадокс строится на попытке сохранить жизнь и её потере, либо отдаче ради Иисуса и обретении.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10:39</w:t>
      </w:r>
    </w:p>
    <w:p>
      <w:r>
        <w:t>26. Какая польза человеку приобрести весь мир, но понести ущерб своей жизни [ψυχήν]? Что человек даст в обмен [ἀντάλλαγμα] за свою жизнь?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ζημιωθῇ ... ἀντάλλαγμα</w:t>
      </w:r>
      <w:r>
        <w:rPr>
          <w:sz w:val="20"/>
        </w:rPr>
        <w:t xml:space="preserve"> [zēmiōthē ... antallagma]</w:t>
      </w:r>
      <w:r>
        <w:rPr>
          <w:sz w:val="20"/>
        </w:rPr>
        <w:br/>
        <w:t>ζημιόω — потерпеть ущерб/лишиться; ἀντάλλαγμα — цена обмена, эквивалент. Иисус формулирует ценность ψυχή экономическим языком прибыли, убытка и обмена.</w:t>
      </w:r>
    </w:p>
    <w:p>
      <w:r>
        <w:t>27. Сын Человеческий придёт в славе Своего Отца со Своими ангелами и тогда воздаст каждому по его деланию/поступкам [πρᾶξιν].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ἀποδώσει ἑκάστῳ κατὰ τὴν πρᾶξιν αὐτοῦ</w:t>
      </w:r>
      <w:r>
        <w:rPr>
          <w:sz w:val="20"/>
        </w:rPr>
        <w:t xml:space="preserve"> [apodōsei hekastō kata tēn praxin autou]</w:t>
      </w:r>
      <w:r>
        <w:rPr>
          <w:sz w:val="20"/>
        </w:rPr>
        <w:br/>
        <w:t>Формула воздаяния каждому по делам глубоко укоренена в библейском языке суда; особенно близок Пс 61/62:13.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62:12, Притч 24:12</w:t>
      </w:r>
    </w:p>
    <w:p>
      <w:r>
        <w:t>28. Истинно говорю вам: некоторые из стоящих здесь не вкусят смерти, пока не увидят Сына Человеческого, приходящего [ἐρχόμενον] в Своём Царстве».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ἕως ἂν ἴδωσιν ... ἐρχόμενον ἐν τῇ βασιλείᾳ αὐτοῦ</w:t>
      </w:r>
      <w:r>
        <w:rPr>
          <w:sz w:val="20"/>
        </w:rPr>
        <w:t xml:space="preserve"> [heōs an idōsin ... erchomenon en tē basileia autou]</w:t>
      </w:r>
      <w:r>
        <w:rPr>
          <w:sz w:val="20"/>
        </w:rPr>
        <w:br/>
        <w:t>Текст обещает некоторым современникам увидеть приход/явление Сына Человеческого в царской власти прежде смерти. Следующая сцена — Преображение через шесть дней — делает его ближайшим повествовательным кандидатом, но воскресение/вознесение и более широкий эсхатологический горизонт также обсуждаются. WGT-E не превращает одну экзегезу в перевод.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17:1–8</w:t>
      </w:r>
    </w:p>
    <w:p>
      <w:pPr>
        <w:pStyle w:val="Heading2"/>
      </w:pPr>
      <w:r>
        <w:t>Глава 17</w:t>
      </w:r>
    </w:p>
    <w:p>
      <w:r>
        <w:t>1. Через шесть дней Иисус взял с Собой Петра, Иакова и Иоанна, его брата, и повёл их одних на высокую гору.</w:t>
      </w:r>
    </w:p>
    <w:p>
      <w:r>
        <w:t>2. Перед ними Он преобразился [μετεμορφώθη]: Его лицо засияло как солнце, а одежды стали белыми как свет.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μετεμορφώθη</w:t>
      </w:r>
      <w:r>
        <w:rPr>
          <w:sz w:val="20"/>
        </w:rPr>
        <w:t xml:space="preserve"> [metemorphōthē]</w:t>
      </w:r>
      <w:r>
        <w:rPr>
          <w:sz w:val="20"/>
        </w:rPr>
        <w:br/>
        <w:t>Глагол означает изменение формы/облика. Матфей описывает не просто яркое освещение вокруг Иисуса, а преображение Его видимого облика.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ἔλαμψεν τὸ πρόσωπον αὐτοῦ ὡς ὁ ἥλιος</w:t>
      </w:r>
      <w:r>
        <w:rPr>
          <w:sz w:val="20"/>
        </w:rPr>
        <w:t xml:space="preserve"> [elampsen to prosōpon autou hōs ho hēlios]</w:t>
      </w:r>
      <w:r>
        <w:rPr>
          <w:sz w:val="20"/>
        </w:rPr>
        <w:br/>
        <w:t>Сияющее лицо напоминает Моисея после встречи с Богом, но у Матфея сияет Сам Иисус; образ также предвосхищает сияние праведников в 13:43.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34:29–35, Мф 13:43</w:t>
      </w:r>
    </w:p>
    <w:p>
      <w:r>
        <w:t>3. И вот, им явились Моисей и Илия, разговаривавшие с Иисусом.</w:t>
      </w:r>
    </w:p>
    <w:p>
      <w:r>
        <w:t>4. Пётр сказал Иисусу: «Господи, хорошо нам здесь быть. Если Ты хочешь, я поставлю здесь три шатра: один Тебе, один Моисею и один Илии».</w:t>
      </w:r>
    </w:p>
    <w:p>
      <w:r>
        <w:t>5. …светлое облако осенило [ἐπεσκίασεν] их, и голос из облака сказал: «Это Мой любимый Сын… Слушайте Его [ἀκούετε αὐτοῦ]!»</w:t>
      </w:r>
    </w:p>
    <w:p>
      <w:pPr>
        <w:ind w:left="360"/>
      </w:pPr>
      <w:r>
        <w:rPr>
          <w:b/>
          <w:sz w:val="20"/>
        </w:rPr>
        <w:t>Богоявление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νεφέλη φωτεινὴ ἐπεσκίασεν αὐτούς</w:t>
      </w:r>
      <w:r>
        <w:rPr>
          <w:sz w:val="20"/>
        </w:rPr>
        <w:t xml:space="preserve"> [nephelē phōteinē epeskiasen autous]</w:t>
      </w:r>
      <w:r>
        <w:rPr>
          <w:sz w:val="20"/>
        </w:rPr>
        <w:br/>
        <w:t>Облако — узнаваемый библейский знак Божьего присутствия. Глагол «осенило» усиливает теофанический характер сцены.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24:15–18, Исх 40:34–38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ἀκούετε αὐτοῦ</w:t>
      </w:r>
      <w:r>
        <w:rPr>
          <w:sz w:val="20"/>
        </w:rPr>
        <w:t xml:space="preserve"> [akouete autou]</w:t>
      </w:r>
      <w:r>
        <w:rPr>
          <w:sz w:val="20"/>
        </w:rPr>
        <w:br/>
        <w:t>«Слушайте Его» особенно напоминает Втор 18:15 о пророке, подобном Моисею: «его слушайте». Присутствие Моисея в сцене делает эту перекличку особенно сильной.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18:15, Мф 3:17</w:t>
      </w:r>
    </w:p>
    <w:p>
      <w:r>
        <w:t>6. Услышав это, ученики пали лицом вниз и очень испугались.</w:t>
      </w:r>
    </w:p>
    <w:p>
      <w:r>
        <w:t>7. Иисус подошёл, коснулся их и сказал: «Встаньте и не бойтесь».</w:t>
      </w:r>
    </w:p>
    <w:p>
      <w:r>
        <w:t>8. Подняв глаза, они никого не увидели, кроме одного Иисуса.</w:t>
      </w:r>
    </w:p>
    <w:p>
      <w:r>
        <w:t>9. …«Никому не рассказывайте о видении [ὅραμα], пока Сын Человеческий не будет воскрешён из мёртвых».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ὅραμα</w:t>
      </w:r>
      <w:r>
        <w:rPr>
          <w:sz w:val="20"/>
        </w:rPr>
        <w:t xml:space="preserve"> [horama]</w:t>
      </w:r>
      <w:r>
        <w:rPr>
          <w:sz w:val="20"/>
        </w:rPr>
        <w:br/>
        <w:t>Матфей называет произошедшее «видением», не в смысле нереальности события, а как явленную ученикам сцену откровения.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ἕως ... ἐκ νεκρῶν ἐγερθῇ</w:t>
      </w:r>
      <w:r>
        <w:rPr>
          <w:sz w:val="20"/>
        </w:rPr>
        <w:t xml:space="preserve"> [heōs ... ek nekrōn egerthē]</w:t>
      </w:r>
      <w:r>
        <w:rPr>
          <w:sz w:val="20"/>
        </w:rPr>
        <w:br/>
        <w:t>Запрет рассказа ограничен воскресением: смысл Преображения должен читаться через будущую смерть и воскресение Сына Человеческого.</w:t>
      </w:r>
    </w:p>
    <w:p>
      <w:r>
        <w:t>10. Ученики спросили Его: «Почему же книжники говорят, что сначала должен прийти Илия?»</w:t>
      </w:r>
    </w:p>
    <w:p>
      <w:r>
        <w:t>11. Он ответил: «Илия действительно приходит и всё восстановит [ἀποκαταστήσει]».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Ἠλίας ... ἀποκαταστήσει πάντα</w:t>
      </w:r>
      <w:r>
        <w:rPr>
          <w:sz w:val="20"/>
        </w:rPr>
        <w:t xml:space="preserve"> [Ēlias ... apokatastēsei panta]</w:t>
      </w:r>
      <w:r>
        <w:rPr>
          <w:sz w:val="20"/>
        </w:rPr>
        <w:br/>
        <w:t>Фраза опирается на ожидание Илии перед Днём Господа из Мал 4:5–6. Глагол означает восстановить/вернуть в надлежащее состояние.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Мал 4:5–6</w:t>
      </w:r>
    </w:p>
    <w:p>
      <w:r>
        <w:t>12. «Но говорю вам: Илия уже пришёл, и его не узнали [οὐκ ἐπέγνωσαν]… Так и Сын Человеческий будет страдать от них».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Ἠλίας ἤδη ἦλθεν ... οὐκ ἐπέγνωσαν</w:t>
      </w:r>
      <w:r>
        <w:rPr>
          <w:sz w:val="20"/>
        </w:rPr>
        <w:t xml:space="preserve"> [Ēlias ēdē ēlthen ... ouk epegnōsan]</w:t>
      </w:r>
      <w:r>
        <w:rPr>
          <w:sz w:val="20"/>
        </w:rPr>
        <w:br/>
        <w:t>Иисус соединяет непризнание Иоанна с будущим непризнанием и страданием Сына Человеческого. В 17:13 ученики понимают, что речь шла об Иоанне Крестителе.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17:13</w:t>
      </w:r>
    </w:p>
    <w:p>
      <w:r>
        <w:t>13. Тогда ученики поняли, что Он говорил им об Иоанне Крестителе.</w:t>
      </w:r>
    </w:p>
    <w:p>
      <w:r>
        <w:t>14. Когда они пришли к народу, к Иисусу подошёл человек, встал перед Ним на колени</w:t>
      </w:r>
    </w:p>
    <w:p>
      <w:r>
        <w:t>15. и сказал: «Господи, помилуй моего сына. Он тяжело страдает и часто оказывается в опасности.</w:t>
      </w:r>
    </w:p>
    <w:p>
      <w:r>
        <w:t>16. Я приводил его к Твоим ученикам, но они не смогли исцелить его».</w:t>
      </w:r>
    </w:p>
    <w:p>
      <w:r>
        <w:t>17. Иисус ответил: «О неверующее и развращённое поколение! Сколько ещё Мне быть с вами? Сколько ещё терпеть вас? Приведите его сюда».</w:t>
      </w:r>
    </w:p>
    <w:p>
      <w:r>
        <w:t>18. Иисус строго приказал демону, тот вышел, и ребёнок с того часа исцелился.</w:t>
      </w:r>
    </w:p>
    <w:p>
      <w:r>
        <w:t>19. Тогда ученики подошли к Иисусу наедине и спросили: «Почему мы не смогли изгнать его?»</w:t>
      </w:r>
    </w:p>
    <w:p>
      <w:r>
        <w:t>20. Он ответил: «Из-за вашего маловерия [ὀλιγοπιστίαν]… Если у вас будет вера как горчичное зерно… ничего не будет для вас невозможного».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ὀλιγοπιστίαν / ἀπιστίαν</w:t>
      </w:r>
      <w:r>
        <w:rPr>
          <w:sz w:val="20"/>
        </w:rPr>
        <w:t xml:space="preserve"> [oligopistian / apistian]</w:t>
      </w:r>
      <w:r>
        <w:rPr>
          <w:sz w:val="20"/>
        </w:rPr>
        <w:br/>
        <w:t>Базовое чтение Bible Code/SBLGNT — «маловерие»; традиция также знает «неверие». Матфей тем самым сохраняет свою характерную тему малой, колеблющейся веры, а не полного отсутствия веры.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6:30, Мф 14:31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πίστιν ὡς κόκκον σινάπεως ... τῷ ὄρει ... μετάβα</w:t>
      </w:r>
      <w:r>
        <w:rPr>
          <w:sz w:val="20"/>
        </w:rPr>
        <w:t xml:space="preserve"> [pistin hōs kokkon sinapeōs ... tō orei ... metaba]</w:t>
      </w:r>
      <w:r>
        <w:rPr>
          <w:sz w:val="20"/>
        </w:rPr>
        <w:br/>
        <w:t>Образ противопоставляет малость семени реальному действию веры. «Передвинуть гору» — яркая гипербола преодоления невозможного, а не обещание магического управления географией.</w:t>
      </w:r>
    </w:p>
    <w:p>
      <w:r>
        <w:t>21. [Поздний вариант: «Этот род не выходит иначе как молитвой и постом».]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Τοῦτο δὲ τὸ γένος ... προσευχῇ καὶ νηστείᾳ</w:t>
      </w:r>
      <w:r>
        <w:rPr>
          <w:sz w:val="20"/>
        </w:rPr>
        <w:t xml:space="preserve"> [Touto de to genos ... proseuchē kai nēsteia]</w:t>
      </w:r>
      <w:r>
        <w:rPr>
          <w:sz w:val="20"/>
        </w:rPr>
        <w:br/>
        <w:t>Стих отсутствует в выбранном N/S-базовом тексте и имеет только TR-членство в Bible Code corpus. Поэтому WGT-T оставляет номер пустым, а WGT-E хранит его только как поздний вариант.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Не включается в основной running text.</w:t>
      </w:r>
    </w:p>
    <w:p>
      <w:r>
        <w:t>22. …«Сын Человеческий будет предан [παραδίδοσθαι] в руки людей».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υἱὸς τοῦ ἀνθρώπου ... εἰς χεῖρας ἀνθρώπων</w:t>
      </w:r>
      <w:r>
        <w:rPr>
          <w:sz w:val="20"/>
        </w:rPr>
        <w:t xml:space="preserve"> [ho huios tou anthrōpou ... eis cheiras anthrōpōn]</w:t>
      </w:r>
      <w:r>
        <w:rPr>
          <w:sz w:val="20"/>
        </w:rPr>
        <w:br/>
        <w:t>Матфей создаёт словесный контраст: «Сын Человеческий» будет передан «в руки людей».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παραδίδοσθαι</w:t>
      </w:r>
      <w:r>
        <w:rPr>
          <w:sz w:val="20"/>
        </w:rPr>
        <w:t xml:space="preserve"> [paradidosthai]</w:t>
      </w:r>
      <w:r>
        <w:rPr>
          <w:sz w:val="20"/>
        </w:rPr>
        <w:br/>
        <w:t>Тот же глагол передачи/предательства, который уже сопровождал судьбу Иоанна и будет центральным в страстном повествовании.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4:12, Мф 20:18, Мф 26:2</w:t>
      </w:r>
    </w:p>
    <w:p>
      <w:r>
        <w:t>23. Его убьют, и на третий день Он воскреснет». Ученики очень опечалились.</w:t>
      </w:r>
    </w:p>
    <w:p>
      <w:r>
        <w:t>24. …сборщики двухдрахмового храмового сбора [τὰ δίδραχμα] подошли к Петру…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τὰ δίδραχμα</w:t>
      </w:r>
      <w:r>
        <w:rPr>
          <w:sz w:val="20"/>
        </w:rPr>
        <w:t xml:space="preserve"> [ta didrachma]</w:t>
      </w:r>
      <w:r>
        <w:rPr>
          <w:sz w:val="20"/>
        </w:rPr>
        <w:br/>
        <w:t>Дидрахма соответствовала традиционному храмовому взносу в полшекеля. Это не обычный римский государственный налог, а храмовый сбор.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30:13–16</w:t>
      </w:r>
    </w:p>
    <w:p>
      <w:r>
        <w:t>25. Он ответил: «Да». Когда Пётр вошёл в дом, Иисус первым спросил его: «Как ты думаешь, Симон: с кого земные цари собирают пошлины и налоги — со своих сыновей или с чужих?»</w:t>
      </w:r>
    </w:p>
    <w:p>
      <w:r>
        <w:t>26. …«Значит, сыновья свободны [ἐλεύθεροί]».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ἐλεύθεροί εἰσιν οἱ υἱοί</w:t>
      </w:r>
      <w:r>
        <w:rPr>
          <w:sz w:val="20"/>
        </w:rPr>
        <w:t xml:space="preserve"> [eleutheroi eisin hoi huioi]</w:t>
      </w:r>
      <w:r>
        <w:rPr>
          <w:sz w:val="20"/>
        </w:rPr>
        <w:br/>
        <w:t>Аргумент строится на статусе сына: цари не взимают налог с собственных сыновей. В контексте Матфея это косвенно связывает храмовый вопрос с сыновством Иисуса, уже подтверждённым голосом Отца.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17:5</w:t>
      </w:r>
    </w:p>
    <w:p>
      <w:r>
        <w:t>27. «Но чтобы не стать для них преткновением [μὴ σκανδαλίσωμεν αὐτούς]… найдёшь статир [στατῆρα] — отдай его за Меня и за себя».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μὴ σκανδαλίσωμεν αὐτούς</w:t>
      </w:r>
      <w:r>
        <w:rPr>
          <w:sz w:val="20"/>
        </w:rPr>
        <w:t xml:space="preserve"> [mē skandalisōmen autous]</w:t>
      </w:r>
      <w:r>
        <w:rPr>
          <w:sz w:val="20"/>
        </w:rPr>
        <w:br/>
        <w:t>Тот же корень σκανδαλίζω: Иисус, хотя только что объяснил свободу сыновей, добровольно ограничивает эту свободу, чтобы не становиться причиной преткновения для других.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18:6–9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στατῆρα</w:t>
      </w:r>
      <w:r>
        <w:rPr>
          <w:sz w:val="20"/>
        </w:rPr>
        <w:t xml:space="preserve"> [statēra]</w:t>
      </w:r>
      <w:r>
        <w:rPr>
          <w:sz w:val="20"/>
        </w:rPr>
        <w:br/>
        <w:t>Статир примерно соответствовал четырём драхмам — сумме, достаточной для двух двухдрахмовых храмовых взносов: за Иисуса и Петра.</w:t>
      </w:r>
    </w:p>
    <w:p>
      <w:pPr>
        <w:pStyle w:val="Heading2"/>
      </w:pPr>
      <w:r>
        <w:t>Глава 18</w:t>
      </w:r>
    </w:p>
    <w:p>
      <w:r>
        <w:t>1. …«Кто же больше [μείζων] в Царстве Небес?»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τίς ἄρα μείζων</w:t>
      </w:r>
      <w:r>
        <w:rPr>
          <w:sz w:val="20"/>
        </w:rPr>
        <w:t xml:space="preserve"> [tis ara meizōn]</w:t>
      </w:r>
      <w:r>
        <w:rPr>
          <w:sz w:val="20"/>
        </w:rPr>
        <w:br/>
        <w:t>Вопрос о статусе задаёт тему всей главы. Ответ Иисуса переворачивает шкалу величия через ребёнка, смирение, заботу о малых и прощение.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18:3–4</w:t>
      </w:r>
    </w:p>
    <w:p>
      <w:r>
        <w:t>2. Он позвал ребёнка, поставил его среди них</w:t>
      </w:r>
    </w:p>
    <w:p>
      <w:r>
        <w:t>3. …«Если вы не обратитесь/не измените направление [στραφῆτε] и не станете как дети, вы не войдёте в Царство Небес».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στραφῆτε</w:t>
      </w:r>
      <w:r>
        <w:rPr>
          <w:sz w:val="20"/>
        </w:rPr>
        <w:t xml:space="preserve"> [straphēte]</w:t>
      </w:r>
      <w:r>
        <w:rPr>
          <w:sz w:val="20"/>
        </w:rPr>
        <w:br/>
        <w:t>Глагол буквально «повернуться/обратиться». Здесь речь не о детскости как темпераменте, а о радикальном развороте от соперничества за величие к позиции ребёнка.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18:1, Мф 18:4</w:t>
      </w:r>
    </w:p>
    <w:p>
      <w:r>
        <w:t>4. «Кто смирит [ταπεινώσει] себя, как этот ребёнок, тот и есть больший в Царстве Небес».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ταπεινώσει ἑαυτόν</w:t>
      </w:r>
      <w:r>
        <w:rPr>
          <w:sz w:val="20"/>
        </w:rPr>
        <w:t xml:space="preserve"> [tapeinōsei heauton]</w:t>
      </w:r>
      <w:r>
        <w:rPr>
          <w:sz w:val="20"/>
        </w:rPr>
        <w:br/>
        <w:t>Ответ на «кто больше?» — тот, кто сам себя смиряет. Матфей связывает величие в Царстве с добровольным отказом от претензии на статус.</w:t>
      </w:r>
    </w:p>
    <w:p>
      <w:r>
        <w:t>5. «Кто примет одного такого ребёнка во имя Моё, Меня принимает».</w:t>
      </w:r>
    </w:p>
    <w:p>
      <w:pPr>
        <w:ind w:left="360"/>
      </w:pPr>
      <w:r>
        <w:rPr>
          <w:b/>
          <w:sz w:val="20"/>
        </w:rPr>
        <w:t>Представительство</w:t>
      </w:r>
      <w:r>
        <w:rPr>
          <w:i/>
          <w:sz w:val="20"/>
        </w:rPr>
        <w:t xml:space="preserve"> ἐπὶ τῷ ὀνόματί μου ... ἐμὲ δέχεται</w:t>
      </w:r>
      <w:r>
        <w:rPr>
          <w:sz w:val="20"/>
        </w:rPr>
        <w:t xml:space="preserve"> [epi tō onomati mou ... eme dechetai]</w:t>
      </w:r>
      <w:r>
        <w:rPr>
          <w:sz w:val="20"/>
        </w:rPr>
        <w:br/>
        <w:t>Приём ребёнка/малого ради имени Иисуса приравнивается к приёму Самого Иисуса, продолжая миссионерскую логику 10:40–42.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10:40–42</w:t>
      </w:r>
    </w:p>
    <w:p>
      <w:r>
        <w:t>6. А кто станет причиной падения одного из этих малых, верующих в Меня, тому было бы лучше, чтобы на него обрушилось тяжёлое наказание, чем сделать это.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σκανδαλίσῃ ... τῶν μικρῶν τούτων</w:t>
      </w:r>
      <w:r>
        <w:rPr>
          <w:sz w:val="20"/>
        </w:rPr>
        <w:t xml:space="preserve"> [skandalisē ... tōn mikrōn toutōn]</w:t>
      </w:r>
      <w:r>
        <w:rPr>
          <w:sz w:val="20"/>
        </w:rPr>
        <w:br/>
        <w:t>σκανδαλίζω означает стать причиной падения/преткновения. Суровый сравнительный образ подчёркивает тяжесть вреда, причинённого «малым» верующим; WGT-T сохраняет предупреждение без опасной детализации.</w:t>
      </w:r>
    </w:p>
    <w:p>
      <w:r>
        <w:t>7. «Горе миру из-за причин преткновения [σκάνδαλα]… но горе человеку, через которого приходит преткновение».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σκάνδαλα</w:t>
      </w:r>
      <w:r>
        <w:rPr>
          <w:sz w:val="20"/>
        </w:rPr>
        <w:t xml:space="preserve"> [skandala]</w:t>
      </w:r>
      <w:r>
        <w:rPr>
          <w:sz w:val="20"/>
        </w:rPr>
        <w:br/>
        <w:t>Существительное той же семьи, что σκανδαλίζω. В 16:23 Пётр сам был назван σκάνδαλον; здесь речь шире обо всём, что толкает других к падению.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16:23, Мф 18:6</w:t>
      </w:r>
    </w:p>
    <w:p>
      <w:r>
        <w:t>8. Если даже что-то очень близкое и привычное для тебя становится причиной греха, решительно откажись от этого. Лучше войти в жизнь с потерей, чем сохранить всё и прийти к погибели.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σκανδαλίζει</w:t>
      </w:r>
      <w:r>
        <w:rPr>
          <w:sz w:val="20"/>
        </w:rPr>
        <w:t xml:space="preserve"> [skandalizei]</w:t>
      </w:r>
      <w:r>
        <w:rPr>
          <w:sz w:val="20"/>
        </w:rPr>
        <w:br/>
        <w:t>Иисус использует резкую телесную гиперболу ради одного принципа: причину греха нужно устранять решительно. WGT-T передаёт нравственную силу образа без буквальной опасной инструкции.</w:t>
      </w:r>
    </w:p>
    <w:p>
      <w:r>
        <w:t>9. И если то, на что ты смотришь, становится причиной греха, отвернись от этого. Лучше войти в жизнь с потерей, чем сохранить всё и оказаться под судом.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σκανδαλίζει</w:t>
      </w:r>
      <w:r>
        <w:rPr>
          <w:sz w:val="20"/>
        </w:rPr>
        <w:t xml:space="preserve"> [skandalizei]</w:t>
      </w:r>
      <w:r>
        <w:rPr>
          <w:sz w:val="20"/>
        </w:rPr>
        <w:br/>
        <w:t>Параллельная гипербола усиливает тот же призыв к радикальному отказу от причины греха; WGT-E не превращает риторический образ в физическое руководство.</w:t>
      </w:r>
    </w:p>
    <w:p>
      <w:r>
        <w:t>10. «Смотрите, не презирайте ни одного из этих малых… их ангелы на небесах всегда видят лицо Моего Отца».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οἱ ἄγγελοι αὐτῶν ... βλέπουσιν τὸ πρόσωπον τοῦ πατρός μου</w:t>
      </w:r>
      <w:r>
        <w:rPr>
          <w:sz w:val="20"/>
        </w:rPr>
        <w:t xml:space="preserve"> [hoi angeloi autōn ... blepousin to prosōpon tou patros mou]</w:t>
      </w:r>
      <w:r>
        <w:rPr>
          <w:sz w:val="20"/>
        </w:rPr>
        <w:br/>
        <w:t>Текст буквально говорит «их ангелы», но не разворачивает систематическую доктрину индивидуальных ангелов-хранителей. Главный аргумент: «малые» имеют высокий статус перед Отцом.</w:t>
      </w:r>
    </w:p>
    <w:p>
      <w:r>
        <w:t>11. [Поздний вариант: «Сын Человеческий пришёл спасти погибшее».]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ἦλθεν ... σῶσαι τὸ ἀπολωλός</w:t>
      </w:r>
      <w:r>
        <w:rPr>
          <w:sz w:val="20"/>
        </w:rPr>
        <w:t xml:space="preserve"> [ēlthen ... sōsai to apolōlos]</w:t>
      </w:r>
      <w:r>
        <w:rPr>
          <w:sz w:val="20"/>
        </w:rPr>
        <w:br/>
        <w:t>Стих отсутствует в N/S running text и имеет TR-членство; он параллелен Лк 19:10. Основной Матфей переходит от 18:10 непосредственно к притче о заблудившейся овце.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19:10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Не включается в основной running text.</w:t>
      </w:r>
    </w:p>
    <w:p>
      <w:r>
        <w:t>12. …«если одна [овца] заблудится [πλανηθῇ]… не пойдёт ли он искать заблуждающуюся [πλανώμενον]?»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πλανηθῇ ... πλανώμενον</w:t>
      </w:r>
      <w:r>
        <w:rPr>
          <w:sz w:val="20"/>
        </w:rPr>
        <w:t xml:space="preserve"> [planēthē ... planōmenon]</w:t>
      </w:r>
      <w:r>
        <w:rPr>
          <w:sz w:val="20"/>
        </w:rPr>
        <w:br/>
        <w:t>Один корень означает заблудиться/сбиться с пути. Притча в контексте главы объясняет заботу Отца именно о «малых», которых нельзя презирать или потерять.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18:10, Мф 18:14</w:t>
      </w:r>
    </w:p>
    <w:p>
      <w:r>
        <w:t>13. И если найдёт её, истинно говорю вам: он радуется о ней больше, чем о девяноста девяти незаблудившихся.</w:t>
      </w:r>
    </w:p>
    <w:p>
      <w:r>
        <w:t>14. «Так и нет воли вашего Небесного Отца, чтобы погиб [ἀπόληται] хотя бы один из этих малых».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οὐκ ἔστιν θέλημα ... ἵνα ἀπόληται</w:t>
      </w:r>
      <w:r>
        <w:rPr>
          <w:sz w:val="20"/>
        </w:rPr>
        <w:t xml:space="preserve"> [ouk estin thelēma ... hina apolētai]</w:t>
      </w:r>
      <w:r>
        <w:rPr>
          <w:sz w:val="20"/>
        </w:rPr>
        <w:br/>
        <w:t>Кульминация раздела о малых: Божья воля сформулирована отрицательно — ни один из них не должен погибнуть/быть потерян.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18:12</w:t>
      </w:r>
    </w:p>
    <w:p>
      <w:r>
        <w:t>15. «Если твой брат согрешит против тебя, пойди и обличи/покажи ему его ошибку [ἔλεγξον] наедине. Если он послушает, ты приобрёл [ἐκέρδησας] брата».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ἔλεγξον</w:t>
      </w:r>
      <w:r>
        <w:rPr>
          <w:sz w:val="20"/>
        </w:rPr>
        <w:t xml:space="preserve"> [elegxon]</w:t>
      </w:r>
      <w:r>
        <w:rPr>
          <w:sz w:val="20"/>
        </w:rPr>
        <w:br/>
        <w:t>ἐλέγχω — разоблачить, показать ошибку, убедительно указать на проступок. Цель процесса раскрывает следующий глагол: не наказать, а «приобрести брата».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ἐκέρδησας τὸν ἀδελφόν</w:t>
      </w:r>
      <w:r>
        <w:rPr>
          <w:sz w:val="20"/>
        </w:rPr>
        <w:t xml:space="preserve"> [ekerdēsas ton adelphon]</w:t>
      </w:r>
      <w:r>
        <w:rPr>
          <w:sz w:val="20"/>
        </w:rPr>
        <w:br/>
        <w:t>κερδαίνω — приобрести, выиграть. Восстановление отношений названо «приобретением» брата.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εἰς σέ</w:t>
      </w:r>
      <w:r>
        <w:rPr>
          <w:sz w:val="20"/>
        </w:rPr>
        <w:t xml:space="preserve"> [eis se]</w:t>
      </w:r>
      <w:r>
        <w:rPr>
          <w:sz w:val="20"/>
        </w:rPr>
        <w:br/>
        <w:t>Bible Code running text включает «против тебя»; внешний аппарат знает также чтение без этих слов. WGT-T следует выбранной базе.</w:t>
      </w:r>
    </w:p>
    <w:p>
      <w:r>
        <w:t>16. «…чтобы всякое дело утвердилось устами двух или трёх свидетелей».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ἐπὶ στόματος δύο μαρτύρων ἢ τριῶν</w:t>
      </w:r>
      <w:r>
        <w:rPr>
          <w:sz w:val="20"/>
        </w:rPr>
        <w:t xml:space="preserve"> [epi stomatos duo martyrōn ē triōn]</w:t>
      </w:r>
      <w:r>
        <w:rPr>
          <w:sz w:val="20"/>
        </w:rPr>
        <w:br/>
        <w:t>Прямая правовая формула Втор 19:15: серьёзное дело подтверждается двумя или тремя свидетелями.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19:15</w:t>
      </w:r>
    </w:p>
    <w:p>
      <w:r>
        <w:t>17. «Если не послушает их, скажи общине/церкви [ἐκκλησίᾳ]…»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ἐκκλησίᾳ</w:t>
      </w:r>
      <w:r>
        <w:rPr>
          <w:sz w:val="20"/>
        </w:rPr>
        <w:t xml:space="preserve"> [ekklēsia]</w:t>
      </w:r>
      <w:r>
        <w:rPr>
          <w:sz w:val="20"/>
        </w:rPr>
        <w:br/>
        <w:t>Второе употребление ἐκκλησία у Матфея после 16:18. Здесь слово явно обозначает конкретное собрание учеников, способное услышать дело и отреагировать.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16:18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ὥσπερ ὁ ἐθνικὸς καὶ ὁ τελώνης</w:t>
      </w:r>
      <w:r>
        <w:rPr>
          <w:sz w:val="20"/>
        </w:rPr>
        <w:t xml:space="preserve"> [hōsper ho ethnikos kai ho telōnēs]</w:t>
      </w:r>
      <w:r>
        <w:rPr>
          <w:sz w:val="20"/>
        </w:rPr>
        <w:br/>
        <w:t>Фраза описывает изменение статуса отношений с упорствующим человеком. При этом само Евангелие показывает, что Иисус продолжает призывать и язычников, и сборщиков пошлин; это не лицензия на презрение.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9:9–13, Мф 15:28</w:t>
      </w:r>
    </w:p>
    <w:p>
      <w:r>
        <w:t>18. «Что вы свяжете на земле, будет уже связано на небе; и что развяжете… будет уже развязано».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ἔσται δεδεμένα ... ἔσται λελυμένα</w:t>
      </w:r>
      <w:r>
        <w:rPr>
          <w:sz w:val="20"/>
        </w:rPr>
        <w:t xml:space="preserve"> [estai dedemena ... estai lelymena]</w:t>
      </w:r>
      <w:r>
        <w:rPr>
          <w:sz w:val="20"/>
        </w:rPr>
        <w:br/>
        <w:t>Та же будущая перипрастическая конструкция, что в 16:19, но теперь обращение во множественном числе к ученикам. Речь о результативном состоянии «будет уже связано/развязано».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16:19</w:t>
      </w:r>
    </w:p>
    <w:p>
      <w:r>
        <w:t>19. «Если двое из вас согласятся [συμφωνήσωσιν] на земле о каком-либо деле…»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συμφωνήσωσιν</w:t>
      </w:r>
      <w:r>
        <w:rPr>
          <w:sz w:val="20"/>
        </w:rPr>
        <w:t xml:space="preserve"> [symphōnēsōsin]</w:t>
      </w:r>
      <w:r>
        <w:rPr>
          <w:sz w:val="20"/>
        </w:rPr>
        <w:br/>
        <w:t>Буквально «созвучат/согласятся». От этого корня происходит слово «симфония». Здесь речь о согласованной просьбе в контексте общины и восстановления отношений.</w:t>
      </w:r>
    </w:p>
    <w:p>
      <w:r>
        <w:t>20. «Где двое или трое собраны в Моё имя [εἰς τὸ ἐμὸν ὄνομα], там Я среди них».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ἐκεῖ εἰμι ἐν μέσῳ αὐτῶν</w:t>
      </w:r>
      <w:r>
        <w:rPr>
          <w:sz w:val="20"/>
        </w:rPr>
        <w:t xml:space="preserve"> [ekei eimi en mesō autōn]</w:t>
      </w:r>
      <w:r>
        <w:rPr>
          <w:sz w:val="20"/>
        </w:rPr>
        <w:br/>
        <w:t>Иисус обещает Своё присутствие среди учеников, собранных в Его имя. В контексте это не минимальная формула определения церкви, а основание для трудного процесса 18:15–19.</w:t>
      </w:r>
    </w:p>
    <w:p>
      <w:r>
        <w:t>21. Тогда Пётр подошёл и спросил: «Господи, сколько раз прощать брату, согрешающему против меня? До семи раз?»</w:t>
      </w:r>
    </w:p>
    <w:p>
      <w:r>
        <w:t>22. …«не до семи, а до семидесяти семи раз [ἑβδομηκοντάκις ἑπτά]».</w:t>
      </w:r>
    </w:p>
    <w:p>
      <w:pPr>
        <w:ind w:left="360"/>
      </w:pPr>
      <w:r>
        <w:rPr>
          <w:b/>
          <w:sz w:val="20"/>
        </w:rPr>
        <w:t>Смысл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ἑβδομηκοντάκις ἑπτά</w:t>
      </w:r>
      <w:r>
        <w:rPr>
          <w:sz w:val="20"/>
        </w:rPr>
        <w:t xml:space="preserve"> [hebdomēkontakis hepta]</w:t>
      </w:r>
      <w:r>
        <w:rPr>
          <w:sz w:val="20"/>
        </w:rPr>
        <w:br/>
        <w:t>Фраза допускает традиционное «семьдесят раз по семь», но естественно читается как «семьдесят семь», особенно на фоне Быт 4:24 LXX о мести Ламеха. Иисус переворачивает безграничную месть в безграничное прощение.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4:24</w:t>
      </w:r>
    </w:p>
    <w:p>
      <w:r>
        <w:t>23. «Поэтому Царство Небес подобно царю, который решил свести счета со своими рабами.</w:t>
      </w:r>
    </w:p>
    <w:p>
      <w:r>
        <w:t>24. …должник десяти тысяч талантов [μυρίων ταλάντων].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μυρίων ταλάντων</w:t>
      </w:r>
      <w:r>
        <w:rPr>
          <w:sz w:val="20"/>
        </w:rPr>
        <w:t xml:space="preserve"> [myriōn talantōn]</w:t>
      </w:r>
      <w:r>
        <w:rPr>
          <w:sz w:val="20"/>
        </w:rPr>
        <w:br/>
        <w:t>μύριοι — десять тысяч и одновременно максимально огромное счётное число; талант — очень крупная денежная единица. Сумма намеренно астрономическая, практически невыплатимая, чтобы подчеркнуть масштаб прощённого долга.</w:t>
      </w:r>
    </w:p>
    <w:p>
      <w:r>
        <w:t>25. Так как тот не мог заплатить, господин велел продать его, его жену и детей и всё, что он имел, чтобы уплатить долг.</w:t>
      </w:r>
    </w:p>
    <w:p>
      <w:r>
        <w:t>26. Раб пал перед ним и просил: “Потерпи меня, и я всё тебе отдам”.</w:t>
      </w:r>
    </w:p>
    <w:p>
      <w:r>
        <w:t>27. Господин глубоко сжалился [σπλαγχνισθείς]… отпустил его и простил [ἀφῆκεν] долг.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σπλαγχνισθείς ... ἀφῆκεν</w:t>
      </w:r>
      <w:r>
        <w:rPr>
          <w:sz w:val="20"/>
        </w:rPr>
        <w:t xml:space="preserve"> [splagchnistheis ... aphēken]</w:t>
      </w:r>
      <w:r>
        <w:rPr>
          <w:sz w:val="20"/>
        </w:rPr>
        <w:br/>
        <w:t>Тот же сильный глагол сострадания, что о Иисусе; результат сострадания — отпускание не только человека, но и самого долга.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14:14, Мф 15:32</w:t>
      </w:r>
    </w:p>
    <w:p>
      <w:r>
        <w:t>28. …другой раб был должен ему сто динариев [ἑκατὸν δηνάρια]…</w:t>
      </w:r>
    </w:p>
    <w:p>
      <w:pPr>
        <w:ind w:left="360"/>
      </w:pPr>
      <w:r>
        <w:rPr>
          <w:b/>
          <w:sz w:val="20"/>
        </w:rPr>
        <w:t>Контраст</w:t>
      </w:r>
      <w:r>
        <w:rPr>
          <w:i/>
          <w:sz w:val="20"/>
        </w:rPr>
        <w:t xml:space="preserve"> μυρίων ταλάντων / ἑκατὸν δηνάρια</w:t>
      </w:r>
      <w:r>
        <w:rPr>
          <w:sz w:val="20"/>
        </w:rPr>
        <w:t xml:space="preserve"> [myriōn talantōn / hekaton dēnaria]</w:t>
      </w:r>
      <w:r>
        <w:rPr>
          <w:sz w:val="20"/>
        </w:rPr>
        <w:br/>
        <w:t>Сто динариев — реальный, заметный долг, но несопоставимый с десятью тысячами талантов. Притча строится на чудовищной диспропорции между полученным прощением и отказом простить.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18:24</w:t>
      </w:r>
    </w:p>
    <w:p>
      <w:r>
        <w:t>29. Тот упал перед ним и просил: “Потерпи меня, и я отдам тебе”.</w:t>
      </w:r>
    </w:p>
    <w:p>
      <w:r>
        <w:t>30. Но первый не захотел и добился его заключения, пока тот не выплатит долг.</w:t>
      </w:r>
    </w:p>
    <w:p>
      <w:r>
        <w:t>31. Увидев произошедшее, другие рабы очень огорчились и рассказали господину обо всём.</w:t>
      </w:r>
    </w:p>
    <w:p>
      <w:r>
        <w:t>32. Тогда господин позвал его и сказал: “Злой раб! Я простил тебе весь тот долг, потому что ты попросил меня.</w:t>
      </w:r>
    </w:p>
    <w:p>
      <w:r>
        <w:t>33. «Разве не надлежало [ἔδει] и тебе помиловать своего товарища, как Я помиловал тебя?»</w:t>
      </w:r>
    </w:p>
    <w:p>
      <w:pPr>
        <w:ind w:left="360"/>
      </w:pPr>
      <w:r>
        <w:rPr>
          <w:b/>
          <w:sz w:val="20"/>
        </w:rPr>
        <w:t>Этика</w:t>
      </w:r>
      <w:r>
        <w:rPr>
          <w:i/>
          <w:sz w:val="20"/>
        </w:rPr>
        <w:t xml:space="preserve"> ἔδει ... ἐλεῆσαι ... ὡς κἀγὼ ... ἠλέησα</w:t>
      </w:r>
      <w:r>
        <w:rPr>
          <w:sz w:val="20"/>
        </w:rPr>
        <w:t xml:space="preserve"> [edei ... eleēsai ... hōs kagō ... ēleēsa]</w:t>
      </w:r>
      <w:r>
        <w:rPr>
          <w:sz w:val="20"/>
        </w:rPr>
        <w:br/>
        <w:t>Прощение другого выводится из уже полученной милости: «надлежало тебе… как и Я». Это логика подражания милости, а не попытка заработать первоначальное прощение.</w:t>
      </w:r>
    </w:p>
    <w:p>
      <w:r>
        <w:t>34. Разгневавшись, господин передал его истязателям, пока тот не выплатит весь долг.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βασανισταῖς</w:t>
      </w:r>
      <w:r>
        <w:rPr>
          <w:sz w:val="20"/>
        </w:rPr>
        <w:t xml:space="preserve"> [basanistais]</w:t>
      </w:r>
      <w:r>
        <w:rPr>
          <w:sz w:val="20"/>
        </w:rPr>
        <w:br/>
        <w:t>В долгово-тюремном контексте слово обозначает суровых исполнителей наказания/тюремных надзирателей. WGT-E фиксирует силу термина без реконструкции болезненных деталей.</w:t>
      </w:r>
    </w:p>
    <w:p>
      <w:r>
        <w:t>35. «Так и Мой Небесный Отец поступит с вами, если каждый не простит брату от ваших сердец [ἀπὸ τῶν καρδιῶν ὑμῶν]».</w:t>
      </w:r>
    </w:p>
    <w:p>
      <w:pPr>
        <w:ind w:left="360"/>
      </w:pPr>
      <w:r>
        <w:rPr>
          <w:b/>
          <w:sz w:val="20"/>
        </w:rPr>
        <w:t>Человек</w:t>
      </w:r>
      <w:r>
        <w:rPr>
          <w:i/>
          <w:sz w:val="20"/>
        </w:rPr>
        <w:t xml:space="preserve"> ἀπὸ τῶν καρδιῶν ὑμῶν</w:t>
      </w:r>
      <w:r>
        <w:rPr>
          <w:sz w:val="20"/>
        </w:rPr>
        <w:t xml:space="preserve"> [apo tōn kardiōn hymōn]</w:t>
      </w:r>
      <w:r>
        <w:rPr>
          <w:sz w:val="20"/>
        </w:rPr>
        <w:br/>
        <w:t>Прощение должно исходить «из сердец» — не только внешняя формула примирения. Матфей снова делает сердце центром подлинного нравственного действия.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15:18–19</w:t>
      </w:r>
    </w:p>
    <w:p>
      <w:pPr>
        <w:pStyle w:val="Heading2"/>
      </w:pPr>
      <w:r>
        <w:t>Глава 19</w:t>
      </w:r>
    </w:p>
    <w:p>
      <w:r>
        <w:t>1. Когда Иисус закончил эти слова, Он ушёл из Галилеи и пришёл в пределы Иудеи за Иорданом.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ὅτε ἐτέλεσεν ὁ Ἰησοῦς τοὺς λόγους τούτους</w:t>
      </w:r>
      <w:r>
        <w:rPr>
          <w:sz w:val="20"/>
        </w:rPr>
        <w:t xml:space="preserve"> [hote etelesen ho Iēsous tous logous toutous]</w:t>
      </w:r>
      <w:r>
        <w:rPr>
          <w:sz w:val="20"/>
        </w:rPr>
        <w:br/>
        <w:t>Четвёртая крупная формула завершения речи у Матфея закрывает главу 18 и переводит повествование из Галилеи в Иудею.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7:28, Мф 11:1, Мф 13:53, Мф 26:1</w:t>
      </w:r>
    </w:p>
    <w:p>
      <w:r>
        <w:t>2. За Ним последовали большие толпы, и там Он исцелил их.</w:t>
      </w:r>
    </w:p>
    <w:p>
      <w:r>
        <w:t>3. …«Позволено ли мужчине разводиться с женой по любой причине [κατὰ πᾶσαν αἰτίαν]?»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κατὰ πᾶσαν αἰτίαν</w:t>
      </w:r>
      <w:r>
        <w:rPr>
          <w:sz w:val="20"/>
        </w:rPr>
        <w:t xml:space="preserve"> [kata pasan aitian]</w:t>
      </w:r>
      <w:r>
        <w:rPr>
          <w:sz w:val="20"/>
        </w:rPr>
        <w:br/>
        <w:t>Формулировка «по любой причине» показывает, что вопрос касается допустимых оснований развода, а не только абстрактного факта возможности развода.</w:t>
      </w:r>
    </w:p>
    <w:p>
      <w:r>
        <w:t>4. …«Создатель от начала сотворил их мужчиной и женщиной».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ἄρσεν καὶ θῆλυ ἐποίησεν αὐτούς</w:t>
      </w:r>
      <w:r>
        <w:rPr>
          <w:sz w:val="20"/>
        </w:rPr>
        <w:t xml:space="preserve"> [arsen kai thēly epoiēsen autous]</w:t>
      </w:r>
      <w:r>
        <w:rPr>
          <w:sz w:val="20"/>
        </w:rPr>
        <w:br/>
        <w:t>Иисус начинает аргумент не с Втор 24, а с Быт 1:27 — первоначального замысла творения.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1:27</w:t>
      </w:r>
    </w:p>
    <w:p>
      <w:r>
        <w:t>5. …«мужчина оставит отца и мать, соединится [κολληθήσεται] с женой, и двое станут одной плотью».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κολληθήσεται τῇ γυναικὶ αὐτοῦ ... σάρκα μίαν</w:t>
      </w:r>
      <w:r>
        <w:rPr>
          <w:sz w:val="20"/>
        </w:rPr>
        <w:t xml:space="preserve"> [kollēthēsetai tē gynaiki autou ... sarka mian]</w:t>
      </w:r>
      <w:r>
        <w:rPr>
          <w:sz w:val="20"/>
        </w:rPr>
        <w:br/>
        <w:t>Цитируется Быт 2:24. κολλάω буквально «приклеиваться/присоединяться», подчёркивая прочность союза; результат — «одна плоть».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2:24</w:t>
      </w:r>
    </w:p>
    <w:p>
      <w:r>
        <w:t>6. …«Что Бог сопряг [συνέζευξεν], человек пусть не разделяет».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συνέζευξεν</w:t>
      </w:r>
      <w:r>
        <w:rPr>
          <w:sz w:val="20"/>
        </w:rPr>
        <w:t xml:space="preserve"> [synezeuxen]</w:t>
      </w:r>
      <w:r>
        <w:rPr>
          <w:sz w:val="20"/>
        </w:rPr>
        <w:br/>
        <w:t>Глагол связан с образом соединения в одну упряжь/пару. Иисус приписывает брачное соединение действию Бога, а не только человеческому договору.</w:t>
      </w:r>
    </w:p>
    <w:p>
      <w:r>
        <w:t>7. Они спросили: «Почему же Моисей велел дать разводное свидетельство и отпустить жену?»</w:t>
      </w:r>
    </w:p>
    <w:p>
      <w:r>
        <w:t>8. «Из-за жестокости сердца [σκληροκαρδίαν] Моисей позволил вам разводиться… но от начала было не так».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σκληροκαρδίαν</w:t>
      </w:r>
      <w:r>
        <w:rPr>
          <w:sz w:val="20"/>
        </w:rPr>
        <w:t xml:space="preserve"> [sklērokardian]</w:t>
      </w:r>
      <w:r>
        <w:rPr>
          <w:sz w:val="20"/>
        </w:rPr>
        <w:br/>
        <w:t>Буквально «жестокосердие/твёрдость сердца». Разводное разрешение объясняется человеческой повреждённостью, а не объявляется выражением первоначального замысла творения.</w:t>
      </w:r>
    </w:p>
    <w:p>
      <w:r>
        <w:t>9. «…кто разводится с женой не по причине πορνεία и женится на другой, прелюбодействует; и кто женится на разведённой, прелюбодействует».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πορνείᾳ</w:t>
      </w:r>
      <w:r>
        <w:rPr>
          <w:sz w:val="20"/>
        </w:rPr>
        <w:t xml:space="preserve"> [porneia]</w:t>
      </w:r>
      <w:r>
        <w:rPr>
          <w:sz w:val="20"/>
        </w:rPr>
        <w:br/>
        <w:t>πορνεία — широкое слово сексуальной неправомерности; оно не тождественно узкому μοιχεία. Точный юридико-экзегетический объём исключения остаётся предметом спора и не должен встраиваться в перевод как готовая теория.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5:32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καὶ ὁ ἀπολελυμένην γαμήσας μοιχᾶται</w:t>
      </w:r>
      <w:r>
        <w:rPr>
          <w:sz w:val="20"/>
        </w:rPr>
        <w:t xml:space="preserve"> [kai ho apolelymenēn gamēsas moichatai]</w:t>
      </w:r>
      <w:r>
        <w:rPr>
          <w:sz w:val="20"/>
        </w:rPr>
        <w:br/>
        <w:t>Эта вторая фраза включена в базовый SBLGNT/Bible Code слой, хотя ряд других критических изданий её опускает. WGT-T следует своей объявленной базе и сохраняет её.</w:t>
      </w:r>
    </w:p>
    <w:p>
      <w:r>
        <w:t>10. Ученики сказали Ему: «Если таковы отношения мужчины с женой, лучше не жениться».</w:t>
      </w:r>
    </w:p>
    <w:p>
      <w:r>
        <w:t>11. «Не все вмещают/принимают [χωροῦσιν] это слово, а только те, кому дано».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χωροῦσιν</w:t>
      </w:r>
      <w:r>
        <w:rPr>
          <w:sz w:val="20"/>
        </w:rPr>
        <w:t xml:space="preserve"> [chōrousin]</w:t>
      </w:r>
      <w:r>
        <w:rPr>
          <w:sz w:val="20"/>
        </w:rPr>
        <w:br/>
        <w:t>χωρέω буквально «вмещать, иметь пространство для». Здесь метафорически — быть способным принять и жить согласно сказанному.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19:12</w:t>
      </w:r>
    </w:p>
    <w:p>
      <w:r>
        <w:t>12. «Есть евнухи [εὐνοῦχοι]… и есть те, кто сделал себя подобным евнуху ради Царства Небес. Кто способен вместить [χωρεῖν] это — пусть вместит».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εὐνοῦχοι</w:t>
      </w:r>
      <w:r>
        <w:rPr>
          <w:sz w:val="20"/>
        </w:rPr>
        <w:t xml:space="preserve"> [eunouchoi]</w:t>
      </w:r>
      <w:r>
        <w:rPr>
          <w:sz w:val="20"/>
        </w:rPr>
        <w:br/>
        <w:t>Первые две категории употребляют исторический термин буквально; третья в контексте ответа о браке естественно говорит о добровольном безбрачии ради Царства. Текст не требует буквального физического действия и не должен читаться как такая инструкция.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χωρεῖν χωρείτω</w:t>
      </w:r>
      <w:r>
        <w:rPr>
          <w:sz w:val="20"/>
        </w:rPr>
        <w:t xml:space="preserve"> [chōrein chōreitō]</w:t>
      </w:r>
      <w:r>
        <w:rPr>
          <w:sz w:val="20"/>
        </w:rPr>
        <w:br/>
        <w:t>Повтор корня связывает 19:11 и 19:12: принять такое призвание могут не все, а те, кому дано и кто способен его вместить.</w:t>
      </w:r>
    </w:p>
    <w:p>
      <w:r>
        <w:t>13. Тогда к Иисусу принесли детей, чтобы Он возложил на них руки и помолился, но ученики запрещали людям.</w:t>
      </w:r>
    </w:p>
    <w:p>
      <w:r>
        <w:t>14. «Позвольте детям приходить ко Мне и не препятствуйте им, потому что таким принадлежит Царство Небес».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τῶν γὰρ τοιούτων ἐστὶν ἡ βασιλεία τῶν οὐρανῶν</w:t>
      </w:r>
      <w:r>
        <w:rPr>
          <w:sz w:val="20"/>
        </w:rPr>
        <w:t xml:space="preserve"> [tōn gar toioutōn estin hē basileia tōn ouranōn]</w:t>
      </w:r>
      <w:r>
        <w:rPr>
          <w:sz w:val="20"/>
        </w:rPr>
        <w:br/>
        <w:t>«Таких» связывает сцену с принципом главы 18: Царство принадлежит не статусным претендентам, а тем, кто принимает позицию ребёнка.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18:3–4</w:t>
      </w:r>
    </w:p>
    <w:p>
      <w:r>
        <w:t>15. Возложив на них руки, Он ушёл оттуда.</w:t>
      </w:r>
    </w:p>
    <w:p>
      <w:r>
        <w:t>16. …«Учитель, что доброго [τί ἀγαθόν] мне сделать, чтобы иметь вечную жизнь?»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διδάσκαλε [ἀγαθέ]</w:t>
      </w:r>
      <w:r>
        <w:rPr>
          <w:sz w:val="20"/>
        </w:rPr>
        <w:t xml:space="preserve"> [didaskale [agathe]]</w:t>
      </w:r>
      <w:r>
        <w:rPr>
          <w:sz w:val="20"/>
        </w:rPr>
        <w:br/>
        <w:t>Традиционный слой добавляет обращение «Учитель благой». Базовый N/S-текст вопроса Матфея сосредоточен на «что доброго мне сделать?», что объясняет ответ 19:17.</w:t>
      </w:r>
    </w:p>
    <w:p>
      <w:r>
        <w:t>17. Иисус сказал: «Почему ты спрашиваешь Меня о добром [περὶ τοῦ ἀγαθοῦ]? Один есть Добрый…»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τί με ἐρωτᾷς περὶ τοῦ ἀγαθοῦ</w:t>
      </w:r>
      <w:r>
        <w:rPr>
          <w:sz w:val="20"/>
        </w:rPr>
        <w:t xml:space="preserve"> [ti me erōtas peri tou agathou]</w:t>
      </w:r>
      <w:r>
        <w:rPr>
          <w:sz w:val="20"/>
        </w:rPr>
        <w:br/>
        <w:t>Это собственная критическая форма Матфея. Традиционное «Почему называешь Меня добрым? Никто не благ, кроме одного Бога» представляет гармонизированный вариант, похожий на Марка и Луку.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10:18, Лк 18:19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εἰς τὴν ζωὴν εἰσελθεῖν</w:t>
      </w:r>
      <w:r>
        <w:rPr>
          <w:sz w:val="20"/>
        </w:rPr>
        <w:t xml:space="preserve"> [eis tēn zōēn eiselthein]</w:t>
      </w:r>
      <w:r>
        <w:rPr>
          <w:sz w:val="20"/>
        </w:rPr>
        <w:br/>
        <w:t>«Войти в жизнь» параллельно «иметь вечную жизнь» из вопроса и «войти в Царство» ниже. Матфей связывает жизнь и Царство как эсхатологические категории.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19:16, Мф 19:23–25</w:t>
      </w:r>
    </w:p>
    <w:p>
      <w:r>
        <w:t>18. Тот спросил: «Какие?» Иисус ответил: «Не убивай, не нарушай супружескую верность, не кради, не лжесвидетельствуй,</w:t>
      </w:r>
    </w:p>
    <w:p>
      <w:r>
        <w:t>19. …«люби [ἀγαπήσεις] ближнего своего, как самого себя».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ἀγαπήσεις τὸν πλησίον σου ὡς σεαυτόν</w:t>
      </w:r>
      <w:r>
        <w:rPr>
          <w:sz w:val="20"/>
        </w:rPr>
        <w:t xml:space="preserve"> [agapēseis ton plēsion sou hōs seauton]</w:t>
      </w:r>
      <w:r>
        <w:rPr>
          <w:sz w:val="20"/>
        </w:rPr>
        <w:br/>
        <w:t>Иисус добавляет к Декалогу Лев 19:18 — заповедь любви к ближнему, которая позднее войдёт в две великие заповеди.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19:18, Мф 22:39</w:t>
      </w:r>
    </w:p>
    <w:p>
      <w:r>
        <w:t>20. Юноша [νεανίσκος] сказал: «Всё это я соблюдал. Чего мне ещё недостаёт [ὑστερῶ]?»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νεανίσκος</w:t>
      </w:r>
      <w:r>
        <w:rPr>
          <w:sz w:val="20"/>
        </w:rPr>
        <w:t xml:space="preserve"> [neaniskos]</w:t>
      </w:r>
      <w:r>
        <w:rPr>
          <w:sz w:val="20"/>
        </w:rPr>
        <w:br/>
        <w:t>Матфей единственный из синоптиков прямо называет этого человека юношей. Это источник традиционного выражения «богатый юноша».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ὑστερῶ</w:t>
      </w:r>
      <w:r>
        <w:rPr>
          <w:sz w:val="20"/>
        </w:rPr>
        <w:t xml:space="preserve"> [hysterō]</w:t>
      </w:r>
      <w:r>
        <w:rPr>
          <w:sz w:val="20"/>
        </w:rPr>
        <w:br/>
        <w:t>Глагол означает недоставать, отставать, испытывать нехватку. Вопрос «чего мне ещё недостаёт?» непосредственно вызывает ответ о τέλειος — полноте/цельности.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19:21</w:t>
      </w:r>
    </w:p>
    <w:p>
      <w:r>
        <w:t>21. «Если хочешь быть совершенным/цельным [τέλειος], пойди, продай имущество, дай бедным… затем приходи и следуй за Мной».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τέλειος</w:t>
      </w:r>
      <w:r>
        <w:rPr>
          <w:sz w:val="20"/>
        </w:rPr>
        <w:t xml:space="preserve"> [teleios]</w:t>
      </w:r>
      <w:r>
        <w:rPr>
          <w:sz w:val="20"/>
        </w:rPr>
        <w:br/>
        <w:t>То же слово, что в 5:48: полный, достигший цели, цельный. Здесь его содержание раскрывается конкретно — устранить конкурирующую привязанность и последовать за Иисусом.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5:48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δεῦρο ἀκολούθει μοι</w:t>
      </w:r>
      <w:r>
        <w:rPr>
          <w:sz w:val="20"/>
        </w:rPr>
        <w:t xml:space="preserve"> [deuro akolouthei moi]</w:t>
      </w:r>
      <w:r>
        <w:rPr>
          <w:sz w:val="20"/>
        </w:rPr>
        <w:br/>
        <w:t>Кульминация не в самой продаже имущества, а в призыве «следуй за Мной». Раздача бедным снимает то, что удерживает именно этого человека от ученичества.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19:22</w:t>
      </w:r>
    </w:p>
    <w:p>
      <w:r>
        <w:t>22. Услышав эти слова, юноша ушёл опечаленным, потому что у него было много имущества.</w:t>
      </w:r>
    </w:p>
    <w:p>
      <w:r>
        <w:t>23. …«богатому трудно [δυσκόλως] войти в Царство Небес».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δυσκόλως</w:t>
      </w:r>
      <w:r>
        <w:rPr>
          <w:sz w:val="20"/>
        </w:rPr>
        <w:t xml:space="preserve"> [dyskolōs]</w:t>
      </w:r>
      <w:r>
        <w:rPr>
          <w:sz w:val="20"/>
        </w:rPr>
        <w:br/>
        <w:t>Наречие означает трудно, с большим затруднением. Следующая гипербола усиливает «трудно» до человеческой невозможности, которую может преодолеть только Бог.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19:24–26</w:t>
      </w:r>
    </w:p>
    <w:p>
      <w:r>
        <w:t>24. «Легче верблюду [κάμηλον] пройти через отверстие иглы [τρυπήματος ῥαφίδος], чем богатому войти в Царство Бога».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κάμηλον ... τρυπήματος ῥαφίδος</w:t>
      </w:r>
      <w:r>
        <w:rPr>
          <w:sz w:val="20"/>
        </w:rPr>
        <w:t xml:space="preserve"> [kamēlon ... trypēmatos rhaphidos]</w:t>
      </w:r>
      <w:r>
        <w:rPr>
          <w:sz w:val="20"/>
        </w:rPr>
        <w:br/>
        <w:t>Греческий буквально говорит о верблюде и отверстии швейной иглы. Популярное объяснение о специальных городских воротах «Игольное ушко» не содержится в тексте и не требуется для понимания намеренной невозможной гиперболы.</w:t>
      </w:r>
    </w:p>
    <w:p>
      <w:r>
        <w:t>25. …«Кто же тогда может быть спасён [σωθῆναι]?»</w:t>
      </w:r>
    </w:p>
    <w:p>
      <w:pPr>
        <w:ind w:left="360"/>
      </w:pPr>
      <w:r>
        <w:rPr>
          <w:b/>
          <w:sz w:val="20"/>
        </w:rPr>
        <w:t>Учение о спасении</w:t>
      </w:r>
      <w:r>
        <w:rPr>
          <w:i/>
          <w:sz w:val="20"/>
        </w:rPr>
        <w:t xml:space="preserve"> σωθῆναι</w:t>
      </w:r>
      <w:r>
        <w:rPr>
          <w:sz w:val="20"/>
        </w:rPr>
        <w:t xml:space="preserve"> [sōthēnai]</w:t>
      </w:r>
      <w:r>
        <w:rPr>
          <w:sz w:val="20"/>
        </w:rPr>
        <w:br/>
        <w:t>Ученики понимают разговор уже не только как вопрос богатства, а как вопрос спасения. Это подготавливает ответ о невозможном для людей и возможном для Бога.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19:26</w:t>
      </w:r>
    </w:p>
    <w:p>
      <w:r>
        <w:t>26. «Для людей это невозможно [ἀδύνατον], но для Бога всё возможно [δυνατά]».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ἀδύνατον ... δυνατά</w:t>
      </w:r>
      <w:r>
        <w:rPr>
          <w:sz w:val="20"/>
        </w:rPr>
        <w:t xml:space="preserve"> [adynaton ... dynata]</w:t>
      </w:r>
      <w:r>
        <w:rPr>
          <w:sz w:val="20"/>
        </w:rPr>
        <w:br/>
        <w:t>Греческий строит контраст на одном корне δύναμαι: «не-возможно» людям ↔ «возможно» Богу. Спасение не достигается человеческой ресурсностью.</w:t>
      </w:r>
    </w:p>
    <w:p>
      <w:r>
        <w:t>27. Тогда Пётр сказал: «Вот, мы оставили всё и последовали за Тобой. Что же будет нам?»</w:t>
      </w:r>
    </w:p>
    <w:p>
      <w:r>
        <w:t>28. …«при обновлении творения [παλιγγενεσίᾳ], когда Сын Человеческий сядет на престоле Своей славы…»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παλιγγενεσίᾳ</w:t>
      </w:r>
      <w:r>
        <w:rPr>
          <w:sz w:val="20"/>
        </w:rPr>
        <w:t xml:space="preserve"> [palingenesia]</w:t>
      </w:r>
      <w:r>
        <w:rPr>
          <w:sz w:val="20"/>
        </w:rPr>
        <w:br/>
        <w:t>Буквально «новое рождение/возрождение». Здесь контекст космический и эсхатологический: обновление порядка мира при царствовании Сына Человеческого.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θρόνου δόξης ... δώδεκα θρόνους</w:t>
      </w:r>
      <w:r>
        <w:rPr>
          <w:sz w:val="20"/>
        </w:rPr>
        <w:t xml:space="preserve"> [thronou doxēs ... dōdeka thronous]</w:t>
      </w:r>
      <w:r>
        <w:rPr>
          <w:sz w:val="20"/>
        </w:rPr>
        <w:br/>
        <w:t>Образ престола Сына Человеческого продолжает Даниил 7, а двенадцать престолов учеников соответствуют двенадцати племенам Израиля.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7:9–14</w:t>
      </w:r>
    </w:p>
    <w:p>
      <w:r>
        <w:t>29. «…получит во сто раз больше [ἑκατονταπλασίονα] и унаследует вечную жизнь».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ἑκατονταπλασίονα</w:t>
      </w:r>
      <w:r>
        <w:rPr>
          <w:sz w:val="20"/>
        </w:rPr>
        <w:t xml:space="preserve"> [hekatontaplasiona]</w:t>
      </w:r>
      <w:r>
        <w:rPr>
          <w:sz w:val="20"/>
        </w:rPr>
        <w:br/>
        <w:t>Буквально «стократное/во сто раз». RC1 исправлен с неопределённого «во много раз больше» на точное значение греческого слова.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γυναῖκα</w:t>
      </w:r>
      <w:r>
        <w:rPr>
          <w:sz w:val="20"/>
        </w:rPr>
        <w:t xml:space="preserve"> [gynaika]</w:t>
      </w:r>
      <w:r>
        <w:rPr>
          <w:sz w:val="20"/>
        </w:rPr>
        <w:br/>
        <w:t>В union layer «жену» имеет ST, но не S-членство; WGT-T следует SBLGNT и не включает этот элемент в основной список.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RC1 erratum: восстановлено точное «во сто раз больше».</w:t>
      </w:r>
    </w:p>
    <w:p>
      <w:r>
        <w:t>30. «Но многие первые будут последними, а последние — первыми».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πρῶτοι ἔσχατοι ... ἔσχατοι πρῶτοι</w:t>
      </w:r>
      <w:r>
        <w:rPr>
          <w:sz w:val="20"/>
        </w:rPr>
        <w:t xml:space="preserve"> [prōtoi eschatoi ... eschatoi prōtoi]</w:t>
      </w:r>
      <w:r>
        <w:rPr>
          <w:sz w:val="20"/>
        </w:rPr>
        <w:br/>
        <w:t>Афоризм непосредственно переходит в притчу работников виноградника в 20:1–16 и повторится в её заключении, создавая рамку между главами.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20:16</w:t>
      </w:r>
    </w:p>
    <w:p>
      <w:pPr>
        <w:pStyle w:val="Heading2"/>
      </w:pPr>
      <w:r>
        <w:t>Глава 20</w:t>
      </w:r>
    </w:p>
    <w:p>
      <w:r>
        <w:t>1. «Царство Небес подобно хозяину дома, который рано утром вышел нанять работников в свой виноградник.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ὁμοία γάρ ἐστιν ἡ βασιλεία τῶν οὐρανῶν</w:t>
      </w:r>
      <w:r>
        <w:rPr>
          <w:sz w:val="20"/>
        </w:rPr>
        <w:t xml:space="preserve"> [homoia gar estin hē basileia tōn ouranōn]</w:t>
      </w:r>
      <w:r>
        <w:rPr>
          <w:sz w:val="20"/>
        </w:rPr>
        <w:br/>
        <w:t>Притча непосредственно продолжает 19:30: переворот «первые/последние» объясняется свободной щедростью хозяина Царства, а не арифметикой заслуг.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19:30, Мф 20:16</w:t>
      </w:r>
    </w:p>
    <w:p>
      <w:r>
        <w:t>2. Договорившись с работниками по динарию за день, он отправил их в виноградник.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ἐκ δηναρίου τὴν ἡμέραν</w:t>
      </w:r>
      <w:r>
        <w:rPr>
          <w:sz w:val="20"/>
        </w:rPr>
        <w:t xml:space="preserve"> [ek dēnariou tēn hēmeran]</w:t>
      </w:r>
      <w:r>
        <w:rPr>
          <w:sz w:val="20"/>
        </w:rPr>
        <w:br/>
        <w:t>Динарий — обычная дневная плата работнику. Первые получают ровно то, о чём договорились; конфликт возникает не из-за нарушения договора, а из-за сравнения себя с другими.</w:t>
      </w:r>
    </w:p>
    <w:p>
      <w:r>
        <w:t>3. Выйдя около третьего часа, он увидел других, стоявших на площади без работы,</w:t>
      </w:r>
    </w:p>
    <w:p>
      <w:r>
        <w:t>4. и сказал им: “Идите и вы в виноградник, и я дам вам то, что справедливо”. Они пошли.</w:t>
      </w:r>
    </w:p>
    <w:p>
      <w:r>
        <w:t>5. Он снова вышел около шестого и девятого часа и сделал то же.</w:t>
      </w:r>
    </w:p>
    <w:p>
      <w:r>
        <w:t>6. Около одиннадцатого часа он вышел и нашёл ещё других стоящих и спросил: “Почему вы стоите здесь весь день без работы?”</w:t>
      </w:r>
    </w:p>
    <w:p>
      <w:r>
        <w:t>7. Они ответили: “Никто нас не нанял”. Он сказал: “Идите и вы в виноградник”.</w:t>
      </w:r>
    </w:p>
    <w:p>
      <w:r>
        <w:t>8. Когда наступил вечер, хозяин виноградника сказал управляющему: “Позови работников и заплати им, начиная с последних и заканчивая первыми”.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ἀπόδος αὐτοῖς τὸν μισθὸν ἀρξάμενος ἀπὸ τῶν ἐσχάτων ἕως τῶν πρώτων</w:t>
      </w:r>
      <w:r>
        <w:rPr>
          <w:sz w:val="20"/>
        </w:rPr>
        <w:t xml:space="preserve"> [apodos autois ton misthon arxamenos apo tōn eschatōn heōs tōn prōtōn]</w:t>
      </w:r>
      <w:r>
        <w:rPr>
          <w:sz w:val="20"/>
        </w:rPr>
        <w:br/>
        <w:t>Порядок выплаты намеренно разворачивается: последние получают первыми, чтобы первые увидели щедрость хозяина и раскрылась тема 19:30/20:16.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19:30, Мф 20:16</w:t>
      </w:r>
    </w:p>
    <w:p>
      <w:r>
        <w:t>9. Пришедшие около одиннадцатого часа получили по динарию.</w:t>
      </w:r>
    </w:p>
    <w:p>
      <w:r>
        <w:t>10. Когда пришли первые, они решили, что получат больше, но и им дали по динарию.</w:t>
      </w:r>
    </w:p>
    <w:p>
      <w:r>
        <w:t>11. Получив плату, они стали роптать на хозяина:</w:t>
      </w:r>
    </w:p>
    <w:p>
      <w:r>
        <w:t>12. “Эти последние работали всего один час, а ты сравнял их с нами, переносившими тяжесть дня и зной”.</w:t>
      </w:r>
    </w:p>
    <w:p>
      <w:r>
        <w:t>13. Но он ответил одному из них: “Друг, я не поступаю с тобой несправедливо. Разве ты не договорился со мной за динарий?</w:t>
      </w:r>
    </w:p>
    <w:p>
      <w:r>
        <w:t>14. Возьми своё и иди. Я хочу дать последнему столько же, сколько тебе.</w:t>
      </w:r>
    </w:p>
    <w:p>
      <w:r>
        <w:t>15. Разве я не вправе распоряжаться своим? Или твой глаз завистлив оттого, что я добр?” [ὁ ὀφθαλμός σου πονηρός ἐστιν ὅτι ἐγὼ ἀγαθός εἰμι — идиома: зависти/скупости]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ὁ ὀφθαλμός σου πονηρός ἐστιν ὅτι ἐγὼ ἀγαθός εἰμι</w:t>
      </w:r>
      <w:r>
        <w:rPr>
          <w:sz w:val="20"/>
        </w:rPr>
        <w:t xml:space="preserve"> [ho ophthalmos sou ponēros estin hoti egō agathos eimi]</w:t>
      </w:r>
      <w:r>
        <w:rPr>
          <w:sz w:val="20"/>
        </w:rPr>
        <w:br/>
        <w:t>«Злой глаз» — идиома зависти/скупости. Контраст буквально звучит: «твой глаз злой, потому что я добр?»; проблема не в справедливости хозяина, а в завистливом восприятии его щедрости.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15:9, Мф 6:22–23</w:t>
      </w:r>
    </w:p>
    <w:p>
      <w:r>
        <w:t>16. Так последние станут первыми, а первые — последними».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οὕτως ἔσονται οἱ ἔσχατοι πρῶτοι καὶ οἱ πρῶτοι ἔσχατοι</w:t>
      </w:r>
      <w:r>
        <w:rPr>
          <w:sz w:val="20"/>
        </w:rPr>
        <w:t xml:space="preserve"> [houtōs esontai hoi eschatoi prōtoi kai hoi prōtoi eschatoi]</w:t>
      </w:r>
      <w:r>
        <w:rPr>
          <w:sz w:val="20"/>
        </w:rPr>
        <w:br/>
        <w:t>Фраза замыкает рамку, начатую в 19:30. Притча не учит, что порядок автоматически меняется местами, а разрушает претензию на преимущество перед Богом.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19:30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πολλοὶ γάρ εἰσιν κλητοί, ὀλίγοι δὲ ἐκλεκτοί</w:t>
      </w:r>
      <w:r>
        <w:rPr>
          <w:sz w:val="20"/>
        </w:rPr>
        <w:t xml:space="preserve"> [polloi gar eisin klētoi oligoi de eklektoi]</w:t>
      </w:r>
      <w:r>
        <w:rPr>
          <w:sz w:val="20"/>
        </w:rPr>
        <w:br/>
        <w:t>Фраза «много званых, мало избранных» хорошо засвидетельствована в 22:14, но в 20:16 является поздним расширением и не входит в основной критический текст WGT-T.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22:14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Позднее добавление «много званых, мало избранных» не относится к основному критическому тексту 20:16. Основная краткая форма принята.</w:t>
      </w:r>
    </w:p>
    <w:p>
      <w:r>
        <w:t>17. Поднимаясь в Иерусалим, Иисус отвёл двенадцать учеников в сторону и по дороге сказал им:</w:t>
      </w:r>
    </w:p>
    <w:p>
      <w:r>
        <w:t>18. «Вот, мы поднимаемся в Иерусалим. Сын Человеческий будет предан первосвященникам и книжникам; они приговорят Его к смерти</w:t>
      </w:r>
    </w:p>
    <w:p>
      <w:pPr>
        <w:ind w:left="360"/>
      </w:pPr>
      <w:r>
        <w:rPr>
          <w:b/>
          <w:sz w:val="20"/>
        </w:rPr>
        <w:t>Предсказание страданий</w:t>
      </w:r>
      <w:r>
        <w:rPr>
          <w:i/>
          <w:sz w:val="20"/>
        </w:rPr>
        <w:t xml:space="preserve"> παραδοθήσεται ... κατακρινοῦσιν αὐτὸν θανάτῳ</w:t>
      </w:r>
      <w:r>
        <w:rPr>
          <w:sz w:val="20"/>
        </w:rPr>
        <w:t xml:space="preserve"> [paradothēsetai ... katakrinousin auton thanatō]</w:t>
      </w:r>
      <w:r>
        <w:rPr>
          <w:sz w:val="20"/>
        </w:rPr>
        <w:br/>
        <w:t>Третье предсказание страстей становится конкретнее: предание религиозным властям, смертный приговор и затем передача язычникам.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16:21, Мф 17:22–23</w:t>
      </w:r>
    </w:p>
    <w:p>
      <w:r>
        <w:t>19. и передадут язычникам на насмешки, бичевание и распятие, а на третий день Он воскреснет». [ἐμπαῖξαι καὶ μαστιγῶσαι καὶ σταυρῶσαι ... τῇ τρίτῃ ἡμέρᾳ ἐγερθήσεται — Матфей впервые в предсказаниях прямо называет распятие]</w:t>
      </w:r>
    </w:p>
    <w:p>
      <w:pPr>
        <w:ind w:left="360"/>
      </w:pPr>
      <w:r>
        <w:rPr>
          <w:b/>
          <w:sz w:val="20"/>
        </w:rPr>
        <w:t>Предсказание страданий</w:t>
      </w:r>
      <w:r>
        <w:rPr>
          <w:i/>
          <w:sz w:val="20"/>
        </w:rPr>
        <w:t xml:space="preserve"> ἐμπαῖξαι καὶ μαστιγῶσαι καὶ σταυρῶσαι ... τῇ τρίτῃ ἡμέρᾳ ἐγερθήσεται</w:t>
      </w:r>
      <w:r>
        <w:rPr>
          <w:sz w:val="20"/>
        </w:rPr>
        <w:t xml:space="preserve"> [empaixai kai mastigōsai kai staurōsai ... tē tritē hēmera egerthēsetai]</w:t>
      </w:r>
      <w:r>
        <w:rPr>
          <w:sz w:val="20"/>
        </w:rPr>
        <w:br/>
        <w:t>Матфей впервые в предсказаниях прямо называет распятие. Пассив «будет воскрешён/восстанет» завершает последовательность унижения обещанием третьего дня.</w:t>
      </w:r>
    </w:p>
    <w:p>
      <w:r>
        <w:t>20. Тогда к Нему подошла мать сыновей Зеведея вместе с ними, поклонилась и хотела попросить Его о чём-то.</w:t>
      </w:r>
    </w:p>
    <w:p>
      <w:r>
        <w:t>21. Он спросил её: «Чего ты хочешь?» Она ответила: «Скажи, чтобы эти два моих сына сели в Твоём Царстве один справа от Тебя, другой слева».</w:t>
      </w:r>
    </w:p>
    <w:p>
      <w:r>
        <w:t>22. Иисус ответил: «Вы не знаете, чего просите. Можете ли вы пить чашу, которую Я собираюсь пить?» Они ответили: «Можем». [δύνασθε πιεῖν τὸ ποτήριον ὃ ἐγὼ μέλλω πίνειν — библейский образ назначенной доли, здесь страдания Иисуса]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δύνασθε πιεῖν τὸ ποτήριον ὃ ἐγὼ μέλλω πίνειν</w:t>
      </w:r>
      <w:r>
        <w:rPr>
          <w:sz w:val="20"/>
        </w:rPr>
        <w:t xml:space="preserve"> [dynasthe piein to potērion ho egō mellō pinein]</w:t>
      </w:r>
      <w:r>
        <w:rPr>
          <w:sz w:val="20"/>
        </w:rPr>
        <w:br/>
        <w:t>«Чаша» — библейский образ назначенной доли, здесь страдания Иисуса. Матфей не содержит марковского добавления о «крещении» в этом стихе.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26:39, Мк 10:38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Основной текст Матфея содержит только образ чаши; добавление о крещении пришло из марковской параллели. Не гармонизируем.</w:t>
      </w:r>
    </w:p>
    <w:p>
      <w:r>
        <w:t>23. Он сказал им: «Мою чашу вы будете пить. Но дать место справа или слева от Меня — не Моё дело; эти места принадлежат тем, для кого приготовлены Моим Отцом».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οἷς ἡτοίμασται ὑπὸ τοῦ πατρός μου</w:t>
      </w:r>
      <w:r>
        <w:rPr>
          <w:sz w:val="20"/>
        </w:rPr>
        <w:t xml:space="preserve"> [hois hētoimastai hypo tou patros mou]</w:t>
      </w:r>
      <w:r>
        <w:rPr>
          <w:sz w:val="20"/>
        </w:rPr>
        <w:br/>
        <w:t>Иисус не говорит, что места распределяются случайно: они принадлежат тем, для кого приготовлены Отцом. Ответ перенаправляет амбицию учеников к Божьему решению.</w:t>
      </w:r>
    </w:p>
    <w:p>
      <w:r>
        <w:t>24. Услышав это, остальные десять возмутились двумя братьями.</w:t>
      </w:r>
    </w:p>
    <w:p>
      <w:r>
        <w:t>25. Иисус подозвал их и сказал: «Вы знаете, что правители народов господствуют над ними и великие властвуют над ними. [κατακυριεύουσιν ... κατεξουσιάζουσιν — Два усиленных глагола описывают власть «сверху вниз»: господствовать и осуществлять власть над другими]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κατακυριεύουσιν ... κατεξουσιάζουσιν</w:t>
      </w:r>
      <w:r>
        <w:rPr>
          <w:sz w:val="20"/>
        </w:rPr>
        <w:t xml:space="preserve"> [katakyrieuousin ... katexousiazousin]</w:t>
      </w:r>
      <w:r>
        <w:rPr>
          <w:sz w:val="20"/>
        </w:rPr>
        <w:br/>
        <w:t>Два усиленных глагола описывают власть «сверху вниз»: господствовать и осуществлять власть над другими. Именно такой образ величия Иисус отвергает для Своего сообщества.</w:t>
      </w:r>
    </w:p>
    <w:p>
      <w:r>
        <w:t>26. Но среди вас пусть будет не так. Кто хочет стать великим среди вас, пусть будет вашим служителем,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οὐχ οὕτως ἐστὶν ἐν ὑμῖν ... διάκονος</w:t>
      </w:r>
      <w:r>
        <w:rPr>
          <w:sz w:val="20"/>
        </w:rPr>
        <w:t xml:space="preserve"> [ouch houtōs estin en hymin ... diakonos]</w:t>
      </w:r>
      <w:r>
        <w:rPr>
          <w:sz w:val="20"/>
        </w:rPr>
        <w:br/>
        <w:t>«Среди вас не так» — принцип перевёрнутого лидерства. Великий определяется не контролем, а служением; διάκονος — тот, кто служит другим.</w:t>
      </w:r>
    </w:p>
    <w:p>
      <w:r>
        <w:t>27. а кто хочет быть первым среди вас, пусть будет вашим рабом. [δοῦλος — Иисус усиливает διάκονος из предыдущего стиха словом δοῦλος — раб/слуга, человек без претензии на статусное превосходство]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δοῦλος</w:t>
      </w:r>
      <w:r>
        <w:rPr>
          <w:sz w:val="20"/>
        </w:rPr>
        <w:t xml:space="preserve"> [doulos]</w:t>
      </w:r>
      <w:r>
        <w:rPr>
          <w:sz w:val="20"/>
        </w:rPr>
        <w:br/>
        <w:t>Иисус усиливает διάκονος из предыдущего стиха словом δοῦλος — раб/слуга, человек без претензии на статусное превосходство.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20:26</w:t>
      </w:r>
    </w:p>
    <w:p>
      <w:r>
        <w:t>28. Так и Сын Человеческий пришёл не для того, чтобы Ему служили, а чтобы служить и отдать Свою жизнь как выкуп за многих».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ὁ υἱὸς τοῦ ἀνθρώπου ... δοῦναι τὴν ψυχὴν αὐτοῦ λύτρον ἀντὶ πολλῶν</w:t>
      </w:r>
      <w:r>
        <w:rPr>
          <w:sz w:val="20"/>
        </w:rPr>
        <w:t xml:space="preserve"> [ho huios tou anthrōpou ... dounai tēn psychēn autou lytron anti pollōn]</w:t>
      </w:r>
      <w:r>
        <w:rPr>
          <w:sz w:val="20"/>
        </w:rPr>
        <w:br/>
        <w:t>Сын Человеческий Сам становится образцом служения: Он отдаёт Свою жизнь как λύτρον — цену освобождения/выкуп — «вместо/за многих» (ἀντὶ πολλῶν). Это одно из наиболее явных у Матфея объяснений спасительного смысла Его смерти.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53:10–12</w:t>
      </w:r>
    </w:p>
    <w:p>
      <w:r>
        <w:t>29. Когда они выходили из Иерихона, за Иисусом последовала большая толпа.</w:t>
      </w:r>
    </w:p>
    <w:p>
      <w:r>
        <w:t>30. И вот, двое слепых сидели у дороги. Услышав, что проходит Иисус, они закричали: «Господи, Сын Давида, помилуй нас!»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κύριε, ἐλέησον ἡμᾶς, υἱὲ Δαυίδ</w:t>
      </w:r>
      <w:r>
        <w:rPr>
          <w:sz w:val="20"/>
        </w:rPr>
        <w:t xml:space="preserve"> [kyrie eleēson hēmas huie Dauid]</w:t>
      </w:r>
      <w:r>
        <w:rPr>
          <w:sz w:val="20"/>
        </w:rPr>
        <w:br/>
        <w:t>Двое слепых исповедуют Иисуса «Сыном Давида» именно на пути к Иерусалиму. Мессианский титул подготавливает вход в город в 21:9.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21:9</w:t>
      </w:r>
    </w:p>
    <w:p>
      <w:r>
        <w:t>31. Толпа требовала, чтобы они замолчали, но они кричали ещё громче: «Господи, Сын Давида, помилуй нас!»</w:t>
      </w:r>
    </w:p>
    <w:p>
      <w:r>
        <w:t>32. Иисус остановился, позвал их и спросил: «Что вы хотите, чтобы Я сделал для вас?»</w:t>
      </w:r>
    </w:p>
    <w:p>
      <w:r>
        <w:t>33. Они ответили: «Господи, чтобы открылись наши глаза».</w:t>
      </w:r>
    </w:p>
    <w:p>
      <w:r>
        <w:t>34. Сжалившись, Иисус коснулся их глаз. Они сразу прозрели и последовали за Ним. [σπλαγχνισθεὶς — означает глубокое внутреннее сострадание]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σπλαγχνισθεὶς</w:t>
      </w:r>
      <w:r>
        <w:rPr>
          <w:sz w:val="20"/>
        </w:rPr>
        <w:t xml:space="preserve"> [splanchnistheis]</w:t>
      </w:r>
      <w:r>
        <w:rPr>
          <w:sz w:val="20"/>
        </w:rPr>
        <w:br/>
        <w:t>Глагол означает глубокое внутреннее сострадание. Исцеление исходит не только из власти Иисуса, но и из сострадания; прозревшие сразу становятся Его последователями.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9:36, Мф 14:14</w:t>
      </w:r>
    </w:p>
    <w:p>
      <w:pPr>
        <w:pStyle w:val="Heading2"/>
      </w:pPr>
      <w:r>
        <w:t>Глава 21</w:t>
      </w:r>
    </w:p>
    <w:p>
      <w:r>
        <w:t>1. Когда они приблизились к Иерусалиму и пришли к Вифагии у Масличной горы, Иисус послал двух учеников</w:t>
      </w:r>
    </w:p>
    <w:p>
      <w:r>
        <w:t>2. и сказал им: «Идите в селение напротив. Сразу найдёте привязанную ослицу и с ней молодого осла. Отвяжите их и приведите ко Мне.</w:t>
      </w:r>
    </w:p>
    <w:p>
      <w:r>
        <w:t>3. Если кто-нибудь что-то скажет вам, ответьте: “Они нужны Господу”, — и он сразу отпустит их».</w:t>
      </w:r>
    </w:p>
    <w:p>
      <w:r>
        <w:t>4. Это произошло, чтобы исполнилось сказанное через пророка:</w:t>
      </w:r>
    </w:p>
    <w:p>
      <w:pPr>
        <w:ind w:left="360"/>
      </w:pPr>
      <w:r>
        <w:rPr>
          <w:b/>
          <w:sz w:val="20"/>
        </w:rPr>
        <w:t>Формула исполнения</w:t>
      </w:r>
      <w:r>
        <w:rPr>
          <w:i/>
          <w:sz w:val="20"/>
        </w:rPr>
        <w:t xml:space="preserve"> τοῦτο δὲ γέγονεν ἵνα πληρωθῇ τὸ ῥηθὲν διὰ τοῦ προφήτου</w:t>
      </w:r>
      <w:r>
        <w:rPr>
          <w:sz w:val="20"/>
        </w:rPr>
        <w:t xml:space="preserve"> [touto de gegonen hina plērōthē to rhēthen dia tou prophētou]</w:t>
      </w:r>
      <w:r>
        <w:rPr>
          <w:sz w:val="20"/>
        </w:rPr>
        <w:br/>
        <w:t>Матфей снова использует характерную формулу исполнения. Царский вход читается не как случайная процессия, а как осуществление пророческого сценария.</w:t>
      </w:r>
    </w:p>
    <w:p>
      <w:r>
        <w:t>5. «Скажите дочери Сиона: вот, твой Царь идёт к тебе, кроткий, сидящий на осле — на молодом осле, сыне вьючного животного».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εἴπατε τῇ θυγατρὶ Σιών ... πραῢς καὶ ἐπιβεβηκὼς ἐπὶ ὄνον</w:t>
      </w:r>
      <w:r>
        <w:rPr>
          <w:sz w:val="20"/>
        </w:rPr>
        <w:t xml:space="preserve"> [eipate tē thygatri Siōn ... praus kai epibebēkōs epi onon]</w:t>
      </w:r>
      <w:r>
        <w:rPr>
          <w:sz w:val="20"/>
        </w:rPr>
        <w:br/>
        <w:t>Цитата соединяет Ис 62:11 с Зах 9:9. Матфей подчёркивает парадокс: Царь приходит кротко, не на военном коне.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62:11, Зах 9:9</w:t>
      </w:r>
    </w:p>
    <w:p>
      <w:r>
        <w:t>6. Ученики пошли и сделали так, как велел им Иисус.</w:t>
      </w:r>
    </w:p>
    <w:p>
      <w:r>
        <w:t>7. Они привели ослицу и молодого осла, положили на них свои одежды, и Иисус сел на одежды.</w:t>
      </w:r>
    </w:p>
    <w:p>
      <w:pPr>
        <w:ind w:left="360"/>
      </w:pPr>
      <w:r>
        <w:rPr>
          <w:b/>
          <w:sz w:val="20"/>
        </w:rPr>
        <w:t>Синтаксис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ἐπεκάθισεν ἐπάνω αὐτῶν</w:t>
      </w:r>
      <w:r>
        <w:rPr>
          <w:sz w:val="20"/>
        </w:rPr>
        <w:t xml:space="preserve"> [epekathisen epanō autōn]</w:t>
      </w:r>
      <w:r>
        <w:rPr>
          <w:sz w:val="20"/>
        </w:rPr>
        <w:br/>
        <w:t>Ближайший естественный референт αὐτῶν — одежды, которые ученики положили на животных. Текст не требует представления, будто Иисус физически сидел одновременно на двух животных.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ἐπάνω αὐτῶν наиболее естественно относится к ближайшему множественному «одежды», а не к двум животным одновременно.</w:t>
      </w:r>
    </w:p>
    <w:p>
      <w:r>
        <w:t>8. Большая часть народа расстилала на дороге свои одежды, другие срезали ветви с деревьев и устилали ими дорогу.</w:t>
      </w:r>
    </w:p>
    <w:p>
      <w:r>
        <w:t>9. Толпы, шедшие впереди и следовавшие за Ним, кричали: «Осанна Сыну Давида! Благословен Идущий во имя Господа! Осанна в вышних!»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ὡσαννὰ τῷ υἱῷ Δαυίδ ... εὐλογημένος ὁ ἐρχόμενος ἐν ὀνόματι κυρίου</w:t>
      </w:r>
      <w:r>
        <w:rPr>
          <w:sz w:val="20"/>
        </w:rPr>
        <w:t xml:space="preserve"> [hōsanna tō huiō Dauid ... eulogēmenos ho erchomenos en onomati kyriou]</w:t>
      </w:r>
      <w:r>
        <w:rPr>
          <w:sz w:val="20"/>
        </w:rPr>
        <w:br/>
        <w:t>«Осанна» восходит к просьбе «спаси же!» в Пс 117(118):25, а «Благословен Идущий...» — к следующему стиху. У Матфея к паломнической формуле добавлен мессианский титул «Сын Давида».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118:25–26, Мф 20:30</w:t>
      </w:r>
    </w:p>
    <w:p>
      <w:r>
        <w:t>10. Когда Он вошёл в Иерусалим, весь город пришёл в движение и спрашивал: «Кто это?» [ἐσείσθη πᾶσα ἡ πόλις — означает трясти/потрясать]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ἐσείσθη πᾶσα ἡ πόλις</w:t>
      </w:r>
      <w:r>
        <w:rPr>
          <w:sz w:val="20"/>
        </w:rPr>
        <w:t xml:space="preserve"> [eseisthē pasa hē polis]</w:t>
      </w:r>
      <w:r>
        <w:rPr>
          <w:sz w:val="20"/>
        </w:rPr>
        <w:br/>
        <w:t>Глагол σείω означает трясти/потрясать; буквально весь город «сотрясся». Матфей тем самым описывает не просто интерес, а сильное общественное потрясение.</w:t>
      </w:r>
    </w:p>
    <w:p>
      <w:r>
        <w:t>11. Толпы отвечали: «Это пророк Иисус из Назарета Галилейского».</w:t>
      </w:r>
    </w:p>
    <w:p>
      <w:r>
        <w:t>12. Иисус вошёл в храм и выгнал оттуда продающих и покупающих, перевернул столы менял и сиденья продавцов голубей.</w:t>
      </w:r>
    </w:p>
    <w:p>
      <w:pPr>
        <w:ind w:left="360"/>
      </w:pPr>
      <w:r>
        <w:rPr>
          <w:b/>
          <w:sz w:val="20"/>
        </w:rPr>
        <w:t>Храм</w:t>
      </w:r>
      <w:r>
        <w:rPr>
          <w:i/>
          <w:sz w:val="20"/>
        </w:rPr>
        <w:t xml:space="preserve"> ἐξέβαλεν πάντας τοὺς πωλοῦντας καὶ ἀγοράζοντας</w:t>
      </w:r>
      <w:r>
        <w:rPr>
          <w:sz w:val="20"/>
        </w:rPr>
        <w:t xml:space="preserve"> [exebalen pantas tous pōlountas kai agorazontas]</w:t>
      </w:r>
      <w:r>
        <w:rPr>
          <w:sz w:val="20"/>
        </w:rPr>
        <w:br/>
        <w:t>Действие Иисуса направлено и против продающих, и против покупающих: проблема показана как система, захватившая храмовое пространство.</w:t>
      </w:r>
    </w:p>
    <w:p>
      <w:r>
        <w:t>13. Он сказал им: «Написано: “Мой дом будет назван домом молитвы”, а вы превращаете его в убежище разбойников».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ὁ οἶκός μου οἶκος προσευχῆς κληθήσεται ... σπήλαιον λῃστῶν</w:t>
      </w:r>
      <w:r>
        <w:rPr>
          <w:sz w:val="20"/>
        </w:rPr>
        <w:t xml:space="preserve"> [ho oikos mou oikos proseuchēs klēthēsetai ... spēlaion lēstōn]</w:t>
      </w:r>
      <w:r>
        <w:rPr>
          <w:sz w:val="20"/>
        </w:rPr>
        <w:br/>
        <w:t>Иисус соединяет Ис 56:7 с Иер 7:11. Контраст — предназначение храма как дома молитвы и его превращение в «пещеру/убежище разбойников».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56:7, Иер 7:11</w:t>
      </w:r>
    </w:p>
    <w:p>
      <w:r>
        <w:t>14. В храме к Нему подошли слепые и хромые, и Он исцелил их.</w:t>
      </w:r>
    </w:p>
    <w:p>
      <w:r>
        <w:t>15. Первосвященники и книжники, увидев чудеса, которые Он совершал, и детей, кричавших в храме: «Осанна Сыну Давида!», возмутились</w:t>
      </w:r>
    </w:p>
    <w:p>
      <w:r>
        <w:t>16. и сказали Ему: «Ты слышишь, что они говорят?» Иисус ответил: «Да. Разве вы никогда не читали: “Из уст младенцев и грудных детей Ты приготовил хвалу”?»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ἐκ στόματος νηπίων καὶ θηλαζόντων κατηρτίσω αἶνον</w:t>
      </w:r>
      <w:r>
        <w:rPr>
          <w:sz w:val="20"/>
        </w:rPr>
        <w:t xml:space="preserve"> [ek stomatos nēpiōn kai thēlazontōn katērtisō ainon]</w:t>
      </w:r>
      <w:r>
        <w:rPr>
          <w:sz w:val="20"/>
        </w:rPr>
        <w:br/>
        <w:t>Цитата Пс 8:3 LXX. Хвала детей Сыну Давида получает у Иисуса библейское оправдание текстом, где хвала направлена Богу; это создаёт сильный христологический подтекст.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8:2</w:t>
      </w:r>
    </w:p>
    <w:p>
      <w:r>
        <w:t>17. Оставив их, Он вышел из города в Вифанию и провёл там ночь.</w:t>
      </w:r>
    </w:p>
    <w:p>
      <w:r>
        <w:t>18. Рано утром, возвращаясь в город, Иисус проголодался.</w:t>
      </w:r>
    </w:p>
    <w:p>
      <w:r>
        <w:t>19. Увидев у дороги смоковницу, Он подошёл к ней, но не нашёл ничего, кроме листьев, и сказал: «Пусть от тебя больше никогда не будет плода». И смоковница сразу засохла.</w:t>
      </w:r>
    </w:p>
    <w:p>
      <w:pPr>
        <w:ind w:left="360"/>
      </w:pPr>
      <w:r>
        <w:rPr>
          <w:b/>
          <w:sz w:val="20"/>
        </w:rPr>
        <w:t>Пророческий знак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μηκέτι ἐκ σοῦ καρπὸς γένηται εἰς τὸν αἰῶνα</w:t>
      </w:r>
      <w:r>
        <w:rPr>
          <w:sz w:val="20"/>
        </w:rPr>
        <w:t xml:space="preserve"> [mēketi ek sou karpos genētai eis ton aiōna]</w:t>
      </w:r>
      <w:r>
        <w:rPr>
          <w:sz w:val="20"/>
        </w:rPr>
        <w:br/>
        <w:t>Смоковница стоит в храмовом контексте между входом в Иерусалим и спорами в храме. Отсутствие плода становится знамением суда над бесплодием, а не уроком садоводства.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21:12–13, Мф 21:33–43</w:t>
      </w:r>
    </w:p>
    <w:p>
      <w:r>
        <w:t>20. Увидев это, ученики удивились: «Как смоковница могла так быстро засохнуть?»</w:t>
      </w:r>
    </w:p>
    <w:p>
      <w:r>
        <w:t>21. Иисус ответил: «Истинно говорю вам: если будете иметь веру и не усомнитесь, вы сможете сделать не только то, что произошло со смоковницей, но даже сказать этой горе: “Поднимись и бросься в море”, — и это произойдёт. [ἐὰν ἔχητε πίστιν καὶ μὴ διακριθῆτε — означает внутренне колебаться/сомневаться]</w:t>
      </w:r>
    </w:p>
    <w:p>
      <w:pPr>
        <w:ind w:left="360"/>
      </w:pPr>
      <w:r>
        <w:rPr>
          <w:b/>
          <w:sz w:val="20"/>
        </w:rPr>
        <w:t>Вера</w:t>
      </w:r>
      <w:r>
        <w:rPr>
          <w:i/>
          <w:sz w:val="20"/>
        </w:rPr>
        <w:t xml:space="preserve"> ἐὰν ἔχητε πίστιν καὶ μὴ διακριθῆτε</w:t>
      </w:r>
      <w:r>
        <w:rPr>
          <w:sz w:val="20"/>
        </w:rPr>
        <w:t xml:space="preserve"> [ean echēte pistin kai mē diakrithēte]</w:t>
      </w:r>
      <w:r>
        <w:rPr>
          <w:sz w:val="20"/>
        </w:rPr>
        <w:br/>
        <w:t>διακρίνω здесь означает внутренне колебаться/сомневаться. «Эта гора» в непосредственном Иерусалимском контексте может быть риторически конкретной, но основной смысл — невозможное препятствие не превосходит Божью силу.</w:t>
      </w:r>
    </w:p>
    <w:p>
      <w:r>
        <w:t>22. Всё, чего вы попросите в молитве с верой, получите».</w:t>
      </w:r>
    </w:p>
    <w:p>
      <w:r>
        <w:t>23. Когда Иисус вошёл в храм и стал учить, к Нему подошли первосвященники и старейшины народа и спросили: «Какой властью Ты это делаешь? Кто дал Тебе эту власть?»</w:t>
      </w:r>
    </w:p>
    <w:p>
      <w:pPr>
        <w:ind w:left="360"/>
      </w:pPr>
      <w:r>
        <w:rPr>
          <w:b/>
          <w:sz w:val="20"/>
        </w:rPr>
        <w:t>Власть</w:t>
      </w:r>
      <w:r>
        <w:rPr>
          <w:i/>
          <w:sz w:val="20"/>
        </w:rPr>
        <w:t xml:space="preserve"> ἐν ποίᾳ ἐξουσίᾳ ταῦτα ποιεῖς</w:t>
      </w:r>
      <w:r>
        <w:rPr>
          <w:sz w:val="20"/>
        </w:rPr>
        <w:t xml:space="preserve"> [en poia exousia tauta poieis]</w:t>
      </w:r>
      <w:r>
        <w:rPr>
          <w:sz w:val="20"/>
        </w:rPr>
        <w:br/>
        <w:t>После храмового действия спор сосредоточен на ἐξουσία — праве/полномочии Иисуса действовать и учить. Это одна из ключевых тем Матфея от 7:29 до 28:18.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7:29, Мф 28:18</w:t>
      </w:r>
    </w:p>
    <w:p>
      <w:r>
        <w:t>24. Иисус ответил: «Я тоже задам вам один вопрос. Если ответите Мне, Я скажу вам, какой властью это делаю.</w:t>
      </w:r>
    </w:p>
    <w:p>
      <w:r>
        <w:t>25. Крещение Иоанна откуда было — с неба или от людей?» Они стали рассуждать между собой: «Если скажем: “С неба”, Он спросит: “Почему же вы ему не поверили?”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τὸ βάπτισμα τὸ Ἰωάννου πόθεν ἦν; ἐξ οὐρανοῦ ἢ ἐξ ἀνθρώπων;</w:t>
      </w:r>
      <w:r>
        <w:rPr>
          <w:sz w:val="20"/>
        </w:rPr>
        <w:t xml:space="preserve"> [to baptisma to Iōannou pothen ēn ex ouranou ē ex anthrōpōn]</w:t>
      </w:r>
      <w:r>
        <w:rPr>
          <w:sz w:val="20"/>
        </w:rPr>
        <w:br/>
        <w:t>Контрвопрос заставляет руководителей применить к Иоанну тот же критерий происхождения власти, который они предъявляют Иисусу. Их ответ затем определяется не истиной, а политическим риском.</w:t>
      </w:r>
    </w:p>
    <w:p>
      <w:r>
        <w:t>26. А если скажем: “От людей”, боимся народа, потому что все считают Иоанна пророком».</w:t>
      </w:r>
    </w:p>
    <w:p>
      <w:r>
        <w:t>27. Поэтому они ответили Иисусу: «Не знаем». Он сказал им: «Тогда и Я не скажу вам, какой властью это делаю.</w:t>
      </w:r>
    </w:p>
    <w:p>
      <w:r>
        <w:t>28. Как вам кажется? У одного человека было два сына. Он подошёл к первому и сказал: “Сын, пойди сегодня поработай в винограднике”.</w:t>
      </w:r>
    </w:p>
    <w:p>
      <w:r>
        <w:t>29. Тот ответил: “Не хочу”, но потом передумал и пошёл. [ὕστερον δὲ μεταμεληθεὶς ἀπῆλθεν — μεταμέλομαι — изменить решение/раскаяться в смысле сожаления и поворота]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ὕστερον δὲ μεταμεληθεὶς ἀπῆλθεν</w:t>
      </w:r>
      <w:r>
        <w:rPr>
          <w:sz w:val="20"/>
        </w:rPr>
        <w:t xml:space="preserve"> [hysteron de metamelētheis apēlthen]</w:t>
      </w:r>
      <w:r>
        <w:rPr>
          <w:sz w:val="20"/>
        </w:rPr>
        <w:br/>
        <w:t>μεταμέλομαι — изменить решение/раскаяться в смысле сожаления и поворота. В притче решающим оказывается не первоначальное слово, а последующее исполнение воли отца.</w:t>
      </w:r>
    </w:p>
    <w:p>
      <w:r>
        <w:t>30. Отец подошёл ко второму и сказал то же. Тот ответил: “Иду, господин”, но не пошёл.</w:t>
      </w:r>
    </w:p>
    <w:p>
      <w:r>
        <w:t>31. Который из двух исполнил волю отца?» Они ответили: «Первый». Иисус сказал им: «Истинно говорю вам: сборщики пошлин и проститутки входят в Царство Бога впереди вас.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οἱ τελῶναι καὶ αἱ πόρναι προάγουσιν ὑμᾶς εἰς τὴν βασιλείαν τοῦ θεοῦ</w:t>
      </w:r>
      <w:r>
        <w:rPr>
          <w:sz w:val="20"/>
        </w:rPr>
        <w:t xml:space="preserve"> [hoi telōnai kai hai pornai proagousin hymas eis tēn basileian tou theou]</w:t>
      </w:r>
      <w:r>
        <w:rPr>
          <w:sz w:val="20"/>
        </w:rPr>
        <w:br/>
        <w:t>Шокирующий контраст основан на реакции на Иоанна: социально презираемые поверили, тогда как религиозные лидеры, увидев это, не изменились.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21:32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 Bible Code corpus 21:28–31 последовательно имеет основную форму: первый сын отвечает «не хочу», затем идёт; второй обещает, но не идёт; ответ — «первый». Эта форма имеет NST-членство в ключевых словах. Другие древние перестановки сохраняются в аппарате, но основной текст фиксируем по выбранному running text.</w:t>
      </w:r>
    </w:p>
    <w:p>
      <w:r>
        <w:t>32. Потому что Иоанн пришёл к вам путём праведности, и вы ему не поверили, а сборщики пошлин и проститутки поверили. Вы же, увидев это, и позже не передумали и не поверили ему.</w:t>
      </w:r>
    </w:p>
    <w:p>
      <w:r>
        <w:t>33. Послушайте другую притчу. Был хозяин дома, который посадил виноградник, обнёс его оградой, выкопал давильню, построил башню, отдал виноградник арендаторам и уехал.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ἀμπελῶνα ... φραγμὸν ... ληνὸν ... πύργον</w:t>
      </w:r>
      <w:r>
        <w:rPr>
          <w:sz w:val="20"/>
        </w:rPr>
        <w:t xml:space="preserve"> [ampelōna ... phragmon ... lēnon ... pyrgon]</w:t>
      </w:r>
      <w:r>
        <w:rPr>
          <w:sz w:val="20"/>
        </w:rPr>
        <w:br/>
        <w:t>Описание почти программно вызывает Ис 5:1–7: виноградник, ограда, давильня, башня. Поэтому слушатели должны распознавать виноградник как образ Божьего народа и ожидание плода.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5:1–7</w:t>
      </w:r>
    </w:p>
    <w:p>
      <w:r>
        <w:t>34. Когда приблизилось время плодов, он послал к арендаторам своих рабов получить причитающиеся ему плоды.</w:t>
      </w:r>
    </w:p>
    <w:p>
      <w:r>
        <w:t>35. Но арендаторы схватили его рабов: одного избили, другого убили, третьего забросали камнями.</w:t>
      </w:r>
    </w:p>
    <w:p>
      <w:r>
        <w:t>36. Тогда он послал других рабов, больше прежнего, но с ними поступили так же.</w:t>
      </w:r>
    </w:p>
    <w:p>
      <w:r>
        <w:t>37. Наконец он послал к ним своего сына, думая: “Моего сына они постыдятся”.</w:t>
      </w:r>
    </w:p>
    <w:p>
      <w:r>
        <w:t>38. Но арендаторы, увидев сына, сказали друг другу: “Это наследник. Давайте убьём его и завладеем наследством”.</w:t>
      </w:r>
    </w:p>
    <w:p>
      <w:pPr>
        <w:ind w:left="360"/>
      </w:pPr>
      <w:r>
        <w:rPr>
          <w:b/>
          <w:sz w:val="20"/>
        </w:rPr>
        <w:t>Притча</w:t>
      </w:r>
      <w:r>
        <w:rPr>
          <w:i/>
          <w:sz w:val="20"/>
        </w:rPr>
        <w:t xml:space="preserve"> οὗτός ἐστιν ὁ κληρονόμος· δεῦτε ἀποκτείνωμεν αὐτόν</w:t>
      </w:r>
      <w:r>
        <w:rPr>
          <w:sz w:val="20"/>
        </w:rPr>
        <w:t xml:space="preserve"> [houtos estin ho klēronomos deute apokteinōmen auton]</w:t>
      </w:r>
      <w:r>
        <w:rPr>
          <w:sz w:val="20"/>
        </w:rPr>
        <w:br/>
        <w:t>Сын отличается от предыдущих рабов не степенью полномочий, а своим статусом наследника. Решение арендаторов убить наследника делает притчу прозрачным предвосхищением убийства Сына.</w:t>
      </w:r>
    </w:p>
    <w:p>
      <w:r>
        <w:t>39. Они схватили его, вывели из виноградника и убили.</w:t>
      </w:r>
    </w:p>
    <w:p>
      <w:r>
        <w:t>40. Итак, когда придёт хозяин виноградника, что он сделает с этими арендаторами?»</w:t>
      </w:r>
    </w:p>
    <w:p>
      <w:r>
        <w:t>41. Они ответили: «Этих злодеев он сурово накажет, а виноградник отдаст другим арендаторам, которые будут отдавать ему плоды вовремя».</w:t>
      </w:r>
    </w:p>
    <w:p>
      <w:r>
        <w:t>42. Иисус сказал им: «Разве вы никогда не читали в Писаниях: “Камень, который отвергли строители, стал краеугольным. Это сделал Господь, и это удивительно в наших глазах”?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λίθον ὃν ἀπεδοκίμασαν οἱ οἰκοδομοῦντες ... κεφαλὴν γωνίας</w:t>
      </w:r>
      <w:r>
        <w:rPr>
          <w:sz w:val="20"/>
        </w:rPr>
        <w:t xml:space="preserve"> [lithon hon apedokimasan hoi oikodomountes ... kephalēn gōnias]</w:t>
      </w:r>
      <w:r>
        <w:rPr>
          <w:sz w:val="20"/>
        </w:rPr>
        <w:br/>
        <w:t>Пс 117(118):22–23: отвергнутый строителями камень становится главным угловым/краеугольным. Иисус применяет образ отвержения и Божьего переворота к Себе.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118:22–23</w:t>
      </w:r>
    </w:p>
    <w:p>
      <w:r>
        <w:t>43. Поэтому говорю вам: Царство Бога будет отнято у вас и дано народу, приносящему его плоды.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ἀρθήσεται ἀφ᾽ ὑμῶν ἡ βασιλεία τοῦ θεοῦ καὶ δοθήσεται ἔθνει ποιοῦντι τοὺς καρποὺς αὐτῆς</w:t>
      </w:r>
      <w:r>
        <w:rPr>
          <w:sz w:val="20"/>
        </w:rPr>
        <w:t xml:space="preserve"> [arthēsetai aph hymōn hē basileia tou theou kai dothēsetai ethnei poiounti tous karpous autēs]</w:t>
      </w:r>
      <w:r>
        <w:rPr>
          <w:sz w:val="20"/>
        </w:rPr>
        <w:br/>
        <w:t>Критерий передачи Царства — не этническая замена как таковая, а народ, «производящий его плоды». Это продолжает мотив плода от смоковницы и виноградника.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21:19, Мф 21:33–41</w:t>
      </w:r>
    </w:p>
    <w:p>
      <w:r>
        <w:t>44. Кто упадёт на этот камень, разобьётся; а на кого он упадёт, того сокрушит».</w:t>
      </w:r>
    </w:p>
    <w:p>
      <w:pPr>
        <w:ind w:left="360"/>
      </w:pPr>
      <w:r>
        <w:rPr>
          <w:b/>
          <w:sz w:val="20"/>
        </w:rPr>
        <w:t>Камень</w:t>
      </w:r>
      <w:r>
        <w:rPr>
          <w:i/>
          <w:sz w:val="20"/>
        </w:rPr>
        <w:t xml:space="preserve"> ὁ πεσὼν ἐπὶ τὸν λίθον τοῦτον ... ἐφ᾽ ὃν δ᾽ ἂν πέσῃ λικμήσει αὐτόν</w:t>
      </w:r>
      <w:r>
        <w:rPr>
          <w:sz w:val="20"/>
        </w:rPr>
        <w:t xml:space="preserve"> [ho pesōn epi ton lithon touton ... eph hon d an pesē likmēsei auton]</w:t>
      </w:r>
      <w:r>
        <w:rPr>
          <w:sz w:val="20"/>
        </w:rPr>
        <w:br/>
        <w:t>Образ расширяет каменную метафору суда: столкновение с отвергнутым камнем разрушительно. В Bible Code corpus стих имеет N/S/TR-членство и потому остаётся в основном тексте.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 Bible Code corpus стих полностью имеет членство N/S/TR. Поэтому само наличие 21:44 для нашей текстовой базы не спорно; red снимаем. Возможные внешние варианты остаются аппаратной информацией.</w:t>
      </w:r>
    </w:p>
    <w:p>
      <w:r>
        <w:t>45. Услышав Его притчи, первосвященники и фарисеи поняли, что Он говорит о них.</w:t>
      </w:r>
    </w:p>
    <w:p>
      <w:r>
        <w:t>46. Они хотели схватить Его, но боялись народа, потому что люди считали Его пророком.</w:t>
      </w:r>
    </w:p>
    <w:p>
      <w:pPr>
        <w:pStyle w:val="Heading2"/>
      </w:pPr>
      <w:r>
        <w:t>Глава 22</w:t>
      </w:r>
    </w:p>
    <w:p>
      <w:r>
        <w:t>1. Иисус снова заговорил с ними притчами:</w:t>
      </w:r>
    </w:p>
    <w:p>
      <w:r>
        <w:t>2. «Царство Небес подобно царю, который устроил свадебный пир для своего сына.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ὡμοιώθη ἡ βασιλεία τῶν οὐρανῶν ἀνθρώπῳ βασιλεῖ</w:t>
      </w:r>
      <w:r>
        <w:rPr>
          <w:sz w:val="20"/>
        </w:rPr>
        <w:t xml:space="preserve"> [hōmoiōthē hē basileia tōn ouranōn anthrōpō basilei]</w:t>
      </w:r>
      <w:r>
        <w:rPr>
          <w:sz w:val="20"/>
        </w:rPr>
        <w:br/>
        <w:t>Образ Царства строится вокруг царя и свадебного пира его сына. В контексте после притчи о злых арендаторах тема Сына и ответа на приглашение становится ещё острее.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21:37–39</w:t>
      </w:r>
    </w:p>
    <w:p>
      <w:r>
        <w:t>3. Он послал рабов позвать приглашённых на пир, но те не захотели прийти. [καλέσαι τοὺς κεκλημένους — Греческий использует игру одного корня: «позвать уже приглашённых»]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καλέσαι τοὺς κεκλημένους</w:t>
      </w:r>
      <w:r>
        <w:rPr>
          <w:sz w:val="20"/>
        </w:rPr>
        <w:t xml:space="preserve"> [kalesai tous keklēmenous]</w:t>
      </w:r>
      <w:r>
        <w:rPr>
          <w:sz w:val="20"/>
        </w:rPr>
        <w:br/>
        <w:t>Греческий использует игру одного корня: «позвать уже приглашённых». Отказ — не отсутствие приглашения, а сознательный отказ ответить на уже полученный зов.</w:t>
      </w:r>
    </w:p>
    <w:p>
      <w:r>
        <w:t>4. Тогда он послал других рабов сказать приглашённым: “Вот, я приготовил угощение, всё готово. Приходите на свадебный пир”.</w:t>
      </w:r>
    </w:p>
    <w:p>
      <w:r>
        <w:t>5. Но они не обратили внимания и разошлись: один на своё поле, другой по своим делам.</w:t>
      </w:r>
    </w:p>
    <w:p>
      <w:r>
        <w:t>6. Остальные схватили царских рабов, унизили их и убили.</w:t>
      </w:r>
    </w:p>
    <w:p>
      <w:r>
        <w:t>7. Царь разгневался и послал войска наказать убийц и разрушить их город.</w:t>
      </w:r>
    </w:p>
    <w:p>
      <w:pPr>
        <w:ind w:left="360"/>
      </w:pPr>
      <w:r>
        <w:rPr>
          <w:b/>
          <w:sz w:val="20"/>
        </w:rPr>
        <w:t>Суд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ἀπολέσαι τοὺς φονεῖς ἐκείνους καὶ τὴν πόλιν αὐτῶν ἐνέπρησεν</w:t>
      </w:r>
      <w:r>
        <w:rPr>
          <w:sz w:val="20"/>
        </w:rPr>
        <w:t xml:space="preserve"> [apolesai tous phoneis ekeinous kai tēn polin autōn eneprēsen]</w:t>
      </w:r>
      <w:r>
        <w:rPr>
          <w:sz w:val="20"/>
        </w:rPr>
        <w:br/>
        <w:t>Язык царского суда внутри притчи предельно жёсткий. В повествовательном контексте Иерусалима он естественно звучит как предупреждение о суде, но сам стих остаётся частью образного рассказа.</w:t>
      </w:r>
    </w:p>
    <w:p>
      <w:r>
        <w:t>8. Затем сказал рабам: “Свадебный пир готов, но приглашённые оказались недостойны.</w:t>
      </w:r>
    </w:p>
    <w:p>
      <w:r>
        <w:t>9. Поэтому идите на перекрёстки дорог и зовите на пир всех, кого найдёте”.</w:t>
      </w:r>
    </w:p>
    <w:p>
      <w:r>
        <w:t>10. Рабы вышли на дороги и собрали всех, кого нашли, и злых, и добрых; свадебный зал наполнился гостями.</w:t>
      </w:r>
    </w:p>
    <w:p>
      <w:pPr>
        <w:ind w:left="360"/>
      </w:pPr>
      <w:r>
        <w:rPr>
          <w:b/>
          <w:sz w:val="20"/>
        </w:rPr>
        <w:t>Благодать и суд</w:t>
      </w:r>
      <w:r>
        <w:rPr>
          <w:i/>
          <w:sz w:val="20"/>
        </w:rPr>
        <w:t xml:space="preserve"> συνήγαγον πάντας οὓς εὗρον, πονηρούς τε καὶ ἀγαθούς</w:t>
      </w:r>
      <w:r>
        <w:rPr>
          <w:sz w:val="20"/>
        </w:rPr>
        <w:t xml:space="preserve"> [synēgagon pantas hous heuron ponērous te kai agathous]</w:t>
      </w:r>
      <w:r>
        <w:rPr>
          <w:sz w:val="20"/>
        </w:rPr>
        <w:br/>
        <w:t>Приглашение расширяется ко «всем найденным — и злым, и добрым». Вход на пир основан не на прежнем статусе, но последующая сцена показывает, что широкое приглашение не отменяет ответственности перед царём.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22:11–14</w:t>
      </w:r>
    </w:p>
    <w:p>
      <w:r>
        <w:t>11. Когда царь вошёл посмотреть на гостей, он увидел человека без свадебной одежды [οὐκ ἐνδεδυμένον ἔνδυμα γάμου — Текст не объясняет происхождение свадебной одежды и не поддерживает уверенные реконструкции о якобы обязательной одежде,…]</w:t>
      </w:r>
    </w:p>
    <w:p>
      <w:pPr>
        <w:ind w:left="360"/>
      </w:pPr>
      <w:r>
        <w:rPr>
          <w:b/>
          <w:sz w:val="20"/>
        </w:rPr>
        <w:t>Символика</w:t>
      </w:r>
      <w:r>
        <w:rPr>
          <w:i/>
          <w:sz w:val="20"/>
        </w:rPr>
        <w:t xml:space="preserve"> οὐκ ἐνδεδυμένον ἔνδυμα γάμου</w:t>
      </w:r>
      <w:r>
        <w:rPr>
          <w:sz w:val="20"/>
        </w:rPr>
        <w:t xml:space="preserve"> [ouk endedymenon endyma gamou]</w:t>
      </w:r>
      <w:r>
        <w:rPr>
          <w:sz w:val="20"/>
        </w:rPr>
        <w:br/>
        <w:t>Текст не объясняет происхождение свадебной одежды и не поддерживает уверенные реконструкции о якобы обязательной одежде, выдаваемой хозяином. Надёжный смысл: присутствие среди приглашённых само по себе не делает человека готовым к царскому пиру.</w:t>
      </w:r>
    </w:p>
    <w:p>
      <w:r>
        <w:t>12. и спросил: “Друг, как ты вошёл сюда без свадебной одежды?” Тот молчал.</w:t>
      </w:r>
    </w:p>
    <w:p>
      <w:r>
        <w:t>13. Тогда царь сказал слугам: “Свяжите ему руки и ноги и выбросьте его во внешнюю тьму; там будут плач и скрежет зубов”.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Судебная метафора передана достаточно точно; филологической неопределённости, влияющей на перевод, здесь нет.</w:t>
      </w:r>
    </w:p>
    <w:p>
      <w:r>
        <w:t>14. Потому что много званых, но мало избранных».</w:t>
      </w:r>
    </w:p>
    <w:p>
      <w:pPr>
        <w:ind w:left="360"/>
      </w:pPr>
      <w:r>
        <w:rPr>
          <w:b/>
          <w:sz w:val="20"/>
        </w:rPr>
        <w:t>Итог</w:t>
      </w:r>
      <w:r>
        <w:rPr>
          <w:i/>
          <w:sz w:val="20"/>
        </w:rPr>
        <w:t xml:space="preserve"> πολλοὶ γάρ εἰσιν κλητοί, ὀλίγοι δὲ ἐκλεκτοί</w:t>
      </w:r>
      <w:r>
        <w:rPr>
          <w:sz w:val="20"/>
        </w:rPr>
        <w:t xml:space="preserve"> [polloi gar eisin klētoi oligoi de eklektoi]</w:t>
      </w:r>
      <w:r>
        <w:rPr>
          <w:sz w:val="20"/>
        </w:rPr>
        <w:br/>
        <w:t>«Много званых, мало избранных» — подлинная заключительная формула этой притчи. Она противопоставляет широту призыва и окончательное Божье избрание/одобрение; в 20:16 эта фраза является поздним расширением.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20:16</w:t>
      </w:r>
    </w:p>
    <w:p>
      <w:r>
        <w:t>15. Тогда фарисеи ушли и стали советоваться, как поймать Иисуса на слове.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ὅπως αὐτὸν παγιδεύσωσιν ἐν λόγῳ</w:t>
      </w:r>
      <w:r>
        <w:rPr>
          <w:sz w:val="20"/>
        </w:rPr>
        <w:t xml:space="preserve"> [hopōs auton pagideusōsin en logō]</w:t>
      </w:r>
      <w:r>
        <w:rPr>
          <w:sz w:val="20"/>
        </w:rPr>
        <w:br/>
        <w:t>παγιδεύω — ловить в ловушку. Вопрос о налоге задуман не как нейтральная дискуссия, а как словесная западня, где любой прямой ответ можно политически использовать против Иисуса.</w:t>
      </w:r>
    </w:p>
    <w:p>
      <w:r>
        <w:t>16. Они послали к Нему своих учеников вместе с иродианами сказать: «Учитель, мы знаем, что Ты правдив и истинно учишь пути Бога, не стараясь угождать людям и не смотря на их положение.</w:t>
      </w:r>
    </w:p>
    <w:p>
      <w:pPr>
        <w:ind w:left="360"/>
      </w:pPr>
      <w:r>
        <w:rPr>
          <w:b/>
          <w:sz w:val="20"/>
        </w:rPr>
        <w:t>Ирония</w:t>
      </w:r>
      <w:r>
        <w:rPr>
          <w:i/>
          <w:sz w:val="20"/>
        </w:rPr>
        <w:t xml:space="preserve"> οὐ μέλει σοι περὶ οὐδενός ... οὐ γὰρ βλέπεις εἰς πρόσωπον ἀνθρώπων</w:t>
      </w:r>
      <w:r>
        <w:rPr>
          <w:sz w:val="20"/>
        </w:rPr>
        <w:t xml:space="preserve"> [ou melei soi peri oudenos ... ou gar blepeis eis prosōpon anthrōpōn]</w:t>
      </w:r>
      <w:r>
        <w:rPr>
          <w:sz w:val="20"/>
        </w:rPr>
        <w:br/>
        <w:t>Их лесть невольно формулирует истинную характеристику Иисуса: Он не ориентируется на человеческий статус. Именно поэтому ловушка с кесарем не заставляет Его выбрать одну из их политических партий.</w:t>
      </w:r>
    </w:p>
    <w:p>
      <w:r>
        <w:t>17. Скажи нам, как Ты думаешь: позволено ли платить налог кесарю или нет?»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δοῦναι κῆνσον Καίσαρι</w:t>
      </w:r>
      <w:r>
        <w:rPr>
          <w:sz w:val="20"/>
        </w:rPr>
        <w:t xml:space="preserve"> [dounai kēnson Kaisari]</w:t>
      </w:r>
      <w:r>
        <w:rPr>
          <w:sz w:val="20"/>
        </w:rPr>
        <w:br/>
        <w:t>κῆνσος — римский подушный/имперский налог. Вопрос политически взрывоопасен: поддержать налог можно было представить как лояльность Риму, отвергнуть — как мятеж.</w:t>
      </w:r>
    </w:p>
    <w:p>
      <w:r>
        <w:t>18. Иисус, зная их злой умысел, сказал: «Лицемеры, зачем вы Меня испытываете?</w:t>
      </w:r>
    </w:p>
    <w:p>
      <w:r>
        <w:t>19. Покажите Мне монету, которой платят налог». Они принесли Ему динарий.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τὸ νόμισμα τοῦ κήνσου ... δηνάριον</w:t>
      </w:r>
      <w:r>
        <w:rPr>
          <w:sz w:val="20"/>
        </w:rPr>
        <w:t xml:space="preserve"> [to nomisma tou kēnsou ... dēnarion]</w:t>
      </w:r>
      <w:r>
        <w:rPr>
          <w:sz w:val="20"/>
        </w:rPr>
        <w:br/>
        <w:t>Для уплаты налога используется динарий с императорским изображением и надписью. Сам факт, что оппоненты приносят монету, становится частью ответа Иисуса.</w:t>
      </w:r>
    </w:p>
    <w:p>
      <w:r>
        <w:t>20. Он спросил: «Чьё здесь изображение и надпись?» [τίνος ἡ εἰκὼν αὕτη καὶ ἡ ἐπιγραφή; — Ключевые слова — εἰκών «образ/изображение» и ἐπιγραφή «надпись»]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τίνος ἡ εἰκὼν αὕτη καὶ ἡ ἐπιγραφή;</w:t>
      </w:r>
      <w:r>
        <w:rPr>
          <w:sz w:val="20"/>
        </w:rPr>
        <w:t xml:space="preserve"> [tinos hē eikōn hautē kai hē epigraphē]</w:t>
      </w:r>
      <w:r>
        <w:rPr>
          <w:sz w:val="20"/>
        </w:rPr>
        <w:br/>
        <w:t>Ключевые слова — εἰκών «образ/изображение» и ἐπιγραφή «надпись». Ответ Иисуса строится на принадлежности, обозначенной образом и именем на монете.</w:t>
      </w:r>
    </w:p>
    <w:p>
      <w:r>
        <w:t>21. Они ответили: «Кесаря». Тогда Он сказал: «Отдавайте кесарю то, что принадлежит кесарю, а Богу — то, что принадлежит Богу». [ἀπόδοτε οὖν τὰ Καίσαρος Καίσαρι καὶ τὰ τοῦ θεοῦ τῷ θεῷ — ἀποδίδωμι — не просто «дать», а «отдать/возвратить должное»]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ἀπόδοτε οὖν τὰ Καίσαρος Καίσαρι καὶ τὰ τοῦ θεοῦ τῷ θεῷ</w:t>
      </w:r>
      <w:r>
        <w:rPr>
          <w:sz w:val="20"/>
        </w:rPr>
        <w:t xml:space="preserve"> [apodote oun ta Kaisaros Kaisari kai ta tou theou tō theō]</w:t>
      </w:r>
      <w:r>
        <w:rPr>
          <w:sz w:val="20"/>
        </w:rPr>
        <w:br/>
        <w:t>ἀποδίδωμι — не просто «дать», а «отдать/возвратить должное». Монета несёт образ кесаря; человек же в более широком библейском контексте несёт образ Бога. Текст прямо утверждает двойную обязанность, но не ставит Бога и кесаря на равный уровень.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1:26–27</w:t>
      </w:r>
    </w:p>
    <w:p>
      <w:r>
        <w:t>22. Услышав это, они удивились, оставили Его и ушли.</w:t>
      </w:r>
    </w:p>
    <w:p>
      <w:r>
        <w:t>23. В тот день к Нему подошли саддукеи, которые говорят, что воскресения нет, и спросили: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Σαδδουκαῖοι, λέγοντες μὴ εἶναι ἀνάστασιν</w:t>
      </w:r>
      <w:r>
        <w:rPr>
          <w:sz w:val="20"/>
        </w:rPr>
        <w:t xml:space="preserve"> [Saddoukaioi legontes mē einai anastasin]</w:t>
      </w:r>
      <w:r>
        <w:rPr>
          <w:sz w:val="20"/>
        </w:rPr>
        <w:br/>
        <w:t>Матфей сам уточняет спорную точку: саддукеи отрицают воскресение. Их гипотетическая история о семи братьях предназначена высмеять саму идею воскресения.</w:t>
      </w:r>
    </w:p>
    <w:p>
      <w:r>
        <w:t>24. «Учитель, Моисей сказал: если человек умрёт без детей, его брат должен жениться на вдове и продолжить род умершего.</w:t>
      </w:r>
    </w:p>
    <w:p>
      <w:pPr>
        <w:ind w:left="360"/>
      </w:pPr>
      <w:r>
        <w:rPr>
          <w:b/>
          <w:sz w:val="20"/>
        </w:rPr>
        <w:t>Закон Ветхого Завета</w:t>
      </w:r>
      <w:r>
        <w:rPr>
          <w:i/>
          <w:sz w:val="20"/>
        </w:rPr>
        <w:t xml:space="preserve"> ἐπιγαμβρεύσει ... καὶ ἀναστήσει σπέρμα τῷ ἀδελφῷ αὐτοῦ</w:t>
      </w:r>
      <w:r>
        <w:rPr>
          <w:sz w:val="20"/>
        </w:rPr>
        <w:t xml:space="preserve"> [epigambreusei ... kai anastēsei sperma tō adelphō autou]</w:t>
      </w:r>
      <w:r>
        <w:rPr>
          <w:sz w:val="20"/>
        </w:rPr>
        <w:br/>
        <w:t>Речь о левиратном браке из Втор 25:5–6: брат умершего должен продолжить его род. Саддукеи превращают этот закон в аргумент против воскресения.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25:5–6</w:t>
      </w:r>
    </w:p>
    <w:p>
      <w:r>
        <w:t>25. У нас было семь братьев. Первый женился и умер, не оставив потомства, и жена осталась его брату.</w:t>
      </w:r>
    </w:p>
    <w:p>
      <w:r>
        <w:t>26. То же произошло со вторым, третьим и со всеми семерыми.</w:t>
      </w:r>
    </w:p>
    <w:p>
      <w:r>
        <w:t>27. После всех умерла и женщина.</w:t>
      </w:r>
    </w:p>
    <w:p>
      <w:r>
        <w:t>28. Итак, при воскресении чьей женой из семерых она будет? Ведь все были её мужьями».</w:t>
      </w:r>
    </w:p>
    <w:p>
      <w:r>
        <w:t>29. Иисус ответил: «Вы заблуждаетесь, потому что не знаете ни Писаний, ни силы Божьей.</w:t>
      </w:r>
    </w:p>
    <w:p>
      <w:pPr>
        <w:ind w:left="360"/>
      </w:pPr>
      <w:r>
        <w:rPr>
          <w:b/>
          <w:sz w:val="20"/>
        </w:rPr>
        <w:t>Диагноз</w:t>
      </w:r>
      <w:r>
        <w:rPr>
          <w:i/>
          <w:sz w:val="20"/>
        </w:rPr>
        <w:t xml:space="preserve"> πλανᾶσθε μὴ εἰδότες τὰς γραφὰς μηδὲ τὴν δύναμιν τοῦ θεοῦ</w:t>
      </w:r>
      <w:r>
        <w:rPr>
          <w:sz w:val="20"/>
        </w:rPr>
        <w:t xml:space="preserve"> [planasthe mē eidotes tas graphas mēde tēn dynamin tou theou]</w:t>
      </w:r>
      <w:r>
        <w:rPr>
          <w:sz w:val="20"/>
        </w:rPr>
        <w:br/>
        <w:t>Ошибка двойная: незнание Писаний и незнание Божьей силы. Они предполагают, что воскресшая жизнь должна просто копировать нынешний социальный порядок.</w:t>
      </w:r>
    </w:p>
    <w:p>
      <w:r>
        <w:t>30. При воскресении люди не женятся и не выходят замуж, а подобны ангелам на небе.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i/>
          <w:sz w:val="20"/>
        </w:rPr>
        <w:t xml:space="preserve"> ἐν γὰρ τῇ ἀναστάσει οὔτε γαμοῦσιν οὔτε γαμίζονται, ἀλλ᾽ ὡς ἄγγελοι ἐν τῷ οὐρανῷ εἰσιν</w:t>
      </w:r>
      <w:r>
        <w:rPr>
          <w:sz w:val="20"/>
        </w:rPr>
        <w:t xml:space="preserve"> [en gar tē anastasei oute gamousin oute gamizontai all hōs angeloi en tō ouranō eisin]</w:t>
      </w:r>
      <w:r>
        <w:rPr>
          <w:sz w:val="20"/>
        </w:rPr>
        <w:br/>
        <w:t>Иисус не говорит, что воскресшие «становятся ангелами»; они «как ангелы» именно в обсуждаемом отношении — не вступают в брак. Сравнение не стирает различие между людьми и ангелами.</w:t>
      </w:r>
    </w:p>
    <w:p>
      <w:r>
        <w:t>31. А о воскресении мёртвых разве вы не читали сказанное вам Богом: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οὐκ ἀνέγνωτε τὸ ῥηθὲν ὑμῖν ὑπὸ τοῦ θεοῦ</w:t>
      </w:r>
      <w:r>
        <w:rPr>
          <w:sz w:val="20"/>
        </w:rPr>
        <w:t xml:space="preserve"> [ouk anegnōte to rhēthen hymin hypo tou theou]</w:t>
      </w:r>
      <w:r>
        <w:rPr>
          <w:sz w:val="20"/>
        </w:rPr>
        <w:br/>
        <w:t>Особенно сильна формулировка «сказанное вам Богом»: древний текст Исхода рассматривается как Божье слово, продолжающее обращаться к нынешним слушателям.</w:t>
      </w:r>
    </w:p>
    <w:p>
      <w:r>
        <w:t>32. “Я — Бог Авраама, Бог Исаака и Бог Иакова”? Он Бог не мёртвых, а живых».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ἐγώ εἰμι ὁ θεὸς Ἀβραὰμ καὶ ὁ θεὸς Ἰσαὰκ καὶ ὁ θεὸς Ἰακώβ</w:t>
      </w:r>
      <w:r>
        <w:rPr>
          <w:sz w:val="20"/>
        </w:rPr>
        <w:t xml:space="preserve"> [egō eimi ho theos Abraam kai ho theos Isaak kai ho theos Iakōb]</w:t>
      </w:r>
      <w:r>
        <w:rPr>
          <w:sz w:val="20"/>
        </w:rPr>
        <w:br/>
        <w:t>Цитируется Исх 3:6. Аргумент строится на продолжающемся Божьем отношении к патриархам: Бог не является Богом мёртвых, но живых; поэтому смерть не аннулирует Его заветную власть и обещание.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3:6</w:t>
      </w:r>
    </w:p>
    <w:p>
      <w:r>
        <w:t>33. Услышав это, народ был поражён Его учением.</w:t>
      </w:r>
    </w:p>
    <w:p>
      <w:r>
        <w:t>34. Фарисеи, услышав, что Иисус заставил саддукеев замолчать, собрались вместе. [ἐφίμωσεν τοὺς Σαδδουκαίους — φιμόω буквально «надеть намордник», затем «заставить замолчать»]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ἐφίμωσεν τοὺς Σαδδουκαίους</w:t>
      </w:r>
      <w:r>
        <w:rPr>
          <w:sz w:val="20"/>
        </w:rPr>
        <w:t xml:space="preserve"> [ephimōsen tous Saddoukaious]</w:t>
      </w:r>
      <w:r>
        <w:rPr>
          <w:sz w:val="20"/>
        </w:rPr>
        <w:br/>
        <w:t>φιμόω буквально «надеть намордник», затем «заставить замолчать». Матфей использует сильный глагол: аргумент саддукеев полностью лишён ответа.</w:t>
      </w:r>
    </w:p>
    <w:p>
      <w:r>
        <w:t>35. Один из них, знаток Закона, испытывая Его, спросил: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νομικός</w:t>
      </w:r>
      <w:r>
        <w:rPr>
          <w:sz w:val="20"/>
        </w:rPr>
        <w:t xml:space="preserve"> [nomikos]</w:t>
      </w:r>
      <w:r>
        <w:rPr>
          <w:sz w:val="20"/>
        </w:rPr>
        <w:br/>
        <w:t>νομικός — специалист/знаток Закона. Вопрос исходит не от случайного слушателя, а от человека, компетентного в толковании Торы.</w:t>
      </w:r>
    </w:p>
    <w:p>
      <w:r>
        <w:t>36. «Учитель, какая заповедь в Законе самая большая?» [ποία ἐντολὴ μεγάλη ἐν τῷ νόμῳ; — Вопрос буквально о том, какая заповедь «великая» в Законе — то есть имеет первенствующий вес]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ποία ἐντολὴ μεγάλη ἐν τῷ νόμῳ;</w:t>
      </w:r>
      <w:r>
        <w:rPr>
          <w:sz w:val="20"/>
        </w:rPr>
        <w:t xml:space="preserve"> [poia entolē megalē en tō nomō]</w:t>
      </w:r>
      <w:r>
        <w:rPr>
          <w:sz w:val="20"/>
        </w:rPr>
        <w:br/>
        <w:t>Вопрос буквально о том, какая заповедь «великая» в Законе — то есть имеет первенствующий вес. Ответ Иисуса не отменяет остальные заповеди, а показывает их центр.</w:t>
      </w:r>
    </w:p>
    <w:p>
      <w:r>
        <w:t>37. Он ответил: «Люби Господа, Бога твоего, всем своим сердцем, всей своей душой и всем своим разумом.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ἀγαπήσεις κύριον τὸν θεόν σου ἐν ὅλῃ τῇ καρδίᾳ σου καὶ ἐν ὅλῃ τῇ ψυχῇ σου καὶ ἐν ὅλῃ τῇ διανοίᾳ σου</w:t>
      </w:r>
      <w:r>
        <w:rPr>
          <w:sz w:val="20"/>
        </w:rPr>
        <w:t xml:space="preserve"> [agapēseis kyrion ton theon sou en holē tē kardia sou kai en holē tē psychē sou kai en holē tē dianoia sou]</w:t>
      </w:r>
      <w:r>
        <w:rPr>
          <w:sz w:val="20"/>
        </w:rPr>
        <w:br/>
        <w:t>Цитируется Втор 6:5, сердце Шма. Любовь к Богу должна охватывать всего человека — сердце, душу и разум; это не три изолированные психологические «части», а тотальность преданности.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6:5</w:t>
      </w:r>
    </w:p>
    <w:p>
      <w:r>
        <w:t>38. Это первая и величайшая заповедь.</w:t>
      </w:r>
    </w:p>
    <w:p>
      <w:r>
        <w:t>39. Вторая подобна ей: “Люби своего ближнего, как самого себя”.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ἀγαπήσεις τὸν πλησίον σου ὡς σεαυτόν</w:t>
      </w:r>
      <w:r>
        <w:rPr>
          <w:sz w:val="20"/>
        </w:rPr>
        <w:t xml:space="preserve"> [agapēseis ton plēsion sou hōs seauton]</w:t>
      </w:r>
      <w:r>
        <w:rPr>
          <w:sz w:val="20"/>
        </w:rPr>
        <w:br/>
        <w:t>Вторая заповедь — Лев 19:18. Иисус ставит любовь к ближнему рядом с любовью к Богу как подобную ей по характеру и фундаментальности.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19:18, Мф 19:19</w:t>
      </w:r>
    </w:p>
    <w:p>
      <w:r>
        <w:t>40. На этих двух заповедях держатся весь Закон и Пророки». [ἐν ταύταις ταῖς δυσὶν ἐντολαῖς ὅλος ὁ νόμος κρέμαται καὶ οἱ προφῆται — κρέμαται буквально «висит/держится»]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ἐν ταύταις ταῖς δυσὶν ἐντολαῖς ὅλος ὁ νόμος κρέμαται καὶ οἱ προφῆται</w:t>
      </w:r>
      <w:r>
        <w:rPr>
          <w:sz w:val="20"/>
        </w:rPr>
        <w:t xml:space="preserve"> [en tautais tais dysin entolais holos ho nomos krematai kai hoi prophētai]</w:t>
      </w:r>
      <w:r>
        <w:rPr>
          <w:sz w:val="20"/>
        </w:rPr>
        <w:br/>
        <w:t>κρέμαται буквально «висит/держится». Закон и Пророки не заменены двумя лозунгами; вся их нравственная направленность подвешена к любви к Богу и ближнему.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7:12</w:t>
      </w:r>
    </w:p>
    <w:p>
      <w:r>
        <w:t>41. Пока фарисеи были собраны, Иисус спросил их:</w:t>
      </w:r>
    </w:p>
    <w:p>
      <w:r>
        <w:t>42. «Что вы думаете о Христе? Чей Он сын?» Они ответили: «Давида».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τί ὑμῖν δοκεῖ περὶ τοῦ χριστοῦ; τίνος υἱός ἐστιν;</w:t>
      </w:r>
      <w:r>
        <w:rPr>
          <w:sz w:val="20"/>
        </w:rPr>
        <w:t xml:space="preserve"> [ti hymin dokei peri tou Christou tinos huios estin]</w:t>
      </w:r>
      <w:r>
        <w:rPr>
          <w:sz w:val="20"/>
        </w:rPr>
        <w:br/>
        <w:t>Теперь Иисус сам задаёт вопрос. «Сын Давида» верно, но недостаточно: следующий псалом требует объяснить, почему Давид называет Мессию своим Господом.</w:t>
      </w:r>
    </w:p>
    <w:p>
      <w:r>
        <w:t>43. Он спросил: «Как же тогда Давид, говоря Духом, называет Его Господом:</w:t>
      </w:r>
    </w:p>
    <w:p>
      <w:pPr>
        <w:ind w:left="360"/>
      </w:pPr>
      <w:r>
        <w:rPr>
          <w:b/>
          <w:sz w:val="20"/>
        </w:rPr>
        <w:t>Вдохновение</w:t>
      </w:r>
      <w:r>
        <w:rPr>
          <w:i/>
          <w:sz w:val="20"/>
        </w:rPr>
        <w:t xml:space="preserve"> Δαυὶδ ἐν πνεύματι καλεῖ αὐτὸν κύριον</w:t>
      </w:r>
      <w:r>
        <w:rPr>
          <w:sz w:val="20"/>
        </w:rPr>
        <w:t xml:space="preserve"> [Dauid en pneumati kalei auton kyrion]</w:t>
      </w:r>
      <w:r>
        <w:rPr>
          <w:sz w:val="20"/>
        </w:rPr>
        <w:br/>
        <w:t>Иисус описывает Давида как говорящего «в Духе». Это важное матфеевское свидетельство о вдохновенном характере псалма, используемого в аргументе.</w:t>
      </w:r>
    </w:p>
    <w:p>
      <w:r>
        <w:t>44. “Господь сказал моему Господу: сядь справа от Меня, пока Я не положу Твоих врагов под Твои ноги”?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εἶπεν κύριος τῷ κυρίῳ μου· κάθου ἐκ δεξιῶν μου ἕως ἂν θῶ τοὺς ἐχθρούς σου ὑποκάτω τῶν ποδῶν σου</w:t>
      </w:r>
      <w:r>
        <w:rPr>
          <w:sz w:val="20"/>
        </w:rPr>
        <w:t xml:space="preserve"> [eipen kyrios tō kyriō mou kathou ek dexiōn mou heōs an thō tous echthrous sou hypokatō tōn podōn sou]</w:t>
      </w:r>
      <w:r>
        <w:rPr>
          <w:sz w:val="20"/>
        </w:rPr>
        <w:br/>
        <w:t>Цитируется Пс 109(110):1 LXX — один из центральных мессианских текстов Нового Завета. Различие «Господь сказал моему Господу» позволяет Иисусу показать, что Мессия превосходит простую категорию Давидова потомка.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110:1</w:t>
      </w:r>
    </w:p>
    <w:p>
      <w:r>
        <w:t>45. Если Давид называет Его Господом, как же Он его сын?»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εἰ οὖν Δαυὶδ καλεῖ αὐτὸν κύριον, πῶς υἱὸς αὐτοῦ ἐστιν;</w:t>
      </w:r>
      <w:r>
        <w:rPr>
          <w:sz w:val="20"/>
        </w:rPr>
        <w:t xml:space="preserve"> [ei oun Dauid kalei auton kyrion pōs huios autou estin]</w:t>
      </w:r>
      <w:r>
        <w:rPr>
          <w:sz w:val="20"/>
        </w:rPr>
        <w:br/>
        <w:t>Вопрос не отрицает Давидово происхождение Мессии — Матфей уже утвердил его в 1:1. Он заставляет соединить две истины: Мессия — Сын Давида и одновременно Господь Давида.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1:1</w:t>
      </w:r>
    </w:p>
    <w:p>
      <w:r>
        <w:t>46. Никто не смог ответить Ему ни слова, и с того дня никто уже не решался задавать Ему вопросы.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οὐδὲ ἐτόλμησέν τις ἀπ᾽ ἐκείνης τῆς ἡμέρας ἐπερωτῆσαι αὐτὸν οὐκέτι</w:t>
      </w:r>
      <w:r>
        <w:rPr>
          <w:sz w:val="20"/>
        </w:rPr>
        <w:t xml:space="preserve"> [oude etolmēsen tis ap ekeinēs tēs hēmeras eperōtēsai auton ouketi]</w:t>
      </w:r>
      <w:r>
        <w:rPr>
          <w:sz w:val="20"/>
        </w:rPr>
        <w:br/>
        <w:t>Серия публичных испытаний завершается полной переменой инициативы: оппоненты больше не решаются задавать вопросы. Следующая глава — уже пророческое обличение Иисусом руководителей.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23:1</w:t>
      </w:r>
    </w:p>
    <w:p>
      <w:pPr>
        <w:pStyle w:val="Heading2"/>
      </w:pPr>
      <w:r>
        <w:t>Глава 23</w:t>
      </w:r>
    </w:p>
    <w:p>
      <w:r>
        <w:t>1. Тогда Иисус сказал народу и Своим ученикам:</w:t>
      </w:r>
    </w:p>
    <w:p>
      <w:r>
        <w:t>2. «Книжники и фарисеи заняли место Моисея. [ἐπὶ τῆς Μωϋσέως καθέδρας ἐκάθισαν — означает занять признанную позицию учителя Закона]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ἐπὶ τῆς Μωϋσέως καθέδρας ἐκάθισαν</w:t>
      </w:r>
      <w:r>
        <w:rPr>
          <w:sz w:val="20"/>
        </w:rPr>
        <w:t xml:space="preserve"> [epi tēs Mōuseōs kathedras ekathisan]</w:t>
      </w:r>
      <w:r>
        <w:rPr>
          <w:sz w:val="20"/>
        </w:rPr>
        <w:br/>
        <w:t>«Сесть на кафедру Моисея» означает занять признанную позицию учителя Закона. Иисус признаёт функцию преподавания Торы, но затем противопоставляет ей несоответствие жизни.</w:t>
      </w:r>
    </w:p>
    <w:p>
      <w:r>
        <w:t>3. Поэтому всё, что они скажут вам, делайте и соблюдайте, но не поступайте по их делам, потому что они говорят и не делают.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πάντα οὖν ὅσα ἐὰν εἴπωσιν ὑμῖν ποιήσατε καὶ τηρεῖτε, κατὰ δὲ τὰ ἔργα αὐτῶν μὴ ποιεῖτε</w:t>
      </w:r>
      <w:r>
        <w:rPr>
          <w:sz w:val="20"/>
        </w:rPr>
        <w:t xml:space="preserve"> [panta oun hosa ean eipōsin hymin poiēsate kai tēreite kata de ta erga autōn mē poieite]</w:t>
      </w:r>
      <w:r>
        <w:rPr>
          <w:sz w:val="20"/>
        </w:rPr>
        <w:br/>
        <w:t>Греческий текст действительно говорит «всё, что скажут вам, делайте и соблюдайте», а затем вводит контраст: не подражайте их делам. Перевод не добавляет ограничения, которых нет в тексте.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Возвращаем максимально близкую структуру πάντα ὅσα ἐὰν εἴπωσιν ὑμῖν ποιήσατε καὶ τηρεῖτε без добавленного ограничения. Как соотнести эту фразу с последующей критикой фарисеев — вопрос толкования.</w:t>
      </w:r>
    </w:p>
    <w:p>
      <w:r>
        <w:t>4. Они связывают тяжёлые ноши и возлагают людям на плечи, а сами не хотят пошевелить и пальцем, чтобы помочь.</w:t>
      </w:r>
    </w:p>
    <w:p>
      <w:r>
        <w:t>5. Все свои дела они делают напоказ людям: расширяют свои филактерии и удлиняют кисти на одежде.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πλατύνουσιν γὰρ τὰ φυλακτήρια αὐτῶν καὶ μεγαλύνουσιν τὰ κράσπεδα</w:t>
      </w:r>
      <w:r>
        <w:rPr>
          <w:sz w:val="20"/>
        </w:rPr>
        <w:t xml:space="preserve"> [platynousin gar ta phylaktēria autōn kai megalynousin ta kraspeda]</w:t>
      </w:r>
      <w:r>
        <w:rPr>
          <w:sz w:val="20"/>
        </w:rPr>
        <w:br/>
        <w:t>φυλακτήρια — филактерии/тефиллин, а κράσπεδα — кисти одежды, связанные с заповедями Втор 6 и Чис 15. Критика направлена не против самих знаков, а против демонстративного благочестия.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6:8, Чис 15:38–39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φυλακτήρια лучше оставить как исторический термин «филактерии»; значение раскрывается в справочном слое.</w:t>
      </w:r>
    </w:p>
    <w:p>
      <w:r>
        <w:t>6. Они любят почётные места на пирах и лучшие места в синагогах,</w:t>
      </w:r>
    </w:p>
    <w:p>
      <w:r>
        <w:t>7. приветствия на площадях и когда люди называют их “Равви”.</w:t>
      </w:r>
    </w:p>
    <w:p>
      <w:r>
        <w:t>8. А вы не позволяйте называть себя “Равви”, потому что у вас один Учитель, а вы все братья.</w:t>
      </w:r>
    </w:p>
    <w:p>
      <w:pPr>
        <w:ind w:left="360"/>
      </w:pPr>
      <w:r>
        <w:rPr>
          <w:b/>
          <w:sz w:val="20"/>
        </w:rPr>
        <w:t>Община</w:t>
      </w:r>
      <w:r>
        <w:rPr>
          <w:i/>
          <w:sz w:val="20"/>
        </w:rPr>
        <w:t xml:space="preserve"> εἷς γάρ ἐστιν ὑμῶν ὁ διδάσκαλος, πάντες δὲ ὑμεῖς ἀδελφοί ἐστε</w:t>
      </w:r>
      <w:r>
        <w:rPr>
          <w:sz w:val="20"/>
        </w:rPr>
        <w:t xml:space="preserve"> [heis gar estin hymōn ho didaskalos pantes de hymeis adelphoi este]</w:t>
      </w:r>
      <w:r>
        <w:rPr>
          <w:sz w:val="20"/>
        </w:rPr>
        <w:br/>
        <w:t>Основание запрета титульного возвышения — один Учитель и братство учеников. Фокус не на словаре обращений как таковом, а на духовной иерархии.</w:t>
      </w:r>
    </w:p>
    <w:p>
      <w:r>
        <w:t>9. И никого на земле не называйте своим отцом, потому что у вас один Отец — Небесный.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Греческий буквально говорит «никого на земле не называйте своим отцом». Перевод теперь не добавляет ограничителей; практическое применение относится к толкованию.</w:t>
      </w:r>
    </w:p>
    <w:p>
      <w:r>
        <w:t>10. Не позволяйте называть себя наставниками, потому что у вас один Наставник — Христос.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εἷς ὑμῶν ἐστιν ὁ καθηγητής, ὁ χριστός</w:t>
      </w:r>
      <w:r>
        <w:rPr>
          <w:sz w:val="20"/>
        </w:rPr>
        <w:t xml:space="preserve"> [heis hymōn estin ho kathēgētēs ho Christos]</w:t>
      </w:r>
      <w:r>
        <w:rPr>
          <w:sz w:val="20"/>
        </w:rPr>
        <w:br/>
        <w:t>καθηγητής — руководитель/наставник. Матфей прямо называет единственного окончательного Наставника: Мессия.</w:t>
      </w:r>
    </w:p>
    <w:p>
      <w:r>
        <w:t>11. Больший среди вас пусть будет вашим служителем.</w:t>
      </w:r>
    </w:p>
    <w:p>
      <w:r>
        <w:t>12. Кто возвышает себя, будет смирён, а кто смиряет себя, будет возвышен.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ὅστις δὲ ὑψώσει ἑαυτὸν ταπεινωθήσεται, καὶ ὅστις ταπεινώσει ἑαυτὸν ὑψωθήσεται</w:t>
      </w:r>
      <w:r>
        <w:rPr>
          <w:sz w:val="20"/>
        </w:rPr>
        <w:t xml:space="preserve"> [hostis de hypsōsei heauton tapeinōthēsetai kai hostis tapeinōsei heauton hypsōthēsetai]</w:t>
      </w:r>
      <w:r>
        <w:rPr>
          <w:sz w:val="20"/>
        </w:rPr>
        <w:br/>
        <w:t>Матфей снова формулирует переворот Царства: самовозвышение ведёт к унижению, добровольное смирение — к возвышению Богом.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18:4, Мф 20:26–27</w:t>
      </w:r>
    </w:p>
    <w:p>
      <w:r>
        <w:t>13. Горе вам, книжники и фарисеи, лицемеры! Вы закрываете Царство Небес перед людьми: сами не входите и желающим войти не позволяете.</w:t>
      </w:r>
    </w:p>
    <w:p>
      <w:pPr>
        <w:ind w:left="360"/>
      </w:pPr>
      <w:r>
        <w:rPr>
          <w:b/>
          <w:sz w:val="20"/>
        </w:rPr>
        <w:t>Обличение</w:t>
      </w:r>
      <w:r>
        <w:rPr>
          <w:i/>
          <w:sz w:val="20"/>
        </w:rPr>
        <w:t xml:space="preserve"> κλείετε τὴν βασιλείαν τῶν οὐρανῶν ἔμπροσθεν τῶν ἀνθρώπων</w:t>
      </w:r>
      <w:r>
        <w:rPr>
          <w:sz w:val="20"/>
        </w:rPr>
        <w:t xml:space="preserve"> [kleiete tēn basileian tōn ouranōn emprosthen tōn anthrōpōn]</w:t>
      </w:r>
      <w:r>
        <w:rPr>
          <w:sz w:val="20"/>
        </w:rPr>
        <w:br/>
        <w:t>Первое «горе» обвиняет лидеров не только в личной неверности, но и в том, что их руководство препятствует другим войти в Царство.</w:t>
      </w:r>
    </w:p>
    <w:p>
      <w:r>
        <w:t xml:space="preserve">14. 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οὐαὶ δὲ ὑμῖν ... κατεσθίετε τὰς οἰκίας τῶν χηρῶν</w:t>
      </w:r>
      <w:r>
        <w:rPr>
          <w:sz w:val="20"/>
        </w:rPr>
        <w:t xml:space="preserve"> [ouai de hymin ... katesthiete tas oikias tōn chērōn]</w:t>
      </w:r>
      <w:r>
        <w:rPr>
          <w:sz w:val="20"/>
        </w:rPr>
        <w:br/>
        <w:t>Стих 23:14 отсутствует в N/S и сохраняется только как традиционный вариант, параллельный Марк 12:40 и Лк 20:47. Поэтому основной WGT-T оставляет номер пустым.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12:40, Лк 20:47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 Bible Code corpus стих имеет только TR-членство и отсутствует в N/S. Поэтому основной текст Матфея его не включает; фраза сохраняется как поздний вариант, параллельный Марку/Луке.</w:t>
      </w:r>
    </w:p>
    <w:p>
      <w:r>
        <w:t>15. Горе вам, книжники и фарисеи, лицемеры! Вы обходите море и сушу, чтобы приобрести одного прозелита, а когда приобретёте, делаете его вдвое более достойным геенны, чем вы сами.</w:t>
      </w:r>
    </w:p>
    <w:p>
      <w:r>
        <w:t>16. Горе вам, слепые проводники! Вы говорите: “Кто поклянётся храмом — это ничего, но кто поклянётся золотом храма, тот связан клятвой”.</w:t>
      </w:r>
    </w:p>
    <w:p>
      <w:r>
        <w:t>17. Безумные и слепые! Что больше: золото или храм, освящающий золото?</w:t>
      </w:r>
    </w:p>
    <w:p>
      <w:r>
        <w:t>18. И ещё: “Кто поклянётся жертвенником — это ничего, но кто поклянётся даром на нём, тот связан клятвой”.</w:t>
      </w:r>
    </w:p>
    <w:p>
      <w:r>
        <w:t>19. Слепые! Что больше: дар или жертвенник, освящающий дар?</w:t>
      </w:r>
    </w:p>
    <w:p>
      <w:r>
        <w:t>20. Поэтому клянущийся жертвенником клянётся им и всем, что на нём.</w:t>
      </w:r>
    </w:p>
    <w:p>
      <w:r>
        <w:t>21. Клянущийся храмом клянётся им и Живущим в нём.</w:t>
      </w:r>
    </w:p>
    <w:p>
      <w:r>
        <w:t>22. Клянущийся небом клянётся престолом Бога и Сидящим на нём.</w:t>
      </w:r>
    </w:p>
    <w:p>
      <w:r>
        <w:t>23. Горе вам, книжники и фарисеи, лицемеры! Вы отдаёте десятую часть мяты, укропа и тмина, но оставили более важное в Законе: справедливость, милость и верность. Это надо было делать, не оставляя и другого. [τὰ βαρύτερα τοῦ νόμου, τὴν κρίσιν καὶ τὸ ἔλεος καὶ τὴν πίστιν — справедливость/суд, милость и верность]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τὰ βαρύτερα τοῦ νόμου, τὴν κρίσιν καὶ τὸ ἔλεος καὶ τὴν πίστιν</w:t>
      </w:r>
      <w:r>
        <w:rPr>
          <w:sz w:val="20"/>
        </w:rPr>
        <w:t xml:space="preserve"> [ta barytera tou nomou tēn krisin kai to eleos kai tēn pistin]</w:t>
      </w:r>
      <w:r>
        <w:rPr>
          <w:sz w:val="20"/>
        </w:rPr>
        <w:br/>
        <w:t>«Более весомое Закона» — справедливость/суд, милость и верность. Иисус не отменяет десятину, а обличает религиозную точность, которая теряет центр Закона.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Мих 6:8, Мф 9:13, Мф 12:7</w:t>
      </w:r>
    </w:p>
    <w:p>
      <w:r>
        <w:t>24. Слепые проводники! Вы тщательно отцеживаете мошку, но проглатываете верблюда.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διϋλίζοντες τὸν κώνωπα, τὴν δὲ κάμηλον καταπίνοντες</w:t>
      </w:r>
      <w:r>
        <w:rPr>
          <w:sz w:val="20"/>
        </w:rPr>
        <w:t xml:space="preserve"> [diulizontes ton kōnōpa tēn de kamēlon katapinontes]</w:t>
      </w:r>
      <w:r>
        <w:rPr>
          <w:sz w:val="20"/>
        </w:rPr>
        <w:br/>
        <w:t>Яркая гипербола: тщательно отцеживать крошечную мошку, но проглатывать верблюда. Контраст раскрывает несоразмерность религиозной педантичности и нравственной слепоты.</w:t>
      </w:r>
    </w:p>
    <w:p>
      <w:r>
        <w:t>25. Горе вам, книжники и фарисеи, лицемеры! Вы очищаете чашу и блюдо снаружи, а внутри они наполнены жадностью и невоздержанностью.</w:t>
      </w:r>
    </w:p>
    <w:p>
      <w:r>
        <w:t>26. Слепой фарисей! Сначала очисти чашу изнутри, тогда и снаружи она станет чистой.</w:t>
      </w:r>
    </w:p>
    <w:p>
      <w:r>
        <w:t>27. Горе вам, книжники и фарисеи, лицемеры! Вы похожи на побелённые гробницы: снаружи они кажутся красивыми, а внутри полны костей мёртвых и всякой нечистоты. [τάφοις κεκονιαμένοις — Побелённые гробницы внешне заметны и чисты на вид, но внутри содержат нечистоту]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τάφοις κεκονιαμένοις</w:t>
      </w:r>
      <w:r>
        <w:rPr>
          <w:sz w:val="20"/>
        </w:rPr>
        <w:t xml:space="preserve"> [taphois kekoniamenois]</w:t>
      </w:r>
      <w:r>
        <w:rPr>
          <w:sz w:val="20"/>
        </w:rPr>
        <w:br/>
        <w:t>Побелённые гробницы внешне заметны и чисты на вид, но внутри содержат нечистоту. Образ объясняется самим следующим стихом: внешняя праведность при внутреннем лицемерии и беззаконии.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Образ побелённых гробниц переводится буквально; дополнительных смысловых проблем для основного текста нет.</w:t>
      </w:r>
    </w:p>
    <w:p>
      <w:r>
        <w:t>28. Так и вы снаружи кажетесь людям праведными, а внутри полны лицемерия и беззакония.</w:t>
      </w:r>
    </w:p>
    <w:p>
      <w:r>
        <w:t>29. Горе вам, книжники и фарисеи, лицемеры! Вы строите гробницы пророкам и украшаете памятники праведникам</w:t>
      </w:r>
    </w:p>
    <w:p>
      <w:r>
        <w:t>30. и говорите: “Если бы мы жили во дни наших отцов, мы не участвовали бы с ними в убийстве пророков”.</w:t>
      </w:r>
    </w:p>
    <w:p>
      <w:r>
        <w:t>31. Так вы сами свидетельствуете против себя, что вы сыновья тех, кто убивал пророков.</w:t>
      </w:r>
    </w:p>
    <w:p>
      <w:r>
        <w:t>32. Так доведите же до конца меру ваших отцов.</w:t>
      </w:r>
    </w:p>
    <w:p>
      <w:pPr>
        <w:ind w:left="360"/>
      </w:pPr>
      <w:r>
        <w:rPr>
          <w:b/>
          <w:sz w:val="20"/>
        </w:rPr>
        <w:t>Суд</w:t>
      </w:r>
      <w:r>
        <w:rPr>
          <w:i/>
          <w:sz w:val="20"/>
        </w:rPr>
        <w:t xml:space="preserve"> καὶ ὑμεῖς πληρώσατε τὸ μέτρον τῶν πατέρων ὑμῶν</w:t>
      </w:r>
      <w:r>
        <w:rPr>
          <w:sz w:val="20"/>
        </w:rPr>
        <w:t xml:space="preserve"> [kai hymeis plērōsate to metron tōn paterōn hymōn]</w:t>
      </w:r>
      <w:r>
        <w:rPr>
          <w:sz w:val="20"/>
        </w:rPr>
        <w:br/>
        <w:t>Иронический императив «доведите до полноты меру ваших отцов» предсказывает, что нынешнее поколение завершит историю отвержения Божьих посланников.</w:t>
      </w:r>
    </w:p>
    <w:p>
      <w:r>
        <w:t>33. Змеи, порождения гадюк! Как вы избежите суда геенны?</w:t>
      </w:r>
    </w:p>
    <w:p>
      <w:r>
        <w:t>34. Поэтому вот, Я посылаю к вам пророков, мудрецов и книжников. Некоторых вы убьёте и распнёте, некоторых будете бичевать в своих синагогах и преследовать из города в город.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ἰδοὺ ἐγὼ ἀποστέλλω πρὸς ὑμᾶς προφήτας καὶ σοφοὺς καὶ γραμματεῖς</w:t>
      </w:r>
      <w:r>
        <w:rPr>
          <w:sz w:val="20"/>
        </w:rPr>
        <w:t xml:space="preserve"> [idou egō apostellō pros hymas prophētas kai sophous kai grammateis]</w:t>
      </w:r>
      <w:r>
        <w:rPr>
          <w:sz w:val="20"/>
        </w:rPr>
        <w:br/>
        <w:t>Примечательно «Я посылаю»: Иисус говорит с властью Посылающего пророков, мудрецов и книжников. В Матфее это усиливает Его исключительный статус.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Стих передаёт последовательное отвержение посланных. Основной перевод сохраняет смысл без дополнительной детализации.</w:t>
      </w:r>
    </w:p>
    <w:p>
      <w:r>
        <w:t>35. Так на вас придёт ответственность за всю праведную кровь, пролитую на земле, от крови праведного Авеля до крови Захарии, сына Варахии, которого убили между святилищем и жертвенником.</w:t>
      </w:r>
    </w:p>
    <w:p>
      <w:pPr>
        <w:ind w:left="360"/>
      </w:pPr>
      <w:r>
        <w:rPr>
          <w:b/>
          <w:sz w:val="20"/>
        </w:rPr>
        <w:t>Историческая проблема</w:t>
      </w:r>
      <w:r>
        <w:rPr>
          <w:i/>
          <w:sz w:val="20"/>
        </w:rPr>
        <w:t xml:space="preserve"> ἀπὸ τοῦ αἵματος Ἅβελ τοῦ δικαίου ἕως τοῦ αἵματος Ζαχαρίου υἱοῦ Βαραχίου</w:t>
      </w:r>
      <w:r>
        <w:rPr>
          <w:sz w:val="20"/>
        </w:rPr>
        <w:t xml:space="preserve"> [apo tou haimatos Abel tou dikaiou heōs tou haimatos Zachariou huiou Barachiou]</w:t>
      </w:r>
      <w:r>
        <w:rPr>
          <w:sz w:val="20"/>
        </w:rPr>
        <w:br/>
        <w:t>Текст ясно читает «Захарии, сына Варахии». Попытки отождествить его с Захарией из 2 Пар 24 сталкиваются с отличием отчества; WGT-E сохраняет проблему, не гармонизируя её.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4:8, 2 Пар 24:20–22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Матфей прямо называет «Захарию, сына Варахии». Историческая идентификация трудна, но сам перевод не двусмыслен и не должен гармонизироваться с 2 Пар 24.</w:t>
      </w:r>
    </w:p>
    <w:p>
      <w:r>
        <w:t>36. Истинно говорю вам: всё это придёт на это поколение.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ἥξει ταῦτα πάντα ἐπὶ τὴν γενεὰν ταύτην</w:t>
      </w:r>
      <w:r>
        <w:rPr>
          <w:sz w:val="20"/>
        </w:rPr>
        <w:t xml:space="preserve"> [hēxei tauta panta epi tēn genean tautēn]</w:t>
      </w:r>
      <w:r>
        <w:rPr>
          <w:sz w:val="20"/>
        </w:rPr>
        <w:br/>
        <w:t>«Это поколение» — γενεὰ αὕτη — становится важным мостом к 24:34. Матфей связывает ближайший суд над Иерусалимом с более широкой эсхатологической речью.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24:34</w:t>
      </w:r>
    </w:p>
    <w:p>
      <w:r>
        <w:t>37. Иерусалим, Иерусалим, убивающий пророков и побивающий камнями посланных к тебе! Сколько раз Я хотел собрать твоих детей, как птица собирает птенцов под крылья, но вы не захотели.</w:t>
      </w:r>
    </w:p>
    <w:p>
      <w:pPr>
        <w:ind w:left="360"/>
      </w:pPr>
      <w:r>
        <w:rPr>
          <w:b/>
          <w:sz w:val="20"/>
        </w:rPr>
        <w:t>Божье сострадание</w:t>
      </w:r>
      <w:r>
        <w:rPr>
          <w:i/>
          <w:sz w:val="20"/>
        </w:rPr>
        <w:t xml:space="preserve"> ποσάκις ἠθέλησα ἐπισυναγαγεῖν τὰ τέκνα σου ... καὶ οὐκ ἠθελήσατε</w:t>
      </w:r>
      <w:r>
        <w:rPr>
          <w:sz w:val="20"/>
        </w:rPr>
        <w:t xml:space="preserve"> [posakis ēthelēsa episynagagein ta tekna sou ... kai ouk ēthelēsate]</w:t>
      </w:r>
      <w:r>
        <w:rPr>
          <w:sz w:val="20"/>
        </w:rPr>
        <w:br/>
        <w:t>Контраст воли звучит остро: «сколько раз Я хотел собрать... но вы не захотели». Образ крыльев продолжает ветхозаветный язык Божьей защиты.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91:4, Втор 32:11</w:t>
      </w:r>
    </w:p>
    <w:p>
      <w:r>
        <w:t>38. Вот, ваш дом оставляется вам пустым.</w:t>
      </w:r>
    </w:p>
    <w:p>
      <w:pPr>
        <w:ind w:left="360"/>
      </w:pPr>
      <w:r>
        <w:rPr>
          <w:b/>
          <w:sz w:val="20"/>
        </w:rPr>
        <w:t>Храм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ἀφίεται ὑμῖν ὁ οἶκος ὑμῶν ἔρημος</w:t>
      </w:r>
      <w:r>
        <w:rPr>
          <w:sz w:val="20"/>
        </w:rPr>
        <w:t xml:space="preserve"> [aphietai hymin ho oikos hymōn erēmos]</w:t>
      </w:r>
      <w:r>
        <w:rPr>
          <w:sz w:val="20"/>
        </w:rPr>
        <w:br/>
        <w:t>«Ваш дом» в контексте храмовой полемики естественно относится к храму/Иерусалиму. ἔρημος — пустой, покинутый, опустошённый — подготавливает предсказание разрушения в 24:2.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24:1–2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ἔρημος «пустым/опустошённым» имеет текстовую вариативность, но текущая формулировка допустима.</w:t>
      </w:r>
    </w:p>
    <w:p>
      <w:r>
        <w:t>39. Потому что говорю вам: отныне вы не увидите Меня, пока не скажете: “Благословен Идущий во имя Господа!”»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εὐλογημένος ὁ ἐρχόμενος ἐν ὀνόματι κυρίου</w:t>
      </w:r>
      <w:r>
        <w:rPr>
          <w:sz w:val="20"/>
        </w:rPr>
        <w:t xml:space="preserve"> [eulogēmenos ho erchomenos en onomati kyriou]</w:t>
      </w:r>
      <w:r>
        <w:rPr>
          <w:sz w:val="20"/>
        </w:rPr>
        <w:br/>
        <w:t>Повторяется Пс 117(118):26, уже звучавший при входе в Иерусалим. Финал главы оставляет открытой тему будущего признания Идущего во имя Господа.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118:26, Мф 21:9</w:t>
      </w:r>
    </w:p>
    <w:p>
      <w:pPr>
        <w:pStyle w:val="Heading2"/>
      </w:pPr>
      <w:r>
        <w:t>Глава 24</w:t>
      </w:r>
    </w:p>
    <w:p>
      <w:r>
        <w:t>1. Иисус вышел из храма и уходил, когда ученики подошли показать Ему храмовые здания.</w:t>
      </w:r>
    </w:p>
    <w:p>
      <w:r>
        <w:t>2. Он сказал им: «Видите всё это? Истинно говорю вам: здесь не останется камня на камне — всё будет разрушено».</w:t>
      </w:r>
    </w:p>
    <w:p>
      <w:r>
        <w:t>3. Когда Он сидел на Масличной горе, ученики подошли к Нему наедине и спросили: «Скажи нам, когда это произойдёт и каким будет знак Твоего пришествия и завершения века?»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τί τὸ σημεῖον τῆς σῆς παρουσίας καὶ συντελείας τοῦ αἰῶνος</w:t>
      </w:r>
      <w:r>
        <w:rPr>
          <w:sz w:val="20"/>
        </w:rPr>
        <w:t xml:space="preserve"> [ti to sēmeion tēs sēs parousias kai synteleias tou aiōnos]</w:t>
      </w:r>
      <w:r>
        <w:rPr>
          <w:sz w:val="20"/>
        </w:rPr>
        <w:br/>
        <w:t>Ученики связывают разрушение храма с вопросом о παρουσία — пришествии/присутствии Иисуса — и завершении века. Дальнейшая речь отвечает сложным, частично перекрывающимся слоям этих вопросов.</w:t>
      </w:r>
    </w:p>
    <w:p>
      <w:r>
        <w:t>4. Иисус ответил: «Смотрите, чтобы никто вас не обманул.</w:t>
      </w:r>
    </w:p>
    <w:p>
      <w:r>
        <w:t>5. Потому что многие придут под Моим именем и будут говорить: “Я — Христос”, — и многих обманут.</w:t>
      </w:r>
    </w:p>
    <w:p>
      <w:r>
        <w:t>6. Вы услышите о войнах и слухах о войнах. Смотрите, не пугайтесь: это должно произойти, но это ещё не конец.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δεῖ γὰρ γενέσθαι, ἀλλ᾽ οὔπω ἐστὶν τὸ τέλος</w:t>
      </w:r>
      <w:r>
        <w:rPr>
          <w:sz w:val="20"/>
        </w:rPr>
        <w:t xml:space="preserve"> [dei gar genesthai all oupō estin to telos]</w:t>
      </w:r>
      <w:r>
        <w:rPr>
          <w:sz w:val="20"/>
        </w:rPr>
        <w:br/>
        <w:t>Войны сами по себе не являются знаком немедленного конца: «этому должно произойти, но это ещё не конец». Иисус прямо запрещает паническую идентификацию каждого кризиса с финалом.</w:t>
      </w:r>
    </w:p>
    <w:p>
      <w:r>
        <w:t>7. Народ восстанет против народа и царство против царства; в разных местах будут голод и землетрясения.</w:t>
      </w:r>
    </w:p>
    <w:p>
      <w:r>
        <w:t>8. Всё это — начало родовых мук. [ἀρχὴ ὠδίνων — Буквально «начало родовых болей»]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ἀρχὴ ὠδίνων</w:t>
      </w:r>
      <w:r>
        <w:rPr>
          <w:sz w:val="20"/>
        </w:rPr>
        <w:t xml:space="preserve"> [archē ōdinōn]</w:t>
      </w:r>
      <w:r>
        <w:rPr>
          <w:sz w:val="20"/>
        </w:rPr>
        <w:br/>
        <w:t>Буквально «начало родовых болей». Образ предполагает болезненный процесс, который ведёт к развязке, а не один мгновенный признак.</w:t>
      </w:r>
    </w:p>
    <w:p>
      <w:r>
        <w:t>9. Тогда вас предадут на страдания и будут убивать, и вас будут ненавидеть все народы из-за Моего имени.</w:t>
      </w:r>
    </w:p>
    <w:p>
      <w:r>
        <w:t>10. Тогда многие отступятся, будут предавать друг друга и ненавидеть друг друга.</w:t>
      </w:r>
    </w:p>
    <w:p>
      <w:r>
        <w:t>11. Появится много лжепророков, и они обманут многих.</w:t>
      </w:r>
    </w:p>
    <w:p>
      <w:r>
        <w:t>12. Из-за умножения беззакония любовь многих охладеет. [ψυγήσεται ἡ ἀγάπη τῶν πολλῶν — ψύχομαι — остывать]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ψυγήσεται ἡ ἀγάπη τῶν πολλῶν</w:t>
      </w:r>
      <w:r>
        <w:rPr>
          <w:sz w:val="20"/>
        </w:rPr>
        <w:t xml:space="preserve"> [psygēsetai hē agapē tōn pollōn]</w:t>
      </w:r>
      <w:r>
        <w:rPr>
          <w:sz w:val="20"/>
        </w:rPr>
        <w:br/>
        <w:t>ψύχομαι — остывать. Беззаконие действует не только внешне, но охлаждает ἀγάπη — любовь — у многих.</w:t>
      </w:r>
    </w:p>
    <w:p>
      <w:r>
        <w:t>13. Но кто выдержит до конца, тот будет спасён.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ὁ δὲ ὑπομείνας εἰς τέλος οὗτος σωθήσεται</w:t>
      </w:r>
      <w:r>
        <w:rPr>
          <w:sz w:val="20"/>
        </w:rPr>
        <w:t xml:space="preserve"> [ho de hypomeinas eis telos houtos sōthēsetai]</w:t>
      </w:r>
      <w:r>
        <w:rPr>
          <w:sz w:val="20"/>
        </w:rPr>
        <w:br/>
        <w:t>ὑπομένω — выдерживать, оставаться стойким под давлением. Спасение связано не с кратким энтузиазмом, а с верностью до конца.</w:t>
      </w:r>
    </w:p>
    <w:p>
      <w:r>
        <w:t>14. И эта Благая весть Царства будет проповедана по всему миру во свидетельство всем народам, и тогда придёт конец.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κηρυχθήσεται τοῦτο τὸ εὐαγγέλιον τῆς βασιλείας ἐν ὅλῃ τῇ οἰκουμένῃ</w:t>
      </w:r>
      <w:r>
        <w:rPr>
          <w:sz w:val="20"/>
        </w:rPr>
        <w:t xml:space="preserve"> [kērychthēsetai touto to euangelion tēs basileias en holē tē oikoumenē]</w:t>
      </w:r>
      <w:r>
        <w:rPr>
          <w:sz w:val="20"/>
        </w:rPr>
        <w:br/>
        <w:t>εὐαγγέλιον τῆς βασιλείας должно быть провозглашено по всей οἰκουμένη — обитаемому миру — как свидетельство всем народам. Миссия встроена в эсхатологическую картину Матфея.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28:19</w:t>
      </w:r>
    </w:p>
    <w:p>
      <w:r>
        <w:t>15. Когда увидите мерзость запустения, о которой говорил пророк Даниил, стоящую на святом месте, — читающий пусть понимает, —</w:t>
      </w:r>
    </w:p>
    <w:p>
      <w:pPr>
        <w:ind w:left="360"/>
      </w:pPr>
      <w:r>
        <w:rPr>
          <w:b/>
          <w:sz w:val="20"/>
        </w:rPr>
        <w:t>Ссылка на Ветхий Завет</w:t>
      </w:r>
      <w:r>
        <w:rPr>
          <w:i/>
          <w:sz w:val="20"/>
        </w:rPr>
        <w:t xml:space="preserve"> τὸ βδέλυγμα τῆς ἐρημώσεως τὸ ῥηθὲν διὰ Δανιὴλ τοῦ προφήτου</w:t>
      </w:r>
      <w:r>
        <w:rPr>
          <w:sz w:val="20"/>
        </w:rPr>
        <w:t xml:space="preserve"> [to bdelygma tēs erēmōseōs to rhēthen dia Daniēl tou prophētou]</w:t>
      </w:r>
      <w:r>
        <w:rPr>
          <w:sz w:val="20"/>
        </w:rPr>
        <w:br/>
        <w:t>«Мерзость запустения» отсылает к Даниилу. Матфей прямо добавляет «читающий пусть понимает», предупреждая, что образ требует внимательного прочтения, а не поверхностного буквального отождествления.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9:27, Дан 11:31, Дан 12:11</w:t>
      </w:r>
    </w:p>
    <w:p>
      <w:r>
        <w:t>16. тогда находящиеся в Иудее пусть бегут в горы.</w:t>
      </w:r>
    </w:p>
    <w:p>
      <w:r>
        <w:t>17. Кто будет на крыше, пусть не спускается взять что-нибудь из дома.</w:t>
      </w:r>
    </w:p>
    <w:p>
      <w:r>
        <w:t>18. И кто будет в поле, пусть не возвращается назад за одеждой.</w:t>
      </w:r>
    </w:p>
    <w:p>
      <w:r>
        <w:t>19. Тяжело будет беременным и кормящим в те дни.</w:t>
      </w:r>
    </w:p>
    <w:p>
      <w:r>
        <w:t>20. Молитесь, чтобы вам не пришлось бежать зимой или в субботу.</w:t>
      </w:r>
    </w:p>
    <w:p>
      <w:r>
        <w:t>21. Потому что тогда будет великое бедствие, какого не было от начала мира доныне и больше не будет.</w:t>
      </w:r>
    </w:p>
    <w:p>
      <w:pPr>
        <w:ind w:left="360"/>
      </w:pPr>
      <w:r>
        <w:rPr>
          <w:b/>
          <w:sz w:val="20"/>
        </w:rPr>
        <w:t>Отзвук книги Даниила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θλῖψις μεγάλη οἵα οὐ γέγονεν ἀπ᾽ ἀρχῆς κόσμου</w:t>
      </w:r>
      <w:r>
        <w:rPr>
          <w:sz w:val="20"/>
        </w:rPr>
        <w:t xml:space="preserve"> [thlipsis megalē hoia ou gegonen ap archēs kosmou]</w:t>
      </w:r>
      <w:r>
        <w:rPr>
          <w:sz w:val="20"/>
        </w:rPr>
        <w:br/>
        <w:t>Формула великой скорби перекликается с Дан 12:1 и использует язык уникального кризиса. Она стоит в блоке о бегстве из Иудеи и святом месте, но затем переходит к универсальной эсхатологической перспективе.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12:1</w:t>
      </w:r>
    </w:p>
    <w:p>
      <w:r>
        <w:t>22. Если бы те дни не были сокращены, никто бы не спасся. Но ради избранных те дни будут сокращены.</w:t>
      </w:r>
    </w:p>
    <w:p>
      <w:r>
        <w:t>23. Тогда, если кто скажет вам: “Вот здесь Христос!” или “Вот там!” — не верьте.</w:t>
      </w:r>
    </w:p>
    <w:p>
      <w:r>
        <w:t>24. Появятся лжехристы и лжепророки и покажут великие знамения и чудеса, чтобы, если возможно, обмануть даже избранных.</w:t>
      </w:r>
    </w:p>
    <w:p>
      <w:pPr>
        <w:ind w:left="360"/>
      </w:pPr>
      <w:r>
        <w:rPr>
          <w:b/>
          <w:sz w:val="20"/>
        </w:rPr>
        <w:t>Различение</w:t>
      </w:r>
      <w:r>
        <w:rPr>
          <w:i/>
          <w:sz w:val="20"/>
        </w:rPr>
        <w:t xml:space="preserve"> δώσουσιν σημεῖα μεγάλα καὶ τέρατα ὥστε πλανῆσαι, εἰ δυνατόν, καὶ τοὺς ἐκλεκτούς</w:t>
      </w:r>
      <w:r>
        <w:rPr>
          <w:sz w:val="20"/>
        </w:rPr>
        <w:t xml:space="preserve"> [dōsousin sēmeia megala kai terata hōste planēsai ei dynaton kai tous eklektous]</w:t>
      </w:r>
      <w:r>
        <w:rPr>
          <w:sz w:val="20"/>
        </w:rPr>
        <w:br/>
        <w:t>Знамения сами по себе не являются доказательством истинности. Иисус заранее предупреждает, что впечатляющие сверхъестественные претензии могут служить обману.</w:t>
      </w:r>
    </w:p>
    <w:p>
      <w:r>
        <w:t>25. Вот, Я заранее сказал вам.</w:t>
      </w:r>
    </w:p>
    <w:p>
      <w:r>
        <w:t>26. Поэтому если вам скажут: “Он в пустыне”, не выходите; “Он в тайных комнатах”, не верьте.</w:t>
      </w:r>
    </w:p>
    <w:p>
      <w:r>
        <w:t>27. Потому что как молния выходит с востока и видна до запада, так будет пришествие Сына Человеческого.</w:t>
      </w:r>
    </w:p>
    <w:p>
      <w:pPr>
        <w:ind w:left="360"/>
      </w:pPr>
      <w:r>
        <w:rPr>
          <w:b/>
          <w:sz w:val="20"/>
        </w:rPr>
        <w:t>Второе пришествие</w:t>
      </w:r>
      <w:r>
        <w:rPr>
          <w:i/>
          <w:sz w:val="20"/>
        </w:rPr>
        <w:t xml:space="preserve"> οὕτως ἔσται ἡ παρουσία τοῦ υἱοῦ τοῦ ἀνθρώπου</w:t>
      </w:r>
      <w:r>
        <w:rPr>
          <w:sz w:val="20"/>
        </w:rPr>
        <w:t xml:space="preserve"> [houtōs estai hē parousia tou huiou tou anthrōpou]</w:t>
      </w:r>
      <w:r>
        <w:rPr>
          <w:sz w:val="20"/>
        </w:rPr>
        <w:br/>
        <w:t>Пришествие Сына Человеческого сравнивается с молнией, видимой по всему небу: оно не будет тайным локальным событием, которое нужно искать в пустыне или скрытых комнатах.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24:26</w:t>
      </w:r>
    </w:p>
    <w:p>
      <w:r>
        <w:t>28. Где будет падаль, там соберутся орлы.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ἀετοί буквально «орлы». Возвращаем буквальный образ Матфея; вопрос, подразумеваются ли падальщики вообще, относится к комментарию.</w:t>
      </w:r>
    </w:p>
    <w:p>
      <w:r>
        <w:t>29. Сразу после бедствия тех дней солнце померкнет, луна не даст света, звёзды будут падать с неба, и небесные силы поколеблются.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ὁ ἥλιος σκοτισθήσεται ... αἱ δυνάμεις τῶν οὐρανῶν σαλευθήσονται</w:t>
      </w:r>
      <w:r>
        <w:rPr>
          <w:sz w:val="20"/>
        </w:rPr>
        <w:t xml:space="preserve"> [ho hēlios skotisthēsetai ... hai dynameis tōn ouranōn saleuthēsontai]</w:t>
      </w:r>
      <w:r>
        <w:rPr>
          <w:sz w:val="20"/>
        </w:rPr>
        <w:br/>
        <w:t>Язык космического потрясения собирает образы Ис 13, Ис 34 и Иоил 2. У пророков такие формулы описывают Божий суд и смену мирового порядка; Матфей применяет их к пришествию Сына Человеческого.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13:10, Ис 34:4, Иоил 2:31</w:t>
      </w:r>
    </w:p>
    <w:p>
      <w:r>
        <w:t>30. Тогда появится знамение Сына Человеческого на небе; все народы земли будут скорбеть и увидят Сына Человеческого, приходящего на небесных облаках с силой и великой славой.</w:t>
      </w:r>
    </w:p>
    <w:p>
      <w:pPr>
        <w:ind w:left="360"/>
      </w:pPr>
      <w:r>
        <w:rPr>
          <w:b/>
          <w:sz w:val="20"/>
        </w:rPr>
        <w:t>Христология по Даниилу</w:t>
      </w:r>
      <w:r>
        <w:rPr>
          <w:i/>
          <w:sz w:val="20"/>
        </w:rPr>
        <w:t xml:space="preserve"> ὄψονται τὸν υἱὸν τοῦ ἀνθρώπου ἐρχόμενον ἐπὶ τῶν νεφελῶν τοῦ οὐρανοῦ</w:t>
      </w:r>
      <w:r>
        <w:rPr>
          <w:sz w:val="20"/>
        </w:rPr>
        <w:t xml:space="preserve"> [opsontai ton huion tou anthrōpou erchomenon epi tōn nephelōn tou ouranou]</w:t>
      </w:r>
      <w:r>
        <w:rPr>
          <w:sz w:val="20"/>
        </w:rPr>
        <w:br/>
        <w:t>Это явная аллюзия на Дан 7:13–14. Сын Человеческий приходит на облаках с властью и славой, то есть образ связан с небесной интронизацией и царством.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7:13–14</w:t>
      </w:r>
    </w:p>
    <w:p>
      <w:r>
        <w:t>31. Он пошлёт Своих ангелов с громким звуком трубы, и они соберут Его избранных с четырёх сторон света, от одного края неба до другого.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ἐπισυνάξουσιν τοὺς ἐκλεκτοὺς αὐτοῦ ἐκ τῶν τεσσάρων ἀνέμων</w:t>
      </w:r>
      <w:r>
        <w:rPr>
          <w:sz w:val="20"/>
        </w:rPr>
        <w:t xml:space="preserve"> [episynaxousin tous eklektous autou ek tōn tessarōn anemōn]</w:t>
      </w:r>
      <w:r>
        <w:rPr>
          <w:sz w:val="20"/>
        </w:rPr>
        <w:br/>
        <w:t>Собрание избранных с четырёх ветров продолжает ветхозаветный язык возвращения рассеянного народа и одновременно становится образом окончательного собирания Божьего народа.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30:4, Зах 2:6</w:t>
      </w:r>
    </w:p>
    <w:p>
      <w:r>
        <w:t>32. Возьмите урок у смоковницы: когда её ветви становятся мягкими и появляются листья, вы знаете, что лето близко.</w:t>
      </w:r>
    </w:p>
    <w:p>
      <w:r>
        <w:t>33. Так и вы, когда увидите всё это, знайте: уже близко, у самых дверей.</w:t>
      </w:r>
    </w:p>
    <w:p>
      <w:pPr>
        <w:ind w:left="360"/>
      </w:pPr>
      <w:r>
        <w:rPr>
          <w:b/>
          <w:sz w:val="20"/>
        </w:rPr>
        <w:t>Синтаксис</w:t>
      </w:r>
      <w:r>
        <w:rPr>
          <w:i/>
          <w:sz w:val="20"/>
        </w:rPr>
        <w:t xml:space="preserve"> γινώσκετε ὅτι ἐγγύς ἐστιν ἐπὶ θύραις</w:t>
      </w:r>
      <w:r>
        <w:rPr>
          <w:sz w:val="20"/>
        </w:rPr>
        <w:t xml:space="preserve"> [ginōskete hoti engys estin epi thyrais]</w:t>
      </w:r>
      <w:r>
        <w:rPr>
          <w:sz w:val="20"/>
        </w:rPr>
        <w:br/>
        <w:t>Греческий не выражает явного субъекта «Он» или «это». Безличное «близко, у дверей» сохраняет намеренную открытость текста.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ἐγγύς ἐστιν не выражает субъекта. Безличное «уже близко, у самых дверей» сохраняет открытость между «Он близко» и «это близко».</w:t>
      </w:r>
    </w:p>
    <w:p>
      <w:r>
        <w:t>34. Истинно говорю вам: это поколение не пройдёт, пока всё это не произойдёт.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οὐ μὴ παρέλθῃ ἡ γενεὰ αὕτη ἕως ἂν πάντα ταῦτα γένηται</w:t>
      </w:r>
      <w:r>
        <w:rPr>
          <w:sz w:val="20"/>
        </w:rPr>
        <w:t xml:space="preserve"> [ou mē parelthē hē genea hautē heōs an panta tauta genētai]</w:t>
      </w:r>
      <w:r>
        <w:rPr>
          <w:sz w:val="20"/>
        </w:rPr>
        <w:br/>
        <w:t>«Это поколение» — та же формула, что в 23:36. Стих является ключевым для понимания соотношения близкого суда над Иерусалимом и более широкого горизонта пришествия.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23:36</w:t>
      </w:r>
    </w:p>
    <w:p>
      <w:r>
        <w:t>35. Небо и земля пройдут, но Мои слова не пройдут.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ὁ οὐρανὸς καὶ ἡ γῆ παρελεύσεται, οἱ δὲ λόγοι μου οὐ μὴ παρέλθωσιν</w:t>
      </w:r>
      <w:r>
        <w:rPr>
          <w:sz w:val="20"/>
        </w:rPr>
        <w:t xml:space="preserve"> [ho ouranos kai hē gē pareleusetai hoi de logoi mou ou mē parelthōsin]</w:t>
      </w:r>
      <w:r>
        <w:rPr>
          <w:sz w:val="20"/>
        </w:rPr>
        <w:br/>
        <w:t>Иисус ставит устойчивость Своих слов выше устойчивости неба и земли. Это чрезвычайно сильное утверждение об авторитете Его речи.</w:t>
      </w:r>
    </w:p>
    <w:p>
      <w:r>
        <w:t>36. А о том дне и часе никто не знает: ни ангелы на небесах, ни Сын — только Отец.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οὐδὲ ὁ υἱός, εἰ μὴ ὁ πατὴρ μόνος</w:t>
      </w:r>
      <w:r>
        <w:rPr>
          <w:sz w:val="20"/>
        </w:rPr>
        <w:t xml:space="preserve"> [oude ho huios ei mē ho patēr monos]</w:t>
      </w:r>
      <w:r>
        <w:rPr>
          <w:sz w:val="20"/>
        </w:rPr>
        <w:br/>
        <w:t>Чтение «ни Сын» принадлежит N/S и включено в критический основной текст; традиционный TR его опускает. WGT-T правильно сохраняет более трудное критическое чтение.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 Bible Code corpus οὐδὲ ὁ υἱός имеет членство N/S и отсутствует в TR. Для нашей критической базы чтение «ни Сын» принимается в основной текст; позднее опущение фиксируется в аппарате.</w:t>
      </w:r>
    </w:p>
    <w:p>
      <w:r>
        <w:t>37. Как было во дни Ноя, так будет и пришествие Сына Человеческого.</w:t>
      </w:r>
    </w:p>
    <w:p>
      <w:pPr>
        <w:ind w:left="360"/>
      </w:pPr>
      <w:r>
        <w:rPr>
          <w:b/>
          <w:sz w:val="20"/>
        </w:rPr>
        <w:t>Типология</w:t>
      </w:r>
      <w:r>
        <w:rPr>
          <w:i/>
          <w:sz w:val="20"/>
        </w:rPr>
        <w:t xml:space="preserve"> ὥσπερ γὰρ αἱ ἡμέραι τοῦ Νῶε, οὕτως ἔσται ἡ παρουσία τοῦ υἱοῦ τοῦ ἀνθρώπου</w:t>
      </w:r>
      <w:r>
        <w:rPr>
          <w:sz w:val="20"/>
        </w:rPr>
        <w:t xml:space="preserve"> [hōsper gar hai hēmerai tou Nōe houtōs estai hē parousia tou huiou tou anthrōpou]</w:t>
      </w:r>
      <w:r>
        <w:rPr>
          <w:sz w:val="20"/>
        </w:rPr>
        <w:br/>
        <w:t>Параллель с Ноем делает акцент на внезапности суда среди обычной жизни, а не на том, что еда, питьё или брак сами по себе греховны.</w:t>
      </w:r>
    </w:p>
    <w:p>
      <w:r>
        <w:t>38. В те дни перед потопом люди ели, пили, женились и выходили замуж до того дня, когда Ной вошёл в ковчег,</w:t>
      </w:r>
    </w:p>
    <w:p>
      <w:r>
        <w:t>39. и не поняли, пока не пришёл потоп и не унёс всех. Так будет и пришествие Сына Человеческого.</w:t>
      </w:r>
    </w:p>
    <w:p>
      <w:r>
        <w:t>40. Тогда двое будут в поле: одного возьмут, другого оставят.</w:t>
      </w:r>
    </w:p>
    <w:p>
      <w:pPr>
        <w:ind w:left="360"/>
      </w:pPr>
      <w:r>
        <w:rPr>
          <w:b/>
          <w:sz w:val="20"/>
        </w:rPr>
        <w:t>Осторожность в толковании</w:t>
      </w:r>
      <w:r>
        <w:rPr>
          <w:i/>
          <w:sz w:val="20"/>
        </w:rPr>
        <w:t xml:space="preserve"> εἷς παραλαμβάνεται καὶ εἷς ἀφίεται</w:t>
      </w:r>
      <w:r>
        <w:rPr>
          <w:sz w:val="20"/>
        </w:rPr>
        <w:t xml:space="preserve"> [heis paralambanetai kai heis aphietai]</w:t>
      </w:r>
      <w:r>
        <w:rPr>
          <w:sz w:val="20"/>
        </w:rPr>
        <w:br/>
        <w:t>«Один берётся, другой оставляется» нельзя автоматически превращать в готовую схему «восхищения»: ближайшая аналогия — потоп, который «унёс» людей в 24:39. Текст требует осторожности относительно того, какая из двух судеб положительна.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24:39</w:t>
      </w:r>
    </w:p>
    <w:p>
      <w:r>
        <w:t>41. Две женщины будут молоть: одну возьмут, другую оставят.</w:t>
      </w:r>
    </w:p>
    <w:p>
      <w:r>
        <w:t>42. Поэтому бодрствуйте, потому что не знаете, в какой день придёт ваш Господь.</w:t>
      </w:r>
    </w:p>
    <w:p>
      <w:pPr>
        <w:ind w:left="360"/>
      </w:pPr>
      <w:r>
        <w:rPr>
          <w:b/>
          <w:sz w:val="20"/>
        </w:rPr>
        <w:t>Бодрствование</w:t>
      </w:r>
      <w:r>
        <w:rPr>
          <w:i/>
          <w:sz w:val="20"/>
        </w:rPr>
        <w:t xml:space="preserve"> γρηγορεῖτε οὖν</w:t>
      </w:r>
      <w:r>
        <w:rPr>
          <w:sz w:val="20"/>
        </w:rPr>
        <w:t xml:space="preserve"> [grēgoreite oun]</w:t>
      </w:r>
      <w:r>
        <w:rPr>
          <w:sz w:val="20"/>
        </w:rPr>
        <w:br/>
        <w:t>γρηγορέω — бодрствовать, быть настороже. Практический вывод речи не вычисление даты, а постоянная готовность и верность.</w:t>
      </w:r>
    </w:p>
    <w:p>
      <w:r>
        <w:t>43. Но поймите: если бы хозяин дома знал, в какую стражу ночи придёт вор, он бодрствовал бы и не позволил проникнуть в дом.</w:t>
      </w:r>
    </w:p>
    <w:p>
      <w:r>
        <w:t>44. Поэтому и вы будьте готовы, потому что Сын Человеческий придёт в час, когда вы не ожидаете.</w:t>
      </w:r>
    </w:p>
    <w:p>
      <w:pPr>
        <w:ind w:left="360"/>
      </w:pPr>
      <w:r>
        <w:rPr>
          <w:b/>
          <w:sz w:val="20"/>
        </w:rPr>
        <w:t>Бодрствование</w:t>
      </w:r>
      <w:r>
        <w:rPr>
          <w:i/>
          <w:sz w:val="20"/>
        </w:rPr>
        <w:t xml:space="preserve"> διὰ τοῦτο καὶ ὑμεῖς γίνεσθε ἕτοιμοι</w:t>
      </w:r>
      <w:r>
        <w:rPr>
          <w:sz w:val="20"/>
        </w:rPr>
        <w:t xml:space="preserve"> [dia touto kai hymeis ginesthe hetoimoi]</w:t>
      </w:r>
      <w:r>
        <w:rPr>
          <w:sz w:val="20"/>
        </w:rPr>
        <w:br/>
        <w:t>«Будьте готовы» переносит акцент с распознавания знаков на состояние ученика. Неожиданность часа делает готовность постоянной задачей.</w:t>
      </w:r>
    </w:p>
    <w:p>
      <w:r>
        <w:t>45. Кто же верный и разумный раб, которого господин поставил над своими домашними, чтобы вовремя давать им пищу?</w:t>
      </w:r>
    </w:p>
    <w:p>
      <w:pPr>
        <w:ind w:left="360"/>
      </w:pPr>
      <w:r>
        <w:rPr>
          <w:b/>
          <w:sz w:val="20"/>
        </w:rPr>
        <w:t>Управление домом Божьим</w:t>
      </w:r>
      <w:r>
        <w:rPr>
          <w:i/>
          <w:sz w:val="20"/>
        </w:rPr>
        <w:t xml:space="preserve"> τίς ἄρα ἐστὶν ὁ πιστὸς δοῦλος καὶ φρόνιμος</w:t>
      </w:r>
      <w:r>
        <w:rPr>
          <w:sz w:val="20"/>
        </w:rPr>
        <w:t xml:space="preserve"> [tis ara estin ho pistos doulos kai phronimos]</w:t>
      </w:r>
      <w:r>
        <w:rPr>
          <w:sz w:val="20"/>
        </w:rPr>
        <w:br/>
        <w:t>Верность ожидания определяется служением в отсутствие господина. Это напрямую подготавливает притчи главы 25 о мудрых девах и доверенных талантах.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25:1–30</w:t>
      </w:r>
    </w:p>
    <w:p>
      <w:r>
        <w:t>46. Блажен тот раб, которого господин, придя, найдёт поступающим так.</w:t>
      </w:r>
    </w:p>
    <w:p>
      <w:r>
        <w:t>47. Истинно говорю вам: он поставит его над всем своим имуществом.</w:t>
      </w:r>
    </w:p>
    <w:p>
      <w:r>
        <w:t>48. Но если тот раб окажется злым и скажет в сердце: “Мой господин задерживается”,</w:t>
      </w:r>
    </w:p>
    <w:p>
      <w:r>
        <w:t>49. и начнёт бить других рабов, а сам будет есть и пить с пьяницами,</w:t>
      </w:r>
    </w:p>
    <w:p>
      <w:r>
        <w:t>50. господин того раба придёт в день, когда тот не ожидает, и в час, которого не знает,</w:t>
      </w:r>
    </w:p>
    <w:p>
      <w:r>
        <w:t>51. и сурово накажет его и определит ему участь с лицемерами. Там будут плач и скрежет зубов.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Филологически смысл строгого судебного предупреждения ясен; подростковый рабочий текст передаёт его без избыточной детализации.</w:t>
      </w:r>
    </w:p>
    <w:p>
      <w:pPr>
        <w:pStyle w:val="Heading2"/>
      </w:pPr>
      <w:r>
        <w:t>Глава 25</w:t>
      </w:r>
    </w:p>
    <w:p>
      <w:r>
        <w:t>1. Тогда Царство Небес будет подобно десяти девушкам, которые взяли светильники и вышли навстречу жениху.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τότε ὁμοιωθήσεται ἡ βασιλεία τῶν οὐρανῶν δέκα παρθένοις</w:t>
      </w:r>
      <w:r>
        <w:rPr>
          <w:sz w:val="20"/>
        </w:rPr>
        <w:t xml:space="preserve"> [tote homoiōthēsetai hē basileia tōn ouranōn deka parthenois]</w:t>
      </w:r>
      <w:r>
        <w:rPr>
          <w:sz w:val="20"/>
        </w:rPr>
        <w:br/>
        <w:t>Притча продолжает тему готовности из 24:42–44. «Тогда» связывает её с пришествием Жениха и необходимостью быть готовыми заранее.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24:42–44</w:t>
      </w:r>
    </w:p>
    <w:p>
      <w:r>
        <w:t>2. Пять из них были неразумными, а пять — мудрыми. [πέντε ... μωραὶ καὶ πέντε φρόνιμοι — Контраст μωρός/φρόνιμος — неразумный/мудрый — уже звучал в Нагорной проповеди и в 24:45]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πέντε ... μωραὶ καὶ πέντε φρόνιμοι</w:t>
      </w:r>
      <w:r>
        <w:rPr>
          <w:sz w:val="20"/>
        </w:rPr>
        <w:t xml:space="preserve"> [pente ... mōrai kai pente phronimoi]</w:t>
      </w:r>
      <w:r>
        <w:rPr>
          <w:sz w:val="20"/>
        </w:rPr>
        <w:br/>
        <w:t>Контраст μωρός/φρόνιμος — неразумный/мудрый — уже звучал в Нагорной проповеди и в 24:45. Мудрость у Матфея проявляется в практической готовности.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7:24–26, Мф 24:45</w:t>
      </w:r>
    </w:p>
    <w:p>
      <w:r>
        <w:t>3. Неразумные взяли светильники, но не взяли с собой масла.</w:t>
      </w:r>
    </w:p>
    <w:p>
      <w:r>
        <w:t>4. Мудрые же вместе со светильниками взяли масло в сосудах.</w:t>
      </w:r>
    </w:p>
    <w:p>
      <w:r>
        <w:t>5. Жених задержался, и все задремали и уснули.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χρονίζοντος δὲ τοῦ νυμφίου</w:t>
      </w:r>
      <w:r>
        <w:rPr>
          <w:sz w:val="20"/>
        </w:rPr>
        <w:t xml:space="preserve"> [chronizontos de tou nymphiou]</w:t>
      </w:r>
      <w:r>
        <w:rPr>
          <w:sz w:val="20"/>
        </w:rPr>
        <w:br/>
        <w:t>Задержка жениха — важная часть испытания. Проблема не в том, что все уснули, потому что уснули все десять, а в том, кто был готов к задержке.</w:t>
      </w:r>
    </w:p>
    <w:p>
      <w:r>
        <w:t>6. В полночь раздался крик: “Вот жених! Выходите ему навстречу!”</w:t>
      </w:r>
    </w:p>
    <w:p>
      <w:r>
        <w:t>7. Тогда все девушки встали и поправили светильники.</w:t>
      </w:r>
    </w:p>
    <w:p>
      <w:r>
        <w:t>8. Неразумные сказали мудрым: “Дайте нам вашего масла, потому что наши светильники гаснут”.</w:t>
      </w:r>
    </w:p>
    <w:p>
      <w:r>
        <w:t>9. Но мудрые ответили: “Нет, иначе не хватит ни нам, ни вам. Лучше пойдите к продавцам и купите себе”.</w:t>
      </w:r>
    </w:p>
    <w:p>
      <w:r>
        <w:t>10. Пока они ходили покупать, пришёл жених. Готовые вошли с ним на свадебный пир, и дверь закрылась.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αἱ ἕτοιμοι εἰσῆλθον μετ᾽ αὐτοῦ ... καὶ ἐκλείσθη ἡ θύρα</w:t>
      </w:r>
      <w:r>
        <w:rPr>
          <w:sz w:val="20"/>
        </w:rPr>
        <w:t xml:space="preserve"> [hai hetoimoi eisēlthon met autou ... kai ekleisthē hē thyra]</w:t>
      </w:r>
      <w:r>
        <w:rPr>
          <w:sz w:val="20"/>
        </w:rPr>
        <w:br/>
        <w:t>Ключевое слово — «готовые». Закрытая дверь подчёркивает окончательность момента: готовность нельзя отложить до появления жениха.</w:t>
      </w:r>
    </w:p>
    <w:p>
      <w:r>
        <w:t>11. Позже пришли и остальные девушки: “Господин! Господин! Открой нам!”</w:t>
      </w:r>
    </w:p>
    <w:p>
      <w:r>
        <w:t>12. Но он ответил: “Истинно говорю вам: я вас не знаю”.</w:t>
      </w:r>
    </w:p>
    <w:p>
      <w:pPr>
        <w:ind w:left="360"/>
      </w:pPr>
      <w:r>
        <w:rPr>
          <w:b/>
          <w:sz w:val="20"/>
        </w:rPr>
        <w:t>Суд</w:t>
      </w:r>
      <w:r>
        <w:rPr>
          <w:i/>
          <w:sz w:val="20"/>
        </w:rPr>
        <w:t xml:space="preserve"> ἀμὴν λέγω ὑμῖν, οὐκ οἶδα ὑμᾶς</w:t>
      </w:r>
      <w:r>
        <w:rPr>
          <w:sz w:val="20"/>
        </w:rPr>
        <w:t xml:space="preserve"> [amēn legō hymin ouk oida hymas]</w:t>
      </w:r>
      <w:r>
        <w:rPr>
          <w:sz w:val="20"/>
        </w:rPr>
        <w:br/>
        <w:t>«Я вас не знаю» перекликается с 7:23. У Матфея принадлежность к ожидающей группе сама по себе недостаточна без реальной готовности и верности.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7:23</w:t>
      </w:r>
    </w:p>
    <w:p>
      <w:r>
        <w:t>13. Поэтому бодрствуйте, потому что не знаете ни дня, ни часа.</w:t>
      </w:r>
    </w:p>
    <w:p>
      <w:pPr>
        <w:ind w:left="360"/>
      </w:pPr>
      <w:r>
        <w:rPr>
          <w:b/>
          <w:sz w:val="20"/>
        </w:rPr>
        <w:t>Бодрствование</w:t>
      </w:r>
      <w:r>
        <w:rPr>
          <w:i/>
          <w:sz w:val="20"/>
        </w:rPr>
        <w:t xml:space="preserve"> γρηγορεῖτε οὖν, ὅτι οὐκ οἴδατε τὴν ἡμέραν οὐδὲ τὴν ὥραν</w:t>
      </w:r>
      <w:r>
        <w:rPr>
          <w:sz w:val="20"/>
        </w:rPr>
        <w:t xml:space="preserve"> [grēgoreite oun hoti ouk oidate tēn hēmeran oude tēn hōran]</w:t>
      </w:r>
      <w:r>
        <w:rPr>
          <w:sz w:val="20"/>
        </w:rPr>
        <w:br/>
        <w:t>Итог совпадает с 24 главой: бодрствуйте, потому что день и час неизвестны. Позднее добавление о пришествии Сына Человеческого в основной критический текст не входит.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24:42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Позднее расширение о «пришествии Сына Человеческого» не относится к основному критическому тексту. Краткая форма «не знаете ни дня, ни часа» принята.</w:t>
      </w:r>
    </w:p>
    <w:p>
      <w:r>
        <w:t>14. Это подобно человеку, который, отправляясь в другую страну, позвал своих рабов и доверил им своё имущество.</w:t>
      </w:r>
    </w:p>
    <w:p>
      <w:r>
        <w:t>15. Одному он дал пять талантов, другому два, третьему один — каждому по его способности — и уехал.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πέντε τάλαντα ... δύο ... ἕν</w:t>
      </w:r>
      <w:r>
        <w:rPr>
          <w:sz w:val="20"/>
        </w:rPr>
        <w:t xml:space="preserve"> [pente talanta ... dyo ... hen]</w:t>
      </w:r>
      <w:r>
        <w:rPr>
          <w:sz w:val="20"/>
        </w:rPr>
        <w:br/>
        <w:t>Талант здесь прежде всего крупная денежная единица, а не современное значение «способность/дар». Распределение различно, но дано «каждому по его способности».</w:t>
      </w:r>
    </w:p>
    <w:p>
      <w:r>
        <w:t>16. Получивший пять талантов сразу пустил их в дело и приобрёл ещё пять.</w:t>
      </w:r>
    </w:p>
    <w:p>
      <w:r>
        <w:t>17. Так же получивший два приобрёл ещё два.</w:t>
      </w:r>
    </w:p>
    <w:p>
      <w:r>
        <w:t>18. А получивший один ушёл, спрятал деньги господина в земле.</w:t>
      </w:r>
    </w:p>
    <w:p>
      <w:r>
        <w:t>19. Спустя долгое время господин этих рабов вернулся и стал сводить с ними счета.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μετὰ δὲ πολὺν χρόνον ἔρχεται ὁ κύριος ... καὶ συναίρει λόγον μετ᾽ αὐτῶν</w:t>
      </w:r>
      <w:r>
        <w:rPr>
          <w:sz w:val="20"/>
        </w:rPr>
        <w:t xml:space="preserve"> [meta de polyn chronon erchetai ho kyrios ... kai synairei logon met autōn]</w:t>
      </w:r>
      <w:r>
        <w:rPr>
          <w:sz w:val="20"/>
        </w:rPr>
        <w:br/>
        <w:t>«Спустя долгое время» повторяет мотив задержки из предыдущей притчи. Возвращение господина неизбежно и ведёт к отчёту за доверенное.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25:5</w:t>
      </w:r>
    </w:p>
    <w:p>
      <w:r>
        <w:t>20. Получивший пять талантов принёс ещё пять и сказал: “Господин, ты доверил мне пять талантов; вот, я приобрёл ещё пять”.</w:t>
      </w:r>
    </w:p>
    <w:p>
      <w:r>
        <w:t>21. Господин сказал: “Хорошо, добрый и верный раб! В малом ты был верен — над многим тебя поставлю. Войди в радость своего господина”. [εὖ, δοῦλε ἀγαθὲ καὶ πιστέ ... εἴσελθε εἰς τὴν χαρὰν τοῦ κυρίου σου — Похвала основана не на одинаковом объёме результата, а на верности тому, что было доверено]</w:t>
      </w:r>
    </w:p>
    <w:p>
      <w:pPr>
        <w:ind w:left="360"/>
      </w:pPr>
      <w:r>
        <w:rPr>
          <w:b/>
          <w:sz w:val="20"/>
        </w:rPr>
        <w:t>Управление домом Божьим</w:t>
      </w:r>
      <w:r>
        <w:rPr>
          <w:i/>
          <w:sz w:val="20"/>
        </w:rPr>
        <w:t xml:space="preserve"> εὖ, δοῦλε ἀγαθὲ καὶ πιστέ ... εἴσελθε εἰς τὴν χαρὰν τοῦ κυρίου σου</w:t>
      </w:r>
      <w:r>
        <w:rPr>
          <w:sz w:val="20"/>
        </w:rPr>
        <w:t xml:space="preserve"> [eu doule agathe kai piste ... eiselthe eis tēn charan tou kyriou sou]</w:t>
      </w:r>
      <w:r>
        <w:rPr>
          <w:sz w:val="20"/>
        </w:rPr>
        <w:br/>
        <w:t>Похвала основана не на одинаковом объёме результата, а на верности тому, что было доверено. Раб с двумя талантами получает буквально ту же похвалу в 25:23.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25:23</w:t>
      </w:r>
    </w:p>
    <w:p>
      <w:r>
        <w:t>22. Получивший два таланта тоже подошёл и сказал: “Господин, ты доверил мне два таланта; вот, я приобрёл ещё два”.</w:t>
      </w:r>
    </w:p>
    <w:p>
      <w:r>
        <w:t>23. Господин сказал ему: “Хорошо, добрый и верный раб! В малом ты был верен — над многим тебя поставлю. Войди в радость своего господина”.</w:t>
      </w:r>
    </w:p>
    <w:p>
      <w:r>
        <w:t>24. Подошёл и получивший один талант: “Господин, я знал, что ты суровый человек: жнёшь, где не сеял, и собираешь, где не рассыпал.</w:t>
      </w:r>
    </w:p>
    <w:p>
      <w:pPr>
        <w:ind w:left="360"/>
      </w:pPr>
      <w:r>
        <w:rPr>
          <w:b/>
          <w:sz w:val="20"/>
        </w:rPr>
        <w:t>Характеристика</w:t>
      </w:r>
      <w:r>
        <w:rPr>
          <w:i/>
          <w:sz w:val="20"/>
        </w:rPr>
        <w:t xml:space="preserve"> ἔγνων σε ὅτι σκληρὸς εἶ ἄνθρωπος</w:t>
      </w:r>
      <w:r>
        <w:rPr>
          <w:sz w:val="20"/>
        </w:rPr>
        <w:t xml:space="preserve"> [egnōn se hoti sklēros ei anthrōpos]</w:t>
      </w:r>
      <w:r>
        <w:rPr>
          <w:sz w:val="20"/>
        </w:rPr>
        <w:br/>
        <w:t>Это описание господина произносит сам раб. Его нельзя автоматически принимать как авторское описание Бога; притча показывает, как страх и искажённое представление о господине парализуют ответственность.</w:t>
      </w:r>
    </w:p>
    <w:p>
      <w:r>
        <w:t>25. Я испугался и спрятал твой талант в земле. Вот твоё”.</w:t>
      </w:r>
    </w:p>
    <w:p>
      <w:pPr>
        <w:ind w:left="360"/>
      </w:pPr>
      <w:r>
        <w:rPr>
          <w:b/>
          <w:sz w:val="20"/>
        </w:rPr>
        <w:t>Мотивация</w:t>
      </w:r>
      <w:r>
        <w:rPr>
          <w:i/>
          <w:sz w:val="20"/>
        </w:rPr>
        <w:t xml:space="preserve"> φοβηθεὶς ἀπελθὼν ἔκρυψα τὸ τάλαντόν σου</w:t>
      </w:r>
      <w:r>
        <w:rPr>
          <w:sz w:val="20"/>
        </w:rPr>
        <w:t xml:space="preserve"> [phobētheis apelthōn ekrypsa to talanton sou]</w:t>
      </w:r>
      <w:r>
        <w:rPr>
          <w:sz w:val="20"/>
        </w:rPr>
        <w:br/>
        <w:t>Раб прямо называет мотив: страх. В отличие от двух других, он не рискует доверенным ради господина, а сохраняет его без плода.</w:t>
      </w:r>
    </w:p>
    <w:p>
      <w:r>
        <w:t>26. Господин ответил: “Злой и ленивый раб! Ты знал, что я жну, где не сеял, и собираю, где не рассыпал.</w:t>
      </w:r>
    </w:p>
    <w:p>
      <w:r>
        <w:t>27. Тогда тебе следовало отдать мои деньги менялам, и по возвращении я получил бы своё с прибылью.</w:t>
      </w:r>
    </w:p>
    <w:p>
      <w:r>
        <w:t>28. Поэтому возьмите у него талант и отдайте имеющему десять талантов.</w:t>
      </w:r>
    </w:p>
    <w:p>
      <w:r>
        <w:t>29. Потому что всякому имеющему будет дано ещё, и будет у него в избытке; а у неимеющего будет отнято даже то, что имеет.</w:t>
      </w:r>
    </w:p>
    <w:p>
      <w:pPr>
        <w:ind w:left="360"/>
      </w:pPr>
      <w:r>
        <w:rPr>
          <w:b/>
          <w:sz w:val="20"/>
        </w:rPr>
        <w:t>Принцип Царства</w:t>
      </w:r>
      <w:r>
        <w:rPr>
          <w:i/>
          <w:sz w:val="20"/>
        </w:rPr>
        <w:t xml:space="preserve"> τῷ γὰρ ἔχοντι παντὶ δοθήσεται καὶ περισσευθήσεται</w:t>
      </w:r>
      <w:r>
        <w:rPr>
          <w:sz w:val="20"/>
        </w:rPr>
        <w:t xml:space="preserve"> [tō gar echonti panti dothēsetai kai perisseuthēsetai]</w:t>
      </w:r>
      <w:r>
        <w:rPr>
          <w:sz w:val="20"/>
        </w:rPr>
        <w:br/>
        <w:t>Принцип уже звучал в 13:12: верное принятие и употребление данного ведёт к большему, а неиспользованное утрачивается. Здесь контекст — ответственность за доверенное.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13:12</w:t>
      </w:r>
    </w:p>
    <w:p>
      <w:r>
        <w:t>30. А бесполезного раба выбросьте во внешнюю тьму. Там будут плач и скрежет зубов”.</w:t>
      </w:r>
    </w:p>
    <w:p>
      <w:r>
        <w:t>31. Когда Сын Человеческий придёт в Своей славе и с Ним все ангелы, Он сядет на престоле Своей славы.</w:t>
      </w:r>
    </w:p>
    <w:p>
      <w:pPr>
        <w:ind w:left="360"/>
      </w:pPr>
      <w:r>
        <w:rPr>
          <w:b/>
          <w:sz w:val="20"/>
        </w:rPr>
        <w:t>Христология по Даниилу</w:t>
      </w:r>
      <w:r>
        <w:rPr>
          <w:i/>
          <w:sz w:val="20"/>
        </w:rPr>
        <w:t xml:space="preserve"> ὅταν δὲ ἔλθῃ ὁ υἱὸς τοῦ ἀνθρώπου ἐν τῇ δόξῃ αὐτοῦ ... καθίσει ἐπὶ θρόνου δόξης αὐτοῦ</w:t>
      </w:r>
      <w:r>
        <w:rPr>
          <w:sz w:val="20"/>
        </w:rPr>
        <w:t xml:space="preserve"> [hotan de elthē ho huios tou anthrōpou en tē doxē autou ... kathisei epi thronou doxēs autou]</w:t>
      </w:r>
      <w:r>
        <w:rPr>
          <w:sz w:val="20"/>
        </w:rPr>
        <w:br/>
        <w:t>Сын Человеческий из Дан 7 теперь прямо представлен как Царь и Судья на престоле славы. Это кульминация темы Сына Человеческого в Евангелии.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7:13–14, Мф 19:28, Мф 24:30</w:t>
      </w:r>
    </w:p>
    <w:p>
      <w:r>
        <w:t>32. Перед Ним будут собраны все народы, и Он отделит одних от других, как пастух отделяет овец от козлов.</w:t>
      </w:r>
    </w:p>
    <w:p>
      <w:pPr>
        <w:ind w:left="360"/>
      </w:pPr>
      <w:r>
        <w:rPr>
          <w:b/>
          <w:sz w:val="20"/>
        </w:rPr>
        <w:t>Всеобщий суд</w:t>
      </w:r>
      <w:r>
        <w:rPr>
          <w:i/>
          <w:sz w:val="20"/>
        </w:rPr>
        <w:t xml:space="preserve"> συναχθήσονται ἔμπροσθεν αὐτοῦ πάντα τὰ ἔθνη</w:t>
      </w:r>
      <w:r>
        <w:rPr>
          <w:sz w:val="20"/>
        </w:rPr>
        <w:t xml:space="preserve"> [synachthēsontai emprosthen autou panta ta ethnē]</w:t>
      </w:r>
      <w:r>
        <w:rPr>
          <w:sz w:val="20"/>
        </w:rPr>
        <w:br/>
        <w:t>Перед Сыном Человеческим собираются «все народы». Сцена универсальна и завершает миссионную перспективу 24:14 и будущую 28:19.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24:14, Мф 28:19</w:t>
      </w:r>
    </w:p>
    <w:p>
      <w:r>
        <w:t>33. Овец поставит справа, а козлов слева.</w:t>
      </w:r>
    </w:p>
    <w:p>
      <w:r>
        <w:t>34. Тогда Царь скажет стоящим справа: “Придите, благословенные Моего Отца, наследуйте Царство, приготовленное вам от основания мира.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κληρονομήσατε τὴν ἡτοιμασμένην ὑμῖν βασιλείαν ἀπὸ καταβολῆς κόσμου</w:t>
      </w:r>
      <w:r>
        <w:rPr>
          <w:sz w:val="20"/>
        </w:rPr>
        <w:t xml:space="preserve"> [klēronomēsate tēn hētoimasmenēn hymin basileian apo katabolēs kosmou]</w:t>
      </w:r>
      <w:r>
        <w:rPr>
          <w:sz w:val="20"/>
        </w:rPr>
        <w:br/>
        <w:t>Царство описано как наследство, приготовленное «от основания мира». Итог Царства не импровизация конца истории, а часть Божьего замысла.</w:t>
      </w:r>
    </w:p>
    <w:p>
      <w:r>
        <w:t>35. Потому что Я был голоден, и вы дали Мне есть; испытывал жажду — и вы дали Мне пить; был странником — и вы приняли Меня;</w:t>
      </w:r>
    </w:p>
    <w:p>
      <w:pPr>
        <w:ind w:left="360"/>
      </w:pPr>
      <w:r>
        <w:rPr>
          <w:b/>
          <w:sz w:val="20"/>
        </w:rPr>
        <w:t>Милосердие</w:t>
      </w:r>
      <w:r>
        <w:rPr>
          <w:i/>
          <w:sz w:val="20"/>
        </w:rPr>
        <w:t xml:space="preserve"> ἐπείνασα ... ἐδίψησα ... ξένος ἤμην</w:t>
      </w:r>
      <w:r>
        <w:rPr>
          <w:sz w:val="20"/>
        </w:rPr>
        <w:t xml:space="preserve"> [epeinasa ... edipsēsa ... xenos ēmēn]</w:t>
      </w:r>
      <w:r>
        <w:rPr>
          <w:sz w:val="20"/>
        </w:rPr>
        <w:br/>
        <w:t>Критерий суда раскрывается через конкретные дела милости к нуждающемуся. Праведники не предъявляют эти дела как заслугу и даже не осознавали, что служили самому Царю.</w:t>
      </w:r>
    </w:p>
    <w:p>
      <w:r>
        <w:t>36. нуждался в одежде — и вы одели Меня; был болен — и вы позаботились обо Мне; был в заключении — и вы пришли ко Мне”.</w:t>
      </w:r>
    </w:p>
    <w:p>
      <w:r>
        <w:t>37. Тогда праведники ответят: “Господи, когда мы видели Тебя голодным и накормили? Или испытывающим жажду и напоили?</w:t>
      </w:r>
    </w:p>
    <w:p>
      <w:r>
        <w:t>38. Когда видели Тебя странником и приняли? Или нуждающимся в одежде и одели?</w:t>
      </w:r>
    </w:p>
    <w:p>
      <w:r>
        <w:t>39. Когда видели Тебя больным или в заключении и пришли к Тебе?”</w:t>
      </w:r>
    </w:p>
    <w:p>
      <w:r>
        <w:t>40. Царь ответит: “Истинно говорю вам: всё, что вы сделали одному из этих Моих наименьших братьев, вы сделали Мне”.</w:t>
      </w:r>
    </w:p>
    <w:p>
      <w:pPr>
        <w:ind w:left="360"/>
      </w:pPr>
      <w:r>
        <w:rPr>
          <w:b/>
          <w:sz w:val="20"/>
        </w:rPr>
        <w:t>Отождествление с учениками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ἐφ᾽ ὅσον ἐποιήσατε ἑνὶ τούτων τῶν ἀδελφῶν μου τῶν ἐλαχίστων, ἐμοὶ ἐποιήσατε</w:t>
      </w:r>
      <w:r>
        <w:rPr>
          <w:sz w:val="20"/>
        </w:rPr>
        <w:t xml:space="preserve"> [eph hoson epoiēsate heni toutōn tōn adelphōn mou tōn elachistōn emoi epoiēsate]</w:t>
      </w:r>
      <w:r>
        <w:rPr>
          <w:sz w:val="20"/>
        </w:rPr>
        <w:br/>
        <w:t>Буквально: «одному из этих Моих наименьших братьев». В Матфее «мои братья» часто относится к ученикам Иисуса, а «малые» — к Его последователям; однако широкий этический смысл милосердия не следует отрицать. WGT-E сохраняет обе экзегетические линии, не встраивая одну в перевод.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10:40–42, Мф 12:50, Мф 18:5–6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«Одному из этих Моих наименьших братьев» переведено буквально. Кто именно обозначен этой формулой — экзегетический вопрос, а не неопределённость перевода.</w:t>
      </w:r>
    </w:p>
    <w:p>
      <w:r>
        <w:t>41. Тогда Он скажет и стоящим слева: “Уйдите от Меня, проклятые, в вечный огонь, приготовленный дьяволу и его ангелам.</w:t>
      </w:r>
    </w:p>
    <w:p>
      <w:pPr>
        <w:ind w:left="360"/>
      </w:pPr>
      <w:r>
        <w:rPr>
          <w:b/>
          <w:sz w:val="20"/>
        </w:rPr>
        <w:t>Суд</w:t>
      </w:r>
      <w:r>
        <w:rPr>
          <w:i/>
          <w:sz w:val="20"/>
        </w:rPr>
        <w:t xml:space="preserve"> τὸ πῦρ τὸ αἰώνιον τὸ ἡτοιμασμένον τῷ διαβόλῳ καὶ τοῖς ἀγγέλοις αὐτοῦ</w:t>
      </w:r>
      <w:r>
        <w:rPr>
          <w:sz w:val="20"/>
        </w:rPr>
        <w:t xml:space="preserve"> [to pyr to aiōnion to hētoimasmenon tō diabolō kai tois angelois autou]</w:t>
      </w:r>
      <w:r>
        <w:rPr>
          <w:sz w:val="20"/>
        </w:rPr>
        <w:br/>
        <w:t>Важно различие с 25:34: Царство «приготовлено вам», тогда как огонь назван приготовленным дьяволу и его ангелам. Суд над людьми описан как участие в участи восставшего зла, а не как первоначальная цель для них.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25:34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Судебная формула переведена без расширения образа; филологическая структура ясна.</w:t>
      </w:r>
    </w:p>
    <w:p>
      <w:r>
        <w:t>42. Потому что Я был голоден, и вы не дали Мне есть; испытывал жажду — и вы не дали Мне пить;</w:t>
      </w:r>
    </w:p>
    <w:p>
      <w:r>
        <w:t>43. был странником — и вы не приняли Меня; нуждался в одежде — и вы не одели Меня; был болен и в заключении — и вы не позаботились обо Мне”.</w:t>
      </w:r>
    </w:p>
    <w:p>
      <w:r>
        <w:t>44. Тогда и они ответят: “Господи, когда мы видели Тебя голодным, испытывающим жажду, странником, нуждающимся в одежде, больным или в заключении и не послужили Тебе?”</w:t>
      </w:r>
    </w:p>
    <w:p>
      <w:r>
        <w:t>45. Он ответит им: “Истинно говорю вам: чего вы не сделали одному из этих наименьших, того не сделали Мне”.</w:t>
      </w:r>
    </w:p>
    <w:p>
      <w:pPr>
        <w:ind w:left="360"/>
      </w:pPr>
      <w:r>
        <w:rPr>
          <w:b/>
          <w:sz w:val="20"/>
        </w:rPr>
        <w:t>Отождествление</w:t>
      </w:r>
      <w:r>
        <w:rPr>
          <w:i/>
          <w:sz w:val="20"/>
        </w:rPr>
        <w:t xml:space="preserve"> ἐφ᾽ ὅσον οὐκ ἐποιήσατε ἑνὶ τούτων τῶν ἐλαχίστων, οὐδὲ ἐμοὶ ἐποιήσατε</w:t>
      </w:r>
      <w:r>
        <w:rPr>
          <w:sz w:val="20"/>
        </w:rPr>
        <w:t xml:space="preserve"> [eph hoson ouk epoiēsate heni toutōn tōn elachistōn oude emoi epoiēsate]</w:t>
      </w:r>
      <w:r>
        <w:rPr>
          <w:sz w:val="20"/>
        </w:rPr>
        <w:br/>
        <w:t>Отрицательная формула зеркально повторяет 25:40: отказ послужить «одному из наименьших» рассматривается Царём как отказ Ему Самому.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25:40</w:t>
      </w:r>
    </w:p>
    <w:p>
      <w:r>
        <w:t>46. И они пойдут в вечное наказание, а праведники — в вечную жизнь».</w:t>
      </w:r>
    </w:p>
    <w:p>
      <w:pPr>
        <w:ind w:left="360"/>
      </w:pPr>
      <w:r>
        <w:rPr>
          <w:b/>
          <w:sz w:val="20"/>
        </w:rPr>
        <w:t>Параллелизм</w:t>
      </w:r>
      <w:r>
        <w:rPr>
          <w:i/>
          <w:sz w:val="20"/>
        </w:rPr>
        <w:t xml:space="preserve"> κόλασιν αἰώνιον ... ζωὴν αἰώνιον</w:t>
      </w:r>
      <w:r>
        <w:rPr>
          <w:sz w:val="20"/>
        </w:rPr>
        <w:t xml:space="preserve"> [kolasin aiōnion ... zōēn aiōnion]</w:t>
      </w:r>
      <w:r>
        <w:rPr>
          <w:sz w:val="20"/>
        </w:rPr>
        <w:br/>
        <w:t>Матфей сознательно ставит одинаковое прилагательное αἰώνιος при «наказании» и «жизни». Перевод правильно сохраняет симметрию «вечное ... вечную».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κόλασις αἰώνιος / ζωὴ αἰώνιος образуют намеренную параллель. Одинаковое «вечное» сохраняется; review снимаем.</w:t>
      </w:r>
    </w:p>
    <w:p>
      <w:pPr>
        <w:pStyle w:val="Heading2"/>
      </w:pPr>
      <w:r>
        <w:t>Глава 26</w:t>
      </w:r>
    </w:p>
    <w:p>
      <w:r>
        <w:t>1. Когда Иисус закончил все эти слова, Он сказал ученикам: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καὶ ἐγένετο ὅτε ἐτέλεσεν ὁ Ἰησοῦς πάντας τοὺς λόγους τούτους</w:t>
      </w:r>
      <w:r>
        <w:rPr>
          <w:sz w:val="20"/>
        </w:rPr>
        <w:t xml:space="preserve"> [kai egeneto hote etelesen ho Iēsous pantas tous logous toutous]</w:t>
      </w:r>
      <w:r>
        <w:rPr>
          <w:sz w:val="20"/>
        </w:rPr>
        <w:br/>
        <w:t>Это последняя из матфеевских формул завершения речей. Здесь заканчивается Елеонская речь и начинается страстная часть Евангелия.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7:28, Мф 11:1, Мф 13:53, Мф 19:1</w:t>
      </w:r>
    </w:p>
    <w:p>
      <w:r>
        <w:t>2. «Вы знаете, что через два дня будет Пасха, и Сын Человеческий будет предан на распятие».</w:t>
      </w:r>
    </w:p>
    <w:p>
      <w:pPr>
        <w:ind w:left="360"/>
      </w:pPr>
      <w:r>
        <w:rPr>
          <w:b/>
          <w:sz w:val="20"/>
        </w:rPr>
        <w:t>Страдания Христа</w:t>
      </w:r>
      <w:r>
        <w:rPr>
          <w:i/>
          <w:sz w:val="20"/>
        </w:rPr>
        <w:t xml:space="preserve"> τὸ πάσχα ... ὁ υἱὸς τοῦ ἀνθρώπου παραδίδοται εἰς τὸ σταυρωθῆναι</w:t>
      </w:r>
      <w:r>
        <w:rPr>
          <w:sz w:val="20"/>
        </w:rPr>
        <w:t xml:space="preserve"> [to pascha ... ho huios tou anthrōpou paradidotai eis to staurōthēnai]</w:t>
      </w:r>
      <w:r>
        <w:rPr>
          <w:sz w:val="20"/>
        </w:rPr>
        <w:br/>
        <w:t>Матфей прямо связывает Пасху с преданием Сына Человеческого на распятие, подготавливая пасхальную интерпретацию Его смерти.</w:t>
      </w:r>
    </w:p>
    <w:p>
      <w:r>
        <w:t>3. Тогда первосвященники и старейшины народа собрались во дворе первосвященника по имени Каиафа</w:t>
      </w:r>
    </w:p>
    <w:p>
      <w:r>
        <w:t>4. и стали советоваться, как хитростью схватить Иисуса и погубить Его.</w:t>
      </w:r>
    </w:p>
    <w:p>
      <w:r>
        <w:t>5. Но говорили: «Только не во время праздника, чтобы в народе не начались волнения».</w:t>
      </w:r>
    </w:p>
    <w:p>
      <w:r>
        <w:t>6. Когда Иисус был в Вифании, в доме Симона прокажённого,</w:t>
      </w:r>
    </w:p>
    <w:p>
      <w:r>
        <w:t>7. к Нему подошла женщина с алебастровым сосудом очень дорогого масла и вылила его Ему на голову, когда Он возлежал за столом.</w:t>
      </w:r>
    </w:p>
    <w:p>
      <w:r>
        <w:t>8. Увидев это, ученики возмутились: «Зачем такая трата?</w:t>
      </w:r>
    </w:p>
    <w:p>
      <w:r>
        <w:t>9. Это можно было дорого продать и деньги раздать бедным».</w:t>
      </w:r>
    </w:p>
    <w:p>
      <w:r>
        <w:t>10. Поняв это, Иисус сказал: «Зачем вы беспокоите женщину? Она сделала для Меня доброе дело.</w:t>
      </w:r>
    </w:p>
    <w:p>
      <w:r>
        <w:t>11. Бедные всегда будут с вами, а Я не всегда буду с вами.</w:t>
      </w:r>
    </w:p>
    <w:p>
      <w:r>
        <w:t>12. Вылив это масло на Моё тело, она приготовила Меня к погребению.</w:t>
      </w:r>
    </w:p>
    <w:p>
      <w:pPr>
        <w:ind w:left="360"/>
      </w:pPr>
      <w:r>
        <w:rPr>
          <w:b/>
          <w:sz w:val="20"/>
        </w:rPr>
        <w:t>Погребение</w:t>
      </w:r>
      <w:r>
        <w:rPr>
          <w:i/>
          <w:sz w:val="20"/>
        </w:rPr>
        <w:t xml:space="preserve"> πρὸς τὸ ἐνταφιάσαι με ἐποίησεν</w:t>
      </w:r>
      <w:r>
        <w:rPr>
          <w:sz w:val="20"/>
        </w:rPr>
        <w:t xml:space="preserve"> [pros to entaphiasai me epoiēsen]</w:t>
      </w:r>
      <w:r>
        <w:rPr>
          <w:sz w:val="20"/>
        </w:rPr>
        <w:br/>
        <w:t>Помазание получает у Иисуса погребальный смысл. Женщина невольно совершает действие, предвосхищающее близкое погребение.</w:t>
      </w:r>
    </w:p>
    <w:p>
      <w:r>
        <w:t>13. Истинно говорю вам: где бы во всём мире ни проповедовалась эта Благая весть, будут рассказывать и о том, что она сделала, в память о ней».</w:t>
      </w:r>
    </w:p>
    <w:p>
      <w:r>
        <w:t>14. Тогда один из двенадцати, называемый Иудой Искариотом, пошёл к первосвященникам</w:t>
      </w:r>
    </w:p>
    <w:p>
      <w:r>
        <w:t>15. и сказал: «Что вы дадите мне, если я предам Его вам?» Они отсчитали ему тридцать серебряных монет.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τριάκοντα ἀργύρια</w:t>
      </w:r>
      <w:r>
        <w:rPr>
          <w:sz w:val="20"/>
        </w:rPr>
        <w:t xml:space="preserve"> [triakonta argyria]</w:t>
      </w:r>
      <w:r>
        <w:rPr>
          <w:sz w:val="20"/>
        </w:rPr>
        <w:br/>
        <w:t>Тридцать серебряников перекликаются с Зах 11:12–13 и далее становятся частью матфеевской цитатной сцены в 27:9–10.</w:t>
      </w:r>
      <w:r>
        <w:rPr>
          <w:i/>
          <w:sz w:val="20"/>
        </w:rPr>
        <w:br/>
        <w:t xml:space="preserve">См.: </w:t>
      </w:r>
      <w:r>
        <w:rPr>
          <w:sz w:val="20"/>
        </w:rPr>
        <w:t>Зах 11:12–13, Мф 27:9–10</w:t>
      </w:r>
    </w:p>
    <w:p>
      <w:r>
        <w:t>16. С того времени он искал удобного случая предать Иисуса.</w:t>
      </w:r>
    </w:p>
    <w:p>
      <w:r>
        <w:t>17. В первый день праздника Пресных хлебов ученики подошли к Иисусу и спросили: «Где Ты хочешь, чтобы мы приготовили Тебе пасхальную трапезу?»</w:t>
      </w:r>
    </w:p>
    <w:p>
      <w:r>
        <w:t>18. Он ответил: «Идите в город к одному человеку и скажите ему: “Учитель говорит: Моё время близко. У тебя Я совершу Пасху с Моими учениками”».</w:t>
      </w:r>
    </w:p>
    <w:p>
      <w:pPr>
        <w:ind w:left="360"/>
      </w:pPr>
      <w:r>
        <w:rPr>
          <w:b/>
          <w:sz w:val="20"/>
        </w:rPr>
        <w:t>Пасха</w:t>
      </w:r>
      <w:r>
        <w:rPr>
          <w:i/>
          <w:sz w:val="20"/>
        </w:rPr>
        <w:t xml:space="preserve"> ὁ καιρός μου ἐγγύς ἐστιν· πρὸς σὲ ποιῶ τὸ πάσχα</w:t>
      </w:r>
      <w:r>
        <w:rPr>
          <w:sz w:val="20"/>
        </w:rPr>
        <w:t xml:space="preserve"> [ho kairos mou engys estin pros se poiō to pascha]</w:t>
      </w:r>
      <w:r>
        <w:rPr>
          <w:sz w:val="20"/>
        </w:rPr>
        <w:br/>
        <w:t>«Моё время близко» показывает, что Иисус воспринимает события как назначенный момент, а не как случайно разворачивающийся кризис.</w:t>
      </w:r>
    </w:p>
    <w:p>
      <w:r>
        <w:t>19. Ученики сделали так, как велел Иисус, и приготовили Пасху.</w:t>
      </w:r>
    </w:p>
    <w:p>
      <w:r>
        <w:t>20. Когда наступил вечер, Он возлежал за столом с двенадцатью.</w:t>
      </w:r>
    </w:p>
    <w:p>
      <w:r>
        <w:t>21. Пока они ели, Он сказал: «Истинно говорю вам: один из вас предаст Меня».</w:t>
      </w:r>
    </w:p>
    <w:p>
      <w:r>
        <w:t>22. Они очень опечалились и один за другим стали спрашивать: «Не я ли, Господи?»</w:t>
      </w:r>
    </w:p>
    <w:p>
      <w:r>
        <w:t>23. Он ответил: «Предаст Меня тот, кто вместе со Мной обмакнул руку в блюдо.</w:t>
      </w:r>
    </w:p>
    <w:p>
      <w:pPr>
        <w:ind w:left="360"/>
      </w:pPr>
      <w:r>
        <w:rPr>
          <w:b/>
          <w:sz w:val="20"/>
        </w:rPr>
        <w:t>Трапеза и общение</w:t>
      </w:r>
      <w:r>
        <w:rPr>
          <w:i/>
          <w:sz w:val="20"/>
        </w:rPr>
        <w:t xml:space="preserve"> ὁ ἐμβάψας μετ᾽ ἐμοῦ τὴν χεῖρα ἐν τῷ τρυβλίῳ</w:t>
      </w:r>
      <w:r>
        <w:rPr>
          <w:sz w:val="20"/>
        </w:rPr>
        <w:t xml:space="preserve"> [ho embapsas met emou tēn cheira en tō trybliō]</w:t>
      </w:r>
      <w:r>
        <w:rPr>
          <w:sz w:val="20"/>
        </w:rPr>
        <w:br/>
        <w:t>Совместное обмакивание руки в блюдо подчёркивает близость трапезы и делает предательство особенно тяжёлым нарушением общности.</w:t>
      </w:r>
    </w:p>
    <w:p>
      <w:r>
        <w:t>24. Сын Человеческий уходит, как написано о Нём. Но горе тому человеку, через которого Сын Человеческий будет предан. Лучше было бы ему не родиться».</w:t>
      </w:r>
    </w:p>
    <w:p>
      <w:pPr>
        <w:ind w:left="360"/>
      </w:pPr>
      <w:r>
        <w:rPr>
          <w:b/>
          <w:sz w:val="20"/>
        </w:rPr>
        <w:t>Суверенность и ответственность</w:t>
      </w:r>
      <w:r>
        <w:rPr>
          <w:i/>
          <w:sz w:val="20"/>
        </w:rPr>
        <w:t xml:space="preserve"> ὁ μὲν υἱὸς τοῦ ἀνθρώπου ὑπάγει καθὼς γέγραπται περὶ αὐτοῦ· οὐαὶ δὲ τῷ ἀνθρώπῳ ἐκείνῳ</w:t>
      </w:r>
      <w:r>
        <w:rPr>
          <w:sz w:val="20"/>
        </w:rPr>
        <w:t xml:space="preserve"> [ho men huios tou anthrōpou hypagei kathōs gegraptai peri autou ouai de tō anthrōpō ekeinō]</w:t>
      </w:r>
      <w:r>
        <w:rPr>
          <w:sz w:val="20"/>
        </w:rPr>
        <w:br/>
        <w:t>Стих удерживает две истины вместе: страдание Сына Человеческого происходит «как написано», но предатель остаётся морально ответственным.</w:t>
      </w:r>
    </w:p>
    <w:p>
      <w:r>
        <w:t>25. Иуда, который собирался предать Его, спросил: «Не я ли, Равви?» Иисус ответил: «Ты сам сказал».</w:t>
      </w:r>
    </w:p>
    <w:p>
      <w:r>
        <w:t>26. Когда они ели, Иисус взял хлеб, благословил, разломил, дал ученикам и сказал: «Возьмите и ешьте. Это Моё тело».</w:t>
      </w:r>
    </w:p>
    <w:p>
      <w:pPr>
        <w:ind w:left="360"/>
      </w:pPr>
      <w:r>
        <w:rPr>
          <w:b/>
          <w:sz w:val="20"/>
        </w:rPr>
        <w:t>Евхаристия</w:t>
      </w:r>
      <w:r>
        <w:rPr>
          <w:i/>
          <w:sz w:val="20"/>
        </w:rPr>
        <w:t xml:space="preserve"> λάβετε φάγετε, τοῦτό ἐστιν τὸ σῶμά μου</w:t>
      </w:r>
      <w:r>
        <w:rPr>
          <w:sz w:val="20"/>
        </w:rPr>
        <w:t xml:space="preserve"> [labete phagete touto estin to sōma mou]</w:t>
      </w:r>
      <w:r>
        <w:rPr>
          <w:sz w:val="20"/>
        </w:rPr>
        <w:br/>
        <w:t>Иисус переосмысливает пасхальную трапезу вокруг Себя: хлеб получает идентифицирующее слово «это Моё тело». WGT-E не навязывает позднейшую конфессиональную теорию способа присутствия.</w:t>
      </w:r>
    </w:p>
    <w:p>
      <w:r>
        <w:t>27. Затем взял чашу, поблагодарил Бога, дал им и сказал: «Пейте из неё все,</w:t>
      </w:r>
    </w:p>
    <w:p>
      <w:r>
        <w:t>28. потому что это Моя кровь завета, проливаемая за многих для прощения грехов.</w:t>
      </w:r>
    </w:p>
    <w:p>
      <w:pPr>
        <w:ind w:left="360"/>
      </w:pPr>
      <w:r>
        <w:rPr>
          <w:b/>
          <w:sz w:val="20"/>
        </w:rPr>
        <w:t>Завет</w:t>
      </w:r>
      <w:r>
        <w:rPr>
          <w:i/>
          <w:sz w:val="20"/>
        </w:rPr>
        <w:t xml:space="preserve"> τοῦτο γάρ ἐστιν τὸ αἷμά μου τῆς διαθήκης τὸ περὶ πολλῶν ἐκχυννόμενον εἰς ἄφεσιν ἁμαρτιῶν</w:t>
      </w:r>
      <w:r>
        <w:rPr>
          <w:sz w:val="20"/>
        </w:rPr>
        <w:t xml:space="preserve"> [touto gar estin to haima mou tēs diathēkēs to peri pollōn ekchynnomenon eis aphesin hamartiōn]</w:t>
      </w:r>
      <w:r>
        <w:rPr>
          <w:sz w:val="20"/>
        </w:rPr>
        <w:br/>
        <w:t>Фраза соединяет Исх 24:8 («кровь завета») с жертвенным смыслом «за многих» и целью «для прощения грехов». Критический текст не содержит слова «нового».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24:8, Ис 53:12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Критический текст Матфея имеет «Моя кровь завета» без «нового». Основной перевод верен; позднее расширение фиксируем только в аппарате.</w:t>
      </w:r>
    </w:p>
    <w:p>
      <w:r>
        <w:t>29. Говорю вам: отныне Я не буду пить от плода виноградной лозы до того дня, когда буду пить его с вами новым в Царстве Моего Отца».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ἕως τῆς ἡμέρας ἐκείνης ὅταν αὐτὸ πίνω μεθ᾽ ὑμῶν καινὸν ἐν τῇ βασιλείᾳ τοῦ πατρός μου</w:t>
      </w:r>
      <w:r>
        <w:rPr>
          <w:sz w:val="20"/>
        </w:rPr>
        <w:t xml:space="preserve"> [heōs tēs hēmeras ekeinēs hotan auto pinō meth hymōn kainon en tē basileia tou patros mou]</w:t>
      </w:r>
      <w:r>
        <w:rPr>
          <w:sz w:val="20"/>
        </w:rPr>
        <w:br/>
        <w:t>Тайная вечеря завершается надеждой на будущую трапезу в Царстве Отца. Страсти не являются концом истории.</w:t>
      </w:r>
    </w:p>
    <w:p>
      <w:r>
        <w:t>30. Пропев гимн, они вышли к Масличной горе.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ὑμνήσαντες</w:t>
      </w:r>
      <w:r>
        <w:rPr>
          <w:sz w:val="20"/>
        </w:rPr>
        <w:t xml:space="preserve"> [hymnēsantes]</w:t>
      </w:r>
      <w:r>
        <w:rPr>
          <w:sz w:val="20"/>
        </w:rPr>
        <w:br/>
        <w:t>Глагол означает «пропев гимн/псалом». В пасхальном контексте вероятен Халлел (Пс 113–118 по еврейской нумерации), хотя Матфей не называет конкретный псалом.</w:t>
      </w:r>
    </w:p>
    <w:p>
      <w:r>
        <w:t>31. Тогда Иисус сказал им: «В эту ночь все вы отпадёте из-за Меня, потому что написано: “Поражу пастуха, и овцы стада рассеются”.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πατάξω τὸν ποιμένα, καὶ διασκορπισθήσονται τὰ πρόβατα τῆς ποίμνης</w:t>
      </w:r>
      <w:r>
        <w:rPr>
          <w:sz w:val="20"/>
        </w:rPr>
        <w:t xml:space="preserve"> [pataxō ton poimena kai diaskorpisthēsontai ta probata tēs poimnēs]</w:t>
      </w:r>
      <w:r>
        <w:rPr>
          <w:sz w:val="20"/>
        </w:rPr>
        <w:br/>
        <w:t>Цитируется Зах 13:7. Рассеяние учеников представлено как исполнение Писания, но 26:32 сразу обещает восстановление в Галилее.</w:t>
      </w:r>
      <w:r>
        <w:rPr>
          <w:i/>
          <w:sz w:val="20"/>
        </w:rPr>
        <w:br/>
        <w:t xml:space="preserve">См.: </w:t>
      </w:r>
      <w:r>
        <w:rPr>
          <w:sz w:val="20"/>
        </w:rPr>
        <w:t>Зах 13:7, Мф 26:32</w:t>
      </w:r>
    </w:p>
    <w:p>
      <w:r>
        <w:t>32. Но после того как Я воскресну, Я пойду впереди вас в Галилею».</w:t>
      </w:r>
    </w:p>
    <w:p>
      <w:r>
        <w:t>33. Пётр ответил: «Даже если все отпадут из-за Тебя, я никогда не отпаду».</w:t>
      </w:r>
    </w:p>
    <w:p>
      <w:r>
        <w:t>34. Иисус сказал ему: «Истинно говорю тебе: этой ночью, прежде чем пропоёт петух, ты трижды отречёшься от Меня».</w:t>
      </w:r>
    </w:p>
    <w:p>
      <w:r>
        <w:t>35. Пётр сказал: «Даже если мне придётся умереть с Тобой, я не отрекусь от Тебя». То же говорили и все ученики.</w:t>
      </w:r>
    </w:p>
    <w:p>
      <w:r>
        <w:t>36. Тогда Иисус пришёл с ними в место, называемое Гефсиманией, и сказал ученикам: «Посидите здесь, пока Я отойду и помолюсь».</w:t>
      </w:r>
    </w:p>
    <w:p>
      <w:r>
        <w:t>37. Взяв с Собой Петра и двух сыновей Зеведея, Он начал скорбеть и испытывать тяжесть.</w:t>
      </w:r>
    </w:p>
    <w:p>
      <w:r>
        <w:t>38. Тогда сказал им: «Моя душа охвачена смертельной печалью. Останьтесь здесь и бодрствуйте со Мной».</w:t>
      </w:r>
    </w:p>
    <w:p>
      <w:r>
        <w:t>39. Отойдя немного, Он пал лицом к земле и молился: «Отец Мой, если возможно, пусть эта чаша минует Меня. Но пусть будет не как Я хочу, а как Ты».</w:t>
      </w:r>
    </w:p>
    <w:p>
      <w:pPr>
        <w:ind w:left="360"/>
      </w:pPr>
      <w:r>
        <w:rPr>
          <w:b/>
          <w:sz w:val="20"/>
        </w:rPr>
        <w:t>Гефсимания</w:t>
      </w:r>
      <w:r>
        <w:rPr>
          <w:i/>
          <w:sz w:val="20"/>
        </w:rPr>
        <w:t xml:space="preserve"> παρελθέτω ἀπ᾽ ἐμοῦ τὸ ποτήριον τοῦτο ... μὴ ὡς ἐγὼ θέλω ἀλλ᾽ ὡς σύ</w:t>
      </w:r>
      <w:r>
        <w:rPr>
          <w:sz w:val="20"/>
        </w:rPr>
        <w:t xml:space="preserve"> [parelthetō ap emou to potērion touto ... mē hōs egō thelō all hōs sy]</w:t>
      </w:r>
      <w:r>
        <w:rPr>
          <w:sz w:val="20"/>
        </w:rPr>
        <w:br/>
        <w:t>«Чаша» продолжает образ 20:22–23 и выражает предстоящую долю страдания. Молитва показывает реальность человеческого желания Иисуса и совершенное подчинение воле Отца.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20:22–23</w:t>
      </w:r>
    </w:p>
    <w:p>
      <w:r>
        <w:t>40. Вернувшись к ученикам, Он нашёл их спящими и сказал Петру: «Неужели вы не смогли бодрствовать со Мной один час?</w:t>
      </w:r>
    </w:p>
    <w:p>
      <w:r>
        <w:t>41. Бодрствуйте и молитесь, чтобы не войти в искушение. Дух готов, но плоть слаба».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γρηγορεῖτε καὶ προσεύχεσθε, ἵνα μὴ εἰσέλθητε εἰς πειρασμόν</w:t>
      </w:r>
      <w:r>
        <w:rPr>
          <w:sz w:val="20"/>
        </w:rPr>
        <w:t xml:space="preserve"> [grēgoreite kai proseuchesthe hina mē eiselthēte eis peirasmon]</w:t>
      </w:r>
      <w:r>
        <w:rPr>
          <w:sz w:val="20"/>
        </w:rPr>
        <w:br/>
        <w:t>Те же мотивы, что в 24–25: бодрствуйте и молитесь. Теперь эсхатологическая готовность проверяется в конкретном кризисе ученичества.</w:t>
      </w:r>
    </w:p>
    <w:p>
      <w:r>
        <w:t>42. Он отошёл во второй раз и молился: «Отец Мой, если эта чаша не может миновать Меня и Мне предстоит её выпить, пусть исполнится Твоя воля».</w:t>
      </w:r>
    </w:p>
    <w:p>
      <w:r>
        <w:t>43. Вернувшись, Он снова нашёл их спящими, потому что их глаза отяжелели.</w:t>
      </w:r>
    </w:p>
    <w:p>
      <w:r>
        <w:t>44. Оставив их, Он снова отошёл и в третий раз молился теми же словами.</w:t>
      </w:r>
    </w:p>
    <w:p>
      <w:r>
        <w:t>45. Затем вернулся к ученикам и сказал: «Вы всё ещё спите и отдыхаете? Вот, час приблизился, и Сын Человеческий предаётся в руки грешников.</w:t>
      </w:r>
    </w:p>
    <w:p>
      <w:r>
        <w:t>46. Вставайте, идём. Вот, предающий Меня уже близко».</w:t>
      </w:r>
    </w:p>
    <w:p>
      <w:r>
        <w:t>47. Пока Он ещё говорил, пришёл Иуда, один из двенадцати, а с ним большая толпа с мечами и палками, посланная первосвященниками и старейшинами народа.</w:t>
      </w:r>
    </w:p>
    <w:p>
      <w:r>
        <w:t>48. Предатель заранее дал им знак: «Кого я поцелую, Тот и есть. Схватите Его».</w:t>
      </w:r>
    </w:p>
    <w:p>
      <w:r>
        <w:t>49. Он сразу подошёл к Иисусу, сказал: «Радуйся, Равви!» — и поцеловал Его.</w:t>
      </w:r>
    </w:p>
    <w:p>
      <w:r>
        <w:t>50. Иисус сказал ему: «Друг, делай то, для чего пришёл». Тогда люди подошли и схватили Иисуса.</w:t>
      </w:r>
    </w:p>
    <w:p>
      <w:pPr>
        <w:ind w:left="360"/>
      </w:pPr>
      <w:r>
        <w:rPr>
          <w:b/>
          <w:sz w:val="20"/>
        </w:rPr>
        <w:t>Синтаксис</w:t>
      </w:r>
      <w:r>
        <w:rPr>
          <w:i/>
          <w:sz w:val="20"/>
        </w:rPr>
        <w:t xml:space="preserve"> ἑταῖρε, ἐφ᾽ ὃ πάρει</w:t>
      </w:r>
      <w:r>
        <w:rPr>
          <w:sz w:val="20"/>
        </w:rPr>
        <w:t xml:space="preserve"> [hetaire eph ho parei]</w:t>
      </w:r>
      <w:r>
        <w:rPr>
          <w:sz w:val="20"/>
        </w:rPr>
        <w:br/>
        <w:t>Эллиптическая формула допускает и императивный смысл «делай то, для чего пришёл», и вопросительный «зачем ты пришёл?». Основной перевод выбирает первое, но WGT-E сохраняет неоднозначность.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ἐφ’ ὃ πάρει — эллиптическая формула: возможны «делай то, для чего пришёл» и вопросительное «зачем ты пришёл?». WGT-T сохраняет традиционное императивное понимание как наиболее естественное в сцене.</w:t>
      </w:r>
    </w:p>
    <w:p>
      <w:r>
        <w:t>51. Один из бывших с Иисусом попытался защитить Его и ранил слугу первосвященника.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Филологической неопределённости нет; основной подростковый текст передаёт событие без лишней детализации.</w:t>
      </w:r>
    </w:p>
    <w:p>
      <w:r>
        <w:t>52. Тогда Иисус сказал ему: «Верни свой меч на место, потому что все, кто берётся за меч, от меча и погибнут.</w:t>
      </w:r>
    </w:p>
    <w:p>
      <w:pPr>
        <w:ind w:left="360"/>
      </w:pPr>
      <w:r>
        <w:rPr>
          <w:b/>
          <w:sz w:val="20"/>
        </w:rPr>
        <w:t>Ненасилие</w:t>
      </w:r>
      <w:r>
        <w:rPr>
          <w:i/>
          <w:sz w:val="20"/>
        </w:rPr>
        <w:t xml:space="preserve"> πάντες γὰρ οἱ λαβόντες μάχαιραν ἐν μαχαίρῃ ἀπολοῦνται</w:t>
      </w:r>
      <w:r>
        <w:rPr>
          <w:sz w:val="20"/>
        </w:rPr>
        <w:t xml:space="preserve"> [pantes gar hoi labontes machairan en machairē apolountai]</w:t>
      </w:r>
      <w:r>
        <w:rPr>
          <w:sz w:val="20"/>
        </w:rPr>
        <w:br/>
        <w:t>Афоризм связывает выбор насильственного средства с насильственным исходом. В контексте Иисус сознательно отказывается спасать Себя силой.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πάντες ... οἱ λαβόντες μάχαιραν ἐν μαχαίρῃ ἀπολοῦνται — афористическая формула о насилии и его последствиях. WGT-T возвращает прямую лексику μάχαιρα «меч».</w:t>
      </w:r>
    </w:p>
    <w:p>
      <w:r>
        <w:t>53. Или ты думаешь, что Я не могу обратиться к Моему Отцу, и Он сейчас же пошлёт Мне больше двенадцати легионов ангелов?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πλείω δώδεκα λεγιῶνας ἀγγέλων</w:t>
      </w:r>
      <w:r>
        <w:rPr>
          <w:sz w:val="20"/>
        </w:rPr>
        <w:t xml:space="preserve"> [pleiō dōdeka legiōnas angelōn]</w:t>
      </w:r>
      <w:r>
        <w:rPr>
          <w:sz w:val="20"/>
        </w:rPr>
        <w:br/>
        <w:t>Отказ от сопротивления не связан с бессилием: Иисус подчёркивает, что мог бы призвать огромную ангельскую помощь. Страдание принимается добровольно ради исполнения Писаний.</w:t>
      </w:r>
    </w:p>
    <w:p>
      <w:r>
        <w:t>54. Но как тогда исполнятся Писания, что так должно произойти?»</w:t>
      </w:r>
    </w:p>
    <w:p>
      <w:r>
        <w:t>55. В тот час Иисус сказал толпе: «Вы вышли схватить Меня с оружием и палками, словно разбойника? Каждый день Я сидел в храме и учил, и вы Меня не схватили.</w:t>
      </w:r>
    </w:p>
    <w:p>
      <w:r>
        <w:t>56. Но всё это произошло, чтобы исполнились писания пророков». Тогда все ученики оставили Его и убежали.</w:t>
      </w:r>
    </w:p>
    <w:p>
      <w:pPr>
        <w:ind w:left="360"/>
      </w:pPr>
      <w:r>
        <w:rPr>
          <w:b/>
          <w:sz w:val="20"/>
        </w:rPr>
        <w:t>Исполнение</w:t>
      </w:r>
      <w:r>
        <w:rPr>
          <w:i/>
          <w:sz w:val="20"/>
        </w:rPr>
        <w:t xml:space="preserve"> τοῦτο δὲ ὅλον γέγονεν ἵνα πληρωθῶσιν αἱ γραφαὶ τῶν προφητῶν</w:t>
      </w:r>
      <w:r>
        <w:rPr>
          <w:sz w:val="20"/>
        </w:rPr>
        <w:t xml:space="preserve"> [touto de holon gegonen hina plērōthōsin hai graphai tōn prophētōn]</w:t>
      </w:r>
      <w:r>
        <w:rPr>
          <w:sz w:val="20"/>
        </w:rPr>
        <w:br/>
        <w:t>Матфей суммирует арест как исполнение «Писаний пророков», не сводя сцену к одной цитате.</w:t>
      </w:r>
    </w:p>
    <w:p>
      <w:r>
        <w:t>57. Схватившие Иисуса отвели Его к первосвященнику Каиафе, где собрались книжники и старейшины.</w:t>
      </w:r>
    </w:p>
    <w:p>
      <w:r>
        <w:t>58. Пётр следовал за Ним издали до двора первосвященника, вошёл внутрь и сел со служителями, чтобы увидеть, чем всё закончится.</w:t>
      </w:r>
    </w:p>
    <w:p>
      <w:r>
        <w:t>59. Первосвященники и весь синедрион искали ложное свидетельство против Иисуса, чтобы приговорить Его к смерти,</w:t>
      </w:r>
    </w:p>
    <w:p>
      <w:r>
        <w:t>60. но не находили, хотя приходило много лжесвидетелей. Наконец пришли двое</w:t>
      </w:r>
    </w:p>
    <w:p>
      <w:r>
        <w:t>61. и сказали: «Он говорил: “Я могу разрушить храм Бога и за три дня построить его”».</w:t>
      </w:r>
    </w:p>
    <w:p>
      <w:r>
        <w:t>62. Первосвященник встал и спросил: «Ты ничего не отвечаешь? Что они свидетельствуют против Тебя?»</w:t>
      </w:r>
    </w:p>
    <w:p>
      <w:r>
        <w:t>63. Но Иисус молчал. Тогда первосвященник сказал: «Заклинаю Тебя живым Богом: скажи нам, Ты ли Христос, Сын Божий?»</w:t>
      </w:r>
    </w:p>
    <w:p>
      <w:pPr>
        <w:ind w:left="360"/>
      </w:pPr>
      <w:r>
        <w:rPr>
          <w:b/>
          <w:sz w:val="20"/>
        </w:rPr>
        <w:t>Суд над Иисусом</w:t>
      </w:r>
      <w:r>
        <w:rPr>
          <w:i/>
          <w:sz w:val="20"/>
        </w:rPr>
        <w:t xml:space="preserve"> σὺ εἶ ὁ χριστὸς ὁ υἱὸς τοῦ θεοῦ</w:t>
      </w:r>
      <w:r>
        <w:rPr>
          <w:sz w:val="20"/>
        </w:rPr>
        <w:t xml:space="preserve"> [sy ei ho Christos ho huios tou theou]</w:t>
      </w:r>
      <w:r>
        <w:rPr>
          <w:sz w:val="20"/>
        </w:rPr>
        <w:br/>
        <w:t>Вопрос первосвященника соединяет два титула — Мессия и Сын Божий — и подводит повествование к кульминационному самообъявлению Иисуса.</w:t>
      </w:r>
    </w:p>
    <w:p>
      <w:r>
        <w:t>64. Иисус ответил: «Ты сам сказал. И ещё говорю вам: отныне вы увидите Сына Человеческого, сидящего справа от Силы и приходящего на небесных облаках».</w:t>
      </w:r>
    </w:p>
    <w:p>
      <w:pPr>
        <w:ind w:left="360"/>
      </w:pPr>
      <w:r>
        <w:rPr>
          <w:b/>
          <w:sz w:val="20"/>
        </w:rPr>
        <w:t>Христология по Даниилу</w:t>
      </w:r>
      <w:r>
        <w:rPr>
          <w:i/>
          <w:sz w:val="20"/>
        </w:rPr>
        <w:t xml:space="preserve"> ὄψεσθε τὸν υἱὸν τοῦ ἀνθρώπου ... ἐρχόμενον ἐπὶ τῶν νεφελῶν τοῦ οὐρανοῦ</w:t>
      </w:r>
      <w:r>
        <w:rPr>
          <w:sz w:val="20"/>
        </w:rPr>
        <w:t xml:space="preserve"> [opsesthe ton huion tou anthrōpou ... erchomenon epi tōn nephelōn tou ouranou]</w:t>
      </w:r>
      <w:r>
        <w:rPr>
          <w:sz w:val="20"/>
        </w:rPr>
        <w:br/>
        <w:t>Ответ соединяет Пс 110:1 («справа от Силы») и Дан 7:13 («на облаках»). Судимый Иисус заявляет, что в конечном счёте именно Он будет небесным Судьёй и Царём.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110:1, Дан 7:13–14</w:t>
      </w:r>
    </w:p>
    <w:p>
      <w:r>
        <w:t>65. Тогда первосвященник разорвал свои одежды и сказал: «Он богохульствует! Зачем нам ещё свидетели? Вот, теперь вы слышали богохульство.</w:t>
      </w:r>
    </w:p>
    <w:p>
      <w:r>
        <w:t>66. Каково ваше решение?» Они ответили: «Он заслуживает смерти».</w:t>
      </w:r>
    </w:p>
    <w:p>
      <w:r>
        <w:t>67. Тогда над Ним стали издеваться и бить Его,</w:t>
      </w:r>
    </w:p>
    <w:p>
      <w:r>
        <w:t>68. говоря: «Пророчествуй нам, Христос: кто Тебя ударил?»</w:t>
      </w:r>
    </w:p>
    <w:p>
      <w:r>
        <w:t>69. Пётр сидел снаружи во дворе. К нему подошла служанка и сказала: «Ты тоже был с Иисусом Галилеянином».</w:t>
      </w:r>
    </w:p>
    <w:p>
      <w:r>
        <w:t>70. Но он отрёкся перед всеми: «Не знаю, о чём ты говоришь».</w:t>
      </w:r>
    </w:p>
    <w:p>
      <w:r>
        <w:t>71. Когда он вышел к воротам, его увидела другая служанка и сказала находившимся там: «Этот человек был с Иисусом Назарянином».</w:t>
      </w:r>
    </w:p>
    <w:p>
      <w:r>
        <w:t>72. Он снова отрёкся с клятвой: «Я не знаю этого Человека».</w:t>
      </w:r>
    </w:p>
    <w:p>
      <w:r>
        <w:t>73. Немного спустя стоявшие рядом подошли к Петру и сказали: «Ты точно один из них: тебя выдаёт твоя речь».</w:t>
      </w:r>
    </w:p>
    <w:p>
      <w:r>
        <w:t>74. Тогда он стал клятвенно отрицать: «Я не знаю этого Человека!» И сразу пропел петух.</w:t>
      </w:r>
    </w:p>
    <w:p>
      <w:r>
        <w:t>75. Пётр вспомнил слова Иисуса: «Прежде чем пропоёт петух, ты трижды отречёшься от Меня». Он вышел и горько заплакал.</w:t>
      </w:r>
    </w:p>
    <w:p>
      <w:pPr>
        <w:ind w:left="360"/>
      </w:pPr>
      <w:r>
        <w:rPr>
          <w:b/>
          <w:sz w:val="20"/>
        </w:rPr>
        <w:t>Пётр</w:t>
      </w:r>
      <w:r>
        <w:rPr>
          <w:i/>
          <w:sz w:val="20"/>
        </w:rPr>
        <w:t xml:space="preserve"> ἐξελθὼν ἔξω ἔκλαυσεν πικρῶς</w:t>
      </w:r>
      <w:r>
        <w:rPr>
          <w:sz w:val="20"/>
        </w:rPr>
        <w:t xml:space="preserve"> [exelthōn exō eklausen pikrōs]</w:t>
      </w:r>
      <w:r>
        <w:rPr>
          <w:sz w:val="20"/>
        </w:rPr>
        <w:br/>
        <w:t>Матфей завершает сцену не окончательным падением Петра, а горьким плачем после воспоминания слова Иисуса — важный контраст с дальнейшей историей Иуды.</w:t>
      </w:r>
    </w:p>
    <w:p>
      <w:pPr>
        <w:pStyle w:val="Heading2"/>
      </w:pPr>
      <w:r>
        <w:t>Глава 27</w:t>
      </w:r>
    </w:p>
    <w:p>
      <w:r>
        <w:t>1. Рано утром все первосвященники и старейшины народа приняли решение против Иисуса, чтобы предать Его смерти.</w:t>
      </w:r>
    </w:p>
    <w:p>
      <w:r>
        <w:t>2. Они связали Его, отвели и передали правителю Пилату.</w:t>
      </w:r>
    </w:p>
    <w:p>
      <w:r>
        <w:t>3. Иуда, предавший Иисуса, увидев, что Тот осуждён, раскаялся и вернул тридцать серебряных монет первосвященникам и старейшинам,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μεταμεληθεὶς</w:t>
      </w:r>
      <w:r>
        <w:rPr>
          <w:sz w:val="20"/>
        </w:rPr>
        <w:t xml:space="preserve"> [metamelētheis]</w:t>
      </w:r>
      <w:r>
        <w:rPr>
          <w:sz w:val="20"/>
        </w:rPr>
        <w:br/>
        <w:t>Иуда «раскаялся/сожалел» — μεταμέλομαι обозначает перемену чувства или сожаление. Матфей использует не μετανοέω, поэтому WGT-E не должен автоматически приравнивать это к полноценному покаянию.</w:t>
      </w:r>
    </w:p>
    <w:p>
      <w:r>
        <w:t>4. сказав: «Я согрешил, предав невиновного». Они ответили: «Что нам до этого? Это твоё дело».</w:t>
      </w:r>
    </w:p>
    <w:p>
      <w:pPr>
        <w:ind w:left="360"/>
      </w:pPr>
      <w:r>
        <w:rPr>
          <w:b/>
          <w:sz w:val="20"/>
        </w:rPr>
        <w:t>Невинность</w:t>
      </w:r>
      <w:r>
        <w:rPr>
          <w:i/>
          <w:sz w:val="20"/>
        </w:rPr>
        <w:t xml:space="preserve"> ἥμαρτον παραδοὺς αἷμα ἀθῷον</w:t>
      </w:r>
      <w:r>
        <w:rPr>
          <w:sz w:val="20"/>
        </w:rPr>
        <w:t xml:space="preserve"> [hēmarton paradous haima athōon]</w:t>
      </w:r>
      <w:r>
        <w:rPr>
          <w:sz w:val="20"/>
        </w:rPr>
        <w:br/>
        <w:t>Иуда сам свидетельствует о невиновности Иисуса: «предал невинную кровь». Это один из нескольких матфеевских голосов, подчёркивающих Его невиновность.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27:19, Мф 27:24</w:t>
      </w:r>
    </w:p>
    <w:p>
      <w:r>
        <w:t>5. Иуда бросил серебро в храме, ушёл, и вскоре его жизнь закончилась.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Греческий текст прямо сообщает, что Иуда сам прекратил свою жизнь. В текущем основном тексте факт смерти сохранён без описания способа; точная греческая формулировка остаётся в source corpus.</w:t>
      </w:r>
    </w:p>
    <w:p>
      <w:r>
        <w:t>6. Первосвященники взяли монеты и сказали: «Нельзя класть их в храмовую казну, потому что это цена крови».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τιμὴ αἵματός ἐστιν</w:t>
      </w:r>
      <w:r>
        <w:rPr>
          <w:sz w:val="20"/>
        </w:rPr>
        <w:t xml:space="preserve"> [timē haimatos estin]</w:t>
      </w:r>
      <w:r>
        <w:rPr>
          <w:sz w:val="20"/>
        </w:rPr>
        <w:br/>
        <w:t>«Цена крови» объясняет, почему серебро считают непригодным для храмовой казны: деньги связаны с преданием человека на смерть.</w:t>
      </w:r>
    </w:p>
    <w:p>
      <w:r>
        <w:t>7. Посоветовавшись, они купили на эти деньги поле горшечника для погребения чужеземцев.</w:t>
      </w:r>
    </w:p>
    <w:p>
      <w:r>
        <w:t>8. Поэтому то поле и поныне называется Полем Крови.</w:t>
      </w:r>
    </w:p>
    <w:p>
      <w:r>
        <w:t>9. Тогда исполнилось сказанное через пророка Иеремию: «Они взяли тридцать серебряных монет — цену Того, Кого оценили сыны Израиля, —</w:t>
      </w:r>
    </w:p>
    <w:p>
      <w:pPr>
        <w:ind w:left="360"/>
      </w:pPr>
      <w:r>
        <w:rPr>
          <w:b/>
          <w:sz w:val="20"/>
        </w:rPr>
        <w:t>Формула исполнения</w:t>
      </w:r>
      <w:r>
        <w:rPr>
          <w:i/>
          <w:sz w:val="20"/>
        </w:rPr>
        <w:t xml:space="preserve"> τότε ἐπληρώθη τὸ ῥηθὲν διὰ Ἰερεμίου τοῦ προφήτου</w:t>
      </w:r>
      <w:r>
        <w:rPr>
          <w:sz w:val="20"/>
        </w:rPr>
        <w:t xml:space="preserve"> [tote eplērōthē to rhēthen dia Ieremiou tou prophētou]</w:t>
      </w:r>
      <w:r>
        <w:rPr>
          <w:sz w:val="20"/>
        </w:rPr>
        <w:br/>
        <w:t>Матфей прямо приписывает цитатный комплекс Иеремии, хотя формулировка ближе всего к Зах 11:12–13. WGT-E сохраняет авторскую атрибуцию и не «исправляет» её.</w:t>
      </w:r>
      <w:r>
        <w:rPr>
          <w:i/>
          <w:sz w:val="20"/>
        </w:rPr>
        <w:br/>
        <w:t xml:space="preserve">См.: </w:t>
      </w:r>
      <w:r>
        <w:rPr>
          <w:sz w:val="20"/>
        </w:rPr>
        <w:t>Зах 11:12–13</w:t>
      </w:r>
    </w:p>
    <w:p>
      <w:r>
        <w:t>10. и отдали их за поле горшечника, как повелел мне Господь».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Матфей прямо вводит цитатный комплекс именем Иеремии. Связь с Зах 11:12–13 и возможные иеремианские мотивы относятся к исследовательскому комментарию; перевод не исправляет автора.</w:t>
      </w:r>
    </w:p>
    <w:p>
      <w:r>
        <w:t>11. Иисус стоял перед правителем. Тот спросил: «Ты — Царь иудеев?» Иисус ответил: «Ты сам говоришь».</w:t>
      </w:r>
    </w:p>
    <w:p>
      <w:pPr>
        <w:ind w:left="360"/>
      </w:pPr>
      <w:r>
        <w:rPr>
          <w:b/>
          <w:sz w:val="20"/>
        </w:rPr>
        <w:t>Царский титул</w:t>
      </w:r>
      <w:r>
        <w:rPr>
          <w:i/>
          <w:sz w:val="20"/>
        </w:rPr>
        <w:t xml:space="preserve"> σὺ εἶ ὁ βασιλεὺς τῶν Ἰουδαίων;</w:t>
      </w:r>
      <w:r>
        <w:rPr>
          <w:sz w:val="20"/>
        </w:rPr>
        <w:t xml:space="preserve"> [sy ei ho basileus tōn Ioudaiōn]</w:t>
      </w:r>
      <w:r>
        <w:rPr>
          <w:sz w:val="20"/>
        </w:rPr>
        <w:br/>
        <w:t>Перед Пилатом мессианский вопрос переводится в политический титул «Царь иудеев». Этот титул затем повторится в насмешках и надписи над крестом.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27:29, Мф 27:37</w:t>
      </w:r>
    </w:p>
    <w:p>
      <w:r>
        <w:t>12. Когда первосвященники и старейшины обвиняли Его, Он ничего не отвечал.</w:t>
      </w:r>
    </w:p>
    <w:p>
      <w:r>
        <w:t>13. Тогда Пилат сказал: «Ты не слышишь, сколько обвинений они выдвигают против Тебя?»</w:t>
      </w:r>
    </w:p>
    <w:p>
      <w:r>
        <w:t>14. Но Иисус не ответил ему ни на одно обвинение, так что правитель очень удивился.</w:t>
      </w:r>
    </w:p>
    <w:p>
      <w:r>
        <w:t>15. На праздник правитель обычно отпускал народу одного заключённого, которого они выбирали.</w:t>
      </w:r>
    </w:p>
    <w:p>
      <w:r>
        <w:t>16. Тогда у них был известный заключённый по имени Иисус Варавва.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Ἰησοῦν Βαραββᾶν</w:t>
      </w:r>
      <w:r>
        <w:rPr>
          <w:sz w:val="20"/>
        </w:rPr>
        <w:t xml:space="preserve"> [Iēsoun Barabban]</w:t>
      </w:r>
      <w:r>
        <w:rPr>
          <w:sz w:val="20"/>
        </w:rPr>
        <w:br/>
        <w:t>SBLGNT/NA28 читают «Иисус Варавва». Более поздняя традиция часто опускает имя «Иисус», вероятно из-за неудобства контраста двух Иисусов. WGT-T следует критической базе.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 и NA28 читают Ἰησοῦν Βαραββᾶν — «Иисус Варавва»; WH/Tregelles/византийская традиция опускают имя Иисус. WGT-T следует базовому чтению SBLGNT.</w:t>
      </w:r>
    </w:p>
    <w:p>
      <w:r>
        <w:t>17. Когда народ собрался, Пилат спросил: «Кого вы хотите, чтобы я отпустил вам: Иисуса Варавву или Иисуса, называемого Христом?»</w:t>
      </w:r>
    </w:p>
    <w:p>
      <w:pPr>
        <w:ind w:left="360"/>
      </w:pPr>
      <w:r>
        <w:rPr>
          <w:b/>
          <w:sz w:val="20"/>
        </w:rPr>
        <w:t>Риторический контраст</w:t>
      </w:r>
      <w:r>
        <w:rPr>
          <w:i/>
          <w:sz w:val="20"/>
        </w:rPr>
        <w:t xml:space="preserve"> Ἰησοῦν τὸν Βαραββᾶν ἢ Ἰησοῦν τὸν λεγόμενον Χριστόν</w:t>
      </w:r>
      <w:r>
        <w:rPr>
          <w:sz w:val="20"/>
        </w:rPr>
        <w:t xml:space="preserve"> [Iēsoun ton Barabban ē Iēsoun ton legomenon Christon]</w:t>
      </w:r>
      <w:r>
        <w:rPr>
          <w:sz w:val="20"/>
        </w:rPr>
        <w:br/>
        <w:t>Сцена построена как резкий выбор между двумя Иисусами: Вараввой и Иисусом, называемым Христом. Критическое чтение делает контраст ещё сильнее.</w:t>
      </w:r>
    </w:p>
    <w:p>
      <w:r>
        <w:t>18. Он знал, что Иисуса предали из зависти.</w:t>
      </w:r>
    </w:p>
    <w:p>
      <w:r>
        <w:t>19. Пока Пилат сидел на судейском месте, его жена послала сказать ему: «Не делай ничего этому Праведнику. Сегодня во сне я много пережила из-за Него».</w:t>
      </w:r>
    </w:p>
    <w:p>
      <w:pPr>
        <w:ind w:left="360"/>
      </w:pPr>
      <w:r>
        <w:rPr>
          <w:b/>
          <w:sz w:val="20"/>
        </w:rPr>
        <w:t>Невинность</w:t>
      </w:r>
      <w:r>
        <w:rPr>
          <w:i/>
          <w:sz w:val="20"/>
        </w:rPr>
        <w:t xml:space="preserve"> μηδὲν σοὶ καὶ τῷ δικαίῳ ἐκείνῳ</w:t>
      </w:r>
      <w:r>
        <w:rPr>
          <w:sz w:val="20"/>
        </w:rPr>
        <w:t xml:space="preserve"> [mēden soi kai tō dikaiō ekeinō]</w:t>
      </w:r>
      <w:r>
        <w:rPr>
          <w:sz w:val="20"/>
        </w:rPr>
        <w:br/>
        <w:t>Жена Пилата называет Иисуса «этим Праведником». Матфей добавляет внешний языческий голос, подтверждающий Его невиновность.</w:t>
      </w:r>
    </w:p>
    <w:p>
      <w:r>
        <w:t>20. Но первосвященники и старейшины убедили толпу просить Варавву, а Иисуса погубить.</w:t>
      </w:r>
    </w:p>
    <w:p>
      <w:r>
        <w:t>21. Правитель спросил: «Кого из двух вы хотите, чтобы я отпустил?» Они ответили: «Варавву».</w:t>
      </w:r>
    </w:p>
    <w:p>
      <w:r>
        <w:t>22. Пилат спросил: «Что же мне сделать с Иисусом, называемым Христом?» Все ответили: «Распять Его».</w:t>
      </w:r>
    </w:p>
    <w:p>
      <w:r>
        <w:t>23. Он спросил: «Какое зло Он сделал?» Но они кричали ещё громче: «Распять Его!»</w:t>
      </w:r>
    </w:p>
    <w:p>
      <w:r>
        <w:t>24. Увидев, что ничего не помогает и начинается волнение, Пилат взял воду, вымыл руки перед народом и сказал: «Я невиновен в крови Этого Человека. Смотрите сами».</w:t>
      </w:r>
    </w:p>
    <w:p>
      <w:pPr>
        <w:ind w:left="360"/>
      </w:pPr>
      <w:r>
        <w:rPr>
          <w:b/>
          <w:sz w:val="20"/>
        </w:rPr>
        <w:t>Символическое действие</w:t>
      </w:r>
      <w:r>
        <w:rPr>
          <w:i/>
          <w:sz w:val="20"/>
        </w:rPr>
        <w:t xml:space="preserve"> ἀπενίψατο τὰς χεῖρας ἀπέναντι τοῦ ὄχλου</w:t>
      </w:r>
      <w:r>
        <w:rPr>
          <w:sz w:val="20"/>
        </w:rPr>
        <w:t xml:space="preserve"> [apenipsato tas cheiras apenanti tou ochlou]</w:t>
      </w:r>
      <w:r>
        <w:rPr>
          <w:sz w:val="20"/>
        </w:rPr>
        <w:br/>
        <w:t>Омовение рук — публичный символ заявления о невиновности. Однако рассказ не снимает с Пилата фактической ответственности: именно он затем передаёт Иисуса на распятие.</w:t>
      </w:r>
    </w:p>
    <w:p>
      <w:r>
        <w:t>25. Весь собравшийся народ ответил: «Пусть ответственность за Его кровь будет на нас и на наших детях».</w:t>
      </w:r>
    </w:p>
    <w:p>
      <w:pPr>
        <w:ind w:left="360"/>
      </w:pPr>
      <w:r>
        <w:rPr>
          <w:b/>
          <w:sz w:val="20"/>
        </w:rPr>
        <w:t>Осторожность в толковании</w:t>
      </w:r>
      <w:r>
        <w:rPr>
          <w:i/>
          <w:sz w:val="20"/>
        </w:rPr>
        <w:t xml:space="preserve"> τὸ αἷμα αὐτοῦ ἐφ᾽ ἡμᾶς καὶ ἐπὶ τὰ τέκνα ἡμῶν</w:t>
      </w:r>
      <w:r>
        <w:rPr>
          <w:sz w:val="20"/>
        </w:rPr>
        <w:t xml:space="preserve"> [to haima autou eph hēmas kai epi ta tekna hēmōn]</w:t>
      </w:r>
      <w:r>
        <w:rPr>
          <w:sz w:val="20"/>
        </w:rPr>
        <w:br/>
        <w:t>Это реплика конкретной толпы в конкретной сцене. Она не даёт текстового основания переносить коллективную вину на еврейский народ последующих поколений.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Реплика конкретной собравшейся толпы переведена буквально. Исторически недопустимо переносить её как коллективную вину на еврейский народ иных времён, но это вопрос интерпретации, не перевода.</w:t>
      </w:r>
    </w:p>
    <w:p>
      <w:r>
        <w:t>26. Тогда Пилат отпустил им Варавву, а Иисуса после бичевания передал на распятие.</w:t>
      </w:r>
    </w:p>
    <w:p>
      <w:r>
        <w:t>27. Воины правителя отвели Иисуса в преторий и собрали вокруг Него весь отряд.</w:t>
      </w:r>
    </w:p>
    <w:p>
      <w:r>
        <w:t>28. Они сняли с Него одежду и надели на Него алую накидку.</w:t>
      </w:r>
    </w:p>
    <w:p>
      <w:r>
        <w:t>29. Сплетя терновый венец, возложили Ему на голову, дали трость в правую руку и, преклоняя перед Ним колени, насмехались: «Радуйся, Царь иудеев!»</w:t>
      </w:r>
    </w:p>
    <w:p>
      <w:pPr>
        <w:ind w:left="360"/>
      </w:pPr>
      <w:r>
        <w:rPr>
          <w:b/>
          <w:sz w:val="20"/>
        </w:rPr>
        <w:t>Ирония</w:t>
      </w:r>
      <w:r>
        <w:rPr>
          <w:i/>
          <w:sz w:val="20"/>
        </w:rPr>
        <w:t xml:space="preserve"> χαῖρε, βασιλεῦ τῶν Ἰουδαίων</w:t>
      </w:r>
      <w:r>
        <w:rPr>
          <w:sz w:val="20"/>
        </w:rPr>
        <w:t xml:space="preserve"> [chaire basileu tōn Ioudaiōn]</w:t>
      </w:r>
      <w:r>
        <w:rPr>
          <w:sz w:val="20"/>
        </w:rPr>
        <w:br/>
        <w:t>Военная насмешка парадоксально провозглашает истину Евангелия: униженный Иисус действительно является Царём.</w:t>
      </w:r>
    </w:p>
    <w:p>
      <w:r>
        <w:t>30. Они издевались над Ним и били Его тростью.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Сцена передана достаточно точно для основного текста; дополнительная детализация относится к взрослому критическому слою.</w:t>
      </w:r>
    </w:p>
    <w:p>
      <w:r>
        <w:t>31. Насмеявшись над Ним, они сняли накидку, надели Его одежду и повели на распятие.</w:t>
      </w:r>
    </w:p>
    <w:p>
      <w:r>
        <w:t>32. Выходя, они встретили человека из Кирены по имени Симон и заставили его нести крест Иисуса.</w:t>
      </w:r>
    </w:p>
    <w:p>
      <w:r>
        <w:t>33. Придя на место, называемое Голгофа, то есть «Место черепа»,</w:t>
      </w:r>
    </w:p>
    <w:p>
      <w:r>
        <w:t>34. Ему дали вино, смешанное с желчью. Попробовав, Он не захотел пить.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οἶνον μετὰ χολῆς μεμιγμένον</w:t>
      </w:r>
      <w:r>
        <w:rPr>
          <w:sz w:val="20"/>
        </w:rPr>
        <w:t xml:space="preserve"> [oinon meta cholēs memigmenon]</w:t>
      </w:r>
      <w:r>
        <w:rPr>
          <w:sz w:val="20"/>
        </w:rPr>
        <w:br/>
        <w:t>Вино с желчью перекликается с Пс 69:21 LXX. Матфей тем самым помещает страдания Иисуса в язык праведного страдальца Псалтири.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69:21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χολή буквально «желчь/горечь». Возвращаем буквальную форму Матфея; возможный смысл горького вещества раскрывается в комментарии.</w:t>
      </w:r>
    </w:p>
    <w:p>
      <w:r>
        <w:t>35. Распяв Его, они разделили Его одежды, бросая жребий.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διεμερίσαντο τὰ ἱμάτια αὐτοῦ βάλλοντες κλῆρον</w:t>
      </w:r>
      <w:r>
        <w:rPr>
          <w:sz w:val="20"/>
        </w:rPr>
        <w:t xml:space="preserve"> [diemerisanto ta himatia autou ballontes klēron]</w:t>
      </w:r>
      <w:r>
        <w:rPr>
          <w:sz w:val="20"/>
        </w:rPr>
        <w:br/>
        <w:t>Разделение одежды жребием отсылает к Пс 22:18, усиливая псалмовую рамку сцены распятия.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22:18</w:t>
      </w:r>
    </w:p>
    <w:p>
      <w:r>
        <w:t>36. Затем сели и стерегли Его там.</w:t>
      </w:r>
    </w:p>
    <w:p>
      <w:r>
        <w:t>37. Над Его головой поместили надпись с обвинением: «Это Иисус, Царь иудеев».</w:t>
      </w:r>
    </w:p>
    <w:p>
      <w:pPr>
        <w:ind w:left="360"/>
      </w:pPr>
      <w:r>
        <w:rPr>
          <w:b/>
          <w:sz w:val="20"/>
        </w:rPr>
        <w:t>Царский титул</w:t>
      </w:r>
      <w:r>
        <w:rPr>
          <w:i/>
          <w:sz w:val="20"/>
        </w:rPr>
        <w:t xml:space="preserve"> οὗτός ἐστιν Ἰησοῦς ὁ βασιλεὺς τῶν Ἰουδαίων</w:t>
      </w:r>
      <w:r>
        <w:rPr>
          <w:sz w:val="20"/>
        </w:rPr>
        <w:t xml:space="preserve"> [houtos estin Iēsous ho basileus tōn Ioudaiōn]</w:t>
      </w:r>
      <w:r>
        <w:rPr>
          <w:sz w:val="20"/>
        </w:rPr>
        <w:br/>
        <w:t>Обвинительная надпись становится публичным царским титулом: «Это Иисус, Царь иудеев». Матфей превращает юридическое обвинение в ироническое исповедание.</w:t>
      </w:r>
    </w:p>
    <w:p>
      <w:r>
        <w:t>38. Вместе с Ним распяли двух разбойников — одного справа, другого слева.</w:t>
      </w:r>
    </w:p>
    <w:p>
      <w:r>
        <w:t>39. Проходившие мимо злословили Его, качая головами,</w:t>
      </w:r>
    </w:p>
    <w:p>
      <w:r>
        <w:t>40. и говорили: «Ты, разрушающий храм и за три дня строящий его! Спаси Себя! Если Ты Сын Божий, сойди с креста!»</w:t>
      </w:r>
    </w:p>
    <w:p>
      <w:pPr>
        <w:ind w:left="360"/>
      </w:pPr>
      <w:r>
        <w:rPr>
          <w:b/>
          <w:sz w:val="20"/>
        </w:rPr>
        <w:t>Отзвук искушения</w:t>
      </w:r>
      <w:r>
        <w:rPr>
          <w:i/>
          <w:sz w:val="20"/>
        </w:rPr>
        <w:t xml:space="preserve"> εἰ υἱὸς εἶ τοῦ θεοῦ</w:t>
      </w:r>
      <w:r>
        <w:rPr>
          <w:sz w:val="20"/>
        </w:rPr>
        <w:t xml:space="preserve"> [ei huios ei tou theou]</w:t>
      </w:r>
      <w:r>
        <w:rPr>
          <w:sz w:val="20"/>
        </w:rPr>
        <w:br/>
        <w:t>«Если Ты Сын Божий» почти дословно возвращает формулу искушения из 4:3,6. На кресте снова звучит призыв доказать сыновство самоспасением, и снова Иисус не принимает эту логику.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4:3, Мф 4:6</w:t>
      </w:r>
    </w:p>
    <w:p>
      <w:r>
        <w:t>41. Так же насмехались первосвященники вместе с книжниками и старейшинами:</w:t>
      </w:r>
    </w:p>
    <w:p>
      <w:r>
        <w:t>42. «Других спасал, а Себя спасти не может. Он Царь Израиля — пусть теперь сойдёт с креста, и мы поверим в Него.</w:t>
      </w:r>
    </w:p>
    <w:p>
      <w:r>
        <w:t>43. Он надеялся на Бога — пусть Бог теперь избавит Его, если Он Ему угоден. Ведь Он говорил: “Я Сын Божий”».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πέποιθεν ἐπὶ τὸν θεόν, ῥυσάσθω νῦν</w:t>
      </w:r>
      <w:r>
        <w:rPr>
          <w:sz w:val="20"/>
        </w:rPr>
        <w:t xml:space="preserve"> [pepoithen epi ton theon rhysasthō nyn]</w:t>
      </w:r>
      <w:r>
        <w:rPr>
          <w:sz w:val="20"/>
        </w:rPr>
        <w:br/>
        <w:t>Насмешка почти цитирует Пс 22:8 LXX. В самой насмешке Матфей даёт читателю ключ к пониманию распятия через псалом праведного страдальца.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22:8</w:t>
      </w:r>
    </w:p>
    <w:p>
      <w:r>
        <w:t>44. Так же оскорбляли Его и распятые рядом с Ним.</w:t>
      </w:r>
    </w:p>
    <w:p>
      <w:r>
        <w:t>45. С шестого часа тьма покрыла всю землю до девятого часа.</w:t>
      </w:r>
    </w:p>
    <w:p>
      <w:r>
        <w:t>46. Около девятого часа Иисус громко воззвал: «Эли, Эли, лема савахфани?» — то есть: «Боже Мой, Боже Мой, почему Ты Меня оставил?»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ἠλί ἠλί λεμὰ σαβαχθανί ... θεέ μου θεέ μου, ἱνατί με ἐγκατέλιπες</w:t>
      </w:r>
      <w:r>
        <w:rPr>
          <w:sz w:val="20"/>
        </w:rPr>
        <w:t xml:space="preserve"> [ēli ēli lema sabachthani ... thee mou thee mou hinati me enkatelipes]</w:t>
      </w:r>
      <w:r>
        <w:rPr>
          <w:sz w:val="20"/>
        </w:rPr>
        <w:br/>
        <w:t>Иисус цитирует начало Пс 22. Крик выражает реальную глубину оставленности, но одновременно вызывает весь псалом, который движется от страдания к оправданию и всемирной хвале.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22:1</w:t>
      </w:r>
    </w:p>
    <w:p>
      <w:r>
        <w:t>47. Некоторые из стоявших там, услышав это, сказали: «Он зовёт Илию».</w:t>
      </w:r>
    </w:p>
    <w:p>
      <w:r>
        <w:t>48. Один из них сразу побежал, взял губку, наполнил кислым вином, прикрепил к трости и дал Ему пить.</w:t>
      </w:r>
    </w:p>
    <w:p>
      <w:r>
        <w:t>49. Остальные сказали: «Подожди, посмотрим, придёт ли Илия спасти Его».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Основной Bible Code running text (N/S/TR membership для данного стиха) заканчивается словами о том, придёт ли Илия спасти Его. Дополнительная фраза, известная по части древней традиции и сходная с Ин 19:34, в нашем основном корпусе отсутствует. Поэтому основной перевод оставляем без неё.</w:t>
      </w:r>
    </w:p>
    <w:p>
      <w:r>
        <w:t>50. Иисус снова громко воскликнул и отдал дух.</w:t>
      </w:r>
    </w:p>
    <w:p>
      <w:r>
        <w:t>51. И вот, завеса храма разорвалась надвое сверху донизу; земля содрогнулась, скалы раскололись.</w:t>
      </w:r>
    </w:p>
    <w:p>
      <w:pPr>
        <w:ind w:left="360"/>
      </w:pPr>
      <w:r>
        <w:rPr>
          <w:b/>
          <w:sz w:val="20"/>
        </w:rPr>
        <w:t>Храм</w:t>
      </w:r>
      <w:r>
        <w:rPr>
          <w:i/>
          <w:sz w:val="20"/>
        </w:rPr>
        <w:t xml:space="preserve"> τὸ καταπέτασμα τοῦ ναοῦ ἐσχίσθη ἀπ᾽ ἄνωθεν ἕως κάτω</w:t>
      </w:r>
      <w:r>
        <w:rPr>
          <w:sz w:val="20"/>
        </w:rPr>
        <w:t xml:space="preserve"> [to katapetasma tou naou eschisthē ap anōthen heōs katō]</w:t>
      </w:r>
      <w:r>
        <w:rPr>
          <w:sz w:val="20"/>
        </w:rPr>
        <w:br/>
        <w:t>Завеса разрывается «сверху донизу», что подчёркивает действие свыше. Матфей связывает смерть Иисуса с радикальным изменением храмового порядка.</w:t>
      </w:r>
    </w:p>
    <w:p>
      <w:r>
        <w:t>52. Гробницы открылись, и многие умершие святые были воскрешены.</w:t>
      </w:r>
    </w:p>
    <w:p>
      <w:pPr>
        <w:ind w:left="360"/>
      </w:pPr>
      <w:r>
        <w:rPr>
          <w:b/>
          <w:sz w:val="20"/>
        </w:rPr>
        <w:t>Апокалиптический знак</w:t>
      </w:r>
      <w:r>
        <w:rPr>
          <w:i/>
          <w:sz w:val="20"/>
        </w:rPr>
        <w:t xml:space="preserve"> πολλὰ σώματα τῶν κεκοιμημένων ἁγίων ἠγέρθησαν</w:t>
      </w:r>
      <w:r>
        <w:rPr>
          <w:sz w:val="20"/>
        </w:rPr>
        <w:t xml:space="preserve"> [polla sōmata tōn kekoimēmenōn hagiōn ēgerthēsan]</w:t>
      </w:r>
      <w:r>
        <w:rPr>
          <w:sz w:val="20"/>
        </w:rPr>
        <w:br/>
        <w:t>Матфей помещает смерть Иисуса в апокалиптическую рамку: открытые гробницы и воскресшие святые символизируют прорыв будущего воскресения в момент Его победы.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Апокалиптический эпизод переводится по тексту; сам по себе не создаёт лексической неопределённости.</w:t>
      </w:r>
    </w:p>
    <w:p>
      <w:r>
        <w:t>53. После воскресения Иисуса они вышли из гробниц, вошли в святой город и явились многим. [μετὰ τὴν ἔγερσιν αὐτοῦ — Наиболее естественно фраза «после Его воскресения» относится к выходу святых из гробниц и их явлению в городе]</w:t>
      </w:r>
    </w:p>
    <w:p>
      <w:pPr>
        <w:ind w:left="360"/>
      </w:pPr>
      <w:r>
        <w:rPr>
          <w:b/>
          <w:sz w:val="20"/>
        </w:rPr>
        <w:t>Синтаксис</w:t>
      </w:r>
      <w:r>
        <w:rPr>
          <w:i/>
          <w:sz w:val="20"/>
        </w:rPr>
        <w:t xml:space="preserve"> μετὰ τὴν ἔγερσιν αὐτοῦ</w:t>
      </w:r>
      <w:r>
        <w:rPr>
          <w:sz w:val="20"/>
        </w:rPr>
        <w:t xml:space="preserve"> [meta tēn egersin autou]</w:t>
      </w:r>
      <w:r>
        <w:rPr>
          <w:sz w:val="20"/>
        </w:rPr>
        <w:br/>
        <w:t>Наиболее естественно фраза «после Его воскресения» относится к выходу святых из гробниц и их явлению в городе. WGT-T правильно сохраняет это синтаксическое чтение.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μετὰ τὴν ἔγερσιν αὐτοῦ по порядку слов естественно связывается с выходом из гробниц: «выйдя ... после Его воскресения, вошли...». WGT-T сохраняет это наиболее прямое синтаксическое чтение.</w:t>
      </w:r>
    </w:p>
    <w:p>
      <w:r>
        <w:t>54. Сотник и те, кто вместе с ним стерегли Иисуса, увидев землетрясение и происходящее, сильно испугались и сказали: «Воистину Он был Сыном Божьим».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ἀληθῶς θεοῦ υἱὸς ἦν οὗτος</w:t>
      </w:r>
      <w:r>
        <w:rPr>
          <w:sz w:val="20"/>
        </w:rPr>
        <w:t xml:space="preserve"> [alēthōs theou huios ēn houtos]</w:t>
      </w:r>
      <w:r>
        <w:rPr>
          <w:sz w:val="20"/>
        </w:rPr>
        <w:br/>
        <w:t>Сотник и стража приходят к исповеданию «Воистину Он был Сыном Божьим» именно у креста — кульминация титула, впервые заявленного в 3:17.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3:17, Мф 14:33</w:t>
      </w:r>
    </w:p>
    <w:p>
      <w:r>
        <w:t>55. Там было много женщин, наблюдавших издали. Они следовали за Иисусом из Галилеи и служили Ему.</w:t>
      </w:r>
    </w:p>
    <w:p>
      <w:r>
        <w:t>56. Среди них были Мария Магдалина, Мария, мать Иакова и Иосифа, и мать сыновей Зеведея.</w:t>
      </w:r>
    </w:p>
    <w:p>
      <w:r>
        <w:t>57. Когда наступил вечер, пришёл богатый человек из Аримафеи по имени Иосиф, который тоже был учеником Иисуса.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ὃς καὶ αὐτὸς ἐμαθητεύθη τῷ Ἰησοῦ</w:t>
      </w:r>
      <w:r>
        <w:rPr>
          <w:sz w:val="20"/>
        </w:rPr>
        <w:t xml:space="preserve"> [hos kai autos emathēteuthē tō Iēsou]</w:t>
      </w:r>
      <w:r>
        <w:rPr>
          <w:sz w:val="20"/>
        </w:rPr>
        <w:br/>
        <w:t>Иосиф из Аримафеи прямо назван учеником Иисуса. Матфей подчёркивает, что достойное погребение совершает человек, уже включённый в круг ученичества.</w:t>
      </w:r>
    </w:p>
    <w:p>
      <w:r>
        <w:t>58. Он пришёл к Пилату и попросил тело Иисуса. Тогда Пилат приказал отдать его.</w:t>
      </w:r>
    </w:p>
    <w:p>
      <w:r>
        <w:t>59. Иосиф взял тело, обернул чистым льняным полотном</w:t>
      </w:r>
    </w:p>
    <w:p>
      <w:r>
        <w:t>60. и положил в своей новой гробнице, высеченной в скале. Привалив большой камень ко входу, он ушёл.</w:t>
      </w:r>
    </w:p>
    <w:p>
      <w:pPr>
        <w:ind w:left="360"/>
      </w:pPr>
      <w:r>
        <w:rPr>
          <w:b/>
          <w:sz w:val="20"/>
        </w:rPr>
        <w:t>Погребение</w:t>
      </w:r>
      <w:r>
        <w:rPr>
          <w:i/>
          <w:sz w:val="20"/>
        </w:rPr>
        <w:t xml:space="preserve"> ἐν τῷ καινῷ αὐτοῦ μνημείῳ</w:t>
      </w:r>
      <w:r>
        <w:rPr>
          <w:sz w:val="20"/>
        </w:rPr>
        <w:t xml:space="preserve"> [en tō kainō autou mnēmeiō]</w:t>
      </w:r>
      <w:r>
        <w:rPr>
          <w:sz w:val="20"/>
        </w:rPr>
        <w:br/>
        <w:t>Новая собственная гробница Иосифа подчёркивает определённость места погребения и подготавливает сцену пустой гробницы.</w:t>
      </w:r>
    </w:p>
    <w:p>
      <w:r>
        <w:t>61. Мария Магдалина и другая Мария оставались там, сидя напротив гробницы.</w:t>
      </w:r>
    </w:p>
    <w:p>
      <w:r>
        <w:t>62. На следующий день, после дня приготовления, первосвященники и фарисеи собрались у Пилата</w:t>
      </w:r>
    </w:p>
    <w:p>
      <w:r>
        <w:t>63. и сказали: «Господин, мы вспомнили, что этот обманщик ещё при жизни говорил: “Через три дня воскресну”.</w:t>
      </w:r>
    </w:p>
    <w:p>
      <w:r>
        <w:t>64. Поэтому прикажи охранять гробницу до третьего дня, чтобы Его ученики не пришли, не забрали Его и не сказали народу: “Он воскрес из мёртвых”. Тогда последний обман будет хуже первого».</w:t>
      </w:r>
    </w:p>
    <w:p>
      <w:r>
        <w:t>65. Пилат сказал им: «Стража в вашем распоряжении. Идите и охраняйте, как умеете».</w:t>
      </w:r>
    </w:p>
    <w:p>
      <w:pPr>
        <w:ind w:left="360"/>
      </w:pPr>
      <w:r>
        <w:rPr>
          <w:b/>
          <w:sz w:val="20"/>
        </w:rPr>
        <w:t>Синтаксис</w:t>
      </w:r>
      <w:r>
        <w:rPr>
          <w:i/>
          <w:sz w:val="20"/>
        </w:rPr>
        <w:t xml:space="preserve"> ἔχετε κουστωδίαν</w:t>
      </w:r>
      <w:r>
        <w:rPr>
          <w:sz w:val="20"/>
        </w:rPr>
        <w:t xml:space="preserve"> [echete koustōdian]</w:t>
      </w:r>
      <w:r>
        <w:rPr>
          <w:sz w:val="20"/>
        </w:rPr>
        <w:br/>
        <w:t>Фраза допускает «у вас есть стража» и «возьмите стражу». Перевод «стража в вашем распоряжении» удачно сохраняет неоднозначность.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ἔχετε κουστωδίαν формально допускает «у вас есть стража» и прагматическое «возьмите стражу». «Стража в вашем распоряжении» сохраняет обе возможности и не решает, кому именно принадлежал отряд.</w:t>
      </w:r>
    </w:p>
    <w:p>
      <w:r>
        <w:t>66. Они пошли, запечатали камень и выставили стражу у гробницы.</w:t>
      </w:r>
    </w:p>
    <w:p>
      <w:pPr>
        <w:pStyle w:val="Heading2"/>
      </w:pPr>
      <w:r>
        <w:t>Глава 28</w:t>
      </w:r>
    </w:p>
    <w:p>
      <w:r>
        <w:t>1. После субботы, на рассвете первого дня недели, Мария Магдалина и другая Мария пришли посмотреть гробницу. [ὀψὲ δὲ σαββάτων, τῇ ἐπιφωσκούσῃ εἰς μίαν σαββάτων — означает переход после субботы к рассвету первого дня недели]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i/>
          <w:sz w:val="20"/>
        </w:rPr>
        <w:t xml:space="preserve"> ὀψὲ δὲ σαββάτων, τῇ ἐπιφωσκούσῃ εἰς μίαν σαββάτων</w:t>
      </w:r>
      <w:r>
        <w:rPr>
          <w:sz w:val="20"/>
        </w:rPr>
        <w:t xml:space="preserve"> [opse de sabbatōn tē epiphōskousē eis mian sabbatōn]</w:t>
      </w:r>
      <w:r>
        <w:rPr>
          <w:sz w:val="20"/>
        </w:rPr>
        <w:br/>
        <w:t>Фраза обозначает переход после субботы к рассвету первого дня недели. Матфей фиксирует начало новой недели как момент обнаружения пустой гробницы.</w:t>
      </w:r>
    </w:p>
    <w:p>
      <w:r>
        <w:t>2. И вот, произошло сильное землетрясение: ангел Господа сошёл с неба, подошёл, отвалил камень и сел на нём.</w:t>
      </w:r>
    </w:p>
    <w:p>
      <w:pPr>
        <w:ind w:left="360"/>
      </w:pPr>
      <w:r>
        <w:rPr>
          <w:b/>
          <w:sz w:val="20"/>
        </w:rPr>
        <w:t>Богоявление</w:t>
      </w:r>
      <w:r>
        <w:rPr>
          <w:i/>
          <w:sz w:val="20"/>
        </w:rPr>
        <w:t xml:space="preserve"> ἄγγελος γὰρ κυρίου καταβὰς ἐξ οὐρανοῦ</w:t>
      </w:r>
      <w:r>
        <w:rPr>
          <w:sz w:val="20"/>
        </w:rPr>
        <w:t xml:space="preserve"> [angelos gar kyriou katabas ex ouranou]</w:t>
      </w:r>
      <w:r>
        <w:rPr>
          <w:sz w:val="20"/>
        </w:rPr>
        <w:br/>
        <w:t>Сошедший с неба ангел и землетрясение оформляют сцену как действие Бога, а не человеческое вскрытие гробницы.</w:t>
      </w:r>
    </w:p>
    <w:p>
      <w:r>
        <w:t>3. Его вид был как молния, а одежда белая как снег.</w:t>
      </w:r>
    </w:p>
    <w:p>
      <w:r>
        <w:t>4. Стражники задрожали от страха перед ним и стали как мёртвые.</w:t>
      </w:r>
    </w:p>
    <w:p>
      <w:r>
        <w:t>5. Ангел сказал женщинам: «Не бойтесь. Я знаю, что вы ищете распятого Иисуса.</w:t>
      </w:r>
    </w:p>
    <w:p>
      <w:r>
        <w:t>6. Его здесь нет: Он воскрес, как и говорил. Подойдите, посмотрите место, где Он лежал.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i/>
          <w:sz w:val="20"/>
        </w:rPr>
        <w:t xml:space="preserve"> οὐκ ἔστιν ὧδε· ἠγέρθη γὰρ καθὼς εἶπεν</w:t>
      </w:r>
      <w:r>
        <w:rPr>
          <w:sz w:val="20"/>
        </w:rPr>
        <w:t xml:space="preserve"> [ouk estin hōde ēgerthē gar kathōs eipen]</w:t>
      </w:r>
      <w:r>
        <w:rPr>
          <w:sz w:val="20"/>
        </w:rPr>
        <w:br/>
        <w:t>Главная формула: «Его здесь нет; Он воскрес, как сказал». Воскресение представлено как исполнение собственных слов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16:21, Мф 17:23, Мф 20:19</w:t>
      </w:r>
    </w:p>
    <w:p>
      <w:r>
        <w:t>7. Идите скорее и скажите Его ученикам: “Он воскрес из мёртвых и идёт впереди вас в Галилею. Там вы Его увидите”. Вот, я сказал вам».</w:t>
      </w:r>
    </w:p>
    <w:p>
      <w:pPr>
        <w:ind w:left="360"/>
      </w:pPr>
      <w:r>
        <w:rPr>
          <w:b/>
          <w:sz w:val="20"/>
        </w:rPr>
        <w:t>Галилея</w:t>
      </w:r>
      <w:r>
        <w:rPr>
          <w:i/>
          <w:sz w:val="20"/>
        </w:rPr>
        <w:t xml:space="preserve"> προάγει ὑμᾶς εἰς τὴν Γαλιλαίαν</w:t>
      </w:r>
      <w:r>
        <w:rPr>
          <w:sz w:val="20"/>
        </w:rPr>
        <w:t xml:space="preserve"> [proagei hymas eis tēn Galilaian]</w:t>
      </w:r>
      <w:r>
        <w:rPr>
          <w:sz w:val="20"/>
        </w:rPr>
        <w:br/>
        <w:t>Обещание 26:32 исполняется: воскресший Иисус идёт впереди учеников в Галилею, где состоится финальная встреча.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26:32</w:t>
      </w:r>
    </w:p>
    <w:p>
      <w:r>
        <w:t>8. Они поспешно ушли от гробницы со страхом и великой радостью и побежали сообщить Его ученикам.</w:t>
      </w:r>
    </w:p>
    <w:p>
      <w:r>
        <w:t>9. И вот, Иисус встретил их и сказал: «Радуйтесь!» Они подошли, обняли Его ноги и поклонились Ему.</w:t>
      </w:r>
    </w:p>
    <w:p>
      <w:pPr>
        <w:ind w:left="360"/>
      </w:pPr>
      <w:r>
        <w:rPr>
          <w:b/>
          <w:sz w:val="20"/>
        </w:rPr>
        <w:t>Поклонение</w:t>
      </w:r>
      <w:r>
        <w:rPr>
          <w:i/>
          <w:sz w:val="20"/>
        </w:rPr>
        <w:t xml:space="preserve"> ἐκράτησαν αὐτοῦ τοὺς πόδας καὶ προσεκύνησαν αὐτῷ</w:t>
      </w:r>
      <w:r>
        <w:rPr>
          <w:sz w:val="20"/>
        </w:rPr>
        <w:t xml:space="preserve"> [ekratēsan autou tous podas kai prosekynēsan autō]</w:t>
      </w:r>
      <w:r>
        <w:rPr>
          <w:sz w:val="20"/>
        </w:rPr>
        <w:br/>
        <w:t>Женщины хватаются за Его ноги и поклоняются Ему. Телесный контакт подчёркивает не призрачность явления, а реальность воскресшего Иисуса.</w:t>
      </w:r>
    </w:p>
    <w:p>
      <w:r>
        <w:t>10. Тогда Иисус сказал: «Не бойтесь. Идите, скажите Моим братьям, чтобы они шли в Галилею. Там они Меня увидят».</w:t>
      </w:r>
    </w:p>
    <w:p>
      <w:pPr>
        <w:ind w:left="360"/>
      </w:pPr>
      <w:r>
        <w:rPr>
          <w:b/>
          <w:sz w:val="20"/>
        </w:rPr>
        <w:t>Восстановление</w:t>
      </w:r>
      <w:r>
        <w:rPr>
          <w:i/>
          <w:sz w:val="20"/>
        </w:rPr>
        <w:t xml:space="preserve"> ἀπαγγείλατε τοῖς ἀδελφοῖς μου</w:t>
      </w:r>
      <w:r>
        <w:rPr>
          <w:sz w:val="20"/>
        </w:rPr>
        <w:t xml:space="preserve"> [apangeilate tois adelphois mou]</w:t>
      </w:r>
      <w:r>
        <w:rPr>
          <w:sz w:val="20"/>
        </w:rPr>
        <w:br/>
        <w:t>После бегства и отречения Иисус называет учеников «Моими братьями». Воскресение открывает не только победу над смертью, но и восстановление общности.</w:t>
      </w:r>
    </w:p>
    <w:p>
      <w:r>
        <w:t>11. Пока женщины шли, некоторые из стражи пришли в город и рассказали первосвященникам обо всём произошедшем.</w:t>
      </w:r>
    </w:p>
    <w:p>
      <w:r>
        <w:t>12. Те собрались со старейшинами, посоветовались и дали воинам много денег,</w:t>
      </w:r>
    </w:p>
    <w:p>
      <w:r>
        <w:t>13. сказав: «Говорите: “Его ученики пришли ночью и забрали Его, пока мы спали”.</w:t>
      </w:r>
    </w:p>
    <w:p>
      <w:r>
        <w:t>14. А если об этом услышит правитель, мы убедим его и избавим вас от неприятностей».</w:t>
      </w:r>
    </w:p>
    <w:p>
      <w:r>
        <w:t>15. Они взяли деньги и поступили, как их научили. И эта история распространилась среди иудеев и известна до сегодняшнего дня.</w:t>
      </w:r>
    </w:p>
    <w:p>
      <w:pPr>
        <w:ind w:left="360"/>
      </w:pPr>
      <w:r>
        <w:rPr>
          <w:b/>
          <w:sz w:val="20"/>
        </w:rPr>
        <w:t>Контрповествование</w:t>
      </w:r>
      <w:r>
        <w:rPr>
          <w:i/>
          <w:sz w:val="20"/>
        </w:rPr>
        <w:t xml:space="preserve"> διεφημίσθη ὁ λόγος οὗτος παρὰ Ἰουδαίοις μέχρι τῆς σήμερον ἡμέρας</w:t>
      </w:r>
      <w:r>
        <w:rPr>
          <w:sz w:val="20"/>
        </w:rPr>
        <w:t xml:space="preserve"> [diephēmisthē ho logos houtos para Ioudaiois mechri tēs sēmeron hēmeras]</w:t>
      </w:r>
      <w:r>
        <w:rPr>
          <w:sz w:val="20"/>
        </w:rPr>
        <w:br/>
        <w:t>Матфей прямо полемизирует с альтернативным объяснением пустой гробницы, известным «до сегодняшнего дня» его аудитории.</w:t>
      </w:r>
    </w:p>
    <w:p>
      <w:r>
        <w:t>16. Одиннадцать учеников пошли в Галилею, на гору, куда велел им Иисус.</w:t>
      </w:r>
    </w:p>
    <w:p>
      <w:pPr>
        <w:ind w:left="360"/>
      </w:pPr>
      <w:r>
        <w:rPr>
          <w:b/>
          <w:sz w:val="20"/>
        </w:rPr>
        <w:t>Мотив горы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εἰς τὸ ὄρος οὗ ἐτάξατο αὐτοῖς ὁ Ἰησοῦς</w:t>
      </w:r>
      <w:r>
        <w:rPr>
          <w:sz w:val="20"/>
        </w:rPr>
        <w:t xml:space="preserve"> [eis to oros hou etaxato autois ho Iēsous]</w:t>
      </w:r>
      <w:r>
        <w:rPr>
          <w:sz w:val="20"/>
        </w:rPr>
        <w:br/>
        <w:t>Гора снова становится местом откровения и поручения, как в 5:1 и 17:1. Матфей завершает Евангелие в знакомом «горном» пространстве учительства и славы.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5:1, Мф 17:1</w:t>
      </w:r>
    </w:p>
    <w:p>
      <w:r>
        <w:t>17. Увидев Его, они поклонились Ему, но некоторые колебались. [οἱ δὲ ἐδίστασαν — означает колебаться/сомневаться]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οἱ δὲ ἐδίστασαν</w:t>
      </w:r>
      <w:r>
        <w:rPr>
          <w:sz w:val="20"/>
        </w:rPr>
        <w:t xml:space="preserve"> [hoi de edistasan]</w:t>
      </w:r>
      <w:r>
        <w:rPr>
          <w:sz w:val="20"/>
        </w:rPr>
        <w:br/>
        <w:t>διστάζω означает колебаться/сомневаться. Даже в сцене поклонения Матфей сохраняет сложность ученического опыта и не рисует идеализированную реакцию.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14:31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οἱ δὲ ἐδίστασαν естественно передаётся «но некоторые колебались». διστάζω — колебаться/сомневаться. Основной перевод принят.</w:t>
      </w:r>
    </w:p>
    <w:p>
      <w:r>
        <w:t>18. Иисус подошёл и сказал им: «Мне дана вся власть на небе и на земле.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ἐδόθη μοι πᾶσα ἐξουσία ἐν οὐρανῷ καὶ ἐπὶ γῆς</w:t>
      </w:r>
      <w:r>
        <w:rPr>
          <w:sz w:val="20"/>
        </w:rPr>
        <w:t xml:space="preserve"> [edothē moi pasa exousia en ouranō kai epi gēs]</w:t>
      </w:r>
      <w:r>
        <w:rPr>
          <w:sz w:val="20"/>
        </w:rPr>
        <w:br/>
        <w:t>Финальное заявление об «всей власти» завершает тему ἐξουσία, начатую в 7:29 и развиваемую по всему Евангелию. Воскресший Иисус обладает универсальной властью неба и земли.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7:29, Мф 9:6, Мф 21:23</w:t>
      </w:r>
    </w:p>
    <w:p>
      <w:r>
        <w:t>19. Поэтому идите и делайте учениками все народы, крестя их во имя Отца, Сына и Святого Духа,</w:t>
      </w:r>
    </w:p>
    <w:p>
      <w:pPr>
        <w:ind w:left="360"/>
      </w:pPr>
      <w:r>
        <w:rPr>
          <w:b/>
          <w:sz w:val="20"/>
        </w:rPr>
        <w:t>Великое поручение</w:t>
      </w:r>
      <w:r>
        <w:rPr>
          <w:i/>
          <w:sz w:val="20"/>
        </w:rPr>
        <w:t xml:space="preserve"> μαθητεύσατε πάντα τὰ ἔθνη</w:t>
      </w:r>
      <w:r>
        <w:rPr>
          <w:sz w:val="20"/>
        </w:rPr>
        <w:t xml:space="preserve"> [mathēteusate panta ta ethnē]</w:t>
      </w:r>
      <w:r>
        <w:rPr>
          <w:sz w:val="20"/>
        </w:rPr>
        <w:br/>
        <w:t>Главный императив — «делайте учениками все народы». «Идя», «крестя» и «уча» раскрывают, как осуществляется ученичество. Это кульминация расширения миссии от Израиля ко всем народам.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10:5–6, Мф 24:14</w:t>
      </w:r>
    </w:p>
    <w:p>
      <w:pPr>
        <w:ind w:left="360"/>
      </w:pPr>
      <w:r>
        <w:rPr>
          <w:b/>
          <w:sz w:val="20"/>
        </w:rPr>
        <w:t>Троичность</w:t>
      </w:r>
      <w:r>
        <w:rPr>
          <w:i/>
          <w:sz w:val="20"/>
        </w:rPr>
        <w:t xml:space="preserve"> βαπτίζοντες αὐτοὺς εἰς τὸ ὄνομα τοῦ πατρὸς καὶ τοῦ υἱοῦ καὶ τοῦ ἁγίου πνεύματος</w:t>
      </w:r>
      <w:r>
        <w:rPr>
          <w:sz w:val="20"/>
        </w:rPr>
        <w:t xml:space="preserve"> [baptizontes autous eis to onoma tou patros kai tou huiou kai tou hagiou pneumatos]</w:t>
      </w:r>
      <w:r>
        <w:rPr>
          <w:sz w:val="20"/>
        </w:rPr>
        <w:br/>
        <w:t>Единственное «имя» управляет тремя обозначениями — Отца, Сына и Святого Духа. Формула даёт чрезвычайно раннюю трёхчастную структуру христианского крещения.</w:t>
      </w:r>
    </w:p>
    <w:p>
      <w:r>
        <w:t>20. уча их соблюдать всё, что Я повелел вам. И вот, Я с вами каждый день до завершения века».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διδάσκοντες αὐτοὺς τηρεῖν πάντα ὅσα ἐνετειλάμην ὑμῖν</w:t>
      </w:r>
      <w:r>
        <w:rPr>
          <w:sz w:val="20"/>
        </w:rPr>
        <w:t xml:space="preserve"> [didaskontes autous tērein panta hosa eneteilamēn hymin]</w:t>
      </w:r>
      <w:r>
        <w:rPr>
          <w:sz w:val="20"/>
        </w:rPr>
        <w:br/>
        <w:t>Ученичество включает не только передачу информации, но обучение «соблюдать всё», что повелел Иисус. Это отсылает ко всему корпусу Его учения в Евангелии.</w:t>
      </w:r>
    </w:p>
    <w:p>
      <w:pPr>
        <w:ind w:left="360"/>
      </w:pPr>
      <w:r>
        <w:rPr>
          <w:b/>
          <w:sz w:val="20"/>
        </w:rPr>
        <w:t>Обрамление</w:t>
      </w:r>
      <w:r>
        <w:rPr>
          <w:i/>
          <w:sz w:val="20"/>
        </w:rPr>
        <w:t xml:space="preserve"> ἐγὼ μεθ᾽ ὑμῶν εἰμι πάσας τὰς ἡμέρας ἕως τῆς συντελείας τοῦ αἰῶνος</w:t>
      </w:r>
      <w:r>
        <w:rPr>
          <w:sz w:val="20"/>
        </w:rPr>
        <w:t xml:space="preserve"> [egō meth hymōn eimi pasas tas hēmeras heōs tēs synteleias tou aiōnos]</w:t>
      </w:r>
      <w:r>
        <w:rPr>
          <w:sz w:val="20"/>
        </w:rPr>
        <w:br/>
        <w:t>«Я с вами» завершает начатую в 1:23 тему Эммануила — «Бог с нами». Евангелие открывается обещанием Божьего присутствия в Иисусе и заканчивается Его обещанием постоянного присутствия до завершения века.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1:23, Мф 18:20, Мф 24:3</w:t>
      </w:r>
    </w:p>
    <w:p>
      <w:pPr>
        <w:pStyle w:val="Heading1"/>
      </w:pPr>
      <w:r>
        <w:t>От Марка</w:t>
      </w:r>
    </w:p>
    <w:p>
      <w:pPr>
        <w:pStyle w:val="Heading2"/>
      </w:pPr>
      <w:r>
        <w:t>Глава 1</w:t>
      </w:r>
    </w:p>
    <w:p>
      <w:r>
        <w:t>1. Начало Благой вести об Иисусе Христе.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εὐαγγέλιον</w:t>
      </w:r>
      <w:r>
        <w:rPr>
          <w:sz w:val="20"/>
        </w:rPr>
        <w:t xml:space="preserve"> [euangelion]</w:t>
      </w:r>
      <w:r>
        <w:rPr>
          <w:sz w:val="20"/>
        </w:rPr>
        <w:br/>
        <w:t>εὐαγγέλιον означает благую/добрую весть, возвещаемое радостное сообщение. Марк делает это слово программным названием вести об Иисусе и Божьем Царстве.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1:14, Мк 1:15, Мк 8:35, Мк 13:10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υἱοῦ θεοῦ</w:t>
      </w:r>
      <w:r>
        <w:rPr>
          <w:sz w:val="20"/>
        </w:rPr>
        <w:t xml:space="preserve"> [huiou theou]</w:t>
      </w:r>
      <w:r>
        <w:rPr>
          <w:sz w:val="20"/>
        </w:rPr>
        <w:br/>
        <w:t>После «Иисусе Христе» существует важный вариант «Сына Божьего/Сына Бога». WGT-T следует своему базовому SBLGNT-чтению без этой фразы и не смешивает варианты в один текст.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SBLGNT/WH не включают υἱοῦ θεοῦ в основной текст; NA28/Tregelles и византийская традиция содержат более длинное чтение. Вариант хранится отдельно от основного WGT-T.</w:t>
      </w:r>
    </w:p>
    <w:p>
      <w:r>
        <w:t>2. Как написано у пророка Исаии: «Вот, Я посылаю Моего вестника перед Тобой; он приготовит Тебе путь.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γέγραπται ἐν τῷ Ἠσαΐᾳ τῷ προφήτῃ</w:t>
      </w:r>
      <w:r>
        <w:rPr>
          <w:sz w:val="20"/>
        </w:rPr>
        <w:t xml:space="preserve"> [gegraptai en tō Ēsaia tō prophētē]</w:t>
      </w:r>
      <w:r>
        <w:rPr>
          <w:sz w:val="20"/>
        </w:rPr>
        <w:br/>
        <w:t>Формула «как написано у пророка Исаии» вводит составную библейскую цитату: первая часть созвучна Мал 3:1 и Исх 23:20, а следующий стих прямо следует Ис 40:3. Марк называет главного пророческого свидетеля и соединяет тексты в одно вступление.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23:20, Мал 3:1, Ис 40:3, Мк 1:3</w:t>
      </w:r>
    </w:p>
    <w:p>
      <w:r>
        <w:t>3. Голос того, кто зовёт в пустыне: “Приготовьте путь Господу [κύριος; в Ис 40:3 это путь Самого Яхве], сделайте прямыми Его дороги”».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κυρίου</w:t>
      </w:r>
      <w:r>
        <w:rPr>
          <w:sz w:val="20"/>
        </w:rPr>
        <w:t xml:space="preserve"> [kyriou]</w:t>
      </w:r>
      <w:r>
        <w:rPr>
          <w:sz w:val="20"/>
        </w:rPr>
        <w:br/>
        <w:t>В греческом Ис 40:3 стоит κύριος «Господь», соответствующий имени YHWH в еврейском тексте. В повествовании Марка приготовляемый путь непосредственно ведёт к появлению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40:3, Мк 1:9</w:t>
      </w:r>
    </w:p>
    <w:p>
      <w:r>
        <w:t>4. В пустыне появился Иоанн, крестя и проповедуя крещение покаяния для прощения грехов.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βάπτισμα μετανοίας εἰς ἄφεσιν ἁμαρτιῶν</w:t>
      </w:r>
      <w:r>
        <w:rPr>
          <w:sz w:val="20"/>
        </w:rPr>
        <w:t xml:space="preserve"> [baptisma metanoias eis aphesin hamartiōn]</w:t>
      </w:r>
      <w:r>
        <w:rPr>
          <w:sz w:val="20"/>
        </w:rPr>
        <w:br/>
        <w:t>«Крещение покаяния для прощения грехов» связывает публичный знак с μετανοία — обращением/покаянием — и ἄφεσις, прощением или освобождением от грехов. Покаяние здесь не сводится к чувству сожаления.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1:15</w:t>
      </w:r>
    </w:p>
    <w:p>
      <w:r>
        <w:t>5. К нему выходила вся Иудея и все жители Иерусалима. Они крестились у него в реке Иордан, исповедуя свои грехи.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ἐξομολογούμενοι</w:t>
      </w:r>
      <w:r>
        <w:rPr>
          <w:sz w:val="20"/>
        </w:rPr>
        <w:t xml:space="preserve"> [exomologoumenoi]</w:t>
      </w:r>
      <w:r>
        <w:rPr>
          <w:sz w:val="20"/>
        </w:rPr>
        <w:br/>
        <w:t>Глагол означает признавать, исповедовать, открыто соглашаться с истинностью обвинения. Здесь люди не просто переживают грех внутри, а исповедуют свои грехи.</w:t>
      </w:r>
    </w:p>
    <w:p>
      <w:r>
        <w:t>6. Иоанн носил одежду из верблюжьей шерсти и кожаный пояс на талии, а ел саранчу и дикий мёд.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τρίχας καμήλου ... ζώνην δερματίνην</w:t>
      </w:r>
      <w:r>
        <w:rPr>
          <w:sz w:val="20"/>
        </w:rPr>
        <w:t xml:space="preserve"> [trichas kamēlou ... zōnēn dermatinēn]</w:t>
      </w:r>
      <w:r>
        <w:rPr>
          <w:sz w:val="20"/>
        </w:rPr>
        <w:br/>
        <w:t>Одежда Иоанна — волос верблюда и кожаный пояс — намеренно напоминает описание Илии. Это усиливает пророческий образ Предтечи.</w:t>
      </w:r>
      <w:r>
        <w:rPr>
          <w:i/>
          <w:sz w:val="20"/>
        </w:rPr>
        <w:br/>
        <w:t xml:space="preserve">См.: </w:t>
      </w:r>
      <w:r>
        <w:rPr>
          <w:sz w:val="20"/>
        </w:rPr>
        <w:t>4 Цар 1:8, Мал 4:5</w:t>
      </w:r>
    </w:p>
    <w:p>
      <w:r>
        <w:t>7. Он проповедовал: «После меня идёт Тот, Кто сильнее меня. Я недостоин, нагнувшись, развязать ремешок Его сандалий.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οὐκ εἰμὶ ἱκανὸς κύψας λῦσαι τὸν ἱμάντα τῶν ὑποδημάτων</w:t>
      </w:r>
      <w:r>
        <w:rPr>
          <w:sz w:val="20"/>
        </w:rPr>
        <w:t xml:space="preserve"> [ouk eimi hikanos kypsas lysai ton himanta tōn hypodēmatōn]</w:t>
      </w:r>
      <w:r>
        <w:rPr>
          <w:sz w:val="20"/>
        </w:rPr>
        <w:br/>
        <w:t>Развязать ремень сандалий было предельно низким служением. Иоанн выражает не обычную вежливость, а радикальное превосходство Идущего за ним.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1:27</w:t>
      </w:r>
    </w:p>
    <w:p>
      <w:r>
        <w:t>8. Я крестил вас водой, а Он будет крестить вас Святым Духом [ἐν πνεύματι ἁγίῳ — буквально «в Святом Духе»; конструкция допускает и русское инструментальное «Святым Духом»].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ἐν πνεύματι ἁγίῳ</w:t>
      </w:r>
      <w:r>
        <w:rPr>
          <w:sz w:val="20"/>
        </w:rPr>
        <w:t xml:space="preserve"> [en pneumati hagiō]</w:t>
      </w:r>
      <w:r>
        <w:rPr>
          <w:sz w:val="20"/>
        </w:rPr>
        <w:br/>
        <w:t>Предлог ἐν с дательным допускает передачу и как «Святым Духом», и как «в Святом Духе». Контраст с водным крещением делает образ погружения/введения в действие Духа особенно заметным.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1:5, Деян 11:16</w:t>
      </w:r>
    </w:p>
    <w:p>
      <w:r>
        <w:t>9. В те дни Иисус пришёл из Назарета в Галилее, и Иоанн крестил Его в Иордане.</w:t>
      </w:r>
    </w:p>
    <w:p>
      <w:r>
        <w:t>10. И сразу, выходя из воды, Иисус увидел, как разрываются небеса [σχιζομένους — именно «разрываются», не просто открываются] и Дух, словно голубь, сходит на Него.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σχιζομένους</w:t>
      </w:r>
      <w:r>
        <w:rPr>
          <w:sz w:val="20"/>
        </w:rPr>
        <w:t xml:space="preserve"> [schizomenous]</w:t>
      </w:r>
      <w:r>
        <w:rPr>
          <w:sz w:val="20"/>
        </w:rPr>
        <w:br/>
        <w:t>σχίζω означает разрывать, раскалывать. Марк использует тот же глагол в 15:38, когда разрывается завеса храма; это заметная литературная перекличка начала и кульминации Евангелия.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15:38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εὐθύς</w:t>
      </w:r>
      <w:r>
        <w:rPr>
          <w:sz w:val="20"/>
        </w:rPr>
        <w:t xml:space="preserve"> [euthys]</w:t>
      </w:r>
      <w:r>
        <w:rPr>
          <w:sz w:val="20"/>
        </w:rPr>
        <w:br/>
        <w:t>«Сразу/тотчас» — одна из характерных черт темпа Марка. Частое повторение εὐθύς/εὐθέως создаёт ощущение стремительного движения повествования.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1:12, Мк 1:18, Мк 1:20, Мк 1:21, Мк 1:23, Мк 1:28, Мк 1:29, Мк 1:30, Мк 1:42, Мк 1:43</w:t>
      </w:r>
    </w:p>
    <w:p>
      <w:r>
        <w:t>11. И с небес прозвучал голос: «Ты — Мой любимый Сын; Я доволен Тобой».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υἱός μου ὁ ἀγαπητός ... ἐν σοὶ εὐδόκησα</w:t>
      </w:r>
      <w:r>
        <w:rPr>
          <w:sz w:val="20"/>
        </w:rPr>
        <w:t xml:space="preserve"> [ho huios mou ho agapētos ... en soi eudokēsa]</w:t>
      </w:r>
      <w:r>
        <w:rPr>
          <w:sz w:val="20"/>
        </w:rPr>
        <w:br/>
        <w:t>Небесный голос соединяет язык царского Сына и избранного Служителя: «Сын» напоминает Пс 2:7, а «в Котором Моё благоволение» — Ис 42:1. Марк вводит обе линии в самом начале служения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2:7, Ис 42:1</w:t>
      </w:r>
    </w:p>
    <w:p>
      <w:r>
        <w:t>12. И сразу Дух погнал Его в пустыню [ἐκβάλλει — сильный глагол: «выводит/гонит», тот же корень Марк использует для изгнания демонов].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ἐκβάλλει</w:t>
      </w:r>
      <w:r>
        <w:rPr>
          <w:sz w:val="20"/>
        </w:rPr>
        <w:t xml:space="preserve"> [ekballei]</w:t>
      </w:r>
      <w:r>
        <w:rPr>
          <w:sz w:val="20"/>
        </w:rPr>
        <w:br/>
        <w:t>ἐκβάλλω сильнее нейтрального «вести»: выталкивать, выводить, изгонять. Здесь сила глагола подчёркивает инициативу Духа, но сама форма не означает сопротивления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1:34, Мк 1:39</w:t>
      </w:r>
    </w:p>
    <w:p>
      <w:r>
        <w:t>13. Он был в пустыне сорок дней, искушаемый [πειραζόμενος — также «испытываемый»] сатаной, находился среди диких зверей, а ангелы служили Ему.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πειραζόμενος</w:t>
      </w:r>
      <w:r>
        <w:rPr>
          <w:sz w:val="20"/>
        </w:rPr>
        <w:t xml:space="preserve"> [peirazomenos]</w:t>
      </w:r>
      <w:r>
        <w:rPr>
          <w:sz w:val="20"/>
        </w:rPr>
        <w:br/>
        <w:t>πειράζω может обозначать испытание или искушение. Поскольку действующим лицом назван сатана, «искушаемый» естественно для перевода, но оттенок испытания остаётся в слове.</w:t>
      </w:r>
    </w:p>
    <w:p>
      <w:r>
        <w:t>14. После того как Иоанна взяли под стражу, Иисус пришёл в Галилею, проповедуя Божью Благую весть.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παραδοθῆναι</w:t>
      </w:r>
      <w:r>
        <w:rPr>
          <w:sz w:val="20"/>
        </w:rPr>
        <w:t xml:space="preserve"> [paradothēnai]</w:t>
      </w:r>
      <w:r>
        <w:rPr>
          <w:sz w:val="20"/>
        </w:rPr>
        <w:br/>
        <w:t>παραδίδωμι означает передать, выдать, предать. В начале служения так описана участь Иоанна; позже тот же глагол многократно обозначает передачу Иисуса в руки людей.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9:31, Мк 10:33, Мк 14:10, Мк 14:41</w:t>
      </w:r>
    </w:p>
    <w:p>
      <w:r>
        <w:t>15. Он говорил: «Назначенное время [καιρός] исполнилось, и Царство Божье приблизилось [ἤγγικεν — подошло близко и теперь близко]. Покайтесь и верьте Благой вести».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καιρός</w:t>
      </w:r>
      <w:r>
        <w:rPr>
          <w:sz w:val="20"/>
        </w:rPr>
        <w:t xml:space="preserve"> [kairos]</w:t>
      </w:r>
      <w:r>
        <w:rPr>
          <w:sz w:val="20"/>
        </w:rPr>
        <w:br/>
        <w:t>καιρός — не просто измеряемое время, а подходящий, назначенный или решающий момент. В первой проповеди Иисуса речь о наступившем Божьем времени.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πεπλήρωται ... ἤγγικεν</w:t>
      </w:r>
      <w:r>
        <w:rPr>
          <w:sz w:val="20"/>
        </w:rPr>
        <w:t xml:space="preserve"> [peplērōtai ... ēngiken]</w:t>
      </w:r>
      <w:r>
        <w:rPr>
          <w:sz w:val="20"/>
        </w:rPr>
        <w:br/>
        <w:t>Оба глагола стоят в перфекте: назначенное время исполнилось, а Царство приблизилось с сохраняющимся результатом — оно теперь близко.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μετανοεῖτε καὶ πιστεύετε</w:t>
      </w:r>
      <w:r>
        <w:rPr>
          <w:sz w:val="20"/>
        </w:rPr>
        <w:t xml:space="preserve"> [metanoeite kai pisteuete]</w:t>
      </w:r>
      <w:r>
        <w:rPr>
          <w:sz w:val="20"/>
        </w:rPr>
        <w:br/>
        <w:t>Два повеления — «покайтесь» и «верьте» — образуют парный ответ на объявление о приблизившемся Царстве.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1:4</w:t>
      </w:r>
    </w:p>
    <w:p>
      <w:r>
        <w:t>16. Проходя вдоль Галилейского моря, Иисус увидел Симона и Андрея, брата Симона, забрасывавших сеть в море: они были рыбаками.</w:t>
      </w:r>
    </w:p>
    <w:p>
      <w:r>
        <w:t>17. Иисус сказал им: «Идите за Мной, и Я сделаю вас ловцами людей».</w:t>
      </w:r>
    </w:p>
    <w:p>
      <w:r>
        <w:t>18. Они сразу оставили сети и последовали за Ним.</w:t>
      </w:r>
    </w:p>
    <w:p>
      <w:r>
        <w:t>19. Пройдя немного дальше, Он увидел Иакова, сына Зеведея, и его брата Иоанна. Они были в лодке и чинили сети.</w:t>
      </w:r>
    </w:p>
    <w:p>
      <w:r>
        <w:t>20. Он сразу позвал их. Они оставили своего отца Зеведея в лодке с наёмными работниками и пошли за Ним.</w:t>
      </w:r>
    </w:p>
    <w:p>
      <w:r>
        <w:t>21. Они пришли в Капернаум. В субботу Иисус сразу вошёл в синагогу и стал учить.</w:t>
      </w:r>
    </w:p>
    <w:p>
      <w:r>
        <w:t>22. Люди были поражены Его учением, потому что Он учил их как имеющий ἐξουσία — собственную власть и полномочие, — а не как книжники.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ἐξουσία</w:t>
      </w:r>
      <w:r>
        <w:rPr>
          <w:sz w:val="20"/>
        </w:rPr>
        <w:t xml:space="preserve"> [exousia]</w:t>
      </w:r>
      <w:r>
        <w:rPr>
          <w:sz w:val="20"/>
        </w:rPr>
        <w:br/>
        <w:t>ἐξουσία обозначает власть, право или полномочие. Следующая сцена показывает эту власть не только в учении, но и в повелении нечистому духу.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1:27, Мк 2:10</w:t>
      </w:r>
    </w:p>
    <w:p>
      <w:r>
        <w:t>23. И сразу в их синагоге оказался человек с нечистым духом. Он закричал:</w:t>
      </w:r>
    </w:p>
    <w:p>
      <w:r>
        <w:t>24. «Что Тебе до нас [τί ἡμῖν καὶ σοί — буквально «что нам и Тебе?», устойчивый семитский оборот], Иисус Назарянин? Ты пришёл погубить нас? Я знаю, кто Ты: Святой Божий!»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τί ἡμῖν καὶ σοί</w:t>
      </w:r>
      <w:r>
        <w:rPr>
          <w:sz w:val="20"/>
        </w:rPr>
        <w:t xml:space="preserve"> [ti hēmin kai soi]</w:t>
      </w:r>
      <w:r>
        <w:rPr>
          <w:sz w:val="20"/>
        </w:rPr>
        <w:br/>
        <w:t>Буквальная конструкция «что нам и тебе?» — семитский идиоматический способ выразить дистанцию: «что у нас общего?», «что тебе до нас?» или «зачем ты вмешиваешься?».</w:t>
      </w:r>
    </w:p>
    <w:p>
      <w:r>
        <w:t>25. Иисус строго приказал ему: «Замолчи [φιμώθητι — буквально образ «закрой рот/будь заглушён»] и выйди из него!»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φιμώθητι</w:t>
      </w:r>
      <w:r>
        <w:rPr>
          <w:sz w:val="20"/>
        </w:rPr>
        <w:t xml:space="preserve"> [phimōthēti]</w:t>
      </w:r>
      <w:r>
        <w:rPr>
          <w:sz w:val="20"/>
        </w:rPr>
        <w:br/>
        <w:t>φιμόω буквально связано с надеванием намордника/заглушением рта и далее означает заставить молчать. В Марк 4:39 тот же глагол звучит в приказе буре.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4:39</w:t>
      </w:r>
    </w:p>
    <w:p>
      <w:r>
        <w:t>26. Нечистый дух сильно потряс человека, громко закричал и вышел из него.</w:t>
      </w:r>
    </w:p>
    <w:p>
      <w:r>
        <w:t>27. Все были поражены и спрашивали друг друга: «Что это? Новое учение — и с властью! Он приказывает даже нечистым духам, и они повинуются Ему».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κατ᾽ ἐξουσίαν</w:t>
      </w:r>
      <w:r>
        <w:rPr>
          <w:sz w:val="20"/>
        </w:rPr>
        <w:t xml:space="preserve"> [kat' exousian]</w:t>
      </w:r>
      <w:r>
        <w:rPr>
          <w:sz w:val="20"/>
        </w:rPr>
        <w:br/>
        <w:t>Повтор ἐξουσία связывает впечатление от учения в 1:22 с реальным повелением нечистым духам: заявленная власть становится видимой в действии.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1:22</w:t>
      </w:r>
    </w:p>
    <w:p>
      <w:r>
        <w:t>28. И слух о Нём сразу распространился повсюду по всей окрестности Галилеи.</w:t>
      </w:r>
    </w:p>
    <w:p>
      <w:r>
        <w:t>29. Выйдя из синагоги, они сразу пришли в дом Симона и Андрея вместе с Иаковом и Иоанном.</w:t>
      </w:r>
    </w:p>
    <w:p>
      <w:r>
        <w:t>30. Тёща Симона лежала в горячке, и Ему сразу рассказали о ней.</w:t>
      </w:r>
    </w:p>
    <w:p>
      <w:r>
        <w:t>31. Он подошёл, взял её за руку и поднял. Горячка оставила её, и она стала служить им.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ἤγειρεν</w:t>
      </w:r>
      <w:r>
        <w:rPr>
          <w:sz w:val="20"/>
        </w:rPr>
        <w:t xml:space="preserve"> [ēgeiren]</w:t>
      </w:r>
      <w:r>
        <w:rPr>
          <w:sz w:val="20"/>
        </w:rPr>
        <w:br/>
        <w:t>ἐγείρω значит поднимать и также используется для воскресения. Здесь обычный контекст исцеления: Иисус буквально поднимает женщину; более поздние употребления делают глагол узнаваемым для читателя Марка.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5:41, Мк 16:6</w:t>
      </w:r>
    </w:p>
    <w:p>
      <w:r>
        <w:t>32. Вечером, когда зашло солнце, к Нему приносили всех больных и одержимых демонами.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ὅτε ἔδυ ὁ ἥλιος</w:t>
      </w:r>
      <w:r>
        <w:rPr>
          <w:sz w:val="20"/>
        </w:rPr>
        <w:t xml:space="preserve"> [hote edy ho hēlios]</w:t>
      </w:r>
      <w:r>
        <w:rPr>
          <w:sz w:val="20"/>
        </w:rPr>
        <w:br/>
        <w:t>Сцена следует за субботним посещением синагоги. Указание «когда зашло солнце» означает начало нового дня после субботы и объясняет, почему люди массово несут больных именно теперь.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1:21</w:t>
      </w:r>
    </w:p>
    <w:p>
      <w:r>
        <w:t>33. Весь город собрался у двери.</w:t>
      </w:r>
    </w:p>
    <w:p>
      <w:r>
        <w:t>34. Он исцелил многих, страдавших разными болезнями, и изгнал многих демонов. Он не позволял демонам говорить, потому что они знали Его.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οὐκ ἤφιεν λαλεῖν τὰ δαιμόνια ὅτι ᾔδεισαν αὐτόν</w:t>
      </w:r>
      <w:r>
        <w:rPr>
          <w:sz w:val="20"/>
        </w:rPr>
        <w:t xml:space="preserve"> [ouk ēphien lalein ta daimonia hoti ēdeisan auton]</w:t>
      </w:r>
      <w:r>
        <w:rPr>
          <w:sz w:val="20"/>
        </w:rPr>
        <w:br/>
        <w:t>Иисус не принимает свидетельство демонов о Своей личности. Это начало повторяющегося в Марке контроля над тем, кто, когда и как раскрывает Его идентичность.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1:25, Мк 1:44, Мк 3:12, Мк 8:30</w:t>
      </w:r>
    </w:p>
    <w:p>
      <w:r>
        <w:t>35. Очень рано утром, когда было ещё темно, Иисус встал, вышел и ушёл в безлюдное место. Там Он молился.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ἔρημον τόπον</w:t>
      </w:r>
      <w:r>
        <w:rPr>
          <w:sz w:val="20"/>
        </w:rPr>
        <w:t xml:space="preserve"> [erēmon topon]</w:t>
      </w:r>
      <w:r>
        <w:rPr>
          <w:sz w:val="20"/>
        </w:rPr>
        <w:br/>
        <w:t>ἔρημος соединяет несколько сцен главы: пустыня Иоанна, испытание Иисуса, место молитвы и, в 1:45, места вне городов. «Пустынное/безлюдное место» становится повторяющимся пространством Марка.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1:3, Мк 1:4, Мк 1:12, Мк 1:13, Мк 1:45</w:t>
      </w:r>
    </w:p>
    <w:p>
      <w:r>
        <w:t>36. Симон и те, кто был с ним, бросились разыскивать Иисуса [κατεδίωξεν — буквально «погнались по следу, преследовали»].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κατεδίωξεν</w:t>
      </w:r>
      <w:r>
        <w:rPr>
          <w:sz w:val="20"/>
        </w:rPr>
        <w:t xml:space="preserve"> [katediōxen]</w:t>
      </w:r>
      <w:r>
        <w:rPr>
          <w:sz w:val="20"/>
        </w:rPr>
        <w:br/>
        <w:t>καταδιώκω — сильный глагол настойчивого преследования/поиска по следу, а не нейтральное «искать». WGT-T передаёт эту интенсивность словом «бросились разыскивать».</w:t>
      </w:r>
    </w:p>
    <w:p>
      <w:r>
        <w:t>37. Найдя Его, они сказали: «Все Тебя ищут».</w:t>
      </w:r>
    </w:p>
    <w:p>
      <w:r>
        <w:t>38. Он ответил им: «Пойдём в другие места, в соседние селения, чтобы Я и там проповедовал. Ведь для этого Я и вышел [ἐξῆλθον — ближайший контекст: вышел из Капернаума; формулировка допускает и более широкий миссионный оттенок]».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ἐξῆλθον</w:t>
      </w:r>
      <w:r>
        <w:rPr>
          <w:sz w:val="20"/>
        </w:rPr>
        <w:t xml:space="preserve"> [exēlthon]</w:t>
      </w:r>
      <w:r>
        <w:rPr>
          <w:sz w:val="20"/>
        </w:rPr>
        <w:br/>
        <w:t>Ближайший контекст 1:35 говорит, что Иисус «вышел» из города в безлюдное место. Поэтому WGT-T не добавляет «пришёл с неба»; одновременно краткая формула способна звучать как более широкое заявление о цели Его выхода на проповедь.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1:35, Мк 1:39</w:t>
      </w:r>
    </w:p>
    <w:p>
      <w:r>
        <w:t>39. И Он ходил по всей Галилее, проповедуя в их синагогах и изгоняя демонов.</w:t>
      </w:r>
    </w:p>
    <w:p>
      <w:r>
        <w:t>40. К Нему пришёл прокажённый, пал перед Ним на колени и просил: «Если Ты захочешь, Ты можешь меня очистить».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λεπρός</w:t>
      </w:r>
      <w:r>
        <w:rPr>
          <w:sz w:val="20"/>
        </w:rPr>
        <w:t xml:space="preserve"> [lepros]</w:t>
      </w:r>
      <w:r>
        <w:rPr>
          <w:sz w:val="20"/>
        </w:rPr>
        <w:br/>
        <w:t>Древняя библейская категория λεπρός/«прокажённый» охватывала состояния ритуальной кожной нечистоты и не должна автоматически отождествляться только с современной болезнью Хансена.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13, Лев 14</w:t>
      </w:r>
    </w:p>
    <w:p>
      <w:r>
        <w:t>41. Разгневавшись, Иисус протянул руку, коснулся его и сказал: «Хочу. Очистись!»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σπλαγχνισθείς / ὀργισθείς</w:t>
      </w:r>
      <w:r>
        <w:rPr>
          <w:sz w:val="20"/>
        </w:rPr>
        <w:t xml:space="preserve"> [splagchnistheis / orgistheis]</w:t>
      </w:r>
      <w:r>
        <w:rPr>
          <w:sz w:val="20"/>
        </w:rPr>
        <w:br/>
        <w:t>В этом месте древняя текстовая традиция расходится: WGT-T следует базовому SBLGNT-чтению ὀργισθείς «разгневавшись», тогда как NA28/Tregelles и большинство традиции читают σπλαγχνισθείς «сжалившись». Варианты нельзя сливать в одну фразу.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1:41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Текущий TAGNT union interlinear содержит σπλαγχνισθείς как N/T-токен, но не содержит отдельного S-токена ὀργισθείς. Поэтому WGT-T «Разгневавшись» сохраняется как замороженный базовый текст, а точная Strong-привязка отсутствующего SBLGNT-токена требует отдельного source-layer исправления.</w:t>
      </w:r>
    </w:p>
    <w:p>
      <w:r>
        <w:t>42. И сразу проказа сошла с него, и он очистился.</w:t>
      </w:r>
    </w:p>
    <w:p>
      <w:r>
        <w:t>43. Иисус резко и строго предупредил его [ἐμβριμησάμενος — сильный глагол эмоционально строгого предупреждения] и сразу отослал,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ἐμβριμησάμενος</w:t>
      </w:r>
      <w:r>
        <w:rPr>
          <w:sz w:val="20"/>
        </w:rPr>
        <w:t xml:space="preserve"> [embrimēsamenos]</w:t>
      </w:r>
      <w:r>
        <w:rPr>
          <w:sz w:val="20"/>
        </w:rPr>
        <w:br/>
        <w:t>ἐμβριμάομαι передаёт сильную эмоциональную строгость: сурово предупредить, резко приказать, выразить негодование. Простое «сказал» было бы слишком слабым.</w:t>
      </w:r>
    </w:p>
    <w:p>
      <w:r>
        <w:t>44. сказав: «Смотри, никому ничего не говори. Но пойди, покажись священнику и принеси за своё очищение то, что повелел Моисей, — им во свидетельство».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δεῖξον τῷ ἱερεῖ ... ἃ προσέταξεν Μωϋσῆς</w:t>
      </w:r>
      <w:r>
        <w:rPr>
          <w:sz w:val="20"/>
        </w:rPr>
        <w:t xml:space="preserve"> [deixon tō hierei ... ha prosetaxen Mōysēs]</w:t>
      </w:r>
      <w:r>
        <w:rPr>
          <w:sz w:val="20"/>
        </w:rPr>
        <w:br/>
        <w:t>Иисус направляет очищенного человека к процедуре, установленной в Лев 14: священник подтверждает очищение и принимается предписанное приношение.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14:2–32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εἰς μαρτύριον αὐτοῖς</w:t>
      </w:r>
      <w:r>
        <w:rPr>
          <w:sz w:val="20"/>
        </w:rPr>
        <w:t xml:space="preserve"> [eis martyrion autois]</w:t>
      </w:r>
      <w:r>
        <w:rPr>
          <w:sz w:val="20"/>
        </w:rPr>
        <w:br/>
        <w:t>μαρτύριον — свидетельство, доказательство. Фраза «им во свидетельство» сама по себе не требует решать, будет ли это свидетельство в их пользу или против них; главное — публично удостоверяемый факт.</w:t>
      </w:r>
    </w:p>
    <w:p>
      <w:r>
        <w:t>45. Но тот, выйдя, начал много рассказывать и повсюду распространять эту весть. Поэтому он [αὐτόν — референт здесь не назван прямо] уже не мог открыто входить в город, а оставался снаружи, в безлюдных местах. И люди приходили к нему отовсюду.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κηρύσσειν ... διαφημίζειν τὸν λόγον</w:t>
      </w:r>
      <w:r>
        <w:rPr>
          <w:sz w:val="20"/>
        </w:rPr>
        <w:t xml:space="preserve"> [kēryssein ... diaphēmizein ton logon]</w:t>
      </w:r>
      <w:r>
        <w:rPr>
          <w:sz w:val="20"/>
        </w:rPr>
        <w:br/>
        <w:t>Очищенный человек начинает «провозглашать» и широко распространять «слово/весть». Это несомненно относится к нему; спор начинается только в следующей результативной конструкции.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1:44, Мк 1:45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ὥστε μηκέτι αὐτὸν δύνασθαι ... ἀλλ᾽ ἔξω ... ἦν ... πρὸς αὐτὸν</w:t>
      </w:r>
      <w:r>
        <w:rPr>
          <w:sz w:val="20"/>
        </w:rPr>
        <w:t xml:space="preserve"> [hōste mēketi auton dynasthai ... all' exō ... ēn ... pros auton]</w:t>
      </w:r>
      <w:r>
        <w:rPr>
          <w:sz w:val="20"/>
        </w:rPr>
        <w:br/>
        <w:t>Греческий не повторяет имени Иисуса. В результате стоит αὐτόν «его/он» как субъект инфинитива, затем нулевой субъект ἦν и ещё одно αὐτόν «к нему». Поэтому сам текст требует разрешить референт из контекста, но не называет его прямо.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1:45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Традиционное и преобладающее чтение понимает референт как Иисуса: разглашение исцеления создаёт толпы, поэтому Он некоторое время не входит в населённые места открыто, а люди всё равно приходят к Нему. Мк 2:1 («через несколько дней снова вошёл в Капернаум») этому не противоречит, поскольку 1:45 говорит именно об открытом входе и описывает непосредственный результат.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1:45, Мк 2:1, Мк 2:2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Альтернативное чтение может видеть референтом очищенного человека: он не исполнил повеление показаться священнику, тогда как Лев 14 связывает священническое освидетельствование и ритуал с официальным возвращением очищенного человека. Это хорошо объясняет мотив «снаружи», но труднее объясняет финальное «люди приходили к нему отовсюду», которое в Марке естественно относится к Иисусу.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14:2–11, Мк 1:44, Мк 1:45</w:t>
      </w:r>
    </w:p>
    <w:p>
      <w:pPr>
        <w:pStyle w:val="Heading2"/>
      </w:pPr>
      <w:r>
        <w:t>Глава 2</w:t>
      </w:r>
    </w:p>
    <w:p>
      <w:r>
        <w:t>1. Через несколько дней Иисус снова пришёл в Капернаум, и стало известно, что Он находится «в доме / дома» [ἐν οἴκῳ; сам греческий текст не называет владельца дома].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ἐν οἴκῳ</w:t>
      </w:r>
      <w:r>
        <w:rPr>
          <w:sz w:val="20"/>
        </w:rPr>
        <w:t xml:space="preserve"> [en oikō]</w:t>
      </w:r>
      <w:r>
        <w:rPr>
          <w:sz w:val="20"/>
        </w:rPr>
        <w:br/>
        <w:t>Выражение может естественно означать «в доме» или идиоматически «дома». В стихе нет притяжательного местоимения, поэтому WGT-E не подставляет имя владельца.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1:29, Мк 2:15</w:t>
      </w:r>
    </w:p>
    <w:p>
      <w:r>
        <w:t>2. Собралось столько людей, что не осталось места даже у двери. И Он говорил им τὸν λόγον — слово, то есть возвещаемую весть.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τὸν λόγον</w:t>
      </w:r>
      <w:r>
        <w:rPr>
          <w:sz w:val="20"/>
        </w:rPr>
        <w:t xml:space="preserve"> [ton logon]</w:t>
      </w:r>
      <w:r>
        <w:rPr>
          <w:sz w:val="20"/>
        </w:rPr>
        <w:br/>
        <w:t>Здесь λόγος обозначает сообщаемое слово/весть, а не иоанновский титул «Слово». Контекст — публичное возвещение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1:45, Мк 4:14</w:t>
      </w:r>
    </w:p>
    <w:p>
      <w:r>
        <w:t>3. К Нему пришли люди, неся парализованного; его несли четверо.</w:t>
      </w:r>
    </w:p>
    <w:p>
      <w:r>
        <w:t>4. Не имея возможности поднести его к Иисусу из-за толпы, они буквально «сняли крышу» [ἀπεστέγασαν] над местом, где Он был, и, «прокопав/разобрав» её [ἐξορύξαντες], спустили постель, на которой лежал парализованный.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ἀπεστέγασαν ... ἐξορύξαντες</w:t>
      </w:r>
      <w:r>
        <w:rPr>
          <w:sz w:val="20"/>
        </w:rPr>
        <w:t xml:space="preserve"> [apestegasan ... exoryxantes]</w:t>
      </w:r>
      <w:r>
        <w:rPr>
          <w:sz w:val="20"/>
        </w:rPr>
        <w:br/>
        <w:t>Марк использует два энергичных глагола: буквально «раскрыли/сняли крышу» и затем «прорыли/прокопали». Это более физическое описание, чем нейтральное «открыли проход».</w:t>
      </w:r>
    </w:p>
    <w:p>
      <w:r>
        <w:t>5. Увидев их веру, Иисус сказал парализованному: «Дитя [τέκνον], твои грехи прощены [ἀφίενταί — буквально «отпускаются/прощаются»]».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τέκνον</w:t>
      </w:r>
      <w:r>
        <w:rPr>
          <w:sz w:val="20"/>
        </w:rPr>
        <w:t xml:space="preserve"> [teknon]</w:t>
      </w:r>
      <w:r>
        <w:rPr>
          <w:sz w:val="20"/>
        </w:rPr>
        <w:br/>
        <w:t>τέκνον буквально «дитя, ребёнок» и может служить тёплым обращением вне указания на буквальное родство. WGT-T передаёт его традиционным «Сын».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ἀφίενταί σου αἱ ἁμαρτίαι</w:t>
      </w:r>
      <w:r>
        <w:rPr>
          <w:sz w:val="20"/>
        </w:rPr>
        <w:t xml:space="preserve"> [aphientai sou hai hamartiai]</w:t>
      </w:r>
      <w:r>
        <w:rPr>
          <w:sz w:val="20"/>
        </w:rPr>
        <w:br/>
        <w:t>Глагол стоит в пассиве: «твои грехи прощаются/прощены». Следующая реакция книжников показывает, что они слышат здесь действие, принадлежащее Богу.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2:7, Мк 2:10</w:t>
      </w:r>
    </w:p>
    <w:p>
      <w:r>
        <w:t>6. Там сидели некоторые книжники и рассуждали в своих сердцах:</w:t>
      </w:r>
    </w:p>
    <w:p>
      <w:pPr>
        <w:ind w:left="360"/>
      </w:pPr>
      <w:r>
        <w:rPr>
          <w:b/>
          <w:sz w:val="20"/>
        </w:rPr>
        <w:t>Семитизм</w:t>
      </w:r>
      <w:r>
        <w:rPr>
          <w:i/>
          <w:sz w:val="20"/>
        </w:rPr>
        <w:t xml:space="preserve"> διαλογιζόμενοι ἐν ταῖς καρδίαις αὐτῶν</w:t>
      </w:r>
      <w:r>
        <w:rPr>
          <w:sz w:val="20"/>
        </w:rPr>
        <w:t xml:space="preserve"> [dialogizomenoi en tais kardiais autōn]</w:t>
      </w:r>
      <w:r>
        <w:rPr>
          <w:sz w:val="20"/>
        </w:rPr>
        <w:br/>
        <w:t>«Рассуждать в сердце» — библейский способ описать внутреннее размышление и намерение. «Сердце» здесь не противопоставлено разуму как эмоции логике.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2:8</w:t>
      </w:r>
    </w:p>
    <w:p>
      <w:r>
        <w:t>7. «Почему Он так говорит? Он βλασφημεῖ — богохульствует! Кто может прощать грехи, кроме одного Бога?»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βλασφημεῖ</w:t>
      </w:r>
      <w:r>
        <w:rPr>
          <w:sz w:val="20"/>
        </w:rPr>
        <w:t xml:space="preserve"> [blasphēmei]</w:t>
      </w:r>
      <w:r>
        <w:rPr>
          <w:sz w:val="20"/>
        </w:rPr>
        <w:br/>
        <w:t>βλασφημέω означает оскорбительно или кощунственно говорить о Боге/святом. Книжники считают слова Иисуса присвоением Божьего права прощать грехи.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τίς δύναται ἀφιέναι ἁμαρτίας εἰ μὴ εἷς ὁ θεός</w:t>
      </w:r>
      <w:r>
        <w:rPr>
          <w:sz w:val="20"/>
        </w:rPr>
        <w:t xml:space="preserve"> [tis dynatai aphienai hamartias ei mē heis ho theos]</w:t>
      </w:r>
      <w:r>
        <w:rPr>
          <w:sz w:val="20"/>
        </w:rPr>
        <w:br/>
        <w:t>Вопрос сформулирован максимально жёстко: «кто может прощать грехи, кроме одного — Бога?» Именно на этот вызов отвечает заявление об ἐξουσία Сына Человеческого в 2:10.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2:10</w:t>
      </w:r>
    </w:p>
    <w:p>
      <w:r>
        <w:t>8. Иисус сразу распознал [ἐπιγνούς] в Своём духе, что они так рассуждают про себя, и сказал им: «Почему вы рассуждаете об этом в своих сердцах?»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ἐπιγνούς ... τῷ πνεύματι αὐτοῦ</w:t>
      </w:r>
      <w:r>
        <w:rPr>
          <w:sz w:val="20"/>
        </w:rPr>
        <w:t xml:space="preserve"> [epignous ... tō pneumati autou]</w:t>
      </w:r>
      <w:r>
        <w:rPr>
          <w:sz w:val="20"/>
        </w:rPr>
        <w:br/>
        <w:t>ἐπιγινώσκω здесь означает распознать/осознать. Марк подчёркивает, что Иисус знает их внутреннее рассуждение прежде, чем они произносят его вслух.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2:6</w:t>
      </w:r>
    </w:p>
    <w:p>
      <w:r>
        <w:t>9. Что легче сказать парализованному: “Твои грехи прощены” — или сказать: “Встань, возьми свою постель и ходи”?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ἀφίενταί ... ἔγειρε ... ἆρον ... περιπάτει</w:t>
      </w:r>
      <w:r>
        <w:rPr>
          <w:sz w:val="20"/>
        </w:rPr>
        <w:t xml:space="preserve"> [aphientai ... egeire ... aron ... peripatei]</w:t>
      </w:r>
      <w:r>
        <w:rPr>
          <w:sz w:val="20"/>
        </w:rPr>
        <w:br/>
        <w:t>Иисус противопоставляет невидимое заявление о прощении трём проверяемым повелениям: «встань — возьми — ходи». Исцеление становится видимым подтверждением заявленной власти.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2:10–12</w:t>
      </w:r>
    </w:p>
    <w:p>
      <w:r>
        <w:t>10. Но чтобы вы знали, что Сын Человеческий [ὁ υἱὸς τοῦ ἀνθρώπου] имеет на земле ἐξουσία — власть и полномочие — прощать грехи…» — Он сказал парализованному: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ἐξουσίαν</w:t>
      </w:r>
      <w:r>
        <w:rPr>
          <w:sz w:val="20"/>
        </w:rPr>
        <w:t xml:space="preserve"> [exousian]</w:t>
      </w:r>
      <w:r>
        <w:rPr>
          <w:sz w:val="20"/>
        </w:rPr>
        <w:br/>
        <w:t>То же слово ἐξουσία уже характеризовало учение Иисуса в 1:22 и власть в 1:27. Здесь Марк впервые связывает эту власть с титулом «Сын Человеческий» и прощением грехов.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1:22, Мк 1:27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υἱὸς τοῦ ἀνθρώπου</w:t>
      </w:r>
      <w:r>
        <w:rPr>
          <w:sz w:val="20"/>
        </w:rPr>
        <w:t xml:space="preserve"> [ho huios tou anthrōpou]</w:t>
      </w:r>
      <w:r>
        <w:rPr>
          <w:sz w:val="20"/>
        </w:rPr>
        <w:br/>
        <w:t>Фраза буквально «Сын Человеческий / сын человека». В Марке она становится характерным самообозначением Иисуса; в дальнейшем включает власть, страдание и будущую славу. Связь с Дан 7:13 особенно усиливается в более поздних контекстах, поэтому здесь WGT-E не сводит титул к одному оттенку.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7:13–14, Мк 8:31, Мк 13:26, Мк 14:62</w:t>
      </w:r>
    </w:p>
    <w:p>
      <w:r>
        <w:t>11. «Тебе говорю: встань, возьми свою постель и иди домой».</w:t>
      </w:r>
    </w:p>
    <w:p>
      <w:r>
        <w:t>12. Тот встал [ἠγέρθη], сразу взял постель и вышел на глазах у всех. Все были буквально «вне себя от изумления» [ἐξίστασθαι] и прославляли Бога, говоря: «Такого мы ещё никогда не видели!»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ἐξίστασθαι</w:t>
      </w:r>
      <w:r>
        <w:rPr>
          <w:sz w:val="20"/>
        </w:rPr>
        <w:t xml:space="preserve"> [existasthai]</w:t>
      </w:r>
      <w:r>
        <w:rPr>
          <w:sz w:val="20"/>
        </w:rPr>
        <w:br/>
        <w:t>ἐξίστημι может означать быть поражённым до потери обычного состояния — «изумляться, быть вне себя». WGT-T сдержанно передаёт это как «были потрясены».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ἠγέρθη</w:t>
      </w:r>
      <w:r>
        <w:rPr>
          <w:sz w:val="20"/>
        </w:rPr>
        <w:t xml:space="preserve"> [ēgerthē]</w:t>
      </w:r>
      <w:r>
        <w:rPr>
          <w:sz w:val="20"/>
        </w:rPr>
        <w:br/>
        <w:t>ἐγείρω — «поднять/встать», тот же глагольный корень, который Марк использует и в рассказах о воскресении. Здесь непосредственный смысл — физически встать после исцеления.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5:41, Мк 16:6</w:t>
      </w:r>
    </w:p>
    <w:p>
      <w:r>
        <w:t>13. Иисус снова вышел к морю. Весь народ шёл к Нему, и Он учил их.</w:t>
      </w:r>
    </w:p>
    <w:p>
      <w:r>
        <w:t>14. Проходя мимо, Он увидел Левия, сына Алфея, сидевшего у места сбора пошлин, и сказал ему: «Следуй за Мной [ἀκολούθει μοι]». Тот встал и последовал [ἠκολούθησεν] за Ним.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ἀκολούθει ... ἠκολούθησεν</w:t>
      </w:r>
      <w:r>
        <w:rPr>
          <w:sz w:val="20"/>
        </w:rPr>
        <w:t xml:space="preserve"> [akolouthei ... ēkolouthēsen]</w:t>
      </w:r>
      <w:r>
        <w:rPr>
          <w:sz w:val="20"/>
        </w:rPr>
        <w:br/>
        <w:t>Марк повторяет один и тот же глагол: Иисус велит «следуй», и Левий «последовал». Это компактная формула призвания и ученичества.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1:17–20, Мк 8:34</w:t>
      </w:r>
    </w:p>
    <w:p>
      <w:r>
        <w:t>15. Когда Иисус возлежал за столом «в его доме» [ἐν τῇ οἰκίᾳ αὐτοῦ — местоимение грамматически не снимает полностью вопрос, чей дом имеется в виду], вместе с Ним и Его учениками возлежали многие сборщики пошлин и грешники: их было много, и они следовали за Ним.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ἐν τῇ οἰκίᾳ αὐτοῦ</w:t>
      </w:r>
      <w:r>
        <w:rPr>
          <w:sz w:val="20"/>
        </w:rPr>
        <w:t xml:space="preserve"> [en tē oikia autou]</w:t>
      </w:r>
      <w:r>
        <w:rPr>
          <w:sz w:val="20"/>
        </w:rPr>
        <w:br/>
        <w:t>αὐτοῦ означает «его», но в последовательности повествования обсуждается, относится ли местоимение к Левию или к Иисусу. WGT-T сознательно сохраняет неопределённость формой «в доме».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2:1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τελῶναι καὶ ἁμαρτωλοί</w:t>
      </w:r>
      <w:r>
        <w:rPr>
          <w:sz w:val="20"/>
        </w:rPr>
        <w:t xml:space="preserve"> [telōnai kai hamartōloi]</w:t>
      </w:r>
      <w:r>
        <w:rPr>
          <w:sz w:val="20"/>
        </w:rPr>
        <w:br/>
        <w:t>«Сборщики пошлин и грешники» — социально-религиозная характеристика компании, с которой Иисус делит стол. Главный акцент повествования — не каталог их проступков, а вызванный этим совместным столом конфликт.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2:16–17</w:t>
      </w:r>
    </w:p>
    <w:p>
      <w:r>
        <w:t>16. Книжники из фарисеев, увидев, что Он ест с грешниками и сборщиками пошлин, говорили Его ученикам: «Почему Он ест со сборщиками пошлин и грешниками?»</w:t>
      </w:r>
    </w:p>
    <w:p>
      <w:r>
        <w:t>17. Услышав это, Иисус сказал им: «Не сильным/здоровым [οἱ ἰσχύοντες] нужен врач, а тем, кому плохо [οἱ κακῶς ἔχοντες]. Я пришёл призвать не праведных, а грешников».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οἱ ἰσχύοντες ... οἱ κακῶς ἔχοντες</w:t>
      </w:r>
      <w:r>
        <w:rPr>
          <w:sz w:val="20"/>
        </w:rPr>
        <w:t xml:space="preserve"> [hoi ischyontes ... hoi kakōs echontes]</w:t>
      </w:r>
      <w:r>
        <w:rPr>
          <w:sz w:val="20"/>
        </w:rPr>
        <w:br/>
        <w:t>Буквально противопоставлены «сильные» и «плохо себя имеющие/больные». Русское «здоровые — больные» правильно передаёт медицинский образ, а WGT-E показывает его исходную форму.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εἰς μετάνοιαν</w:t>
      </w:r>
      <w:r>
        <w:rPr>
          <w:sz w:val="20"/>
        </w:rPr>
        <w:t xml:space="preserve"> [eis metanoian]</w:t>
      </w:r>
      <w:r>
        <w:rPr>
          <w:sz w:val="20"/>
        </w:rPr>
        <w:br/>
        <w:t>Textus Receptus добавляет после «грешников» слова «к покаянию»; SBLGNT/критическое чтение, которому следует WGT-T, заканчивается на «грешников». Смысл покаяния присутствует в книге, но вариант не должен вставляться в этот стих как основной текст.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1:15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TR-only εἰς μετάνοιαν («к покаянию») хранится в union interlinear как вариант и не входит в WGT-T SBLGNT base.</w:t>
      </w:r>
    </w:p>
    <w:p>
      <w:r>
        <w:t>18. Ученики Иоанна и фарисеи постились. К Иисусу пришли и спросили: «Почему ученики Иоанна и ученики фарисеев постятся, а Твои ученики не постятся?»</w:t>
      </w:r>
    </w:p>
    <w:p>
      <w:r>
        <w:t>19. Иисус ответил им: «Могут ли “сыны брачного чертога” [υἱοὶ τοῦ νυμφῶνος — участники свадебного торжества] поститься, пока жених с ними? Пока жених с ними, они не могут поститься.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υἱοὶ τοῦ νυμφῶνος</w:t>
      </w:r>
      <w:r>
        <w:rPr>
          <w:sz w:val="20"/>
        </w:rPr>
        <w:t xml:space="preserve"> [huioi tou nymphōnos]</w:t>
      </w:r>
      <w:r>
        <w:rPr>
          <w:sz w:val="20"/>
        </w:rPr>
        <w:br/>
        <w:t>Буквально «сыны брачного чертога» — семитизированная идиома для близких участников свадебного праздника. WGT-T естественно переводит функцию как «гости на свадьбе».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νυμφίος</w:t>
      </w:r>
      <w:r>
        <w:rPr>
          <w:sz w:val="20"/>
        </w:rPr>
        <w:t xml:space="preserve"> [ho nymphios]</w:t>
      </w:r>
      <w:r>
        <w:rPr>
          <w:sz w:val="20"/>
        </w:rPr>
        <w:br/>
        <w:t>Иисус ставит Себя в центре свадебного образа как Жениха. В пророческих текстах брачный образ используется для отношений Бога и Его народа, но Марк здесь не цитирует один конкретный текст.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62:4–5, Ос 2:19–20</w:t>
      </w:r>
    </w:p>
    <w:p>
      <w:r>
        <w:t>20. Но придут дни, когда жениха у них «отнимут» [ἀπαρθῇ], и тогда, в тот день, они будут поститься.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ἀπαρθῇ</w:t>
      </w:r>
      <w:r>
        <w:rPr>
          <w:sz w:val="20"/>
        </w:rPr>
        <w:t xml:space="preserve"> [aparthē]</w:t>
      </w:r>
      <w:r>
        <w:rPr>
          <w:sz w:val="20"/>
        </w:rPr>
        <w:br/>
        <w:t>ἀπαίρω означает унести/удалить. На фоне дальнейшего рассказа эта резкая формулировка звучит как ранний намёк на насильственное удаление Иисуса и время Его отсутствия.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8:31, Мк 9:31, Мк 10:33–34</w:t>
      </w:r>
    </w:p>
    <w:p>
      <w:r>
        <w:t>21. Никто не пришивает заплату из ῥάκος ἄγναφον — новой, ещё не усевшей ткани — к старой одежде. Иначе новая заплата оторвётся от старой, и разрыв станет ещё больше.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ῥάκους ἀγνάφου</w:t>
      </w:r>
      <w:r>
        <w:rPr>
          <w:sz w:val="20"/>
        </w:rPr>
        <w:t xml:space="preserve"> [rhakous agnaphou]</w:t>
      </w:r>
      <w:r>
        <w:rPr>
          <w:sz w:val="20"/>
        </w:rPr>
        <w:br/>
        <w:t>ἄγναφος означает необработанный/неваляный, то есть ещё не усевшийся материал. Проблема не просто в том, что заплата «новая», а в том, что при усадке она тянет старую ткань.</w:t>
      </w:r>
    </w:p>
    <w:p>
      <w:r>
        <w:t>22. И никто не наливает молодое вино [οἶνον νέον — новое по возрасту] в старые мехи. Иначе вино разорвёт мехи — погибнут и вино, и мехи. Молодое вино — в новые мехи [ἀσκοὺς καινούς — свежие/новые по качеству].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νέον ... καινούς</w:t>
      </w:r>
      <w:r>
        <w:rPr>
          <w:sz w:val="20"/>
        </w:rPr>
        <w:t xml:space="preserve"> [neon ... kainous]</w:t>
      </w:r>
      <w:r>
        <w:rPr>
          <w:sz w:val="20"/>
        </w:rPr>
        <w:br/>
        <w:t>Марк использует два разных слова «новый»: νέος о молодом/новом по времени вине и καινός о новых, свежих по состоянию мехах. Обычный русский перевод передаёт оба одним словом «новый».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βλητέον</w:t>
      </w:r>
      <w:r>
        <w:rPr>
          <w:sz w:val="20"/>
        </w:rPr>
        <w:t xml:space="preserve"> [blēteon]</w:t>
      </w:r>
      <w:r>
        <w:rPr>
          <w:sz w:val="20"/>
        </w:rPr>
        <w:br/>
        <w:t>TR добавляет в конце явное «следует наливать/класть» (βλητέον). В SBLGNT фраза эллиптическая: «молодое вино — в новые мехи». Русскому всё равно нужен глагол для естественной фразы, но TR-токен не считается частью базового греческого текста.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TR-only βλητέον отмечается как вариант; русское «наливают» в WGT-T также естественно восполняет эллипсис SBLGNT, а не доказывает присутствие этого TR-токена.</w:t>
      </w:r>
    </w:p>
    <w:p>
      <w:r>
        <w:t>23. Однажды в субботу Иисус проходил через засеянные поля, и Его ученики, «прокладывая/проделывая путь» [ὁδὸν ποιεῖν], начали по дороге срывать колосья.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ὁδὸν ποιεῖν</w:t>
      </w:r>
      <w:r>
        <w:rPr>
          <w:sz w:val="20"/>
        </w:rPr>
        <w:t xml:space="preserve"> [hodon poiein]</w:t>
      </w:r>
      <w:r>
        <w:rPr>
          <w:sz w:val="20"/>
        </w:rPr>
        <w:br/>
        <w:t>Буквально «делать путь». В данном контексте выражение естественно описывает движение учеников через посевы; WGT-T передаёт его без кальки: «по дороге начали срывать колосья».</w:t>
      </w:r>
    </w:p>
    <w:p>
      <w:r>
        <w:t>24. Фарисеи сказали Ему: «Смотри, почему они делают в субботу то, чего οὐκ ἔξεστιν — не разрешено, не считается законным — делать?»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ἔξεστιν</w:t>
      </w:r>
      <w:r>
        <w:rPr>
          <w:sz w:val="20"/>
        </w:rPr>
        <w:t xml:space="preserve"> [exestin]</w:t>
      </w:r>
      <w:r>
        <w:rPr>
          <w:sz w:val="20"/>
        </w:rPr>
        <w:br/>
        <w:t>ἔξεστιν означает «разрешено, позволительно, законно», а не физическую невозможность. Спор идёт о допустимости действия в субботу.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2:26</w:t>
      </w:r>
    </w:p>
    <w:p>
      <w:r>
        <w:t>25. Он ответил им: «Неужели вы никогда не читали, что сделал Давид, когда оказался в нужде и проголодался — он и те, кто был с ним?</w:t>
      </w:r>
    </w:p>
    <w:p>
      <w:r>
        <w:t>26. Как он вошёл в дом Божий ἐπὶ Ἀβιαθὰρ ἀρχιερέως — «при/во время Авиафара первосвященника», — ел хлебы предложения, которые позволено есть только священникам, и дал также тем, кто был с ним?»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ἐπὶ Ἀβιαθὰρ ἀρχιερέως</w:t>
      </w:r>
      <w:r>
        <w:rPr>
          <w:sz w:val="20"/>
        </w:rPr>
        <w:t xml:space="preserve"> [epi Abiathar archiereōs]</w:t>
      </w:r>
      <w:r>
        <w:rPr>
          <w:sz w:val="20"/>
        </w:rPr>
        <w:br/>
        <w:t>Фраза естественно читается «при Авиафаре первосвященнике». При этом 1 Цар 21 в самой сцене называет священника Ахимелеха, а Авиафар появляется как его сын и последующий первосвященник. WGT-E сохраняет историко-текстовое напряжение и не вставляет гармонизацию в перевод.</w:t>
      </w:r>
      <w:r>
        <w:rPr>
          <w:i/>
          <w:sz w:val="20"/>
        </w:rPr>
        <w:br/>
        <w:t xml:space="preserve">См.: </w:t>
      </w:r>
      <w:r>
        <w:rPr>
          <w:sz w:val="20"/>
        </w:rPr>
        <w:t>1 Цар 21:1–6, 1 Цар 22:20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τοὺς ἄρτους τῆς προθέσεως</w:t>
      </w:r>
      <w:r>
        <w:rPr>
          <w:sz w:val="20"/>
        </w:rPr>
        <w:t xml:space="preserve"> [tous artous tēs protheseōs]</w:t>
      </w:r>
      <w:r>
        <w:rPr>
          <w:sz w:val="20"/>
        </w:rPr>
        <w:br/>
        <w:t>«Хлебы предложения/присутствия» отсылают к священному хлебу перед Господом, предназначенному для священников. Иисус использует историю Давида как прецедент в споре о допустимости действия.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24:5–9, 1 Цар 21:1–6</w:t>
      </w:r>
    </w:p>
    <w:p>
      <w:r>
        <w:t>27. И Он сказал им: «Суббота ἐγένετο — возникла/была установлена — для человека, а не человек для субботы.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τὸ σάββατον διὰ τὸν ἄνθρωπον ἐγένετο</w:t>
      </w:r>
      <w:r>
        <w:rPr>
          <w:sz w:val="20"/>
        </w:rPr>
        <w:t xml:space="preserve"> [to sabbaton dia ton anthrōpon egeneto]</w:t>
      </w:r>
      <w:r>
        <w:rPr>
          <w:sz w:val="20"/>
        </w:rPr>
        <w:br/>
        <w:t>Глагол γίνομαι буквально «стало/возникло», а διά с винительным — «ради, для». Смысл фразы: субботний порядок служит человеку, а не человек существует как средство для субботы.</w:t>
      </w:r>
    </w:p>
    <w:p>
      <w:r>
        <w:t>28. Поэтому Сын Человеческий — κύριος, Господин, даже субботы [καὶ τοῦ σαββάτου].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κύριός ἐστιν ὁ υἱὸς τοῦ ἀνθρώπου καὶ τοῦ σαββάτου</w:t>
      </w:r>
      <w:r>
        <w:rPr>
          <w:sz w:val="20"/>
        </w:rPr>
        <w:t xml:space="preserve"> [kyrios estin ho huios tou anthrōpou kai tou sabbatou]</w:t>
      </w:r>
      <w:r>
        <w:rPr>
          <w:sz w:val="20"/>
        </w:rPr>
        <w:br/>
        <w:t>καί здесь естественно имеет усилительный оттенок «также/даже»: власть Сына Человеческого распространяется и на субботу. Это завершает спор, начатый вопросом о разрешённом в 2:24.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2:10, Мк 2:24, Мк 2:27</w:t>
      </w:r>
    </w:p>
    <w:p>
      <w:pPr>
        <w:pStyle w:val="Heading2"/>
      </w:pPr>
      <w:r>
        <w:t>Глава 3</w:t>
      </w:r>
    </w:p>
    <w:p>
      <w:r>
        <w:t>1. Он снова вошёл в синагогу. Там был человек с иссохшей рукой.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ἐξηραμμένην</w:t>
      </w:r>
      <w:r>
        <w:rPr>
          <w:sz w:val="20"/>
        </w:rPr>
        <w:t xml:space="preserve"> [exērammenēn]</w:t>
      </w:r>
      <w:r>
        <w:rPr>
          <w:sz w:val="20"/>
        </w:rPr>
        <w:br/>
        <w:t>Форма от ξηραίνω описывает руку как находящуюся в состоянии «иссохшей/высохшей». Марк сразу задаёт физически очевидный случай для субботнего спора.</w:t>
      </w:r>
    </w:p>
    <w:p>
      <w:r>
        <w:t>2. За Ним внимательно наблюдали [παρετήρουν]: исцелит ли Он его в субботу, чтобы получить повод обвинить Его.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παρετήρουν ... ἵνα κατηγορήσωσιν</w:t>
      </w:r>
      <w:r>
        <w:rPr>
          <w:sz w:val="20"/>
        </w:rPr>
        <w:t xml:space="preserve"> [paretēroun ... hina katēgorēsōsin]</w:t>
      </w:r>
      <w:r>
        <w:rPr>
          <w:sz w:val="20"/>
        </w:rPr>
        <w:br/>
        <w:t>παρατηρέω здесь означает пристально следить/наблюдать, а ἵνα раскрывает цель: не помощь больному, а материал для обвинения.</w:t>
      </w:r>
    </w:p>
    <w:p>
      <w:r>
        <w:t>3. Он сказал человеку с иссохшей рукой: «Встань посреди всех».</w:t>
      </w:r>
    </w:p>
    <w:p>
      <w:r>
        <w:t>4. А им сказал: «Что ἔξεστιν — позволено — в субботу: делать добро или зло, спасти жизнь [ψυχή] или убить?» Но они молчали.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ἔξεστιν</w:t>
      </w:r>
      <w:r>
        <w:rPr>
          <w:sz w:val="20"/>
        </w:rPr>
        <w:t xml:space="preserve"> [exestin]</w:t>
      </w:r>
      <w:r>
        <w:rPr>
          <w:sz w:val="20"/>
        </w:rPr>
        <w:br/>
        <w:t>Как и в 2:24, спор сформулирован языком дозволенности/законности, а не физической возможности.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2:24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ἀγαθὸν ποιῆσαι ἢ κακοποιῆσαι, ψυχὴν σῶσαι ἢ ἀποκτεῖναι</w:t>
      </w:r>
      <w:r>
        <w:rPr>
          <w:sz w:val="20"/>
        </w:rPr>
        <w:t xml:space="preserve"> [agathon poiēsai ē kakopoiēsai, psychēn sōsai ē apokteinai]</w:t>
      </w:r>
      <w:r>
        <w:rPr>
          <w:sz w:val="20"/>
        </w:rPr>
        <w:br/>
        <w:t>Иисус ставит пары предельно резко: добро/зло и спасти жизнь/убить. Следующий стих показывает, что отказ ответить сам становится частью конфликта.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3:5, Мк 3:6</w:t>
      </w:r>
    </w:p>
    <w:p>
      <w:r>
        <w:t>5. Оглядев их с гневом [ὀργή] и одновременно скорбя [συλλυπούμενος] об ожесточении их сердец [πώρωσις], Он сказал человеку: «Протяни руку». Тот протянул, и рука восстановилась.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μετ᾽ ὀργῆς, συλλυπούμενος</w:t>
      </w:r>
      <w:r>
        <w:rPr>
          <w:sz w:val="20"/>
        </w:rPr>
        <w:t xml:space="preserve"> [met' orgēs, syllupoumenos]</w:t>
      </w:r>
      <w:r>
        <w:rPr>
          <w:sz w:val="20"/>
        </w:rPr>
        <w:br/>
        <w:t>Марк соединяет два чувства: гнев и скорбь. Гнев Иисуса не отменяет Его печали о состоянии противников.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πώρωσις τῆς καρδίας</w:t>
      </w:r>
      <w:r>
        <w:rPr>
          <w:sz w:val="20"/>
        </w:rPr>
        <w:t xml:space="preserve"> [pōrōsis tēs kardias]</w:t>
      </w:r>
      <w:r>
        <w:rPr>
          <w:sz w:val="20"/>
        </w:rPr>
        <w:br/>
        <w:t>πώρωσις буквально передаёт затвердение/огрубение, метафорически — нечувствительность, ожесточение. «Сердце» обозначает внутренний центр решения и восприятия.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6:52, Мк 8:17</w:t>
      </w:r>
    </w:p>
    <w:p>
      <w:r>
        <w:t>6. Фарисеи вышли и сразу вместе с иродианами стали советоваться против Него, как Его погубить [ἀπολέσωσιν].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ὅπως αὐτὸν ἀπολέσωσιν</w:t>
      </w:r>
      <w:r>
        <w:rPr>
          <w:sz w:val="20"/>
        </w:rPr>
        <w:t xml:space="preserve"> [hopōs auton apolesōsin]</w:t>
      </w:r>
      <w:r>
        <w:rPr>
          <w:sz w:val="20"/>
        </w:rPr>
        <w:br/>
        <w:t>Сразу после вопроса Иисуса «спасти жизнь или убить?» противники начинают обсуждать, как погубить Его. Последовательность 3:4–6 создаёт намеренную иронию повествования.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3:4</w:t>
      </w:r>
    </w:p>
    <w:p>
      <w:r>
        <w:t>7. Иисус с учениками удалился к морю. За Ним последовало множество людей из Галилеи и Иудеи,</w:t>
      </w:r>
    </w:p>
    <w:p>
      <w:r>
        <w:t>8. из Иерусалима, Идумеи, из-за Иордана и из окрестностей Тира и Сидона. Услышав обо всём, что Он делал, к Нему пришло огромное множество людей.</w:t>
      </w:r>
    </w:p>
    <w:p>
      <w:pPr>
        <w:ind w:left="360"/>
      </w:pPr>
      <w:r>
        <w:rPr>
          <w:b/>
          <w:sz w:val="20"/>
        </w:rPr>
        <w:t>География</w:t>
      </w:r>
      <w:r>
        <w:rPr>
          <w:i/>
          <w:sz w:val="20"/>
        </w:rPr>
        <w:t xml:space="preserve"> Γαλιλαία ... Ἰουδαία ... Ἱεροσόλυμα ... Ἰδουμαία ... πέραν τοῦ Ἰορδάνου ... Τύρος καὶ Σιδών</w:t>
      </w:r>
      <w:r>
        <w:rPr>
          <w:sz w:val="20"/>
        </w:rPr>
        <w:t xml:space="preserve"> [Galilaia ... Ioudaia ... Hierosolyma ... Idoumaia ... peran tou Iordanou ... Tyros kai Sidōn]</w:t>
      </w:r>
      <w:r>
        <w:rPr>
          <w:sz w:val="20"/>
        </w:rPr>
        <w:br/>
        <w:t>Перечень расширяет географию толпы далеко за Галилею: юг, восток и финикийское побережье. Марк показывает масштаб известности Иисуса ещё до миссии Двенадцати.</w:t>
      </w:r>
    </w:p>
    <w:p>
      <w:r>
        <w:t>9. Он велел ученикам держать для Него наготове небольшую лодку из-за толпы, чтобы люди не θλίβωσιν — не теснили, буквально не «сдавливали» Его.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θλίβωσιν</w:t>
      </w:r>
      <w:r>
        <w:rPr>
          <w:sz w:val="20"/>
        </w:rPr>
        <w:t xml:space="preserve"> [thlibōsin]</w:t>
      </w:r>
      <w:r>
        <w:rPr>
          <w:sz w:val="20"/>
        </w:rPr>
        <w:br/>
        <w:t>θλίβω означает давить, теснить, сжимать. Лодка нужна не как декоративная деталь, а из-за физического напора толпы.</w:t>
      </w:r>
    </w:p>
    <w:p>
      <w:r>
        <w:t>10. Он исцелил многих, поэтому все, кого мучили μάστιγες — буквально «бичи/удары», то есть тяжёлые недуги, — напирали на Него, стараясь прикоснуться.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μάστιγας</w:t>
      </w:r>
      <w:r>
        <w:rPr>
          <w:sz w:val="20"/>
        </w:rPr>
        <w:t xml:space="preserve"> [mastigas]</w:t>
      </w:r>
      <w:r>
        <w:rPr>
          <w:sz w:val="20"/>
        </w:rPr>
        <w:br/>
        <w:t>μάστιξ буквально «бич, плеть», а переносно — тяжёлое мучительное бедствие или болезнь. Марк описывает недуги как то, что словно бьёт человека.</w:t>
      </w:r>
    </w:p>
    <w:p>
      <w:r>
        <w:t>11. И когда нечистые духи видели Его, они падали перед Ним и кричали: «Ты — Сын Божий!»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σὺ εἶ ὁ υἱὸς τοῦ θεοῦ</w:t>
      </w:r>
      <w:r>
        <w:rPr>
          <w:sz w:val="20"/>
        </w:rPr>
        <w:t xml:space="preserve"> [sy ei ho huios tou theou]</w:t>
      </w:r>
      <w:r>
        <w:rPr>
          <w:sz w:val="20"/>
        </w:rPr>
        <w:br/>
        <w:t>Нечистые духи правильно называют Иисуса «Сыном Бога», но Марк не представляет их признание как верное ученичество: сразу следует запрет разглашать Его.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1:24–25, Мк 3:12</w:t>
      </w:r>
    </w:p>
    <w:p>
      <w:r>
        <w:t>12. Но Он строго запрещал им делать Его известным [φανερὸν ποιήσωσιν — буквально «сделать Его явным/известным»].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φανερὸν ποιήσωσιν</w:t>
      </w:r>
      <w:r>
        <w:rPr>
          <w:sz w:val="20"/>
        </w:rPr>
        <w:t xml:space="preserve"> [phaneron poiēsōsin]</w:t>
      </w:r>
      <w:r>
        <w:rPr>
          <w:sz w:val="20"/>
        </w:rPr>
        <w:br/>
        <w:t>Фраза буквально означает «сделать Его явным/известным». Речь не просто о произнесении имени, а о публичном раскрытии Его личности нечистыми духами.</w:t>
      </w:r>
    </w:p>
    <w:p>
      <w:r>
        <w:t>13. Затем Он поднялся на гору и позвал к Себе тех, кого Сам хотел [οὓς ἤθελεν αὐτός — с подчёркнутым αὐτός]. Они пришли к Нему.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οὓς ἤθελεν αὐτός</w:t>
      </w:r>
      <w:r>
        <w:rPr>
          <w:sz w:val="20"/>
        </w:rPr>
        <w:t xml:space="preserve"> [hous ēthelen autos]</w:t>
      </w:r>
      <w:r>
        <w:rPr>
          <w:sz w:val="20"/>
        </w:rPr>
        <w:br/>
        <w:t>Отдельное αὐτός подчёркивает инициативу Иисуса: Он зовёт тех, кого Сам пожелал.</w:t>
      </w:r>
    </w:p>
    <w:p>
      <w:r>
        <w:t>14. Он поставил двенадцать, чтобы прежде всего они были с Ним [ὦσιν μετ᾽ αὐτοῦ] и чтобы Он посылал их проповедовать,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ἵνα ὦσιν μετ᾽ αὐτοῦ καὶ ἵνα ἀποστέλλῃ αὐτοὺς κηρύσσειν</w:t>
      </w:r>
      <w:r>
        <w:rPr>
          <w:sz w:val="20"/>
        </w:rPr>
        <w:t xml:space="preserve"> [hina ōsin met' autou kai hina apostellē autous kēryssein]</w:t>
      </w:r>
      <w:r>
        <w:rPr>
          <w:sz w:val="20"/>
        </w:rPr>
        <w:br/>
        <w:t>Две цели стоят рядом: быть с Иисусом и быть посланными проповедовать. В тексте присутствие с Ним предшествует миссии.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ἐποίησεν δώδεκα</w:t>
      </w:r>
      <w:r>
        <w:rPr>
          <w:sz w:val="20"/>
        </w:rPr>
        <w:t xml:space="preserve"> [epoiēsen dōdeka]</w:t>
      </w:r>
      <w:r>
        <w:rPr>
          <w:sz w:val="20"/>
        </w:rPr>
        <w:br/>
        <w:t>Выбор именно Двенадцати естественно отзывается структурой двенадцати колен Израиля. Марк не объясняет символику прямо, поэтому это литературно-библейская связь, а не вставка в перевод.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6:7</w:t>
      </w:r>
    </w:p>
    <w:p>
      <w:r>
        <w:t>15. и чтобы они имели ἐξουσία — власть и полномочие — изгонять демонов.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ἔχειν ἐξουσίαν ... ἐκβάλλειν τὰ δαιμόνια</w:t>
      </w:r>
      <w:r>
        <w:rPr>
          <w:sz w:val="20"/>
        </w:rPr>
        <w:t xml:space="preserve"> [echein exousian ... ekballein ta daimonia]</w:t>
      </w:r>
      <w:r>
        <w:rPr>
          <w:sz w:val="20"/>
        </w:rPr>
        <w:br/>
        <w:t>ἐξουσία продолжает марковскую тему власти Иисуса; теперь эта власть участвует в миссии Двенадцати. Грамматически это ещё одна цель их назначения: «чтобы имели власть».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1:22, Мк 1:27, Мк 2:10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θεραπεύειν τὰς νόσους καὶ</w:t>
      </w:r>
      <w:r>
        <w:rPr>
          <w:sz w:val="20"/>
        </w:rPr>
        <w:t xml:space="preserve"> [therapeuein tas nosous kai]</w:t>
      </w:r>
      <w:r>
        <w:rPr>
          <w:sz w:val="20"/>
        </w:rPr>
        <w:br/>
        <w:t>Textus Receptus добавляет «исцелять болезни и», прежде чем «изгонять демонов». В базовом SBLGNT этой фразы нет; WGT-T её не включает.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TR-only «θεραπεύειν τὰς νόσους καὶ» хранится в union interlinear как вариант и не входит в WGT-T SBLGNT base.</w:t>
      </w:r>
    </w:p>
    <w:p>
      <w:r>
        <w:t>16. Он поставил двенадцать: Симону дал имя Пётр,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καὶ ἐποίησεν τοὺς δώδεκα</w:t>
      </w:r>
      <w:r>
        <w:rPr>
          <w:sz w:val="20"/>
        </w:rPr>
        <w:t xml:space="preserve"> [kai epoiēsen tous dōdeka]</w:t>
      </w:r>
      <w:r>
        <w:rPr>
          <w:sz w:val="20"/>
        </w:rPr>
        <w:br/>
        <w:t>SBLGNT повторяет «и поставил Двенадцать» перед началом списка; NA28/TR в union-слое этого повторения не имеют. WGT-T следует своей базовой SBLGNT форме и сохраняет повтор.</w:t>
      </w:r>
    </w:p>
    <w:p>
      <w:r>
        <w:t>17. Иакову, сыну Зеведея, и Иоанну, брату Иакова, дал имя Βοανηργές — Воанергес, что сам Марк объясняет: «сыны грома» [υἱοὶ βροντῆς];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Βοανηργές ... υἱοὶ βροντῆς</w:t>
      </w:r>
      <w:r>
        <w:rPr>
          <w:sz w:val="20"/>
        </w:rPr>
        <w:t xml:space="preserve"> [Boanērges ... huioi brontēs]</w:t>
      </w:r>
      <w:r>
        <w:rPr>
          <w:sz w:val="20"/>
        </w:rPr>
        <w:br/>
        <w:t>Βοανηργές — переданное по-гречески семитское прозвание. Надёжнее всего держаться авторского толкования самого Марка: «сыны грома», не строя дополнительные этимологии поверх текста.</w:t>
      </w:r>
    </w:p>
    <w:p>
      <w:r>
        <w:t>18. далее Андрея, Филиппа, Варфоломея, Матфея, Фому, Иакова, сына Алфея, Фаддея, Симона Кананита [Καναναῖον — прозвание, не указание на жителя Ханаана]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Καναναῖον</w:t>
      </w:r>
      <w:r>
        <w:rPr>
          <w:sz w:val="20"/>
        </w:rPr>
        <w:t xml:space="preserve"> [Kananaios]</w:t>
      </w:r>
      <w:r>
        <w:rPr>
          <w:sz w:val="20"/>
        </w:rPr>
        <w:br/>
        <w:t>Здесь Καναναῖος — традиционное прозвание Симона; по смыслу оно связано с семитским обозначением ревнителя/«зелота», что параллельно передаёт Лука словом ζηλωτής. Это не означает «ханаанец» в географическом смысле.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6:15, Деян 1:13</w:t>
      </w:r>
    </w:p>
    <w:p>
      <w:r>
        <w:t>19. и Иуду Искариота, который и предал/передал Его [παρέδωκεν].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παρέδωκεν</w:t>
      </w:r>
      <w:r>
        <w:rPr>
          <w:sz w:val="20"/>
        </w:rPr>
        <w:t xml:space="preserve"> [paredōken]</w:t>
      </w:r>
      <w:r>
        <w:rPr>
          <w:sz w:val="20"/>
        </w:rPr>
        <w:br/>
        <w:t>παραδίδωμι может означать передавать, выдавать, предавать. Марк уже использовал тот же корень о передаче Иоанна под стражу; дальше он станет ключевым словом рассказа о страстях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1:14, Мк 9:31, Мк 10:33, Мк 14:10–11</w:t>
      </w:r>
    </w:p>
    <w:p>
      <w:r>
        <w:t>20. Потом Он пришёл в дом [εἰς οἶκον — без имени владельца], и снова собралась толпа, так что они не могли даже поесть.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εἰς οἶκον</w:t>
      </w:r>
      <w:r>
        <w:rPr>
          <w:sz w:val="20"/>
        </w:rPr>
        <w:t xml:space="preserve"> [eis oikon]</w:t>
      </w:r>
      <w:r>
        <w:rPr>
          <w:sz w:val="20"/>
        </w:rPr>
        <w:br/>
        <w:t>Греческий говорит просто «в дом/домой», не называя владельца. WGT-T поэтому не должен превращать этот дом в чью-то собственность без дополнительных данных.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2:1</w:t>
      </w:r>
    </w:p>
    <w:p>
      <w:r>
        <w:t>21. Услышав об этом, οἱ παρ᾽ αὐτοῦ — «те, кто от Него / Его близкие» — пошли удержать Его, потому что говорили: «Он ἐξέστη — не в Себе, вышел из обычного состояния».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οἱ παρ᾽ αὐτοῦ</w:t>
      </w:r>
      <w:r>
        <w:rPr>
          <w:sz w:val="20"/>
        </w:rPr>
        <w:t xml:space="preserve"> [hoi par' autou]</w:t>
      </w:r>
      <w:r>
        <w:rPr>
          <w:sz w:val="20"/>
        </w:rPr>
        <w:br/>
        <w:t>Буквально «те, кто от Него/при Нём». В контексте возвращения матери и братьев в 3:31–35 наиболее естественно понимать это как Его близких/родных, но сама идиома шире одного словарного значения «семья».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3:31–35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ἐξέστη</w:t>
      </w:r>
      <w:r>
        <w:rPr>
          <w:sz w:val="20"/>
        </w:rPr>
        <w:t xml:space="preserve"> [exestē]</w:t>
      </w:r>
      <w:r>
        <w:rPr>
          <w:sz w:val="20"/>
        </w:rPr>
        <w:br/>
        <w:t>ἐξίστημι буквально «выйти из положения/состояния» и в таком контексте означает «вне себя, потерял рассудок/самообладание». Марк сохраняет жёсткость оценки; WGT-E не смягчает её до «устал».</w:t>
      </w:r>
    </w:p>
    <w:p>
      <w:r>
        <w:t>22. А книжники, пришедшие из Иерусалима, говорили: «В Нём Веельзевул» и «Он изгоняет демонов силой/в сфере власти [ἐν] правителя демонов».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ἐν τῷ ἄρχοντι τῶν δαιμονίων</w:t>
      </w:r>
      <w:r>
        <w:rPr>
          <w:sz w:val="20"/>
        </w:rPr>
        <w:t xml:space="preserve"> [en tō archonti tōn daimoniōn]</w:t>
      </w:r>
      <w:r>
        <w:rPr>
          <w:sz w:val="20"/>
        </w:rPr>
        <w:br/>
        <w:t>ἐν здесь выражает средство/сферу власти: обвинение состоит в том, что Иисус изгоняет демонов посредством власти их правителя.</w:t>
      </w:r>
    </w:p>
    <w:p>
      <w:r>
        <w:t>23. Подозвав их, Он стал говорить им притчами: «Как может сатана изгонять сатану?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ἐν παραβολαῖς</w:t>
      </w:r>
      <w:r>
        <w:rPr>
          <w:sz w:val="20"/>
        </w:rPr>
        <w:t xml:space="preserve"> [en parabolais]</w:t>
      </w:r>
      <w:r>
        <w:rPr>
          <w:sz w:val="20"/>
        </w:rPr>
        <w:br/>
        <w:t>παραβολή у Марка шире длинной сюжетной притчи: здесь Иисус отвечает короткими аналогиями и образами — разделённое царство, дом и сильный человек.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4:2</w:t>
      </w:r>
    </w:p>
    <w:p>
      <w:r>
        <w:t>24. Если царство разделится само против себя, такое царство не сможет устоять.</w:t>
      </w:r>
    </w:p>
    <w:p>
      <w:r>
        <w:t>25. И если дом разделится сам против себя, такой дом не сможет устоять.</w:t>
      </w:r>
    </w:p>
    <w:p>
      <w:r>
        <w:t>26. Так и если сатана восстал против самого себя и разделился, он не может устоять — ему конец.</w:t>
      </w:r>
    </w:p>
    <w:p>
      <w:r>
        <w:t>27. Никто не может войти в дом сильного и разграбить его имущество, если прежде не свяжет сильного. Только тогда он разграбит его дом.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πρῶτον τὸν ἰσχυρὸν δήσῃ ... διαρπάσει</w:t>
      </w:r>
      <w:r>
        <w:rPr>
          <w:sz w:val="20"/>
        </w:rPr>
        <w:t xml:space="preserve"> [prōton ton ischyron dēsē ... diarpasei]</w:t>
      </w:r>
      <w:r>
        <w:rPr>
          <w:sz w:val="20"/>
        </w:rPr>
        <w:br/>
        <w:t>В контексте обвинения в 3:22 образ отвечает иначе: изгнание демонов свидетельствует не о союзе с сатаной, а о вторжении в его владение. «Связать сильного» и разграбить дом — образ победы над силой противника.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3:22–26</w:t>
      </w:r>
    </w:p>
    <w:p>
      <w:r>
        <w:t>28. Аминь [Ἀμήν], говорю вам: людям — буквально «сынам человеческим» [τοῖς υἱοῖς τῶν ἀνθρώπων] — будут прощены все грехи и всякое богохульство, какое бы они ни произнесли.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Ἀμὴν λέγω ὑμῖν</w:t>
      </w:r>
      <w:r>
        <w:rPr>
          <w:sz w:val="20"/>
        </w:rPr>
        <w:t xml:space="preserve"> [amēn legō hymin]</w:t>
      </w:r>
      <w:r>
        <w:rPr>
          <w:sz w:val="20"/>
        </w:rPr>
        <w:br/>
        <w:t>Иисус ставит ἀμήν в начале собственного утверждения: «истинно/аминь говорю вам». Это характерная формула авторитетного заверения.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τοῖς υἱοῖς τῶν ἀνθρώπων</w:t>
      </w:r>
      <w:r>
        <w:rPr>
          <w:sz w:val="20"/>
        </w:rPr>
        <w:t xml:space="preserve"> [tois huiois tōn anthrōpōn]</w:t>
      </w:r>
      <w:r>
        <w:rPr>
          <w:sz w:val="20"/>
        </w:rPr>
        <w:br/>
        <w:t>Буквально «сынам людей» — здесь обычный семитизированный способ сказать о людях вообще; это не титул «Сын Человеческий» из 2:10.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2:10</w:t>
      </w:r>
    </w:p>
    <w:p>
      <w:r>
        <w:t>29. Но кто станет хулить Святого Духа, тот «не имеет прощения в век» [οὐκ ἔχει ἄφεσιν εἰς τὸν αἰῶνα], но виновен в вечном грехе [ἔνοχος ... αἰωνίου ἁμαρτήματος].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οὐκ ἔχει ἄφεσιν εἰς τὸν αἰῶνα</w:t>
      </w:r>
      <w:r>
        <w:rPr>
          <w:sz w:val="20"/>
        </w:rPr>
        <w:t xml:space="preserve"> [ouk echei aphesin eis ton aiōna]</w:t>
      </w:r>
      <w:r>
        <w:rPr>
          <w:sz w:val="20"/>
        </w:rPr>
        <w:br/>
        <w:t>Буквально «не имеет прощения в век». Русское «нет прощения вовек» естественно передаёт идиоматическую силу выражения.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ἔνοχος ... αἰωνίου ἁμαρτήματος</w:t>
      </w:r>
      <w:r>
        <w:rPr>
          <w:sz w:val="20"/>
        </w:rPr>
        <w:t xml:space="preserve"> [enochos ... aiōniou hamartēmatos]</w:t>
      </w:r>
      <w:r>
        <w:rPr>
          <w:sz w:val="20"/>
        </w:rPr>
        <w:br/>
        <w:t>ἔνοχος — находящийся под ответственностью/виновный; SBLGNT читает «вечного греха». Контекст следующего стиха объясняет, к какому поведению относится предупреждение.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3:30</w:t>
      </w:r>
    </w:p>
    <w:p>
      <w:r>
        <w:t>30. Он сказал это потому, что они продолжали говорить [ἔλεγον]: «В Нём нечистый дух».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ἔλεγον· πνεῦμα ἀκάθαρτον ἔχει</w:t>
      </w:r>
      <w:r>
        <w:rPr>
          <w:sz w:val="20"/>
        </w:rPr>
        <w:t xml:space="preserve"> [elegon: pneuma akatharton echei]</w:t>
      </w:r>
      <w:r>
        <w:rPr>
          <w:sz w:val="20"/>
        </w:rPr>
        <w:br/>
        <w:t>Марк сам даёт ближайшее объяснение предупреждения 3:29: книжники приписывали действие Иисуса нечистому духу. Поэтому «хула на Святого Духа» в этом контексте — не случайная страшная мысль или отдельная оговорка, а сознательное обозначение Божьего действия как действия нечистого духа.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3:22, Мк 3:29</w:t>
      </w:r>
    </w:p>
    <w:p>
      <w:r>
        <w:t>31. Пришли Его мать и братья. Они остались снаружи и послали за Ним, чтобы позвать Его.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ἡ μήτηρ αὐτοῦ καὶ οἱ ἀδελφοὶ αὐτοῦ ... ἔξω</w:t>
      </w:r>
      <w:r>
        <w:rPr>
          <w:sz w:val="20"/>
        </w:rPr>
        <w:t xml:space="preserve"> [hē mētēr autou kai hoi adelphoi autou ... exō]</w:t>
      </w:r>
      <w:r>
        <w:rPr>
          <w:sz w:val="20"/>
        </w:rPr>
        <w:br/>
        <w:t>Мать и братья стоят «снаружи», тогда как толпа сидит вокруг Иисуса внутри. Марк превращает пространственную деталь в подготовку к вопросу о том, кто составляет Его настоящую семью.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3:20–21, Мк 3:34–35</w:t>
      </w:r>
    </w:p>
    <w:p>
      <w:r>
        <w:t>32. Вокруг Него сидела толпа. Ему сказали: «Твоя мать и Твои братья снаружи, ищут Тебя».</w:t>
      </w:r>
    </w:p>
    <w:p>
      <w:r>
        <w:t>33. Он ответил им: «Кто Моя мать и Мои братья?»</w:t>
      </w:r>
    </w:p>
    <w:p>
      <w:r>
        <w:t>34. И, оглядев сидевших вокруг Него, сказал: «Вот Моя мать и Мои братья.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περιβλεψάμενος ... κύκλῳ καθημένους</w:t>
      </w:r>
      <w:r>
        <w:rPr>
          <w:sz w:val="20"/>
        </w:rPr>
        <w:t xml:space="preserve"> [periblepsamenos ... kyklō kathēmenous]</w:t>
      </w:r>
      <w:r>
        <w:rPr>
          <w:sz w:val="20"/>
        </w:rPr>
        <w:br/>
        <w:t>Иисус оглядывает буквально сидящих вокруг Него кругом и называет их матерью и братьями. Пространственный круг становится наглядным образом новой семьи учеников.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3:31–35</w:t>
      </w:r>
    </w:p>
    <w:p>
      <w:r>
        <w:t>35. Кто исполняет волю Бога, тот Мне брат, сестра и мать».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ὃς ... ποιήσῃ τὸ θέλημα τοῦ θεοῦ</w:t>
      </w:r>
      <w:r>
        <w:rPr>
          <w:sz w:val="20"/>
        </w:rPr>
        <w:t xml:space="preserve"> [hos ... poiēsē to thelēma tou theou]</w:t>
      </w:r>
      <w:r>
        <w:rPr>
          <w:sz w:val="20"/>
        </w:rPr>
        <w:br/>
        <w:t>Критерием новой семьи Иисус называет исполнение Божьей воли. Это не отрицание существования Его матери и братьев, а переопределение принадлежности вокруг послушания Богу.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ἀδελφός ... ἀδελφὴ ... μήτηρ</w:t>
      </w:r>
      <w:r>
        <w:rPr>
          <w:sz w:val="20"/>
        </w:rPr>
        <w:t xml:space="preserve"> [adelphos ... adelphē ... mētēr]</w:t>
      </w:r>
      <w:r>
        <w:rPr>
          <w:sz w:val="20"/>
        </w:rPr>
        <w:br/>
        <w:t>В финальной формуле неожиданно появляется и «сестра», хотя в 3:31–34 назывались мать и братья. Формула сознательно расширяет семейный круг.</w:t>
      </w:r>
    </w:p>
    <w:p>
      <w:pPr>
        <w:pStyle w:val="Heading2"/>
      </w:pPr>
      <w:r>
        <w:t>Глава 4</w:t>
      </w:r>
    </w:p>
    <w:p>
      <w:r>
        <w:t>1. Он снова начал учить у моря. Вокруг Него собралась огромная толпа, поэтому Он вошёл в лодку и сел в ней на море, а весь народ оставался на берегу у воды.</w:t>
      </w:r>
    </w:p>
    <w:p>
      <w:r>
        <w:t>2. Он многому учил их притчами и говорил им в Своём учении:</w:t>
      </w:r>
    </w:p>
    <w:p>
      <w:r>
        <w:t>3. «Слушайте! [Ἀκούετε — повеление] Вот вышел сеятель сеять.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Ἀκούετε</w:t>
      </w:r>
      <w:r>
        <w:rPr>
          <w:sz w:val="20"/>
        </w:rPr>
        <w:t xml:space="preserve"> [akouete]</w:t>
      </w:r>
      <w:r>
        <w:rPr>
          <w:sz w:val="20"/>
        </w:rPr>
        <w:br/>
        <w:t>Притча начинается не нейтрально, а приказом «Слушайте!». Вся глава затем развивает тему истинного слышания: 4:9, 4:23, 4:24.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4:9, Мк 4:23, Мк 4:24</w:t>
      </w:r>
    </w:p>
    <w:p>
      <w:r>
        <w:t>4. Когда он сеял, одно семя упало у дороги; прилетели птицы и склевали его.</w:t>
      </w:r>
    </w:p>
    <w:p>
      <w:r>
        <w:t>5. Другое упало на каменистую почву, где земли было мало, и сразу взошло, потому что земля была неглубокой.</w:t>
      </w:r>
    </w:p>
    <w:p>
      <w:r>
        <w:t>6. Но когда поднялось солнце, растение обожгло, и, не имея корня, оно засохло.</w:t>
      </w:r>
    </w:p>
    <w:p>
      <w:r>
        <w:t>7. Другое упало в терновник. Терновник вырос, заглушил его, и оно не принесло плода.</w:t>
      </w:r>
    </w:p>
    <w:p>
      <w:r>
        <w:t>8. А другие семена упали на хорошую землю и дали плод: росли, умножались и приносили в тридцать, шестьдесят и сто раз больше».</w:t>
      </w:r>
    </w:p>
    <w:p>
      <w:r>
        <w:t>9. И Он говорил: «У кого есть уши слышать — пусть действительно слышит [ἀκουέτω]».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ὃς ἔχει ὦτα ἀκούειν ἀκουέτω</w:t>
      </w:r>
      <w:r>
        <w:rPr>
          <w:sz w:val="20"/>
        </w:rPr>
        <w:t xml:space="preserve"> [hos echei ōta akouein akouetō]</w:t>
      </w:r>
      <w:r>
        <w:rPr>
          <w:sz w:val="20"/>
        </w:rPr>
        <w:br/>
        <w:t>Повтор корня «слышать» превращает физический слух в призыв к восприятию и ответу. Это ключ к последующему объяснению притчи.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4:23, Мк 4:24</w:t>
      </w:r>
    </w:p>
    <w:p>
      <w:r>
        <w:t>10. Когда Он остался один, те, кто был вокруг Него, вместе с двенадцатью стали спрашивать Его о притчах.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οἱ περὶ αὐτὸν σὺν τοῖς δώδεκα</w:t>
      </w:r>
      <w:r>
        <w:rPr>
          <w:sz w:val="20"/>
        </w:rPr>
        <w:t xml:space="preserve"> [hoi peri auton syn tois dōdeka]</w:t>
      </w:r>
      <w:r>
        <w:rPr>
          <w:sz w:val="20"/>
        </w:rPr>
        <w:br/>
        <w:t>Спрашивают не только Двенадцать, но более широкий круг «тех, кто был вокруг Него вместе с Двенадцатью». Марк различает толпу, близкий круг и Двенадцать.</w:t>
      </w:r>
    </w:p>
    <w:p>
      <w:r>
        <w:t>11. Он сказал им: «Вам дана тайна [μυστήριον] Царства Божьего, а для тех, кто снаружи, всё бывает в притчах,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μυστήριον</w:t>
      </w:r>
      <w:r>
        <w:rPr>
          <w:sz w:val="20"/>
        </w:rPr>
        <w:t xml:space="preserve"> [mystērion]</w:t>
      </w:r>
      <w:r>
        <w:rPr>
          <w:sz w:val="20"/>
        </w:rPr>
        <w:br/>
        <w:t>μυστήριον здесь не означает эзотерическую загадку для посвящённых. В библейском употреблении это Божий замысел, который был скрыт, но теперь открыт тем, кому дано его знать.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τοῖς ἔξω</w:t>
      </w:r>
      <w:r>
        <w:rPr>
          <w:sz w:val="20"/>
        </w:rPr>
        <w:t xml:space="preserve"> [tois exō]</w:t>
      </w:r>
      <w:r>
        <w:rPr>
          <w:sz w:val="20"/>
        </w:rPr>
        <w:br/>
        <w:t>«Тем, кто снаружи» перекликается с пространственным языком Мк 3:31–35, где родные стоят снаружи, а вокруг Иисуса сидят те, кого Он называет Своей семьёй. Марк использует «внутри/снаружи» не только географически, но и как мотив восприятия.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3:31–35</w:t>
      </w:r>
    </w:p>
    <w:p>
      <w:r>
        <w:t>12. чтобы они, глядя, смотрели и не увидели, слушая, слышали и не поняли, как бы не обратились и не было им прощено».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ἵνα βλέποντες βλέπωσιν ... μήποτε ἐπιστρέψωσιν καὶ ἀφεθῇ αὐτοῖς</w:t>
      </w:r>
      <w:r>
        <w:rPr>
          <w:sz w:val="20"/>
        </w:rPr>
        <w:t xml:space="preserve"> [hina blepontes blepōsin ... mēpote epistrepsōsin kai aphethē autois]</w:t>
      </w:r>
      <w:r>
        <w:rPr>
          <w:sz w:val="20"/>
        </w:rPr>
        <w:br/>
        <w:t>Это переработанная цитата Ис 6:9–10 в греческой форме. Марк сохраняет судебно-пророческую резкость: притчи одновременно открывают воспринимающим и обнаруживают ожесточение тех, кто слышит без понимания.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6:9–10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ἵνα ... μήποτε</w:t>
      </w:r>
      <w:r>
        <w:rPr>
          <w:sz w:val="20"/>
        </w:rPr>
        <w:t xml:space="preserve"> [hina ... mēpote]</w:t>
      </w:r>
      <w:r>
        <w:rPr>
          <w:sz w:val="20"/>
        </w:rPr>
        <w:br/>
        <w:t>Связка ἵνα и μήποτε звучит жёстко и допускает дискуссию о цели и результате. WGT-T сохраняет синтаксис, а WGT-E не превращает его в более мягкое «потому что».</w:t>
      </w:r>
    </w:p>
    <w:p>
      <w:r>
        <w:t>13. И Он сказал им: «Вы не понимаете эту притчу? Как же тогда поймёте все остальные притчи?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πῶς πάσας τὰς παραβολὰς γνώσεσθε</w:t>
      </w:r>
      <w:r>
        <w:rPr>
          <w:sz w:val="20"/>
        </w:rPr>
        <w:t xml:space="preserve"> [pōs pasas tas parabolas gnōsesthe]</w:t>
      </w:r>
      <w:r>
        <w:rPr>
          <w:sz w:val="20"/>
        </w:rPr>
        <w:br/>
        <w:t>Иисус делает притчу о сеятеле ключом: если ученики не понимают её, как поймут остальные притчи? Это программная притча для всей главы.</w:t>
      </w:r>
    </w:p>
    <w:p>
      <w:r>
        <w:t>14. Сеятель сеет слово [τὸν λόγον].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ὁ σπείρων τὸν λόγον σπείρει</w:t>
      </w:r>
      <w:r>
        <w:rPr>
          <w:sz w:val="20"/>
        </w:rPr>
        <w:t xml:space="preserve"> [ho speirōn ton logon speirei]</w:t>
      </w:r>
      <w:r>
        <w:rPr>
          <w:sz w:val="20"/>
        </w:rPr>
        <w:br/>
        <w:t>Сам Иисус прямо раскрывает символ: семя = «слово/весть». Поэтому дальнейшие четыре почвы описывают не четыре вида семени, а разные способы принять одну и ту же весть.</w:t>
      </w:r>
    </w:p>
    <w:p>
      <w:r>
        <w:t>15. Посеянное у дороги — это те, в ком сеется слово. Когда они слышат, сразу приходит сатана и забирает слово, посеянное в них.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εἰς αὐτούς / ἐν ταῖς καρδίαις αὐτῶν</w:t>
      </w:r>
      <w:r>
        <w:rPr>
          <w:sz w:val="20"/>
        </w:rPr>
        <w:t xml:space="preserve"> [eis autous / en tais kardiais autōn]</w:t>
      </w:r>
      <w:r>
        <w:rPr>
          <w:sz w:val="20"/>
        </w:rPr>
        <w:br/>
        <w:t>Union-layer отражает разные формы окончания: SBLGNT имеет «посеянное в них/внутрь них», TR — более развернуто «в их сердцах». WGT-T не должен незаметно смешивать эти чтения.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Mark 4:15: SBLGNT and TR differ in the location phrase after «the word sown»; keep variant evidence outside the base text.</w:t>
      </w:r>
    </w:p>
    <w:p>
      <w:r>
        <w:t>16. Подобно этому, посеянное на каменистой почве — это те, кто, услышав слово, сразу принимают его с радостью,</w:t>
      </w:r>
    </w:p>
    <w:p>
      <w:r>
        <w:t>17. но не имеют в себе корня и держатся лишь до времени [πρόσκαιροι — временные, недолговечные]. Когда из-за слова приходит скорбь или преследование, они сразу σκανδαλίζονται — спотыкаются и отпадают.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πρόσκαιροι</w:t>
      </w:r>
      <w:r>
        <w:rPr>
          <w:sz w:val="20"/>
        </w:rPr>
        <w:t xml:space="preserve"> [proskairoi]</w:t>
      </w:r>
      <w:r>
        <w:rPr>
          <w:sz w:val="20"/>
        </w:rPr>
        <w:br/>
        <w:t>Слово обозначает временность, кратковременность: их принятие слова реально, но не имеет глубины для длительного испытания.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σκανδαλίζονται</w:t>
      </w:r>
      <w:r>
        <w:rPr>
          <w:sz w:val="20"/>
        </w:rPr>
        <w:t xml:space="preserve"> [skandalizontai]</w:t>
      </w:r>
      <w:r>
        <w:rPr>
          <w:sz w:val="20"/>
        </w:rPr>
        <w:br/>
        <w:t>σκανδαλίζω буквально связано со спотыканием/ловушкой; здесь контекст требует смысла «отпадают, отступаются из-за испытания».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14:27</w:t>
      </w:r>
    </w:p>
    <w:p>
      <w:r>
        <w:t>18. А посеянное среди терновника — это те, кто услышал слово,</w:t>
      </w:r>
    </w:p>
    <w:p>
      <w:r>
        <w:t>19. но заботы этого века [αἱ μέριμναι τοῦ αἰῶνος], обман богатства [ἡ ἀπάτη τοῦ πλούτου] и желания всего прочего входят в них, душат [συμπνίγουσιν] слово, и оно становится бесплодным.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συμπνίγουσιν</w:t>
      </w:r>
      <w:r>
        <w:rPr>
          <w:sz w:val="20"/>
        </w:rPr>
        <w:t xml:space="preserve"> [sympnigousin]</w:t>
      </w:r>
      <w:r>
        <w:rPr>
          <w:sz w:val="20"/>
        </w:rPr>
        <w:br/>
        <w:t>Глагол буквально означает «душить вместе, заглушать удушением». Образ возвращает к терновнику: конкурирующие желания не просто отвлекают, а перекрывают плодоношение слова.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μέριμναι ... ἀπάτη ... ἐπιθυμίαι</w:t>
      </w:r>
      <w:r>
        <w:rPr>
          <w:sz w:val="20"/>
        </w:rPr>
        <w:t xml:space="preserve"> [merimnai ... apatē ... epithymiai]</w:t>
      </w:r>
      <w:r>
        <w:rPr>
          <w:sz w:val="20"/>
        </w:rPr>
        <w:br/>
        <w:t>Марк называет три силы: заботы века, обман богатства и прочие желания. Проблема не в самом обладании вещами, а в том, что они входят и вытесняют слово.</w:t>
      </w:r>
    </w:p>
    <w:p>
      <w:r>
        <w:t>20. Посеянное же на хорошей земле — это те, кто слышит слово, принимают его [παραδέχονται] и приносят плод: в тридцать, шестьдесят и сто раз больше».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ἀκούουσιν ... παραδέχονται ... καρποφοροῦσιν</w:t>
      </w:r>
      <w:r>
        <w:rPr>
          <w:sz w:val="20"/>
        </w:rPr>
        <w:t xml:space="preserve"> [akouousin ... paradechontai ... karpophorousin]</w:t>
      </w:r>
      <w:r>
        <w:rPr>
          <w:sz w:val="20"/>
        </w:rPr>
        <w:br/>
        <w:t>Три шага хорошей почвы: слышать → принять → приносить плод. В Марке истинное слышание проверяется плодом.</w:t>
      </w:r>
    </w:p>
    <w:p>
      <w:r>
        <w:t>21. И Он говорил им: «Разве светильник приходит [ἔρχεται ὁ λύχνος], чтобы оказаться под мерным сосудом или под кроватью? Не для того ли, чтобы быть поставленным на подставку?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ἔρχεται ὁ λύχνος</w:t>
      </w:r>
      <w:r>
        <w:rPr>
          <w:sz w:val="20"/>
        </w:rPr>
        <w:t xml:space="preserve"> [erchetai ho lychnos]</w:t>
      </w:r>
      <w:r>
        <w:rPr>
          <w:sz w:val="20"/>
        </w:rPr>
        <w:br/>
        <w:t>Буквально «приходит светильник» — необычная персонификация. Русское «приносят светильник» естественно, но WGT-E показывает живость исходного выражения.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μόδιον</w:t>
      </w:r>
      <w:r>
        <w:rPr>
          <w:sz w:val="20"/>
        </w:rPr>
        <w:t xml:space="preserve"> [modion]</w:t>
      </w:r>
      <w:r>
        <w:rPr>
          <w:sz w:val="20"/>
        </w:rPr>
        <w:br/>
        <w:t>μόδιος — мерный сосуд для сухих продуктов. Образ означает накрыть источник света бытовой ёмкостью, то есть использовать светильник вопреки его назначению.</w:t>
      </w:r>
    </w:p>
    <w:p>
      <w:r>
        <w:t>22. Нет ничего скрытого, кроме того, чтобы стать явным, и ничего тайного, кроме того, чтобы выйти наружу.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οὐ ... κρυπτόν ... ἐὰν μὴ ἵνα φανερωθῇ</w:t>
      </w:r>
      <w:r>
        <w:rPr>
          <w:sz w:val="20"/>
        </w:rPr>
        <w:t xml:space="preserve"> [ou ... krypton ... ean mē hina phanerōthē]</w:t>
      </w:r>
      <w:r>
        <w:rPr>
          <w:sz w:val="20"/>
        </w:rPr>
        <w:br/>
        <w:t>Греческая конструкция буквально связывает сокрытие с будущим раскрытием: скрытое не является конечным состоянием. Контекст после μυστήριον подчёркивает откровение, а не культ тайны.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4:11</w:t>
      </w:r>
    </w:p>
    <w:p>
      <w:r>
        <w:t>23. Если у кого есть уши слышать — пусть слышит».</w:t>
      </w:r>
    </w:p>
    <w:p>
      <w:r>
        <w:t>24. И Он говорил им: «Смотрите, что вы слушаете [βλέπετε τί ἀκούετε]. Какой мерой меряете, такой будет отмерено вам, и вам будет добавлено.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βλέπετε τί ἀκούετε</w:t>
      </w:r>
      <w:r>
        <w:rPr>
          <w:sz w:val="20"/>
        </w:rPr>
        <w:t xml:space="preserve"> [blepete ti akouete]</w:t>
      </w:r>
      <w:r>
        <w:rPr>
          <w:sz w:val="20"/>
        </w:rPr>
        <w:br/>
        <w:t>Буквально «смотрите, что слышите»: Марк соединяет лексику зрения и слуха после Ис 6. Смысл — внимательно относитесь к тому, как принимаете услышанное.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4:12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ἐν ᾧ μέτρῳ μετρεῖτε μετρηθήσεται ὑμῖν</w:t>
      </w:r>
      <w:r>
        <w:rPr>
          <w:sz w:val="20"/>
        </w:rPr>
        <w:t xml:space="preserve"> [en hō metrō metreite metrēthēsetai hymin]</w:t>
      </w:r>
      <w:r>
        <w:rPr>
          <w:sz w:val="20"/>
        </w:rPr>
        <w:br/>
        <w:t>Повтор «мерой... меряете... будет отмерено» создаёт принцип ответной меры. В ближайшем контексте речь прежде всего о мере внимания к слову.</w:t>
      </w:r>
    </w:p>
    <w:p>
      <w:r>
        <w:t>25. Потому что у кого есть, тому будет дано; а у кого нет, у того будет отнято даже то, что он имеет».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ὃς γὰρ ἂν ἔχει ... ὃς οὐκ ἔχει</w:t>
      </w:r>
      <w:r>
        <w:rPr>
          <w:sz w:val="20"/>
        </w:rPr>
        <w:t xml:space="preserve"> [hos gar an echei ... hos ouk echei]</w:t>
      </w:r>
      <w:r>
        <w:rPr>
          <w:sz w:val="20"/>
        </w:rPr>
        <w:br/>
        <w:t>Парадокс 4:25 продолжает тему слышания: полученное понимание растёт при принятии и употреблении; непринятое теряется. Не стоит автоматически переносить этот стих на материальное богатство.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4:24</w:t>
      </w:r>
    </w:p>
    <w:p>
      <w:r>
        <w:t>26. И Он говорил: «Таково Царство Божье: как если человек бросит семя на землю,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οὕτως ἐστὶν ἡ βασιλεία τοῦ θεοῦ</w:t>
      </w:r>
      <w:r>
        <w:rPr>
          <w:sz w:val="20"/>
        </w:rPr>
        <w:t xml:space="preserve"> [houtōs estin hē basileia tou theou]</w:t>
      </w:r>
      <w:r>
        <w:rPr>
          <w:sz w:val="20"/>
        </w:rPr>
        <w:br/>
        <w:t>Эта притча уникальна для Марка. Царство сравнивается не просто с семенем, а со всем процессом — посевом, скрытым ростом и жатвой.</w:t>
      </w:r>
    </w:p>
    <w:p>
      <w:r>
        <w:t>27. а затем спит и встаёт, ночь и день; семя прорастает и вытягивается, а как — он сам не знает.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ὡς οὐκ οἶδεν αὐτός</w:t>
      </w:r>
      <w:r>
        <w:rPr>
          <w:sz w:val="20"/>
        </w:rPr>
        <w:t xml:space="preserve"> [hōs ouk oiden autos]</w:t>
      </w:r>
      <w:r>
        <w:rPr>
          <w:sz w:val="20"/>
        </w:rPr>
        <w:br/>
        <w:t>Сеятель не контролирует и даже не понимает механизм роста. Акцент — на скрытом действии, которое продолжается независимо от его постоянного наблюдения.</w:t>
      </w:r>
    </w:p>
    <w:p>
      <w:r>
        <w:t>28. Земля αὐτομάτη — «сама собой» — приносит плод: сначала зелень, потом колос, затем полное зерно в колосе.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αὐτομάτη</w:t>
      </w:r>
      <w:r>
        <w:rPr>
          <w:sz w:val="20"/>
        </w:rPr>
        <w:t xml:space="preserve"> [automatē]</w:t>
      </w:r>
      <w:r>
        <w:rPr>
          <w:sz w:val="20"/>
        </w:rPr>
        <w:br/>
        <w:t>От этого слова происходит «автоматически»: буквально «сама собой». Это не отрицание Божьего действия, а образ роста без постоянного человеческого управления.</w:t>
      </w:r>
    </w:p>
    <w:p>
      <w:r>
        <w:t>29. Когда же плод «предоставляет себя» [παραδοῖ ὁ καρπός], человек сразу посылает серп [ἀποστέλλει τὸ δρέπανον], потому что настала жатва».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παραδοῖ ὁ καρπός</w:t>
      </w:r>
      <w:r>
        <w:rPr>
          <w:sz w:val="20"/>
        </w:rPr>
        <w:t xml:space="preserve"> [paradoi ho karpos]</w:t>
      </w:r>
      <w:r>
        <w:rPr>
          <w:sz w:val="20"/>
        </w:rPr>
        <w:br/>
        <w:t>Необычная формула буквально «когда плод отдаст/предоставит». В сельскохозяйственном смысле — когда плод созрел и готов к жатве.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ἀποστέλλει τὸ δρέπανον ... ὁ θερισμός</w:t>
      </w:r>
      <w:r>
        <w:rPr>
          <w:sz w:val="20"/>
        </w:rPr>
        <w:t xml:space="preserve"> [apostellei to drepanon ... ho therismos]</w:t>
      </w:r>
      <w:r>
        <w:rPr>
          <w:sz w:val="20"/>
        </w:rPr>
        <w:br/>
        <w:t>«Пускает серп, потому что настала жатва» напоминает пророческий образ жатвы как времени Божьего завершения и суда, особенно Иоил 3:13. Марк не цитирует Иоиля прямо, поэтому это эхом, а не формальной цитатой.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Иоил 3:13</w:t>
      </w:r>
    </w:p>
    <w:p>
      <w:r>
        <w:t>30. И Он говорил: «С чем сравнить Царство Божье? Какой притчей его представить?</w:t>
      </w:r>
    </w:p>
    <w:p>
      <w:r>
        <w:t>31. Оно как горчичное зерно: когда его сеют в землю, оно меньше всех семян на земле [то есть в мире обычного палестинского огорода и в риторике притчи],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μικρότερον ... πάντων τῶν σπερμάτων τῶν ἐπὶ τῆς γῆς</w:t>
      </w:r>
      <w:r>
        <w:rPr>
          <w:sz w:val="20"/>
        </w:rPr>
        <w:t xml:space="preserve"> [mikroteron ... pantōn tōn spermatōn tōn epi tēs gēs]</w:t>
      </w:r>
      <w:r>
        <w:rPr>
          <w:sz w:val="20"/>
        </w:rPr>
        <w:br/>
        <w:t>Иисус использует общеупотребительный образ чрезвычайно малого горчичного семени, а не современную ботаническую классификацию всех существующих семян планеты. Смысл притчи — контраст малое начало → крупный результат.</w:t>
      </w:r>
    </w:p>
    <w:p>
      <w:r>
        <w:t>32. но, посеянное, вырастает и становится больше всех огородных растений, пускает большие ветви, так что небесные птицы могут поселяться [κατασκηνοῦν] в его тени».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κλάδους μεγάλους ... τὰ πετεινὰ τοῦ οὐρανοῦ κατασκηνοῦν</w:t>
      </w:r>
      <w:r>
        <w:rPr>
          <w:sz w:val="20"/>
        </w:rPr>
        <w:t xml:space="preserve"> [kladous megalous ... ta peteina tou ouranou kataskēnoun]</w:t>
      </w:r>
      <w:r>
        <w:rPr>
          <w:sz w:val="20"/>
        </w:rPr>
        <w:br/>
        <w:t>Большие ветви и птицы, находящие убежище, созвучны библейским образам великого царства/дерева в Иез 17, 31 и Дан 4. Марк не помечает это как цитату.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Иез 17:23, Иез 31:6, Дан 4:12</w:t>
      </w:r>
    </w:p>
    <w:p>
      <w:r>
        <w:t>33. Многими такими притчами Он говорил им слово настолько, насколько они были способны слышать [καθὼς ἠδύναντο ἀκούειν].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καθὼς ἠδύναντο ἀκούειν</w:t>
      </w:r>
      <w:r>
        <w:rPr>
          <w:sz w:val="20"/>
        </w:rPr>
        <w:t xml:space="preserve"> [kathōs ēdynanto akouein]</w:t>
      </w:r>
      <w:r>
        <w:rPr>
          <w:sz w:val="20"/>
        </w:rPr>
        <w:br/>
        <w:t>Фраза снова возвращает тему способности слышать. Иисус соразмеряет публичное наставление с воспринимающей способностью слушателей.</w:t>
      </w:r>
    </w:p>
    <w:p>
      <w:r>
        <w:t>34. Без притчи Он им не говорил, а наедине Своим ученикам разъяснял [ἐπέλυεν] всё.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ἐπέλυεν</w:t>
      </w:r>
      <w:r>
        <w:rPr>
          <w:sz w:val="20"/>
        </w:rPr>
        <w:t xml:space="preserve"> [epelyen]</w:t>
      </w:r>
      <w:r>
        <w:rPr>
          <w:sz w:val="20"/>
        </w:rPr>
        <w:br/>
        <w:t>ἐπιλύω означает разъяснять, истолковывать, разрешать трудность. Притча не означает отказ объяснять вообще: внутри круга учеников следует разъяснение.</w:t>
      </w:r>
    </w:p>
    <w:p>
      <w:r>
        <w:t>35. В тот же день, когда наступил вечер, Он сказал им: «Переправимся на другую сторону».</w:t>
      </w:r>
    </w:p>
    <w:p>
      <w:r>
        <w:t>36. Оставив толпу, они взяли Его с собой «как Он был, в лодке» [ὡς ἦν ἐν τῷ πλοίῳ]. С Ним были и другие лодки.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ὡς ἦν ἐν τῷ πλοίῳ</w:t>
      </w:r>
      <w:r>
        <w:rPr>
          <w:sz w:val="20"/>
        </w:rPr>
        <w:t xml:space="preserve"> [hōs ēn en tō ploiō]</w:t>
      </w:r>
      <w:r>
        <w:rPr>
          <w:sz w:val="20"/>
        </w:rPr>
        <w:br/>
        <w:t>Необычная марковская деталь: после долгого учения из лодки Его увозят, не меняя сцены — буквально «как Он был, в лодке».</w:t>
      </w:r>
    </w:p>
    <w:p>
      <w:r>
        <w:t>37. Поднялась сильная буря. Волны били в лодку, так что она уже наполнялась водой.</w:t>
      </w:r>
    </w:p>
    <w:p>
      <w:r>
        <w:t>38. А Он Сам [αὐτός] был на корме, спал на подушке. Его разбудили и сказали: «Учитель, Тебе нет дела [οὐ μέλει σοι], что мы погибаем?»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αὐτός</w:t>
      </w:r>
      <w:r>
        <w:rPr>
          <w:sz w:val="20"/>
        </w:rPr>
        <w:t xml:space="preserve"> [autos]</w:t>
      </w:r>
      <w:r>
        <w:rPr>
          <w:sz w:val="20"/>
        </w:rPr>
        <w:br/>
        <w:t>Отдельное αὐτός подчёркивает контраст: буря и паника вокруг, а Он Сам спит на корме.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οὐ μέλει σοι</w:t>
      </w:r>
      <w:r>
        <w:rPr>
          <w:sz w:val="20"/>
        </w:rPr>
        <w:t xml:space="preserve"> [ou melei soi]</w:t>
      </w:r>
      <w:r>
        <w:rPr>
          <w:sz w:val="20"/>
        </w:rPr>
        <w:br/>
        <w:t>Буквально «тебе не забота?/тебе нет дела?» Это упрёк не только в опасности, но и в предполагаемом безразличии Учителя.</w:t>
      </w:r>
    </w:p>
    <w:p>
      <w:r>
        <w:t>39. Проснувшись, Он запретил [ἐπετίμησεν] ветру и сказал морю: «Замолчи! Будь заглушено! [σιώπα, πεφίμωσο]» Ветер стих, и наступила великая тишина.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ἐπετίμησεν ... πεφίμωσο</w:t>
      </w:r>
      <w:r>
        <w:rPr>
          <w:sz w:val="20"/>
        </w:rPr>
        <w:t xml:space="preserve"> [epetimēsen ... pephimōso]</w:t>
      </w:r>
      <w:r>
        <w:rPr>
          <w:sz w:val="20"/>
        </w:rPr>
        <w:br/>
        <w:t>Язык удивительно близок к изгнанию нечистого духа в 1:25: Иисус «запрещает» и использует φιμόω — «заглушить, заставить замолчать». Марк литературно сближает власть над демоническим и природным хаосом, не утверждая тем самым, что сама буря была демоном.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1:25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γαλήνη μεγάλη</w:t>
      </w:r>
      <w:r>
        <w:rPr>
          <w:sz w:val="20"/>
        </w:rPr>
        <w:t xml:space="preserve"> [galēnē megalē]</w:t>
      </w:r>
      <w:r>
        <w:rPr>
          <w:sz w:val="20"/>
        </w:rPr>
        <w:br/>
        <w:t>После «великой бури» (λαῖλαψ μεγάλη) возникает «великая тишина/штиль». Контраст подчёркнут повтором μεγάλη.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4:37</w:t>
      </w:r>
    </w:p>
    <w:p>
      <w:r>
        <w:t>40. Он сказал им: «Почему вы такие боязливые? Неужели у вас ещё нет веры?»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οὔπω ... / πῶς οὐκ ...</w:t>
      </w:r>
      <w:r>
        <w:rPr>
          <w:sz w:val="20"/>
        </w:rPr>
        <w:t xml:space="preserve"> [oupō ... / pōs ouk ...]</w:t>
      </w:r>
      <w:r>
        <w:rPr>
          <w:sz w:val="20"/>
        </w:rPr>
        <w:br/>
        <w:t>SBLGNT/часть критической традиции: «ещё не имеете веры?»; TR содержит более развернутое «как у вас нет веры?». WGT-T следует форме «ещё нет веры».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Mark 4:40: union layer preserves both shorter critical and TR wording; WGT-T follows its SBLGNT base.</w:t>
      </w:r>
    </w:p>
    <w:p>
      <w:r>
        <w:t>41. И они «испугались великим страхом» [ἐφοβήθησαν φόβον μέγαν] и говорили друг другу: «Кто же Он такой, что даже ветер и море повинуются Ему?»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ἐφοβήθησαν φόβον μέγαν</w:t>
      </w:r>
      <w:r>
        <w:rPr>
          <w:sz w:val="20"/>
        </w:rPr>
        <w:t xml:space="preserve"> [ephobēthēsan phobon megan]</w:t>
      </w:r>
      <w:r>
        <w:rPr>
          <w:sz w:val="20"/>
        </w:rPr>
        <w:br/>
        <w:t>Семитизированная усилительная конструкция буквально «убоялись страхом великим». После исчезновения страха перед бурей появляется более глубокий страх перед вопросом: кто перед ними?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ἄνεμος καὶ ἡ θάλασσα ὑπακούει αὐτῷ</w:t>
      </w:r>
      <w:r>
        <w:rPr>
          <w:sz w:val="20"/>
        </w:rPr>
        <w:t xml:space="preserve"> [ho anemos kai hē thalassa hypakouei autō]</w:t>
      </w:r>
      <w:r>
        <w:rPr>
          <w:sz w:val="20"/>
        </w:rPr>
        <w:br/>
        <w:t>В Писании укрощение моря и бури относится к Божьей власти (Пс 106/107:23–30; Пс 88/89:9). Вопрос учеников оставлен открытым, но читателю дан сильный библейский фон для ответа.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107:23–30, Пс 89:9</w:t>
      </w:r>
    </w:p>
    <w:p>
      <w:pPr>
        <w:pStyle w:val="Heading2"/>
      </w:pPr>
      <w:r>
        <w:t>Глава 5</w:t>
      </w:r>
    </w:p>
    <w:p>
      <w:r>
        <w:t>1. Они переправились на другую сторону моря, в область Герасин.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Γερασηνῶν / Γαδαρηνῶν</w:t>
      </w:r>
      <w:r>
        <w:rPr>
          <w:sz w:val="20"/>
        </w:rPr>
        <w:t xml:space="preserve"> [Gerasēnōn / Gadarēnōn]</w:t>
      </w:r>
      <w:r>
        <w:rPr>
          <w:sz w:val="20"/>
        </w:rPr>
        <w:br/>
        <w:t>Географическое название имеет ранние варианты. WGT-T следует SBLGNT/NA28 «Герасин» и не смешивает его с «Гадарин» из поздней традиции.</w:t>
      </w:r>
    </w:p>
    <w:p>
      <w:r>
        <w:t>2. Как только Он вышел из лодки, из погребальных пещер Ему навстречу вышел человек «в нечистом духе» [ἐν πνεύματι ἀκαθάρτῳ].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ἐν πνεύματι ἀκαθάρτῳ</w:t>
      </w:r>
      <w:r>
        <w:rPr>
          <w:sz w:val="20"/>
        </w:rPr>
        <w:t xml:space="preserve"> [en pneumati akathartō]</w:t>
      </w:r>
      <w:r>
        <w:rPr>
          <w:sz w:val="20"/>
        </w:rPr>
        <w:br/>
        <w:t>Конструкция буквально «в нечистом духе», то есть человек находится под властью/в сфере действия нечистого духа. Русское «с нечистым духом» передаёт смысл естественно.</w:t>
      </w:r>
    </w:p>
    <w:p>
      <w:r>
        <w:t>3. Он жил среди гробниц, и уже никто не мог удержать его даже цепью.</w:t>
      </w:r>
    </w:p>
    <w:p>
      <w:r>
        <w:t>4. Его много раз связывали оковами и цепями, но он разрывал цепи и ломал оковы, и никто не мог его усмирить.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διεσπάσθαι ... συντετρῖφθαι</w:t>
      </w:r>
      <w:r>
        <w:rPr>
          <w:sz w:val="20"/>
        </w:rPr>
        <w:t xml:space="preserve"> [diespasthai ... syntetriphthai]</w:t>
      </w:r>
      <w:r>
        <w:rPr>
          <w:sz w:val="20"/>
        </w:rPr>
        <w:br/>
        <w:t>Два сильных глагола описывают полную неспособность человеческих средств удержать его: цепи разрывались, оковы дробились. Это подготавливает контраст с одним словом Иисуса.</w:t>
      </w:r>
    </w:p>
    <w:p>
      <w:r>
        <w:t>5. Днём и ночью он находился среди гробниц и на горах, кричал и бил себя камнями [κατακόπτων ἑαυτὸν λίθοις].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κατακόπτων ἑαυτὸν λίθοις</w:t>
      </w:r>
      <w:r>
        <w:rPr>
          <w:sz w:val="20"/>
        </w:rPr>
        <w:t xml:space="preserve"> [katakoptōn heauton lithois]</w:t>
      </w:r>
      <w:r>
        <w:rPr>
          <w:sz w:val="20"/>
        </w:rPr>
        <w:br/>
        <w:t>Глагол означает наносить себе удары/ранить себя камнями. Марк подчёркивает разрушительный характер состояния человека.</w:t>
      </w:r>
    </w:p>
    <w:p>
      <w:r>
        <w:t>6. Увидев Иисуса издали, он побежал к Нему и поклонился.</w:t>
      </w:r>
    </w:p>
    <w:p>
      <w:r>
        <w:t>7. Громко закричав, он сказал: «Что Тебе до меня [τί ἐμοὶ καὶ σοί — тот же семитский оборот], Иисус, Сын Бога Всевышнего? Заклинаю Тебя Богом: не мучь меня!»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τί ἐμοὶ καὶ σοί</w:t>
      </w:r>
      <w:r>
        <w:rPr>
          <w:sz w:val="20"/>
        </w:rPr>
        <w:t xml:space="preserve"> [ti emoi kai soi]</w:t>
      </w:r>
      <w:r>
        <w:rPr>
          <w:sz w:val="20"/>
        </w:rPr>
        <w:br/>
        <w:t>Тот же семитский оборот, что в 1:24: буквально «что мне и Тебе?», то есть «что у нас общего?/зачем Ты вмешиваешься?».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1:24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Ἰησοῦ, υἱὲ τοῦ θεοῦ τοῦ ὑψίστου</w:t>
      </w:r>
      <w:r>
        <w:rPr>
          <w:sz w:val="20"/>
        </w:rPr>
        <w:t xml:space="preserve"> [Iēsou, huie tou theou tou hypsistou]</w:t>
      </w:r>
      <w:r>
        <w:rPr>
          <w:sz w:val="20"/>
        </w:rPr>
        <w:br/>
        <w:t>Нечистый дух узнаёт Иисуса и называет Его Сыном Бога Всевышнего. В Марке демоническое распознавание личности Иисуса не равно вере или ученичеству.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1:24, Мк 3:11</w:t>
      </w:r>
    </w:p>
    <w:p>
      <w:r>
        <w:t>8. Потому что Он говорил ему: «Нечистый дух, выйди из этого человека!»</w:t>
      </w:r>
    </w:p>
    <w:p>
      <w:r>
        <w:t>9. Он спросил его: «Как тебя зовут?» Тот ответил: «Имя мне — Легион [λεγιών], потому что нас много».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λεγιών</w:t>
      </w:r>
      <w:r>
        <w:rPr>
          <w:sz w:val="20"/>
        </w:rPr>
        <w:t xml:space="preserve"> [legiōn]</w:t>
      </w:r>
      <w:r>
        <w:rPr>
          <w:sz w:val="20"/>
        </w:rPr>
        <w:br/>
        <w:t>λεγιών — латинское военное заимствование «легион». Здесь оно прежде всего подчёркивает множественность и организованную силу нечистых духов; текст не требует точного арифметического числа римского легиона.</w:t>
      </w:r>
    </w:p>
    <w:p>
      <w:r>
        <w:t>10. И он настойчиво просил Его не высылать их из этой области.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μὴ αὐτὰ ἀποστείλῃ ἔξω τῆς χώρας</w:t>
      </w:r>
      <w:r>
        <w:rPr>
          <w:sz w:val="20"/>
        </w:rPr>
        <w:t xml:space="preserve"> [mē auta aposteilē exō tēs chōras]</w:t>
      </w:r>
      <w:r>
        <w:rPr>
          <w:sz w:val="20"/>
        </w:rPr>
        <w:br/>
        <w:t>Единственное число просителя переключается на множественное αὐτά «их»: речь уже явно идёт о множестве духов, названных «Легионом».</w:t>
      </w:r>
    </w:p>
    <w:p>
      <w:r>
        <w:t>11. А там у горы паслось большое стадо свиней.</w:t>
      </w:r>
    </w:p>
    <w:p>
      <w:r>
        <w:t>12. Духи просили Его: «Пошли нас в свиней, чтобы мы вошли в них».</w:t>
      </w:r>
    </w:p>
    <w:p>
      <w:r>
        <w:t>13. Он позволил им. Нечистые духи вышли и вошли в свиней, и стадо — около двух тысяч — бросилось с обрыва в море и утонуло.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ἐπέτρεψεν αὐτοῖς</w:t>
      </w:r>
      <w:r>
        <w:rPr>
          <w:sz w:val="20"/>
        </w:rPr>
        <w:t xml:space="preserve"> [epetrepsen autois]</w:t>
      </w:r>
      <w:r>
        <w:rPr>
          <w:sz w:val="20"/>
        </w:rPr>
        <w:br/>
        <w:t>Иисус остаётся действующим с позиции власти: духи просят, а Он разрешает. Сцена продолжает линию ἐξουσία над нечистыми духами из первых глав.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1:27, Мк 3:15</w:t>
      </w:r>
    </w:p>
    <w:p>
      <w:r>
        <w:t>14. Пастухи убежали и рассказали об этом в городе и по окрестным селениям. Люди пришли посмотреть, что произошло.</w:t>
      </w:r>
    </w:p>
    <w:p>
      <w:r>
        <w:t>15. Они пришли к Иисусу и увидели того, кто был одержим демонами и в ком был Легион: он сидел, был одет и σωφρονοῦντα — в здравом уме, владеющий собой. И они испугались.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σωφρονοῦντα</w:t>
      </w:r>
      <w:r>
        <w:rPr>
          <w:sz w:val="20"/>
        </w:rPr>
        <w:t xml:space="preserve"> [sōphronounta]</w:t>
      </w:r>
      <w:r>
        <w:rPr>
          <w:sz w:val="20"/>
        </w:rPr>
        <w:br/>
        <w:t>σωφρονέω означает быть здравомыслящим, рассудительным, владеть собой. Контраст с 5:3–5 максимальный: тот, кого никто не мог удержать, теперь спокоен и собран.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5:3–5</w:t>
      </w:r>
    </w:p>
    <w:p>
      <w:r>
        <w:t>16. Очевидцы рассказали им, что произошло с одержимым и со свиньями.</w:t>
      </w:r>
    </w:p>
    <w:p>
      <w:r>
        <w:t>17. Тогда они стали просить Его уйти из их области.</w:t>
      </w:r>
    </w:p>
    <w:p>
      <w:r>
        <w:t>18. Когда Он садился в лодку, тот, кто прежде был одержим, просил позволить ему быть с Ним [ἵνα μετ᾽ αὐτοῦ ᾖ].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ἵνα μετ᾽ αὐτοῦ ᾖ</w:t>
      </w:r>
      <w:r>
        <w:rPr>
          <w:sz w:val="20"/>
        </w:rPr>
        <w:t xml:space="preserve"> [hina met' autou ē]</w:t>
      </w:r>
      <w:r>
        <w:rPr>
          <w:sz w:val="20"/>
        </w:rPr>
        <w:br/>
        <w:t>Фраза почти повторяет цель призвания Двенадцати в 3:14 — «чтобы они были с Ним». Здесь просьба понятна как просьба стать постоянным спутником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3:14</w:t>
      </w:r>
    </w:p>
    <w:p>
      <w:r>
        <w:t>19. Но Он не позволил и сказал ему: «Иди домой, к своим, и расскажи им, сколько Господь [ὁ κύριος] сделал для тебя и как помиловал тебя».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ὁ δὲ Ἰησοῦς / ὁ δὲ</w:t>
      </w:r>
      <w:r>
        <w:rPr>
          <w:sz w:val="20"/>
        </w:rPr>
        <w:t xml:space="preserve"> [ho de Iēsous / ho de]</w:t>
      </w:r>
      <w:r>
        <w:rPr>
          <w:sz w:val="20"/>
        </w:rPr>
        <w:br/>
        <w:t>TR/часть традиции называет Иисуса по имени; SBLGNT не имеет имени и продолжает местоименным субъектом. WGT-T следует SBLGNT.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ὅσα ὁ κύριός σοι πεποίηκεν</w:t>
      </w:r>
      <w:r>
        <w:rPr>
          <w:sz w:val="20"/>
        </w:rPr>
        <w:t xml:space="preserve"> [hosa ho kyrios soi pepoiēken]</w:t>
      </w:r>
      <w:r>
        <w:rPr>
          <w:sz w:val="20"/>
        </w:rPr>
        <w:br/>
        <w:t>Иисус велит рассказать, сколько «Господь» сделал для него. Следующий стих говорит, что человек рассказывает, сколько сделал для него Иисус. Марк сознательно сближает действие Господа и действие Иисуса, не объясняя это отдельной формулой.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5:20</w:t>
      </w:r>
    </w:p>
    <w:p>
      <w:r>
        <w:t>20. Он ушёл и начал провозглашать [κηρύσσειν] в Десятиградии, сколько сделал для него Иисус. И все удивлялись.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κηρύσσειν</w:t>
      </w:r>
      <w:r>
        <w:rPr>
          <w:sz w:val="20"/>
        </w:rPr>
        <w:t xml:space="preserve"> [kēryssein]</w:t>
      </w:r>
      <w:r>
        <w:rPr>
          <w:sz w:val="20"/>
        </w:rPr>
        <w:br/>
        <w:t>Человек получает не просьбу молчать, как многие исцелённые в еврейской среде, а поручение публично рассказывать. В языческом/смешанном Десятиградии он становится свидетелем действия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1:44, Мк 5:19</w:t>
      </w:r>
    </w:p>
    <w:p>
      <w:r>
        <w:t>21. Когда Иисус снова переправился в лодке на другую сторону, вокруг Него собралась большая толпа. Он был у моря.</w:t>
      </w:r>
    </w:p>
    <w:p>
      <w:r>
        <w:t>22. Пришёл один из начальников синагоги, по имени Иаир. Увидев Его, он упал к Его ногам</w:t>
      </w:r>
    </w:p>
    <w:p>
      <w:r>
        <w:t>23. и настойчиво просил: «Моя маленькая дочь [θυγάτριόν μου] при смерти. Приди, возложи на неё руки, чтобы она была спасена [σωθῇ] и жила».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θυγάτριόν</w:t>
      </w:r>
      <w:r>
        <w:rPr>
          <w:sz w:val="20"/>
        </w:rPr>
        <w:t xml:space="preserve"> [thygatrion]</w:t>
      </w:r>
      <w:r>
        <w:rPr>
          <w:sz w:val="20"/>
        </w:rPr>
        <w:br/>
        <w:t>Уменьшительная форма — «маленькая дочь/доченька». Она усиливает личный тон просьбы Иаира.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σωθῇ καὶ ζήσῃ</w:t>
      </w:r>
      <w:r>
        <w:rPr>
          <w:sz w:val="20"/>
        </w:rPr>
        <w:t xml:space="preserve"> [sōthē kai zēsē]</w:t>
      </w:r>
      <w:r>
        <w:rPr>
          <w:sz w:val="20"/>
        </w:rPr>
        <w:br/>
        <w:t>σῴζω здесь естественно значит «спастись/быть исцелённой», а ζάω — «жить». Эта связка подготавливает 5:34, где тот же глагол σῴζω звучит в отношении женщины.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5:34</w:t>
      </w:r>
    </w:p>
    <w:p>
      <w:r>
        <w:t>24. Он пошёл с ним. За Ним следовала большая толпа и буквально «сдавливала» Его [συνέθλιβον].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συνέθλιβον</w:t>
      </w:r>
      <w:r>
        <w:rPr>
          <w:sz w:val="20"/>
        </w:rPr>
        <w:t xml:space="preserve"> [synethlibon]</w:t>
      </w:r>
      <w:r>
        <w:rPr>
          <w:sz w:val="20"/>
        </w:rPr>
        <w:br/>
        <w:t>Глагол усиливает обычное «теснить»: толпа буквально сжимает Его со всех сторон. Это делает вопрос о прикосновении в 5:30 ещё более парадоксальным.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5:30–31</w:t>
      </w:r>
    </w:p>
    <w:p>
      <w:r>
        <w:t>25. Там была женщина, двенадцать лет страдавшая кровотечением.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δώδεκα ἔτη</w:t>
      </w:r>
      <w:r>
        <w:rPr>
          <w:sz w:val="20"/>
        </w:rPr>
        <w:t xml:space="preserve"> [dōdeka etē]</w:t>
      </w:r>
      <w:r>
        <w:rPr>
          <w:sz w:val="20"/>
        </w:rPr>
        <w:br/>
        <w:t>Женщина больна двенадцать лет, а девочке в конце эпизода двенадцать лет. Марк вкладывает историю женщины внутрь истории двенадцатилетней девочки, создавая намеренную параллель.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5:42</w:t>
      </w:r>
    </w:p>
    <w:p>
      <w:r>
        <w:t>26. Она много перенесла от многих врачей, истратила всё, что имела, но не получила никакой пользы — ей становилось только хуже.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πολλὰ παθοῦσα ... μηδὲν ὠφεληθεῖσα ... μᾶλλον εἰς τὸ χεῖρον</w:t>
      </w:r>
      <w:r>
        <w:rPr>
          <w:sz w:val="20"/>
        </w:rPr>
        <w:t xml:space="preserve"> [polla pathousa ... mēden ōphelētheisa ... mallon eis to cheiron]</w:t>
      </w:r>
      <w:r>
        <w:rPr>
          <w:sz w:val="20"/>
        </w:rPr>
        <w:br/>
        <w:t>Марк строит нарастание: много страдала → потратила всё → никакой пользы → стало хуже. Это подчёркивает исчерпанность человеческих ресурсов перед встречей с Иисусом.</w:t>
      </w:r>
    </w:p>
    <w:p>
      <w:r>
        <w:t>27. Услышав об Иисусе, она подошла сзади в толпе и прикоснулась к Его одежде.</w:t>
      </w:r>
    </w:p>
    <w:p>
      <w:r>
        <w:t>28. Она говорила: «Если прикоснусь хотя бы к Его одежде, σωθήσομαι — буду спасена/исцелена».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σωθήσομαι</w:t>
      </w:r>
      <w:r>
        <w:rPr>
          <w:sz w:val="20"/>
        </w:rPr>
        <w:t xml:space="preserve"> [sōthēsomai]</w:t>
      </w:r>
      <w:r>
        <w:rPr>
          <w:sz w:val="20"/>
        </w:rPr>
        <w:br/>
        <w:t>Будущая форма σῴζω может значить и «буду спасена», и в данном телесном контексте «буду исцелена». WGT-T сохраняет более широкое «буду спасена», чтобы не потерять связь с 5:34.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5:34</w:t>
      </w:r>
    </w:p>
    <w:p>
      <w:r>
        <w:t>29. И сразу «источник её крови высох» [ἐξηράνθη ἡ πηγὴ τοῦ αἵματος], и она почувствовала телом, что исцелилась от своего мучительного недуга [μάστιξ].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ἐξηράνθη ἡ πηγὴ τοῦ αἵματος</w:t>
      </w:r>
      <w:r>
        <w:rPr>
          <w:sz w:val="20"/>
        </w:rPr>
        <w:t xml:space="preserve"> [exēranthē hē pēgē tou haimatos]</w:t>
      </w:r>
      <w:r>
        <w:rPr>
          <w:sz w:val="20"/>
        </w:rPr>
        <w:br/>
        <w:t>Буквально «высох источник крови» — яркий физиологический образ мгновенного прекращения кровотечения.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μάστιξ</w:t>
      </w:r>
      <w:r>
        <w:rPr>
          <w:sz w:val="20"/>
        </w:rPr>
        <w:t xml:space="preserve"> [mastix]</w:t>
      </w:r>
      <w:r>
        <w:rPr>
          <w:sz w:val="20"/>
        </w:rPr>
        <w:br/>
        <w:t>То же слово «бич/мучительный недуг», которое уже использовано в 3:10. Болезнь описана как то, что мучительно поражает человека.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3:10</w:t>
      </w:r>
    </w:p>
    <w:p>
      <w:r>
        <w:t>30. Иисус сразу осознал в Себе, что из Него вышла δύναμις — сила/могущество. Повернувшись к толпе, Он спросил: «Кто прикоснулся к Моей одежде?»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δύναμις</w:t>
      </w:r>
      <w:r>
        <w:rPr>
          <w:sz w:val="20"/>
        </w:rPr>
        <w:t xml:space="preserve"> [dynamis]</w:t>
      </w:r>
      <w:r>
        <w:rPr>
          <w:sz w:val="20"/>
        </w:rPr>
        <w:br/>
        <w:t>δύναμις — сила, могущество, действенная способность. Марк описывает исцеление как реальное действие силы, вышедшей из Иисуса, а не как магическое свойство ткани.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τίς μου ἥψατο τῶν ἱματίων</w:t>
      </w:r>
      <w:r>
        <w:rPr>
          <w:sz w:val="20"/>
        </w:rPr>
        <w:t xml:space="preserve"> [tis mou hēpsato tōn himatiōn]</w:t>
      </w:r>
      <w:r>
        <w:rPr>
          <w:sz w:val="20"/>
        </w:rPr>
        <w:br/>
        <w:t>На фоне толпы, которая физически сдавливает Иисуса, вопрос различает обычный контакт и прикосновение, связанное с верой.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5:24, Мк 5:31, Мк 5:34</w:t>
      </w:r>
    </w:p>
    <w:p>
      <w:r>
        <w:t>31. Ученики сказали Ему: «Ты видишь, как толпа теснит Тебя, и спрашиваешь: “Кто прикоснулся ко Мне?”»</w:t>
      </w:r>
    </w:p>
    <w:p>
      <w:r>
        <w:t>32. Но Он оглядывался, чтобы увидеть ту, которая это сделала.</w:t>
      </w:r>
    </w:p>
    <w:p>
      <w:r>
        <w:t>33. Женщина, зная, что с ней произошло, подошла в страхе и трепете, упала перед Ним и рассказала Ему всю правду.</w:t>
      </w:r>
    </w:p>
    <w:p>
      <w:r>
        <w:t>34. Он сказал ей: «Дочь, твоя вера спасла тебя [ἡ πίστις σου σέσωκέν σε]. Иди в мир [εἰς εἰρήνην] и будь здорова от своего недуга».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σέσωκέν σε</w:t>
      </w:r>
      <w:r>
        <w:rPr>
          <w:sz w:val="20"/>
        </w:rPr>
        <w:t xml:space="preserve"> [sesōken se]</w:t>
      </w:r>
      <w:r>
        <w:rPr>
          <w:sz w:val="20"/>
        </w:rPr>
        <w:br/>
        <w:t>Перфект σῴζω: «спасла тебя» с продолжающимся результатом. В этой сцене спасение включает телесное исцеление, но слово шире простого «вылечила».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5:28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ὕπαγε εἰς εἰρήνην</w:t>
      </w:r>
      <w:r>
        <w:rPr>
          <w:sz w:val="20"/>
        </w:rPr>
        <w:t xml:space="preserve"> [hypage eis eirēnēn]</w:t>
      </w:r>
      <w:r>
        <w:rPr>
          <w:sz w:val="20"/>
        </w:rPr>
        <w:br/>
        <w:t>Буквально «иди в мир». Это больше, чем «до свидания»: формула отпускает её в состояние восстановленного мира/целостности.</w:t>
      </w:r>
    </w:p>
    <w:p>
      <w:r>
        <w:t>35. Пока Он ещё говорил, пришли люди из дома начальника синагоги и сказали: «Твоя дочь умерла. Зачем ещё беспокоить Учителя?»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ἔτι αὐτοῦ λαλοῦντος</w:t>
      </w:r>
      <w:r>
        <w:rPr>
          <w:sz w:val="20"/>
        </w:rPr>
        <w:t xml:space="preserve"> [eti autou lalountos]</w:t>
      </w:r>
      <w:r>
        <w:rPr>
          <w:sz w:val="20"/>
        </w:rPr>
        <w:br/>
        <w:t>Весть о смерти приходит, пока Иисус ещё говорит с женщиной. Марк намеренно задерживает историю Иаира вставной сценой, усиливая кризис до невозможного человеческими силами.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5:21–24, Мк 5:25–34</w:t>
      </w:r>
    </w:p>
    <w:p>
      <w:r>
        <w:t>36. Но Иисус, услышав и не приняв как окончательное [παρακούσας] сказанное, сказал начальнику синагоги: «Не бойся, только верь».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παρακούσας</w:t>
      </w:r>
      <w:r>
        <w:rPr>
          <w:sz w:val="20"/>
        </w:rPr>
        <w:t xml:space="preserve"> [parakousas]</w:t>
      </w:r>
      <w:r>
        <w:rPr>
          <w:sz w:val="20"/>
        </w:rPr>
        <w:br/>
        <w:t>Глагол допускает оттенки «услышав краем уха/подслушав» и «услышав, не приняв во внимание». Контекст поддерживает смысл: Иисус слышит сообщение, но не принимает его как последнее слово.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μὴ φοβοῦ, μόνον πίστευε</w:t>
      </w:r>
      <w:r>
        <w:rPr>
          <w:sz w:val="20"/>
        </w:rPr>
        <w:t xml:space="preserve"> [mē phobou, monon pisteue]</w:t>
      </w:r>
      <w:r>
        <w:rPr>
          <w:sz w:val="20"/>
        </w:rPr>
        <w:br/>
        <w:t>Два императива противопоставлены: «не бойся — только верь». После истории женщины вера становится ключом и для Иаира.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5:34</w:t>
      </w:r>
    </w:p>
    <w:p>
      <w:r>
        <w:t>37. Он никому не позволил идти с Ним, кроме Петра, Иакова и Иоанна, брата Иакова.</w:t>
      </w:r>
    </w:p>
    <w:p>
      <w:r>
        <w:t>38. Они пришли в дом начальника синагоги. Он увидел смятение, людей, которые плакали и громко причитали.</w:t>
      </w:r>
    </w:p>
    <w:p>
      <w:r>
        <w:t>39. Войдя, Он сказал им: «Почему вы шумите и плачете? Ребёнок не умер, а спит [καθεύδει]».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οὐκ ἀπέθανεν ἀλλὰ καθεύδει</w:t>
      </w:r>
      <w:r>
        <w:rPr>
          <w:sz w:val="20"/>
        </w:rPr>
        <w:t xml:space="preserve"> [ouk apethanen alla katheudei]</w:t>
      </w:r>
      <w:r>
        <w:rPr>
          <w:sz w:val="20"/>
        </w:rPr>
        <w:br/>
        <w:t>Иисус не отрицает реальность смерти как медицинского факта повествования; «спит» функционирует как образ временности смерти перед Его властью разбудить ребёнка.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5:35, Мк 5:41–42</w:t>
      </w:r>
    </w:p>
    <w:p>
      <w:r>
        <w:t>40. Они смеялись над Ним. Но Он вывел всех, взял отца и мать ребёнка и тех, кто был с Ним, и вошёл туда, где лежала девочка.</w:t>
      </w:r>
    </w:p>
    <w:p>
      <w:r>
        <w:t>41. Взяв девочку за руку, Он сказал ей по-арамейски: «Ταλιθὰ κούμ — Талита кум», что Марк переводит: «Девочка, тебе говорю: встань».</w:t>
      </w:r>
    </w:p>
    <w:p>
      <w:pPr>
        <w:ind w:left="360"/>
      </w:pPr>
      <w:r>
        <w:rPr>
          <w:b/>
          <w:sz w:val="20"/>
        </w:rPr>
        <w:t>Арамейский язык</w:t>
      </w:r>
      <w:r>
        <w:rPr>
          <w:i/>
          <w:sz w:val="20"/>
        </w:rPr>
        <w:t xml:space="preserve"> ταλιθα κουμ</w:t>
      </w:r>
      <w:r>
        <w:rPr>
          <w:sz w:val="20"/>
        </w:rPr>
        <w:t xml:space="preserve"> [talitha koum]</w:t>
      </w:r>
      <w:r>
        <w:rPr>
          <w:sz w:val="20"/>
        </w:rPr>
        <w:br/>
        <w:t>Марк сохраняет арамейские слова Иисуса и сразу переводит их для читателя. Ταλιθά — обращение к девочке; κοῦμ — «встань/поднимись».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ἔγειρε</w:t>
      </w:r>
      <w:r>
        <w:rPr>
          <w:sz w:val="20"/>
        </w:rPr>
        <w:t xml:space="preserve"> [egeire]</w:t>
      </w:r>
      <w:r>
        <w:rPr>
          <w:sz w:val="20"/>
        </w:rPr>
        <w:br/>
        <w:t>Греческое пояснение заканчивается ἔγειρε — «встань/поднимись», тем же корнем ἐγείρω, который Марк использует для поднятия и воскресения.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2:9, Мк 16:6</w:t>
      </w:r>
    </w:p>
    <w:p>
      <w:r>
        <w:t>42. Девочка сразу встала [ἀνέστη] и стала ходить — ей было двенадцать лет. Их охватило буквально «великое изумление» [ἐξέστησαν ... ἐκστάσει μεγάλῃ].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δώδεκα</w:t>
      </w:r>
      <w:r>
        <w:rPr>
          <w:sz w:val="20"/>
        </w:rPr>
        <w:t xml:space="preserve"> [dōdeka]</w:t>
      </w:r>
      <w:r>
        <w:rPr>
          <w:sz w:val="20"/>
        </w:rPr>
        <w:br/>
        <w:t>Её возраст — двенадцать лет — замыкает связь с женщиной, страдавшей двенадцать лет. Одна история начинается там, где длится вся жизнь другой.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5:25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ἐξέστησαν ... ἐκστάσει μεγάλῃ</w:t>
      </w:r>
      <w:r>
        <w:rPr>
          <w:sz w:val="20"/>
        </w:rPr>
        <w:t xml:space="preserve"> [exestēsan ... ekstasei megalē]</w:t>
      </w:r>
      <w:r>
        <w:rPr>
          <w:sz w:val="20"/>
        </w:rPr>
        <w:br/>
        <w:t>Усилительная конструкция сочетает родственные слова: «пришли в экстатическое/великое изумление». Марк подчёркивает потрясение очевидцев.</w:t>
      </w:r>
    </w:p>
    <w:p>
      <w:r>
        <w:t>43. Он строго [πολλὰ] велел им, чтобы никто об этом не узнал, и сказал дать девочке поесть.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διεστείλατο αὐτοῖς πολλὰ</w:t>
      </w:r>
      <w:r>
        <w:rPr>
          <w:sz w:val="20"/>
        </w:rPr>
        <w:t xml:space="preserve"> [diesteilato autois polla]</w:t>
      </w:r>
      <w:r>
        <w:rPr>
          <w:sz w:val="20"/>
        </w:rPr>
        <w:br/>
        <w:t>πολλά здесь усиливает приказ: «строго/настойчиво приказал». После публичного исцеления женщины воскресение девочки, напротив, ограничивается кругом свидетелей.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δοθῆναι αὐτῇ φαγεῖν</w:t>
      </w:r>
      <w:r>
        <w:rPr>
          <w:sz w:val="20"/>
        </w:rPr>
        <w:t xml:space="preserve"> [dothēnai autē phagein]</w:t>
      </w:r>
      <w:r>
        <w:rPr>
          <w:sz w:val="20"/>
        </w:rPr>
        <w:br/>
        <w:t>Простое распоряжение дать ей поесть подчёркивает полноту возвращения к обычной телесной жизни после драматической сцены.</w:t>
      </w:r>
    </w:p>
    <w:p>
      <w:pPr>
        <w:pStyle w:val="Heading2"/>
      </w:pPr>
      <w:r>
        <w:t>Глава 6</w:t>
      </w:r>
    </w:p>
    <w:p>
      <w:r>
        <w:t>1. Он ушёл оттуда и пришёл в Свою родную местность. Ученики следовали за Ним.</w:t>
      </w:r>
    </w:p>
    <w:p>
      <w:r>
        <w:t>2. Когда наступила суббота, Он начал учить в синагоге. Многие, слушая Его, поражались и говорили: «Откуда у Него всё это? Что это за мудрость, данная Ему? И как такие чудеса совершаются Его руками?</w:t>
      </w:r>
    </w:p>
    <w:p>
      <w:r>
        <w:t>3. «Разве Он не τέκτων — мастер/плотник, сын Марии, брат Иакова, Иосии, Иуды и Симона? Разве Его сёстры не здесь с нами?» И они σκανδαλίζοντο — спотыкались о Него, отвергали Его.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τέκτων</w:t>
      </w:r>
      <w:r>
        <w:rPr>
          <w:sz w:val="20"/>
        </w:rPr>
        <w:t xml:space="preserve"> [tektōn]</w:t>
      </w:r>
      <w:r>
        <w:rPr>
          <w:sz w:val="20"/>
        </w:rPr>
        <w:br/>
        <w:t>τέκτων — ремесленник по дереву и другим твёрдым материалам; традиционное «плотник» здесь естественно, но слово немного шире современного узкого обозначения профессии.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ἐσκανδαλίζοντο ἐν αὐτῷ</w:t>
      </w:r>
      <w:r>
        <w:rPr>
          <w:sz w:val="20"/>
        </w:rPr>
        <w:t xml:space="preserve"> [eskandalizonto en autō]</w:t>
      </w:r>
      <w:r>
        <w:rPr>
          <w:sz w:val="20"/>
        </w:rPr>
        <w:br/>
        <w:t>Буквально «спотыкались о Него / находили в Нём повод к падению». Здесь смысл — отвергали, не принимали Его именно из-за Его знакомого происхождения.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4:17</w:t>
      </w:r>
    </w:p>
    <w:p>
      <w:r>
        <w:t>4. Иисус сказал им: «Пророк не бывает без чести, кроме как в своей родной местности, среди своих родственников и в своём доме».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ἐν τῇ πατρίδι ... ἐν τοῖς συγγενεῦσιν ... ἐν τῇ οἰκίᾳ</w:t>
      </w:r>
      <w:r>
        <w:rPr>
          <w:sz w:val="20"/>
        </w:rPr>
        <w:t xml:space="preserve"> [en tē patridi ... en tois syngeneusin ... en tē oikia]</w:t>
      </w:r>
      <w:r>
        <w:rPr>
          <w:sz w:val="20"/>
        </w:rPr>
        <w:br/>
        <w:t>Тройное сужение: родная местность → родственники → собственный дом. Чем ближе круг знакомства, тем сильнее парадокс отсутствия чести.</w:t>
      </w:r>
    </w:p>
    <w:p>
      <w:r>
        <w:t>5. И Он не мог [οὐκ ἐδύνατο] совершить там никакой силы/чуда [δύναμις], кроме того что возложил руки на нескольких больных и исцелил их.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οὐκ ἐδύνατο ... ποιῆσαι οὐδεμίαν δύναμιν</w:t>
      </w:r>
      <w:r>
        <w:rPr>
          <w:sz w:val="20"/>
        </w:rPr>
        <w:t xml:space="preserve"> [ouk edynato ... poiēsai oudemian dynamin]</w:t>
      </w:r>
      <w:r>
        <w:rPr>
          <w:sz w:val="20"/>
        </w:rPr>
        <w:br/>
        <w:t>Марк формулирует жёстко: «не мог совершить там никакой силы». Следующий стих связывает ситуацию с их неверием; текст не говорит о потере способности Иисуса вообще.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6:6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δύναμις</w:t>
      </w:r>
      <w:r>
        <w:rPr>
          <w:sz w:val="20"/>
        </w:rPr>
        <w:t xml:space="preserve"> [dynamis]</w:t>
      </w:r>
      <w:r>
        <w:rPr>
          <w:sz w:val="20"/>
        </w:rPr>
        <w:br/>
        <w:t>δύναμις здесь — могущественное деяние/чудо, тот же словарь силы, который встречался в 5:30.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5:30</w:t>
      </w:r>
    </w:p>
    <w:p>
      <w:r>
        <w:t>6. Он удивлялся их неверию [ἀπιστία]. Затем ходил по окрестным селениям и учил.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ἀπιστία</w:t>
      </w:r>
      <w:r>
        <w:rPr>
          <w:sz w:val="20"/>
        </w:rPr>
        <w:t xml:space="preserve"> [apistia]</w:t>
      </w:r>
      <w:r>
        <w:rPr>
          <w:sz w:val="20"/>
        </w:rPr>
        <w:br/>
        <w:t>ἀπιστία — неверие, отсутствие доверия/веры. Марк делает именно её объясняющим фоном к 6:5.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6:5</w:t>
      </w:r>
    </w:p>
    <w:p>
      <w:r>
        <w:t>7. Подозвав Двенадцать, Он начал посылать их по двое и давал им ἐξουσία — власть/полномочие — над нечистыми духами.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ἐξουσίαν τῶν πνευμάτων τῶν ἀκαθάρτων</w:t>
      </w:r>
      <w:r>
        <w:rPr>
          <w:sz w:val="20"/>
        </w:rPr>
        <w:t xml:space="preserve"> [exousian tōn pneumatōn tōn akathartōn]</w:t>
      </w:r>
      <w:r>
        <w:rPr>
          <w:sz w:val="20"/>
        </w:rPr>
        <w:br/>
        <w:t>Делегированная власть Двенадцати продолжает тему 3:15: они действуют не автономно, а в полученной от Иисуса власти.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3:15</w:t>
      </w:r>
    </w:p>
    <w:p>
      <w:r>
        <w:t>8. Он велел им ничего не брать в дорогу, кроме одного посоха: ни хлеба, ни сумки, ни денег в поясе,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μηδὲν ... εἰ μὴ ῥάβδον μόνον</w:t>
      </w:r>
      <w:r>
        <w:rPr>
          <w:sz w:val="20"/>
        </w:rPr>
        <w:t xml:space="preserve"> [mēden ... ei mē rhabdon monon]</w:t>
      </w:r>
      <w:r>
        <w:rPr>
          <w:sz w:val="20"/>
        </w:rPr>
        <w:br/>
        <w:t>Минимум снаряжения делает посланников зависимыми от гостеприимства и подчёркивает срочность миссии.</w:t>
      </w:r>
    </w:p>
    <w:p>
      <w:r>
        <w:t>9. обуть сандалии и не надевать двух рубах.</w:t>
      </w:r>
    </w:p>
    <w:p>
      <w:r>
        <w:t>10. Он говорил им: «Если войдёте в какой-нибудь дом, оставайтесь там, пока не уйдёте из того места.</w:t>
      </w:r>
    </w:p>
    <w:p>
      <w:r>
        <w:t>11. А если где-то вас не примут и не станут слушать, уходя оттуда, стряхните пыль с ваших ног — им εἰς μαρτύριον, во свидетельство».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εἰς μαρτύριον αὐτοῖς</w:t>
      </w:r>
      <w:r>
        <w:rPr>
          <w:sz w:val="20"/>
        </w:rPr>
        <w:t xml:space="preserve"> [eis martyrion autois]</w:t>
      </w:r>
      <w:r>
        <w:rPr>
          <w:sz w:val="20"/>
        </w:rPr>
        <w:br/>
        <w:t>Как и в 1:44, μαρτύριον — свидетельство/удостоверяющий знак. Жест фиксирует факт отказа слушать, а не разрешает мстить отвергшим.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1:44</w:t>
      </w:r>
    </w:p>
    <w:p>
      <w:r>
        <w:t>12. Они пошли и проповедовали [ἐκήρυξαν], чтобы люди покаялись [μετανοῶσιν].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ἐκήρυξαν ἵνα μετανοῶσιν</w:t>
      </w:r>
      <w:r>
        <w:rPr>
          <w:sz w:val="20"/>
        </w:rPr>
        <w:t xml:space="preserve"> [ekēryxan hina metanoōsin]</w:t>
      </w:r>
      <w:r>
        <w:rPr>
          <w:sz w:val="20"/>
        </w:rPr>
        <w:br/>
        <w:t>Миссия Двенадцати прямо продолжает первую проповедь Иисуса: провозглашение и призыв к покаянию.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1:14–15</w:t>
      </w:r>
    </w:p>
    <w:p>
      <w:r>
        <w:t>13. Они изгоняли многих демонов, многих больных помазывали маслом и исцеляли.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ἤλειφον ἐλαίῳ</w:t>
      </w:r>
      <w:r>
        <w:rPr>
          <w:sz w:val="20"/>
        </w:rPr>
        <w:t xml:space="preserve"> [ēleiphon elaiō]</w:t>
      </w:r>
      <w:r>
        <w:rPr>
          <w:sz w:val="20"/>
        </w:rPr>
        <w:br/>
        <w:t>Помазание маслом было обычным знаком ухода и здесь сопровождает исцеление. Марк сообщает практику, но не объясняет масло как самостоятельный источник силы.</w:t>
      </w:r>
    </w:p>
    <w:p>
      <w:r>
        <w:t>14. Об этом услышал царь Ирод, потому что Его имя стало широко известно. Одни говорили: «Это Иоанн Креститель воскрес из мёртвых, поэтому в Нём действуют силы [δυνάμεις]».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δυνάμεις</w:t>
      </w:r>
      <w:r>
        <w:rPr>
          <w:sz w:val="20"/>
        </w:rPr>
        <w:t xml:space="preserve"> [dynameis]</w:t>
      </w:r>
      <w:r>
        <w:rPr>
          <w:sz w:val="20"/>
        </w:rPr>
        <w:br/>
        <w:t>Множественное число означает могущественные деяния/чудесные силы, а не абстрактную философскую «энергию».</w:t>
      </w:r>
    </w:p>
    <w:p>
      <w:r>
        <w:t>15. Другие говорили: «Это Илия», а третьи: «Это пророк, как один из прежних пророков».</w:t>
      </w:r>
    </w:p>
    <w:p>
      <w:r>
        <w:t>16. Услышав это, Ирод сказал: «Иоанн, которого я казнил, воскрес».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ὃν ἐγὼ ἀπεκεφάλισα ... ἠγέρθη</w:t>
      </w:r>
      <w:r>
        <w:rPr>
          <w:sz w:val="20"/>
        </w:rPr>
        <w:t xml:space="preserve"> [hon egō apekephalisa ... ēgerthē]</w:t>
      </w:r>
      <w:r>
        <w:rPr>
          <w:sz w:val="20"/>
        </w:rPr>
        <w:br/>
        <w:t>Критический текст краток и резок. Поздняя традиция расширяет фразу словами «это он» и «из мёртвых». WGT-T не смешивает эти формы.</w:t>
      </w:r>
    </w:p>
    <w:p>
      <w:r>
        <w:t>17. Сам Ирод прежде послал людей схватить Иоанна и заключил его в тюрьму из-за Иродиады, жены своего брата Филиппа, потому что женился на ней.</w:t>
      </w:r>
    </w:p>
    <w:p>
      <w:r>
        <w:t>18. Иоанн говорил Ироду: «Тебе нельзя иметь жену своего брата».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οὐκ ἔξεστίν σοι</w:t>
      </w:r>
      <w:r>
        <w:rPr>
          <w:sz w:val="20"/>
        </w:rPr>
        <w:t xml:space="preserve"> [ouk exestin soi]</w:t>
      </w:r>
      <w:r>
        <w:rPr>
          <w:sz w:val="20"/>
        </w:rPr>
        <w:br/>
        <w:t>Иоанн говорит языком дозволенности по Закону: «тебе не позволено/не законно иметь жену брата».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18:16, Лев 20:21</w:t>
      </w:r>
    </w:p>
    <w:p>
      <w:r>
        <w:t>19. Иродиада затаила на него злобу и хотела его погубить, но не могла,</w:t>
      </w:r>
    </w:p>
    <w:p>
      <w:r>
        <w:t>20. Ирод боялся Иоанна, зная, что тот праведный и святой человек, и оберегал его. Слушая его, Ирод сильно недоумевал [ἠπόρει], но всё же слушал с удовольствием.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ἠπόρει / ἐποίει</w:t>
      </w:r>
      <w:r>
        <w:rPr>
          <w:sz w:val="20"/>
        </w:rPr>
        <w:t xml:space="preserve"> [ēporei / epoiei]</w:t>
      </w:r>
      <w:r>
        <w:rPr>
          <w:sz w:val="20"/>
        </w:rPr>
        <w:br/>
        <w:t>Раннее чтение ἠπόρει — «недоумевал, был в затруднении»; позднее распространено ἐποίει — «многое делал». WGT-T следует ἠπόρει.</w:t>
      </w:r>
    </w:p>
    <w:p>
      <w:r>
        <w:t>21. Настал εὔκαιρος ἡμέρα — «удобный/подходящий день». В свой день рождения Ирод устроил пир для своих вельмож, военачальников и знатных людей Галилеи.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ἡμέρας εὐκαίρου</w:t>
      </w:r>
      <w:r>
        <w:rPr>
          <w:sz w:val="20"/>
        </w:rPr>
        <w:t xml:space="preserve"> [hēmeras eukairou]</w:t>
      </w:r>
      <w:r>
        <w:rPr>
          <w:sz w:val="20"/>
        </w:rPr>
        <w:br/>
        <w:t>«Удобный день» назван так с точки зрения замысла Иродиады: появляется подходящий момент добиться желаемого.</w:t>
      </w:r>
    </w:p>
    <w:p>
      <w:r>
        <w:t>22. Дочь Иродиады вошла, танцевала и понравилась Ироду и гостям. Царь сказал девушке: «Проси у меня чего хочешь, и я дам тебе».</w:t>
      </w:r>
    </w:p>
    <w:p>
      <w:r>
        <w:t>23. И поклялся ей: «Чего бы ты у меня ни попросила, дам тебе, вплоть до половины моего царства».</w:t>
      </w:r>
    </w:p>
    <w:p>
      <w:r>
        <w:t>24. Она вышла и спросила мать: «Чего мне попросить?» Та ответила: «Голову Иоанна Крестителя».</w:t>
      </w:r>
    </w:p>
    <w:p>
      <w:r>
        <w:t>25. Девушка сразу поспешила к царю и попросила: «Хочу, чтобы ты сейчас же дал мне на блюде голову Иоанна Крестителя».</w:t>
      </w:r>
    </w:p>
    <w:p>
      <w:r>
        <w:t>26. Царь стал περίλυπος — глубоко опечален, — но из-за клятв и гостей не захотел отказать ей.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περίλυπος</w:t>
      </w:r>
      <w:r>
        <w:rPr>
          <w:sz w:val="20"/>
        </w:rPr>
        <w:t xml:space="preserve"> [perilypos]</w:t>
      </w:r>
      <w:r>
        <w:rPr>
          <w:sz w:val="20"/>
        </w:rPr>
        <w:br/>
        <w:t>περίλυπος — сильно, глубоко опечаленный. То же слово Марк позже использует о скорби Иисуса в Гефсимании.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14:34</w:t>
      </w:r>
    </w:p>
    <w:p>
      <w:r>
        <w:t>27. Он сразу послал стражника и велел исполнить просьбу. Тот пошёл в тюрьму и казнил Иоанна.</w:t>
      </w:r>
    </w:p>
    <w:p>
      <w:r>
        <w:t>28. Затем он принёс на блюде то, что она просила, и отдал девушке, а девушка отдала матери.</w:t>
      </w:r>
    </w:p>
    <w:p>
      <w:r>
        <w:t>29. Когда ученики Иоанна услышали об этом, они пришли, забрали его тело и положили в гробницу.</w:t>
      </w:r>
    </w:p>
    <w:p>
      <w:r>
        <w:t>30. Апостолы собрались у Иисуса и рассказали Ему обо всём, что сделали и чему учили.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οἱ ἀπόστολοι</w:t>
      </w:r>
      <w:r>
        <w:rPr>
          <w:sz w:val="20"/>
        </w:rPr>
        <w:t xml:space="preserve"> [hoi apostoloi]</w:t>
      </w:r>
      <w:r>
        <w:rPr>
          <w:sz w:val="20"/>
        </w:rPr>
        <w:br/>
        <w:t>Здесь Марк называет Двенадцать «апостолами» — посланными — именно в момент их возвращения с миссии, что соответствует смыслу ἀποστέλλω «посылать».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6:7</w:t>
      </w:r>
    </w:p>
    <w:p>
      <w:r>
        <w:t>31. Он сказал им: «Пойдите сами, отдельно [ὑμεῖς αὐτοὶ κατ᾽ ἰδίαν], в безлюдное место и немного отдохните». Потому что приходящих и уходящих было так много, что у них не было времени даже поесть.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ὑμεῖς αὐτοὶ κατ᾽ ἰδίαν</w:t>
      </w:r>
      <w:r>
        <w:rPr>
          <w:sz w:val="20"/>
        </w:rPr>
        <w:t xml:space="preserve"> [hymeis autoi kat' idian]</w:t>
      </w:r>
      <w:r>
        <w:rPr>
          <w:sz w:val="20"/>
        </w:rPr>
        <w:br/>
        <w:t>Подчёркнуто: «вы сами, отдельно». После миссии Иисус сознательно ведёт учеников к отдыху, хотя толпа снова нарушит этот план.</w:t>
      </w:r>
    </w:p>
    <w:p>
      <w:r>
        <w:t>32. И они одни отплыли в лодке в безлюдное место.</w:t>
      </w:r>
    </w:p>
    <w:p>
      <w:r>
        <w:t>33. Но многие увидели, как они отплывают, узнали их и из всех городов побежали туда пешком, опередив их.</w:t>
      </w:r>
    </w:p>
    <w:p>
      <w:r>
        <w:t>34. Выйдя на берег, Он увидел большую толпу и сжалился над людьми [ἐσπλαγχνίσθη], потому что они были как овцы без пастуха. И начал многому их учить.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ὡς πρόβατα μὴ ἔχοντα ποιμένα</w:t>
      </w:r>
      <w:r>
        <w:rPr>
          <w:sz w:val="20"/>
        </w:rPr>
        <w:t xml:space="preserve"> [hōs probata mē echonta poimena]</w:t>
      </w:r>
      <w:r>
        <w:rPr>
          <w:sz w:val="20"/>
        </w:rPr>
        <w:br/>
        <w:t>«Овцы без пастуха» — сильный ветхозаветный образ народа без верного руководства, особенно Чис 27:17 и Иез 34. Ответ Иисуса начинается с учения.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Чис 27:17, Иез 34:5, Иез 34:23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ἐσπλαγχνίσθη</w:t>
      </w:r>
      <w:r>
        <w:rPr>
          <w:sz w:val="20"/>
        </w:rPr>
        <w:t xml:space="preserve"> [esplagchnisthē]</w:t>
      </w:r>
      <w:r>
        <w:rPr>
          <w:sz w:val="20"/>
        </w:rPr>
        <w:br/>
        <w:t>Сильный глагол сострадания: внутренне сжалился. Сострадание приводит не только к насыщению, но сначала к длительному наставлению.</w:t>
      </w:r>
    </w:p>
    <w:p>
      <w:r>
        <w:t>35. Когда стало уже поздно, ученики подошли к Нему и сказали: «Место здесь безлюдное, и уже поздний час.</w:t>
      </w:r>
    </w:p>
    <w:p>
      <w:r>
        <w:t>36. Отпусти людей, чтобы они пошли в окрестные селения и деревни и купили себе еды».</w:t>
      </w:r>
    </w:p>
    <w:p>
      <w:r>
        <w:t>37. Но Он ответил им: «Вы [ὑμεῖς] дайте им есть». Они сказали: «Неужели нам пойти купить хлеба на двести динариев и дать им есть?»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δότε αὐτοῖς ὑμεῖς φαγεῖν</w:t>
      </w:r>
      <w:r>
        <w:rPr>
          <w:sz w:val="20"/>
        </w:rPr>
        <w:t xml:space="preserve"> [dote autois hymeis phagein]</w:t>
      </w:r>
      <w:r>
        <w:rPr>
          <w:sz w:val="20"/>
        </w:rPr>
        <w:br/>
        <w:t>Отдельное ὑμεῖς подчёркивает именно учеников: «вы дайте им есть». Иисус вовлекает их в действие, а не просто решает проблему вместо них.</w:t>
      </w:r>
    </w:p>
    <w:p>
      <w:r>
        <w:t>38. Он спросил: «Сколько у вас хлебов? Пойдите посмотрите». Узнав, они сказали: «Пять хлебов и две рыбы».</w:t>
      </w:r>
    </w:p>
    <w:p>
      <w:r>
        <w:t>39. Тогда Он велел рассадить всех συμπόσια συμπόσια — «пиршественными группами», — на зелёной траве.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συμπόσια συμπόσια</w:t>
      </w:r>
      <w:r>
        <w:rPr>
          <w:sz w:val="20"/>
        </w:rPr>
        <w:t xml:space="preserve"> [symposia symposia]</w:t>
      </w:r>
      <w:r>
        <w:rPr>
          <w:sz w:val="20"/>
        </w:rPr>
        <w:br/>
        <w:t>Повтор означает организованные группы за трапезой. Слово связано с совместным застольем и делает сцену похожей на устроенный пир.</w:t>
      </w:r>
    </w:p>
    <w:p>
      <w:r>
        <w:t>40. Люди расположились πρασιαὶ πρασιαί — буквально «грядками/рядами», — по сто и по пятьдесят.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πρασιαὶ πρασιαί</w:t>
      </w:r>
      <w:r>
        <w:rPr>
          <w:sz w:val="20"/>
        </w:rPr>
        <w:t xml:space="preserve"> [prasiai prasiai]</w:t>
      </w:r>
      <w:r>
        <w:rPr>
          <w:sz w:val="20"/>
        </w:rPr>
        <w:br/>
        <w:t>Необычный образ: группы расположены как грядки в саду. Марк рисует визуально упорядоченную толпу.</w:t>
      </w:r>
    </w:p>
    <w:p>
      <w:r>
        <w:t>41. Взяв пять хлебов и две рыбы, Он посмотрел на небо, благословил, разломил хлебы и стал давать ученикам, чтобы они раздавали людям. И две рыбы разделил между всеми.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εὐλόγησεν ... κατέκλασεν ... ἐδίδου</w:t>
      </w:r>
      <w:r>
        <w:rPr>
          <w:sz w:val="20"/>
        </w:rPr>
        <w:t xml:space="preserve"> [eulogēsen ... kateklasen ... edidou]</w:t>
      </w:r>
      <w:r>
        <w:rPr>
          <w:sz w:val="20"/>
        </w:rPr>
        <w:br/>
        <w:t>Последовательность «благословил — разломил — давал» позже отзовётся в трапезе 8:6 и Тайной вечере 14:22, хотя каждую сцену нужно читать в своём контексте.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8:6, Мк 14:22</w:t>
      </w:r>
    </w:p>
    <w:p>
      <w:r>
        <w:t>42. Все ели и насытились.</w:t>
      </w:r>
    </w:p>
    <w:p>
      <w:r>
        <w:t>43. А оставшихся кусков и рыбы собрали двенадцать полных корзин.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δώδεκα κοφίνων πληρώματα</w:t>
      </w:r>
      <w:r>
        <w:rPr>
          <w:sz w:val="20"/>
        </w:rPr>
        <w:t xml:space="preserve"> [dōdeka kophinōn plērōmata]</w:t>
      </w:r>
      <w:r>
        <w:rPr>
          <w:sz w:val="20"/>
        </w:rPr>
        <w:br/>
        <w:t>Двенадцать полных корзин подчёркивают избыток после насыщения и естественно соотносятся с числом Двенадцати, хотя Марк прямо это не объясняет.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6:7</w:t>
      </w:r>
    </w:p>
    <w:p>
      <w:r>
        <w:t>44. Тех, кто ел хлебы, было пять тысяч мужчин [ἄνδρες].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ἄνδρες</w:t>
      </w:r>
      <w:r>
        <w:rPr>
          <w:sz w:val="20"/>
        </w:rPr>
        <w:t xml:space="preserve"> [andres]</w:t>
      </w:r>
      <w:r>
        <w:rPr>
          <w:sz w:val="20"/>
        </w:rPr>
        <w:br/>
        <w:t>ἄνδρες здесь обозначает мужчин, а не универсальное «люди». Поэтому число относится к мужчинам, присутствовавшим при трапезе.</w:t>
      </w:r>
    </w:p>
    <w:p>
      <w:r>
        <w:t>45. Он сразу вынудил/настоятельно велел [ἠνάγκασεν] ученикам сесть в лодку и отправиться вперёд, на другую сторону, к Вифсаиде, пока Сам отпускает народ.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ἠνάγκασεν</w:t>
      </w:r>
      <w:r>
        <w:rPr>
          <w:sz w:val="20"/>
        </w:rPr>
        <w:t xml:space="preserve"> [ēnankasen]</w:t>
      </w:r>
      <w:r>
        <w:rPr>
          <w:sz w:val="20"/>
        </w:rPr>
        <w:br/>
        <w:t>ἀναγκάζω сильнее простого «попросил»: заставить, вынудить, настоятельно велеть. Марк подчёркивает инициативу Иисуса в разрыве сцены с толпой.</w:t>
      </w:r>
    </w:p>
    <w:p>
      <w:r>
        <w:t>46. Попрощавшись с ними, Он ушёл на гору молиться.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ἀπῆλθεν εἰς τὸ ὄρος προσεύξασθαι</w:t>
      </w:r>
      <w:r>
        <w:rPr>
          <w:sz w:val="20"/>
        </w:rPr>
        <w:t xml:space="preserve"> [apēlthen eis to oros proseuxasthai]</w:t>
      </w:r>
      <w:r>
        <w:rPr>
          <w:sz w:val="20"/>
        </w:rPr>
        <w:br/>
        <w:t>После публичного успеха насыщения Иисус уходит один молиться. Марк снова связывает служение с уединением и молитвой.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1:35</w:t>
      </w:r>
    </w:p>
    <w:p>
      <w:r>
        <w:t>47. Когда наступил вечер, лодка была посреди моря, а Он один оставался на суше.</w:t>
      </w:r>
    </w:p>
    <w:p>
      <w:r>
        <w:t>48. Он увидел, что ученикам тяжело грести [βασανιζομένους — буквально «мучимых» при гребле], потому что ветер был встречный. Около четвёртой стражи ночи Он пошёл к ним по морю и хотел пройти мимо них [ἤθελεν παρελθεῖν αὐτούς].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βασανιζομένους ἐν τῷ ἐλαύνειν</w:t>
      </w:r>
      <w:r>
        <w:rPr>
          <w:sz w:val="20"/>
        </w:rPr>
        <w:t xml:space="preserve"> [basanizomenous en tō elaunein]</w:t>
      </w:r>
      <w:r>
        <w:rPr>
          <w:sz w:val="20"/>
        </w:rPr>
        <w:br/>
        <w:t>Сильный глагол буквально «мучиться/быть истязаемыми», здесь — изнурённо бороться с греблей против ветра.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ἤθελεν παρελθεῖν αὐτούς</w:t>
      </w:r>
      <w:r>
        <w:rPr>
          <w:sz w:val="20"/>
        </w:rPr>
        <w:t xml:space="preserve"> [ēthelen parelthein autous]</w:t>
      </w:r>
      <w:r>
        <w:rPr>
          <w:sz w:val="20"/>
        </w:rPr>
        <w:br/>
        <w:t>Буквально «хотел пройти мимо них». В ВЗ богоявления Бог «проходит мимо» Моисея и Илии (Исх 33–34; 3 Цар 19). Поэтому возможен оттенок богоявления, а не намерение бросить учеников.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33:19–22, 3 Цар 19:11</w:t>
      </w:r>
    </w:p>
    <w:p>
      <w:r>
        <w:t>49. Увидев Его идущим по морю, они подумали, что это призрак, и закричали,</w:t>
      </w:r>
    </w:p>
    <w:p>
      <w:r>
        <w:t>50. Потому что все увидели Его и испугались. Но Он сразу заговорил с ними: «Смелее! ἐγώ εἰμι — Я есть / это Я. Не бойтесь».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ἐγώ εἰμι</w:t>
      </w:r>
      <w:r>
        <w:rPr>
          <w:sz w:val="20"/>
        </w:rPr>
        <w:t xml:space="preserve"> [egō eimi]</w:t>
      </w:r>
      <w:r>
        <w:rPr>
          <w:sz w:val="20"/>
        </w:rPr>
        <w:br/>
        <w:t>В бытовом греческом это естественно «это Я». На фоне хождения по морю и возможного богоявительного «пройти мимо» фраза также допускает более высокий библейский резонанс, но WGT-T не превращает её автоматически в прямую цитату Божьего имени.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3:14, Ис 43:10</w:t>
      </w:r>
    </w:p>
    <w:p>
      <w:r>
        <w:t>51. Он вошёл к ним в лодку, и ветер стих. Они были чрезвычайно поражены внутри себя.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λίαν ἐκ περισσοῦ ... ἐξίσταντο</w:t>
      </w:r>
      <w:r>
        <w:rPr>
          <w:sz w:val="20"/>
        </w:rPr>
        <w:t xml:space="preserve"> [lian ek perissou ... existanto]</w:t>
      </w:r>
      <w:r>
        <w:rPr>
          <w:sz w:val="20"/>
        </w:rPr>
        <w:br/>
        <w:t>Нагромождение усилителей: «чрезвычайно, сверх меры, изумлялись». Марк подчёркивает не просто удивление, а шок учеников.</w:t>
      </w:r>
    </w:p>
    <w:p>
      <w:r>
        <w:t>52. Потому что они не поняли случившегося с хлебами: их сердце было πεπωρωμένη — ожесточено/огрубело.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πεπωρωμένη</w:t>
      </w:r>
      <w:r>
        <w:rPr>
          <w:sz w:val="20"/>
        </w:rPr>
        <w:t xml:space="preserve"> [pepōrōmenē]</w:t>
      </w:r>
      <w:r>
        <w:rPr>
          <w:sz w:val="20"/>
        </w:rPr>
        <w:br/>
        <w:t>Перфект от πωρόω: сердце находилось в состоянии ожесточённости/нечувствительности. Это тот же корень, что в 3:5 о противниках Иисуса — тревожная параллель для учеников.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3:5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οὐ ... συνῆκαν ἐπὶ τοῖς ἄρτοις</w:t>
      </w:r>
      <w:r>
        <w:rPr>
          <w:sz w:val="20"/>
        </w:rPr>
        <w:t xml:space="preserve"> [ou ... synēkan epi tois artois]</w:t>
      </w:r>
      <w:r>
        <w:rPr>
          <w:sz w:val="20"/>
        </w:rPr>
        <w:br/>
        <w:t>Марк прямо связывает непонимание хождения по морю с непонятым смыслом хлебов. Насыщение должно было раскрыть что-то о личности Иисуса, но ученики этого не увидели.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6:41–44</w:t>
      </w:r>
    </w:p>
    <w:p>
      <w:r>
        <w:t>53. Переправившись, они достигли земли у Геннисарета и причалили.</w:t>
      </w:r>
    </w:p>
    <w:p>
      <w:r>
        <w:t>54. Как только они вышли из лодки, люди сразу узнали Его.</w:t>
      </w:r>
    </w:p>
    <w:p>
      <w:r>
        <w:t>55. Они обежали всю ту область и стали приносить больных на постелях туда, где, как слышали, Он находился.</w:t>
      </w:r>
    </w:p>
    <w:p>
      <w:r>
        <w:t>56. Куда бы Он ни приходил — в селения, города или сельскую местность, — больных клали на площадях и просили позволить им прикоснуться хотя бы к краю Его одежды. И все, кто прикасался к Нему, ἐσῴζοντο — спасались/исцелялись.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κράσπεδον</w:t>
      </w:r>
      <w:r>
        <w:rPr>
          <w:sz w:val="20"/>
        </w:rPr>
        <w:t xml:space="preserve"> [kraspedon]</w:t>
      </w:r>
      <w:r>
        <w:rPr>
          <w:sz w:val="20"/>
        </w:rPr>
        <w:br/>
        <w:t>κράσπεδον — край/кайма одежды; в еврейском контексте может включать кисти одежды. Марк акцентирует не предмет сам по себе, а прикосновение к Иисусу.</w:t>
      </w:r>
      <w:r>
        <w:rPr>
          <w:i/>
          <w:sz w:val="20"/>
        </w:rPr>
        <w:br/>
        <w:t xml:space="preserve">См.: </w:t>
      </w:r>
      <w:r>
        <w:rPr>
          <w:sz w:val="20"/>
        </w:rPr>
        <w:t>Чис 15:38–39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ἐσῴζοντο</w:t>
      </w:r>
      <w:r>
        <w:rPr>
          <w:sz w:val="20"/>
        </w:rPr>
        <w:t xml:space="preserve"> [esōzonto]</w:t>
      </w:r>
      <w:r>
        <w:rPr>
          <w:sz w:val="20"/>
        </w:rPr>
        <w:br/>
        <w:t>Снова σῴζω: в непосредственном контексте физически «исцелялись», но лексическая связь с «спасением» из 5:28,34 сохраняется.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5:28, Мк 5:34</w:t>
      </w:r>
    </w:p>
    <w:p>
      <w:pPr>
        <w:pStyle w:val="Heading2"/>
      </w:pPr>
      <w:r>
        <w:t>Глава 7</w:t>
      </w:r>
    </w:p>
    <w:p>
      <w:r>
        <w:t>1. К Нему собрались фарисеи и некоторые книжники, пришедшие из Иерусалима.</w:t>
      </w:r>
    </w:p>
    <w:p>
      <w:r>
        <w:t>2. Они увидели, что некоторые Его ученики едят хлеб κοινός — «общими/осквернёнными», то есть невымытыми, руками.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κοιναῖς χερσίν</w:t>
      </w:r>
      <w:r>
        <w:rPr>
          <w:sz w:val="20"/>
        </w:rPr>
        <w:t xml:space="preserve"> [koinais chersin]</w:t>
      </w:r>
      <w:r>
        <w:rPr>
          <w:sz w:val="20"/>
        </w:rPr>
        <w:br/>
        <w:t>κοινός буквально «общий», но в ритуальном контексте значит «нечистый/осквернённый». Сам Марк сразу поясняет: речь о невымытых руках, а не о грязи как гигиенической категории.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7:5, Мк 7:15, Мк 7:18, Мк 7:20, Мк 7:23</w:t>
      </w:r>
    </w:p>
    <w:p>
      <w:r>
        <w:t>3. Ведь фарисеи и вообще иудеи не едят, пока не вымоют руки πυγμῇ — согласно принятому ритуальному способу, — придерживаясь предания старейшин.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πυγμῇ</w:t>
      </w:r>
      <w:r>
        <w:rPr>
          <w:sz w:val="20"/>
        </w:rPr>
        <w:t xml:space="preserve"> [pygmē]</w:t>
      </w:r>
      <w:r>
        <w:rPr>
          <w:sz w:val="20"/>
        </w:rPr>
        <w:br/>
        <w:t>Трудное слово, буквально связанное с «кулаком». Оно, вероятно, описывает способ или тщательность омовения рук; точная техника спорна, поэтому WGT-T не делает её уверенной деталью.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παράδοσιν τῶν πρεσβυτέρων</w:t>
      </w:r>
      <w:r>
        <w:rPr>
          <w:sz w:val="20"/>
        </w:rPr>
        <w:t xml:space="preserve"> [paradosin tōn presbyterōn]</w:t>
      </w:r>
      <w:r>
        <w:rPr>
          <w:sz w:val="20"/>
        </w:rPr>
        <w:br/>
        <w:t>«Предание старейшин» — передаваемая интерпретационная традиция вокруг Закона. Спор Иисуса направлен не против всякой традиции как таковой, а против ситуации, где традиция отменяет Божью заповедь.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7:8–13</w:t>
      </w:r>
    </w:p>
    <w:p>
      <w:r>
        <w:t>4. И, вернувшись с рынка, они не едят, пока не совершат омовение [βαπτίσωνται]. Есть и много других принятых обычаев: омовения чаш, кувшинов, медной посуды и лож.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βαπτίσωνται ... βαπτισμούς</w:t>
      </w:r>
      <w:r>
        <w:rPr>
          <w:sz w:val="20"/>
        </w:rPr>
        <w:t xml:space="preserve"> [baptisōntai ... baptismous]</w:t>
      </w:r>
      <w:r>
        <w:rPr>
          <w:sz w:val="20"/>
        </w:rPr>
        <w:br/>
        <w:t>Корень βαπτίζω здесь используется о ритуальных омовениях предметов и людей. Это показывает широту глагола: не каждое его употребление автоматически обозначает христианское крещение.</w:t>
      </w:r>
    </w:p>
    <w:p>
      <w:r>
        <w:t>5. Фарисеи и книжники спросили Его: «Почему Твои ученики не живут по преданию старейшин, а едят хлеб нечистыми руками?»</w:t>
      </w:r>
    </w:p>
    <w:p>
      <w:r>
        <w:t>6. Он ответил им: «Хорошо пророчествовал Исаия о вас, лицемерах, как написано: “Этот народ чтит Меня устами, но сердце их далеко от Меня.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ὁ λαὸς ... τοῖς χείλεσίν με τιμᾷ, ἡ δὲ καρδία αὐτῶν πόρρω ἀπέχει ἀπ᾽ ἐμοῦ</w:t>
      </w:r>
      <w:r>
        <w:rPr>
          <w:sz w:val="20"/>
        </w:rPr>
        <w:t xml:space="preserve"> [ho laos ... tois cheilesin me tima, hē de kardia autōn porrō apechei ap' emou]</w:t>
      </w:r>
      <w:r>
        <w:rPr>
          <w:sz w:val="20"/>
        </w:rPr>
        <w:br/>
        <w:t>Цитата Ис 29:13 противопоставляет внешнюю религиозную речь и далёкое от Бога сердце. Это задаёт критерий всего последующего спора.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29:13</w:t>
      </w:r>
    </w:p>
    <w:p>
      <w:r>
        <w:t>7. Напрасно они чтут Меня, уча человеческим заповедям как учениям”.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διδάσκοντες διδασκαλίας ἐντάλματα ἀνθρώπων</w:t>
      </w:r>
      <w:r>
        <w:rPr>
          <w:sz w:val="20"/>
        </w:rPr>
        <w:t xml:space="preserve"> [didaskontes didaskalias entalmata anthrōpōn]</w:t>
      </w:r>
      <w:r>
        <w:rPr>
          <w:sz w:val="20"/>
        </w:rPr>
        <w:br/>
        <w:t>Продолжение Ис 29:13: человеческие предписания могут быть превращены в религиозную доктрину и заслонить Божью волю.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29:13</w:t>
      </w:r>
    </w:p>
    <w:p>
      <w:r>
        <w:t>8. «Оставляя заповедь Бога, вы крепко держитесь [κρατεῖτε] человеческого предания».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ἀφέντες ... κρατεῖτε</w:t>
      </w:r>
      <w:r>
        <w:rPr>
          <w:sz w:val="20"/>
        </w:rPr>
        <w:t xml:space="preserve"> [aphentes ... krateite]</w:t>
      </w:r>
      <w:r>
        <w:rPr>
          <w:sz w:val="20"/>
        </w:rPr>
        <w:br/>
        <w:t>Контраст глаголов: Божью заповедь они «оставляют/отпускают», человеческое предание — «держат крепко».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Поздняя традиция расширяет стих перечнем омовений сосудов; SBLGNT не включает это расширение в основной текст.</w:t>
      </w:r>
    </w:p>
    <w:p>
      <w:r>
        <w:t>9. И Он говорил им: «Хорошо же вы отменяете [ἀθετεῖτε] заповедь Бога, чтобы сохранить [τηρήσητε] своё предание!»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ἀθετεῖτε</w:t>
      </w:r>
      <w:r>
        <w:rPr>
          <w:sz w:val="20"/>
        </w:rPr>
        <w:t xml:space="preserve"> [atheteite]</w:t>
      </w:r>
      <w:r>
        <w:rPr>
          <w:sz w:val="20"/>
        </w:rPr>
        <w:br/>
        <w:t>ἀθετέω — отвергать, отменять, признавать недействительным. Иисус обвиняет их не просто в добавлении правил, а в фактической нейтрализации Божьей заповеди.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τηρήσητε / στήσητε</w:t>
      </w:r>
      <w:r>
        <w:rPr>
          <w:sz w:val="20"/>
        </w:rPr>
        <w:t xml:space="preserve"> [tērēsēte / stēsēte]</w:t>
      </w:r>
      <w:r>
        <w:rPr>
          <w:sz w:val="20"/>
        </w:rPr>
        <w:br/>
        <w:t>SBLGNT читает «чтобы сохранить своё предание»; NA28 имеет «чтобы установить». WGT-T следует SBLGNT.</w:t>
      </w:r>
    </w:p>
    <w:p>
      <w:r>
        <w:t>10. Моисей сказал: “Почитай отца и мать” и: “Кто злословит отца или мать, тот должен быть предан смерти”.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τίμα τὸν πατέρα σου καὶ τὴν μητέρα σου</w:t>
      </w:r>
      <w:r>
        <w:rPr>
          <w:sz w:val="20"/>
        </w:rPr>
        <w:t xml:space="preserve"> [tima ton patera sou kai tēn mētera sou]</w:t>
      </w:r>
      <w:r>
        <w:rPr>
          <w:sz w:val="20"/>
        </w:rPr>
        <w:br/>
        <w:t>Первая цитата — заповедь почитать родителей из Декалога.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20:12, Втор 5:16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ὁ κακολογῶν πατέρα ἢ μητέρα θανάτῳ τελευτάτω</w:t>
      </w:r>
      <w:r>
        <w:rPr>
          <w:sz w:val="20"/>
        </w:rPr>
        <w:t xml:space="preserve"> [ho kakologōn patera ē mētera thanatō teleutatō]</w:t>
      </w:r>
      <w:r>
        <w:rPr>
          <w:sz w:val="20"/>
        </w:rPr>
        <w:br/>
        <w:t>Вторая цитата подчёркивает серьёзность ответственности за отношение к родителям.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21:17, Лев 20:9</w:t>
      </w:r>
    </w:p>
    <w:p>
      <w:r>
        <w:t>11. А вы говорите: если человек скажет отцу или матери: «Корван [κορβᾶν] — то есть дар Богу — то, чем я мог бы помочь тебе»,</w:t>
      </w:r>
    </w:p>
    <w:p>
      <w:pPr>
        <w:ind w:left="360"/>
      </w:pPr>
      <w:r>
        <w:rPr>
          <w:b/>
          <w:sz w:val="20"/>
        </w:rPr>
        <w:t>Арамейский язык</w:t>
      </w:r>
      <w:r>
        <w:rPr>
          <w:i/>
          <w:sz w:val="20"/>
        </w:rPr>
        <w:t xml:space="preserve"> κορβᾶν</w:t>
      </w:r>
      <w:r>
        <w:rPr>
          <w:sz w:val="20"/>
        </w:rPr>
        <w:t xml:space="preserve"> [korban]</w:t>
      </w:r>
      <w:r>
        <w:rPr>
          <w:sz w:val="20"/>
        </w:rPr>
        <w:br/>
        <w:t>κορβᾶν — арамейское/семитское культовое слово «дар, посвящённое Богу». Марк переводит его для своей аудитории словом δῶρον «дар».</w:t>
      </w:r>
    </w:p>
    <w:p>
      <w:r>
        <w:t>12. вы уже не позволяете ему ничего сделать для отца или матери.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οὐκέτι ἀφίετε αὐτὸν οὐδὲν ποιῆσαι</w:t>
      </w:r>
      <w:r>
        <w:rPr>
          <w:sz w:val="20"/>
        </w:rPr>
        <w:t xml:space="preserve"> [ouketi aphiete auton ouden poiēsai]</w:t>
      </w:r>
      <w:r>
        <w:rPr>
          <w:sz w:val="20"/>
        </w:rPr>
        <w:br/>
        <w:t>Практический итог такого обета: человеку больше не позволяют использовать ресурс для поддержки родителей. Именно это Иисус считает отменой Божьей заповеди.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7:13</w:t>
      </w:r>
    </w:p>
    <w:p>
      <w:r>
        <w:t>13. Так вы делаете недействительным [ἀκυροῦντες] слово Бога своим преданием, которое передали. И много подобного этому вы делаете».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ἀκυροῦντες</w:t>
      </w:r>
      <w:r>
        <w:rPr>
          <w:sz w:val="20"/>
        </w:rPr>
        <w:t xml:space="preserve"> [akyrountes]</w:t>
      </w:r>
      <w:r>
        <w:rPr>
          <w:sz w:val="20"/>
        </w:rPr>
        <w:br/>
        <w:t>ἀκυρόω — лишать силы/действительности. Это ещё сильнее подчёркивает обвинение: традиция может фактически обезвредить Божье слово.</w:t>
      </w:r>
    </w:p>
    <w:p>
      <w:r>
        <w:t>14. Снова подозвав народ, Он сказал: «Слушайте Меня все и понимайте [σύνετε].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ἀκούσατέ μου πάντες καὶ σύνετε</w:t>
      </w:r>
      <w:r>
        <w:rPr>
          <w:sz w:val="20"/>
        </w:rPr>
        <w:t xml:space="preserve"> [akousate mou pantes kai synete]</w:t>
      </w:r>
      <w:r>
        <w:rPr>
          <w:sz w:val="20"/>
        </w:rPr>
        <w:br/>
        <w:t>После главы 4 Марк снова соединяет «слушать» и «понимать». Вопрос нечистоты требует не только услышать правило, но понять его внутреннюю логику.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4:3, Мк 4:9, Мк 4:23</w:t>
      </w:r>
    </w:p>
    <w:p>
      <w:r>
        <w:t>15. Нет ничего вне человека, что, входя в него, могло бы κοινῶσαι — сделать его ритуально нечистым. Но то, что выходит из человека, делает человека нечистым».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κοινῶσαι ... κοινοῦντα</w:t>
      </w:r>
      <w:r>
        <w:rPr>
          <w:sz w:val="20"/>
        </w:rPr>
        <w:t xml:space="preserve"> [koinōsai ... koinounta]</w:t>
      </w:r>
      <w:r>
        <w:rPr>
          <w:sz w:val="20"/>
        </w:rPr>
        <w:br/>
        <w:t>Ключевой глагол всей сцены — «осквернять/делать ритуально нечистым». Иисус переносит центр вопроса с внешнего входящего на то, что исходит из человека.</w:t>
      </w:r>
    </w:p>
    <w:p>
      <w:r>
        <w:t xml:space="preserve">16. </w:t>
      </w:r>
    </w:p>
    <w:p>
      <w:r>
        <w:t>17. Когда Он вошёл в дом, уйдя от толпы, ученики спросили Его об этой притче.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περὶ τὴν παραβολήν</w:t>
      </w:r>
      <w:r>
        <w:rPr>
          <w:sz w:val="20"/>
        </w:rPr>
        <w:t xml:space="preserve"> [peri tēn parabolēn]</w:t>
      </w:r>
      <w:r>
        <w:rPr>
          <w:sz w:val="20"/>
        </w:rPr>
        <w:br/>
        <w:t>Ученики называют сказанное «притчей/образным высказыванием». Как и раньше, близкий круг получает дополнительное объяснение после публичной речи.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4:10–13</w:t>
      </w:r>
    </w:p>
    <w:p>
      <w:r>
        <w:t>18. Он сказал им: «Неужели и вы так непонятливы [ἀσύνετοι]? Разве не понимаете, что всё входящее в человека извне не может сделать его нечистым?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ἀσύνετοι</w:t>
      </w:r>
      <w:r>
        <w:rPr>
          <w:sz w:val="20"/>
        </w:rPr>
        <w:t xml:space="preserve"> [asynetoi]</w:t>
      </w:r>
      <w:r>
        <w:rPr>
          <w:sz w:val="20"/>
        </w:rPr>
        <w:br/>
        <w:t>Буквально «без понимания». Марк продолжает тему неспособности учеников понять даже после объяснений.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6:52</w:t>
      </w:r>
    </w:p>
    <w:p>
      <w:r>
        <w:t>19. Потому что оно входит не в сердце, а в желудок и затем выходит в отхожее место — καθαρίζων πάντα τὰ βρώματα, «очищая всякую пищу».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καθαρίζων πάντα τὰ βρώματα</w:t>
      </w:r>
      <w:r>
        <w:rPr>
          <w:sz w:val="20"/>
        </w:rPr>
        <w:t xml:space="preserve"> [katharizōn panta ta brōmata]</w:t>
      </w:r>
      <w:r>
        <w:rPr>
          <w:sz w:val="20"/>
        </w:rPr>
        <w:br/>
        <w:t>Буквально: «очищая всякую пищу». Мужское причастие καθαρίζων позволяет читать фразу как авторскую ремарку Марка, относя её к говорящему: «тем самым очищая/признавая чистой всякую пищу». Но греческий не содержит отдельной фразы «Иисус объявил», и пунктуация в древнем тексте не решала вопрос так, как современные переводы.</w:t>
      </w:r>
    </w:p>
    <w:p>
      <w:pPr>
        <w:ind w:left="360"/>
      </w:pPr>
      <w:r>
        <w:rPr>
          <w:b/>
          <w:sz w:val="20"/>
        </w:rPr>
        <w:t>Контекст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κοινός / κοινόω</w:t>
      </w:r>
      <w:r>
        <w:rPr>
          <w:sz w:val="20"/>
        </w:rPr>
        <w:t xml:space="preserve"> [koinos / koinoō]</w:t>
      </w:r>
      <w:r>
        <w:rPr>
          <w:sz w:val="20"/>
        </w:rPr>
        <w:br/>
        <w:t>Непосредственный спор начался не с вопроса, какие животные разрешены в Лев 11, а с еды «нечистыми/невымытыми руками» и преданием старейшин. Поэтому применение 7:19 к отмене всех пищевых различий — богословский вывод из синтаксиса и более широкого контекста, а не формулировка, которую следует незаметно вставлять в WGT-T.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7:2–5, Лев 11</w:t>
      </w:r>
    </w:p>
    <w:p>
      <w:r>
        <w:t>20. И Он продолжил: «То, что выходит из человека, именно это делает человека нечистым».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τὸ ἐκ τοῦ ἀνθρώπου ἐκπορευόμενον ... κοινοῖ</w:t>
      </w:r>
      <w:r>
        <w:rPr>
          <w:sz w:val="20"/>
        </w:rPr>
        <w:t xml:space="preserve"> [to ek tou anthrōpou ekporeuomenon ... koinoi]</w:t>
      </w:r>
      <w:r>
        <w:rPr>
          <w:sz w:val="20"/>
        </w:rPr>
        <w:br/>
        <w:t>Повтор 7:15 формирует тезис: истинное нравственное осквернение имеет источник внутри человека.</w:t>
      </w:r>
    </w:p>
    <w:p>
      <w:r>
        <w:t>21. Потому что изнутри, из сердца людей, выходят злые рассуждения [διαλογισμοὶ οἱ κακοί]: сексуальная распущенность, кражи, убийства,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διαλογισμοὶ οἱ κακοί</w:t>
      </w:r>
      <w:r>
        <w:rPr>
          <w:sz w:val="20"/>
        </w:rPr>
        <w:t xml:space="preserve"> [dialogismoi hoi kakoi]</w:t>
      </w:r>
      <w:r>
        <w:rPr>
          <w:sz w:val="20"/>
        </w:rPr>
        <w:br/>
        <w:t>διαλογισμός — внутреннее рассуждение, замысел, мыслительный процесс. Список начинается с источника поступков — внутренних злых замыслов.</w:t>
      </w:r>
    </w:p>
    <w:p>
      <w:r>
        <w:t>22. супружеская неверность, жадность, злые дела, обман, распущенность, завистливый взгляд, богохульство, гордость и безрассудство.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ὀφθαλμὸς πονηρός</w:t>
      </w:r>
      <w:r>
        <w:rPr>
          <w:sz w:val="20"/>
        </w:rPr>
        <w:t xml:space="preserve"> [ophthalmos ponēros]</w:t>
      </w:r>
      <w:r>
        <w:rPr>
          <w:sz w:val="20"/>
        </w:rPr>
        <w:br/>
        <w:t>Буквально «злой глаз» — устойчивый семитский образ зависти, скупости или недоброжелательности, а не заболевание глаза.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15:9, Притч 23:6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ἀφροσύνη</w:t>
      </w:r>
      <w:r>
        <w:rPr>
          <w:sz w:val="20"/>
        </w:rPr>
        <w:t xml:space="preserve"> [aphrosynē]</w:t>
      </w:r>
      <w:r>
        <w:rPr>
          <w:sz w:val="20"/>
        </w:rPr>
        <w:br/>
        <w:t>Не просто интеллектуальная глупость, а нравственное безрассудство — жизнь без верного суждения перед Богом.</w:t>
      </w:r>
    </w:p>
    <w:p>
      <w:r>
        <w:t>23. Всё это зло выходит изнутри и делает человека нечистым».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ἔσωθεν ... κοινοῖ</w:t>
      </w:r>
      <w:r>
        <w:rPr>
          <w:sz w:val="20"/>
        </w:rPr>
        <w:t xml:space="preserve"> [esōthen ... koinoi]</w:t>
      </w:r>
      <w:r>
        <w:rPr>
          <w:sz w:val="20"/>
        </w:rPr>
        <w:br/>
        <w:t>Слово ἔσωθεν «изнутри» завершает аргумент: центр проблемы — сердце человека, а не внешняя пища сама по себе.</w:t>
      </w:r>
    </w:p>
    <w:p>
      <w:r>
        <w:t>24. Оттуда Он отправился в область Тира. Войдя в дом, Он не хотел, чтобы кто-нибудь узнал об этом, но скрыться не смог.</w:t>
      </w:r>
    </w:p>
    <w:p>
      <w:pPr>
        <w:ind w:left="360"/>
      </w:pPr>
      <w:r>
        <w:rPr>
          <w:b/>
          <w:sz w:val="20"/>
        </w:rPr>
        <w:t>География</w:t>
      </w:r>
      <w:r>
        <w:rPr>
          <w:i/>
          <w:sz w:val="20"/>
        </w:rPr>
        <w:t xml:space="preserve"> τὰ ὅρια Τύρου</w:t>
      </w:r>
      <w:r>
        <w:rPr>
          <w:sz w:val="20"/>
        </w:rPr>
        <w:t xml:space="preserve"> [ta horia Tyrou]</w:t>
      </w:r>
      <w:r>
        <w:rPr>
          <w:sz w:val="20"/>
        </w:rPr>
        <w:br/>
        <w:t>Иисус выходит в нееврейскую пограничную область Тира. Это создаёт непосредственный фон для встречи с язычницей в следующей сцене.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Поздняя традиция добавляет «и Сидона» уже в 7:24; SBLGNT имеет только Тир.</w:t>
      </w:r>
    </w:p>
    <w:p>
      <w:r>
        <w:t>25. О Нём сразу услышала женщина, чья маленькая дочь была одержима нечистым духом. Она пришла и упала к Его ногам.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θυγάτριον</w:t>
      </w:r>
      <w:r>
        <w:rPr>
          <w:sz w:val="20"/>
        </w:rPr>
        <w:t xml:space="preserve"> [thygatrion]</w:t>
      </w:r>
      <w:r>
        <w:rPr>
          <w:sz w:val="20"/>
        </w:rPr>
        <w:br/>
        <w:t>Уменьшительная форма: «маленькая дочь/доченька». Как и в Мк 5:23, Марк использует семейно-тёплую форму.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5:23</w:t>
      </w:r>
    </w:p>
    <w:p>
      <w:r>
        <w:t>26. Женщина была Ἑλληνίς — гречанкой/язычницей греческой культуры, сирофиникиянкой по происхождению. Она просила Его изгнать демона из её дочери.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Ἑλληνὶς Συροφοινίκισσα τῷ γένει</w:t>
      </w:r>
      <w:r>
        <w:rPr>
          <w:sz w:val="20"/>
        </w:rPr>
        <w:t xml:space="preserve"> [Hellēnis Syrophoinikissa tō genei]</w:t>
      </w:r>
      <w:r>
        <w:rPr>
          <w:sz w:val="20"/>
        </w:rPr>
        <w:br/>
        <w:t>Марк подчёркивает её нееврейскую идентичность: «гречанка» по культурно-религиозному обозначению и «сирофиникиянка» по происхождению.</w:t>
      </w:r>
    </w:p>
    <w:p>
      <w:r>
        <w:t>27. Он сказал ей: «Пусть сначала насытятся дети [πρῶτον]. Нехорошо взять хлеб детей и бросить κυνάρια — маленьким/домашним собакам».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πρῶτον</w:t>
      </w:r>
      <w:r>
        <w:rPr>
          <w:sz w:val="20"/>
        </w:rPr>
        <w:t xml:space="preserve"> [prōton]</w:t>
      </w:r>
      <w:r>
        <w:rPr>
          <w:sz w:val="20"/>
        </w:rPr>
        <w:br/>
        <w:t>Ключевое слово «сначала» оставляет в образе последовательность, а не абсолютное «никогда». Женщина строит ответ именно внутри этой логики.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κυνάρια</w:t>
      </w:r>
      <w:r>
        <w:rPr>
          <w:sz w:val="20"/>
        </w:rPr>
        <w:t xml:space="preserve"> [kynaria]</w:t>
      </w:r>
      <w:r>
        <w:rPr>
          <w:sz w:val="20"/>
        </w:rPr>
        <w:br/>
        <w:t>Уменьшительная форма от «собака»: маленькие/домашние собаки. Это смягчает бытовой образ по сравнению с обычным κύων, но не устраняет резкость этнической метафоры.</w:t>
      </w:r>
    </w:p>
    <w:p>
      <w:r>
        <w:t>28. Она ответила: «Да, Господи; но ведь и κυνάρια, маленькие собаки под столом, едят крошки детей».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ναί, κύριε ... καὶ γὰρ</w:t>
      </w:r>
      <w:r>
        <w:rPr>
          <w:sz w:val="20"/>
        </w:rPr>
        <w:t xml:space="preserve"> [nai, kyrie ... kai gar]</w:t>
      </w:r>
      <w:r>
        <w:rPr>
          <w:sz w:val="20"/>
        </w:rPr>
        <w:br/>
        <w:t>Она не отвергает образ Иисуса, а принимает его и находит внутри него основание для просьбы: даже при приоритете детей крошки достигают тех, кто под столом.</w:t>
      </w:r>
    </w:p>
    <w:p>
      <w:r>
        <w:t>29. Он сказал ей: «За это слово [διὰ τοῦτον τὸν λόγον] иди: демон уже вышел из твоей дочери».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διὰ τοῦτον τὸν λόγον</w:t>
      </w:r>
      <w:r>
        <w:rPr>
          <w:sz w:val="20"/>
        </w:rPr>
        <w:t xml:space="preserve"> [dia touton ton logon]</w:t>
      </w:r>
      <w:r>
        <w:rPr>
          <w:sz w:val="20"/>
        </w:rPr>
        <w:br/>
        <w:t>Иисус прямо связывает ответ с её словами — не с происхождением или статусом. В отличие от Матфея, Марк здесь не использует слово «вера», а подчёркивает именно её ответ.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15:28</w:t>
      </w:r>
    </w:p>
    <w:p>
      <w:r>
        <w:t>30. Придя домой, она нашла ребёнка лежащим на постели, а демон уже вышел.</w:t>
      </w:r>
    </w:p>
    <w:p>
      <w:r>
        <w:t>31. Покинув область Тира, Он через Сидон пришёл к Галилейскому морю, через середину области Десятиградия.</w:t>
      </w:r>
    </w:p>
    <w:p>
      <w:pPr>
        <w:ind w:left="360"/>
      </w:pPr>
      <w:r>
        <w:rPr>
          <w:b/>
          <w:sz w:val="20"/>
        </w:rPr>
        <w:t>География</w:t>
      </w:r>
      <w:r>
        <w:rPr>
          <w:i/>
          <w:sz w:val="20"/>
        </w:rPr>
        <w:t xml:space="preserve"> διὰ Σιδῶνος ... ἀνὰ μέσον τῶν ὁρίων Δεκαπόλεως</w:t>
      </w:r>
      <w:r>
        <w:rPr>
          <w:sz w:val="20"/>
        </w:rPr>
        <w:t xml:space="preserve"> [dia Sidōnos ... ana meson tōn horiōn Dekapoleōs]</w:t>
      </w:r>
      <w:r>
        <w:rPr>
          <w:sz w:val="20"/>
        </w:rPr>
        <w:br/>
        <w:t>Маршрут выглядит обходным: из района Тира через Сидон к Галилейскому морю и далее через Десятиградие. Марк явно помещает следующую сцену в преимущественно нееврейское пространство.</w:t>
      </w:r>
    </w:p>
    <w:p>
      <w:r>
        <w:t>32. К Нему привели κωφόν — глухого человека — и μογιλάλον, говорившего с большим трудом, и просили возложить на него руку.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μογιλάλον</w:t>
      </w:r>
      <w:r>
        <w:rPr>
          <w:sz w:val="20"/>
        </w:rPr>
        <w:t xml:space="preserve"> [mogilalon]</w:t>
      </w:r>
      <w:r>
        <w:rPr>
          <w:sz w:val="20"/>
        </w:rPr>
        <w:br/>
        <w:t>Редкое слово: «говорящий с трудом/невнятно». Оно встречается в греческом Ис 35:6, что делает последующую сцену особенно интересной на фоне пророчества о восстановлении.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35:5–6</w:t>
      </w:r>
    </w:p>
    <w:p>
      <w:r>
        <w:t>33. Он отвёл его в сторону от толпы, вложил пальцы в его уши и, плюнув, коснулся его языка.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κατ᾽ ἰδίαν</w:t>
      </w:r>
      <w:r>
        <w:rPr>
          <w:sz w:val="20"/>
        </w:rPr>
        <w:t xml:space="preserve"> [kat' idian]</w:t>
      </w:r>
      <w:r>
        <w:rPr>
          <w:sz w:val="20"/>
        </w:rPr>
        <w:br/>
        <w:t>Иисус действует наедине, вне толпы. Последовательность жестов обращена непосредственно к повреждённым органам слуха и речи.</w:t>
      </w:r>
    </w:p>
    <w:p>
      <w:r>
        <w:t>34. Посмотрев на небо, Он глубоко вздохнул [ἐστέναξεν] и сказал ему по-арамейски: «Ἐφφαθά — Эффафа», то есть: «Откройся!»</w:t>
      </w:r>
    </w:p>
    <w:p>
      <w:pPr>
        <w:ind w:left="360"/>
      </w:pPr>
      <w:r>
        <w:rPr>
          <w:b/>
          <w:sz w:val="20"/>
        </w:rPr>
        <w:t>Арамейский язык</w:t>
      </w:r>
      <w:r>
        <w:rPr>
          <w:i/>
          <w:sz w:val="20"/>
        </w:rPr>
        <w:t xml:space="preserve"> ἐφφαθά</w:t>
      </w:r>
      <w:r>
        <w:rPr>
          <w:sz w:val="20"/>
        </w:rPr>
        <w:t xml:space="preserve"> [ephphatha]</w:t>
      </w:r>
      <w:r>
        <w:rPr>
          <w:sz w:val="20"/>
        </w:rPr>
        <w:br/>
        <w:t>Марк сохраняет арамейское повеление Иисуса и тут же переводит его греческим διανοίχθητι — «откройся».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ἐστέναξεν</w:t>
      </w:r>
      <w:r>
        <w:rPr>
          <w:sz w:val="20"/>
        </w:rPr>
        <w:t xml:space="preserve"> [estenaxen]</w:t>
      </w:r>
      <w:r>
        <w:rPr>
          <w:sz w:val="20"/>
        </w:rPr>
        <w:br/>
        <w:t>στενάζω — вздыхать/стонать. Это эмоциональная деталь перед исцелением, а не магическая формула.</w:t>
      </w:r>
    </w:p>
    <w:p>
      <w:r>
        <w:t>35. Его слух открылся, «узы языка» [ὁ δεσμὸς τῆς γλώσσης] развязались, и он стал говорить правильно [ὀρθῶς].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ἐλύθη ὁ δεσμὸς τῆς γλώσσης</w:t>
      </w:r>
      <w:r>
        <w:rPr>
          <w:sz w:val="20"/>
        </w:rPr>
        <w:t xml:space="preserve"> [elythē ho desmos tēs glōssēs]</w:t>
      </w:r>
      <w:r>
        <w:rPr>
          <w:sz w:val="20"/>
        </w:rPr>
        <w:br/>
        <w:t>Буквально «развязалась связь/уза языка» — яркий образ освобождённой речи.</w:t>
      </w:r>
    </w:p>
    <w:p>
      <w:r>
        <w:t>36. Он велел им никому не рассказывать. Но чем больше запрещал им, тем гораздо больше они провозглашали [ἐκήρυσσον].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μᾶλλον περισσότερον ἐκήρυσσον</w:t>
      </w:r>
      <w:r>
        <w:rPr>
          <w:sz w:val="20"/>
        </w:rPr>
        <w:t xml:space="preserve"> [mallon perissoteron ekērysson]</w:t>
      </w:r>
      <w:r>
        <w:rPr>
          <w:sz w:val="20"/>
        </w:rPr>
        <w:br/>
        <w:t>Марк намеренно усиливает парадокс: чем сильнее запрет, тем сильнее публичное провозглашение. Это перекликается с 1:45.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1:45</w:t>
      </w:r>
    </w:p>
    <w:p>
      <w:r>
        <w:t>37. Люди были сверх всякой меры поражены [ὑπερπερισσῶς] и говорили: «Он всё сделал хорошо [καλῶς πάντα πεποίηκεν]: и глухих делает слышащими, и немых — говорящими».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ὑπερπερισσῶς</w:t>
      </w:r>
      <w:r>
        <w:rPr>
          <w:sz w:val="20"/>
        </w:rPr>
        <w:t xml:space="preserve"> [hyperperissōs]</w:t>
      </w:r>
      <w:r>
        <w:rPr>
          <w:sz w:val="20"/>
        </w:rPr>
        <w:br/>
        <w:t>Крайне сильный усилитель: «чрезвычайно, сверх всякой меры».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κωφοὺς ... ἀκούειν ... ἀλάλους λαλεῖν</w:t>
      </w:r>
      <w:r>
        <w:rPr>
          <w:sz w:val="20"/>
        </w:rPr>
        <w:t xml:space="preserve"> [kōphous ... akouein ... alalous lalein]</w:t>
      </w:r>
      <w:r>
        <w:rPr>
          <w:sz w:val="20"/>
        </w:rPr>
        <w:br/>
        <w:t>Формула «глухие слышат, немые говорят» особенно созвучна Ис 35:5–6. На фоне редкого μογιλάλος в 7:32 связь выглядит вероятной.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35:5–6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καλῶς πάντα πεποίηκεν</w:t>
      </w:r>
      <w:r>
        <w:rPr>
          <w:sz w:val="20"/>
        </w:rPr>
        <w:t xml:space="preserve"> [kalōs panta pepoiēken]</w:t>
      </w:r>
      <w:r>
        <w:rPr>
          <w:sz w:val="20"/>
        </w:rPr>
        <w:br/>
        <w:t>«Всё хорошо сделал» может отдалённо напоминать язык Быт 1 о хорошо устроенном творении. Это возможный литературный резонанс, но Марк не маркирует его как цитату.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1:31</w:t>
      </w:r>
    </w:p>
    <w:p>
      <w:pPr>
        <w:pStyle w:val="Heading2"/>
      </w:pPr>
      <w:r>
        <w:t>Глава 8</w:t>
      </w:r>
    </w:p>
    <w:p>
      <w:r>
        <w:t>1. В те дни снова собралась большая толпа, и людям было нечего есть. Он подозвал учеников и сказал:</w:t>
      </w:r>
    </w:p>
    <w:p>
      <w:r>
        <w:t>2. «Мне глубоко жаль [σπλαγχνίζομαι] этих людей: они уже три дня остаются со Мной, и им нечего есть.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σπλαγχνίζομαι</w:t>
      </w:r>
      <w:r>
        <w:rPr>
          <w:sz w:val="20"/>
        </w:rPr>
        <w:t xml:space="preserve"> [splagchnizomai]</w:t>
      </w:r>
      <w:r>
        <w:rPr>
          <w:sz w:val="20"/>
        </w:rPr>
        <w:br/>
        <w:t>Сильный глагол сострадания, уже встречавшийся в 6:34. Сострадание снова приводит к практическому действию.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6:34</w:t>
      </w:r>
    </w:p>
    <w:p>
      <w:r>
        <w:t>3. Если Я отпущу их домой голодными, они обессилеют в дороге, ведь некоторые пришли издалека».</w:t>
      </w:r>
    </w:p>
    <w:p>
      <w:r>
        <w:t>4. Ученики ответили: «Откуда здесь, в пустынном месте, взять столько хлеба, чтобы накормить этих людей?»</w:t>
      </w:r>
    </w:p>
    <w:p>
      <w:r>
        <w:t>5. Он спросил их: «Сколько у вас хлебов?» Они ответили: «Семь».</w:t>
      </w:r>
    </w:p>
    <w:p>
      <w:r>
        <w:t>6. Тогда Он велел народу расположиться на земле. Взяв семь хлебов, εὐχαριστήσας — поблагодарив, — разломил их и стал давать ученикам, чтобы они раздавали людям.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εὐχαριστήσας ... ἔκλασεν ... ἐδίδου</w:t>
      </w:r>
      <w:r>
        <w:rPr>
          <w:sz w:val="20"/>
        </w:rPr>
        <w:t xml:space="preserve"> [eucharistēsas ... eklasen ... edidou]</w:t>
      </w:r>
      <w:r>
        <w:rPr>
          <w:sz w:val="20"/>
        </w:rPr>
        <w:br/>
        <w:t>Последовательность «поблагодарил — разломил — давал» близка к 6:41 и предвосхищает язык позднейшей трапезы, но Марк не делает здесь отдельного сакраментального пояснения.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6:41, Мк 14:22–23</w:t>
      </w:r>
    </w:p>
    <w:p>
      <w:r>
        <w:t>7. У них было также несколько небольших рыб. Благословив их, Он велел раздать и их.</w:t>
      </w:r>
    </w:p>
    <w:p>
      <w:r>
        <w:t>8. Люди ели и насытились, а оставшихся кусков собрали семь σπυρίδες — больших корзин.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σπυρίδων</w:t>
      </w:r>
      <w:r>
        <w:rPr>
          <w:sz w:val="20"/>
        </w:rPr>
        <w:t xml:space="preserve"> [spyridōn]</w:t>
      </w:r>
      <w:r>
        <w:rPr>
          <w:sz w:val="20"/>
        </w:rPr>
        <w:br/>
        <w:t>Здесь другой тип корзины, чем κόφινος в 6:43. Марк различает два слова; это пригодится в 8:19–20, где Иисус сам противопоставляет оба насыщения.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6:43, Мк 8:19–20</w:t>
      </w:r>
    </w:p>
    <w:p>
      <w:r>
        <w:t>9. Людей было около четырёх тысяч. И Он отпустил их.</w:t>
      </w:r>
    </w:p>
    <w:p>
      <w:r>
        <w:t>10. Сразу после этого Он вместе с учениками сел в лодку и прибыл в область Далмануфы.</w:t>
      </w:r>
    </w:p>
    <w:p>
      <w:r>
        <w:t>11. Вышли фарисеи и начали спорить с Ним. Испытывая [πειράζοντες] Его, они требовали знамения с неба.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πειράζοντες</w:t>
      </w:r>
      <w:r>
        <w:rPr>
          <w:sz w:val="20"/>
        </w:rPr>
        <w:t xml:space="preserve"> [peirazontes]</w:t>
      </w:r>
      <w:r>
        <w:rPr>
          <w:sz w:val="20"/>
        </w:rPr>
        <w:br/>
        <w:t>πειράζω может значить испытывать или искушать. Здесь враждебный контекст делает «испытывая» близким по смыслу к попытке поставить Иисуса на проверку.</w:t>
      </w:r>
    </w:p>
    <w:p>
      <w:r>
        <w:t>12. Глубоко вздохнув духом [ἀναστενάξας τῷ πνεύματι αὐτοῦ], Он сказал: «Почему это поколение требует знамения? Аминь говорю вам: этому поколению знамения не будет дано».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ἀναστενάξας τῷ πνεύματι αὐτοῦ</w:t>
      </w:r>
      <w:r>
        <w:rPr>
          <w:sz w:val="20"/>
        </w:rPr>
        <w:t xml:space="preserve"> [anastenaxas tō pneumati autou]</w:t>
      </w:r>
      <w:r>
        <w:rPr>
          <w:sz w:val="20"/>
        </w:rPr>
        <w:br/>
        <w:t>ἀναστενάζω — глубоко вздохнуть/простонать. Марк подчёркивает внутреннюю реакцию Иисуса на требование знамения.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εἰ δοθήσεται</w:t>
      </w:r>
      <w:r>
        <w:rPr>
          <w:sz w:val="20"/>
        </w:rPr>
        <w:t xml:space="preserve"> [ei dothēsetai]</w:t>
      </w:r>
      <w:r>
        <w:rPr>
          <w:sz w:val="20"/>
        </w:rPr>
        <w:br/>
        <w:t>Семитизированная клятвенная формула отрицания: буквально форма условного выражения, функционально — сильное «не будет дано».</w:t>
      </w:r>
    </w:p>
    <w:p>
      <w:r>
        <w:t>13. Оставив их, Он снова сел в лодку и переправился на другую сторону.</w:t>
      </w:r>
    </w:p>
    <w:p>
      <w:r>
        <w:t>14. Ученики забыли взять хлеб и имели с собой в лодке только один хлеб.</w:t>
      </w:r>
    </w:p>
    <w:p>
      <w:r>
        <w:t>15. Он настойчиво предупреждал [διεστέλλετο] их: «Смотрите! Берегитесь закваски фарисеев и закваски Ирода».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διεστέλλετο</w:t>
      </w:r>
      <w:r>
        <w:rPr>
          <w:sz w:val="20"/>
        </w:rPr>
        <w:t xml:space="preserve"> [diestelleto]</w:t>
      </w:r>
      <w:r>
        <w:rPr>
          <w:sz w:val="20"/>
        </w:rPr>
        <w:br/>
        <w:t>Глагол передаёт строгий, настойчивый приказ/предупреждение, а не случайное замечание.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ζύμη</w:t>
      </w:r>
      <w:r>
        <w:rPr>
          <w:sz w:val="20"/>
        </w:rPr>
        <w:t xml:space="preserve"> [zymē]</w:t>
      </w:r>
      <w:r>
        <w:rPr>
          <w:sz w:val="20"/>
        </w:rPr>
        <w:br/>
        <w:t>Закваска становится образом проникающего влияния. Ближайший контекст — фарисейское требование знамения и иродианская среда; точное содержание метафоры Марк не сводит к одному слову.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8:11–13, Мк 6:14–29</w:t>
      </w:r>
    </w:p>
    <w:p>
      <w:r>
        <w:t>16. Они стали рассуждать между собой, что у них нет хлеба.</w:t>
      </w:r>
    </w:p>
    <w:p>
      <w:r>
        <w:t>17. Поняв это, Он сказал им: «Почему вы рассуждаете о том, что у вас нет хлеба? Неужели вы всё ещё не понимаете и не осознаёте? Неужели ваше сердце всё ещё πεπωρωμένη — ожесточено?»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πεπωρωμένην</w:t>
      </w:r>
      <w:r>
        <w:rPr>
          <w:sz w:val="20"/>
        </w:rPr>
        <w:t xml:space="preserve"> [pepōrōmenēn]</w:t>
      </w:r>
      <w:r>
        <w:rPr>
          <w:sz w:val="20"/>
        </w:rPr>
        <w:br/>
        <w:t>Тот же корень πωρόω, что в 3:5 и 6:52. Ученики снова описаны языком духовной нечувствительности, ранее применённым к противникам.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3:5, Мк 6:52</w:t>
      </w:r>
    </w:p>
    <w:p>
      <w:r>
        <w:t>18. «Имея глаза, не видите? Имея уши, не слышите? И не помните?»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ὀφθαλμοὺς ἔχοντες οὐ βλέπετε ... ὦτα ἔχοντες οὐκ ἀκούετε</w:t>
      </w:r>
      <w:r>
        <w:rPr>
          <w:sz w:val="20"/>
        </w:rPr>
        <w:t xml:space="preserve"> [ophthalmous echontes ou blepete ... ōta echontes ouk akouete]</w:t>
      </w:r>
      <w:r>
        <w:rPr>
          <w:sz w:val="20"/>
        </w:rPr>
        <w:br/>
        <w:t>Формула напоминает пророческий язык духовной слепоты и глухоты. В Марке это особенно сильно после Ис 6 в главе 4 и непосредственно перед исцелением слепого.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6:9–10, Иер 5:21, Мк 4:12, Мк 8:22–25</w:t>
      </w:r>
    </w:p>
    <w:p>
      <w:r>
        <w:t>19. «Когда Я разломил пять хлебов для пяти тысяч, сколько полных κόφινοι — корзин — кусков вы собрали?» Они ответили: «Двенадцать».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κοφίνων</w:t>
      </w:r>
      <w:r>
        <w:rPr>
          <w:sz w:val="20"/>
        </w:rPr>
        <w:t xml:space="preserve"> [kophinōn]</w:t>
      </w:r>
      <w:r>
        <w:rPr>
          <w:sz w:val="20"/>
        </w:rPr>
        <w:br/>
        <w:t>Иисус сам называет тип корзин первого насыщения — κόφινος. Это отличается от σπυρίς во втором насыщении.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6:43, Мк 8:20</w:t>
      </w:r>
    </w:p>
    <w:p>
      <w:r>
        <w:t>20. «А когда семь хлебов — для четырёх тысяч, сколько полных σπυρίδες — больших корзин — вы собрали?» Они ответили: «Семь».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σπυρίδων</w:t>
      </w:r>
      <w:r>
        <w:rPr>
          <w:sz w:val="20"/>
        </w:rPr>
        <w:t xml:space="preserve"> [spyridōn]</w:t>
      </w:r>
      <w:r>
        <w:rPr>
          <w:sz w:val="20"/>
        </w:rPr>
        <w:br/>
        <w:t>Иисус сохраняет различие слов для корзин. Деталь показывает, что Марк сознательно различает два события, а не случайно повторяет одну историю.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8:8, Мк 8:19</w:t>
      </w:r>
    </w:p>
    <w:p>
      <w:r>
        <w:t>21. И Он сказал им: «Вы всё ещё не понимаете [οὔπω συνίετε]?»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οὔπω συνίετε</w:t>
      </w:r>
      <w:r>
        <w:rPr>
          <w:sz w:val="20"/>
        </w:rPr>
        <w:t xml:space="preserve"> [oupō syniete]</w:t>
      </w:r>
      <w:r>
        <w:rPr>
          <w:sz w:val="20"/>
        </w:rPr>
        <w:br/>
        <w:t>Вопрос завершает цикл хлебов и непонимания, после чего сразу следует история человека, который начинает видеть постепенно. Композиционная связь очень вероятна.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8:22–25</w:t>
      </w:r>
    </w:p>
    <w:p>
      <w:r>
        <w:t>22. Они пришли в Вифсаиду. К Нему привели слепого и просили прикоснуться к нему.</w:t>
      </w:r>
    </w:p>
    <w:p>
      <w:r>
        <w:t>23. Взяв слепого за руку, Он вывел его за пределы селения, плюнул ему на глаза, возложил на него руки и спрашивал: «Видишь что-нибудь?»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ἐπηρώτα αὐτόν· εἴ τι βλέπεις</w:t>
      </w:r>
      <w:r>
        <w:rPr>
          <w:sz w:val="20"/>
        </w:rPr>
        <w:t xml:space="preserve"> [epērōta auton: ei ti blepeis]</w:t>
      </w:r>
      <w:r>
        <w:rPr>
          <w:sz w:val="20"/>
        </w:rPr>
        <w:br/>
        <w:t>Иисус проверяет степень зрения после первого действия. Это уникальное для Евангелий двухэтапное исцеление.</w:t>
      </w:r>
    </w:p>
    <w:p>
      <w:r>
        <w:t>24. Тот поднял глаза и сказал: «Вижу людей, потому что вижу их как деревья, которые ходят».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βλέπω τοὺς ἀνθρώπους ... ὡς δένδρα ὁρῶ περιπατοῦντας</w:t>
      </w:r>
      <w:r>
        <w:rPr>
          <w:sz w:val="20"/>
        </w:rPr>
        <w:t xml:space="preserve"> [blepō tous anthrōpous ... hōs dendra horō peripatountas]</w:t>
      </w:r>
      <w:r>
        <w:rPr>
          <w:sz w:val="20"/>
        </w:rPr>
        <w:br/>
        <w:t>Человек уже видит, но ещё искажённо. Эта промежуточная ясность хорошо соответствует положению учеников: они уже распознают Иисуса, но ещё не понимают путь Мессии.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8:29–33</w:t>
      </w:r>
    </w:p>
    <w:p>
      <w:r>
        <w:t>25. Тогда Он снова возложил руки на его глаза, и тот прозрел: зрение восстановилось, и он видел всё ясно [τηλαυγῶς].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τηλαυγῶς</w:t>
      </w:r>
      <w:r>
        <w:rPr>
          <w:sz w:val="20"/>
        </w:rPr>
        <w:t xml:space="preserve"> [tēlaugōs]</w:t>
      </w:r>
      <w:r>
        <w:rPr>
          <w:sz w:val="20"/>
        </w:rPr>
        <w:br/>
        <w:t>Редкое наречие: видеть ясно, отчётливо, как бы «на дальнем расстоянии». Финал подчёркивает полное зрение после промежуточного этапа.</w:t>
      </w:r>
    </w:p>
    <w:p>
      <w:r>
        <w:t>26. Он отправил его домой и сказал: «Даже не заходи в селение».</w:t>
      </w:r>
    </w:p>
    <w:p>
      <w:r>
        <w:t>27. Он с учениками пошёл в селения вокруг Кесарии Филипповой. По дороге спрашивал учеников: «Кем Меня считают [τίνα με λέγουσιν] люди?»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ἐν τῇ ὁδῷ</w:t>
      </w:r>
      <w:r>
        <w:rPr>
          <w:sz w:val="20"/>
        </w:rPr>
        <w:t xml:space="preserve"> [en tē hodō]</w:t>
      </w:r>
      <w:r>
        <w:rPr>
          <w:sz w:val="20"/>
        </w:rPr>
        <w:br/>
        <w:t>Вопрос о личности Иисуса звучит «на пути». Отсюда Марк начинает новый этап, где «путь» всё сильнее становится путём к страданию и кресту.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8:31–34, Мк 10:32</w:t>
      </w:r>
    </w:p>
    <w:p>
      <w:r>
        <w:t>28. Они ответили: «За Иоанна Крестителя; другие — за Илию; а некоторые — за одного из пророков».</w:t>
      </w:r>
    </w:p>
    <w:p>
      <w:r>
        <w:t>29. Тогда Он спросил их: «А вы кем Меня считаете?» Пётр ответил: «Ты — ὁ Χριστός, Мессия/Христос».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ὁ Χριστός</w:t>
      </w:r>
      <w:r>
        <w:rPr>
          <w:sz w:val="20"/>
        </w:rPr>
        <w:t xml:space="preserve"> [ho Christos]</w:t>
      </w:r>
      <w:r>
        <w:rPr>
          <w:sz w:val="20"/>
        </w:rPr>
        <w:br/>
        <w:t>Χριστός — «Помазанник», греческий эквивалент «Мессии». Пётр правильно определяет титул, но следующий эпизод показывает, что содержание этого титула он ещё понимает неверно.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8:31–33</w:t>
      </w:r>
    </w:p>
    <w:p>
      <w:r>
        <w:t>30. И Он строго запретил [ἐπετίμησεν] им говорить о Нём кому-либо.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ἐπετίμησεν</w:t>
      </w:r>
      <w:r>
        <w:rPr>
          <w:sz w:val="20"/>
        </w:rPr>
        <w:t xml:space="preserve"> [epetimēsen]</w:t>
      </w:r>
      <w:r>
        <w:rPr>
          <w:sz w:val="20"/>
        </w:rPr>
        <w:br/>
        <w:t>Тот же сильный глагол «запретить/упрекнуть» сразу повторяется в 8:32–33. Это создаёт цепочку: Иисус запрещает говорить → Пётр упрекает Иисуса → Иисус упрекает Петра.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8:32–33</w:t>
      </w:r>
    </w:p>
    <w:p>
      <w:r>
        <w:t>31. Затем Он начал учить их, что Сыну Человеческому δεῖ — необходимо/надлежит — много пострадать, быть отвергнутым старейшинами, первосвященниками и книжниками, быть убитым и через три дня воскреснуть.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δεῖ</w:t>
      </w:r>
      <w:r>
        <w:rPr>
          <w:sz w:val="20"/>
        </w:rPr>
        <w:t xml:space="preserve"> [dei]</w:t>
      </w:r>
      <w:r>
        <w:rPr>
          <w:sz w:val="20"/>
        </w:rPr>
        <w:br/>
        <w:t>δεῖ выражает не просто прогноз, а необходимость в рамках Божьего замысла: Сыну Человеческому «надлежит» пройти этот путь.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ἀποδοκιμασθῆναι</w:t>
      </w:r>
      <w:r>
        <w:rPr>
          <w:sz w:val="20"/>
        </w:rPr>
        <w:t xml:space="preserve"> [apodokimasthēnai]</w:t>
      </w:r>
      <w:r>
        <w:rPr>
          <w:sz w:val="20"/>
        </w:rPr>
        <w:br/>
        <w:t>Глагол означает быть отвергнутым после оценки как неприемлемый. Парадокс: признанный Петром Мессия будет отвергнут религиозным руководством.</w:t>
      </w:r>
    </w:p>
    <w:p>
      <w:r>
        <w:t>32. Он говорил об этом παρρησίᾳ — открыто и прямо. Тогда Пётр отвёл Его в сторону и начал упрекать [ἐπιτιμᾶν] Его.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παρρησίᾳ</w:t>
      </w:r>
      <w:r>
        <w:rPr>
          <w:sz w:val="20"/>
        </w:rPr>
        <w:t xml:space="preserve"> [parrēsia]</w:t>
      </w:r>
      <w:r>
        <w:rPr>
          <w:sz w:val="20"/>
        </w:rPr>
        <w:br/>
        <w:t>Открыто, ясно, без прикрытия. После притч и тайн ранней части Евангелия о страданиях Иисус говорит прямо.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ἐπιτιμᾶν</w:t>
      </w:r>
      <w:r>
        <w:rPr>
          <w:sz w:val="20"/>
        </w:rPr>
        <w:t xml:space="preserve"> [epitiman]</w:t>
      </w:r>
      <w:r>
        <w:rPr>
          <w:sz w:val="20"/>
        </w:rPr>
        <w:br/>
        <w:t>Пётр использует по отношению к Иисусу глагол строгого порицания, который в следующем стихе будет обращён обратно к нему.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8:33</w:t>
      </w:r>
    </w:p>
    <w:p>
      <w:r>
        <w:t>33. Но Он повернулся, посмотрел на учеников и упрекнул [ἐπετίμησεν] Петра: «Ὕπαγε ὀπίσω μου, Σατανᾶ — Иди за Мною, сатана / стань позади Меня! Ты мыслишь не Божье, а человеческое».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ὕπαγε ὀπίσω μου</w:t>
      </w:r>
      <w:r>
        <w:rPr>
          <w:sz w:val="20"/>
        </w:rPr>
        <w:t xml:space="preserve"> [hypage opisō mou]</w:t>
      </w:r>
      <w:r>
        <w:rPr>
          <w:sz w:val="20"/>
        </w:rPr>
        <w:br/>
        <w:t>Буквально «иди позади Меня». Это можно услышать не только как «прочь», но и как возвращение Петра на правильное место ученика — позади Учителя. Тот же ὀπίσω появляется в следующем стихе в призыве следовать за Иисусом.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8:34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Σατανᾶ</w:t>
      </w:r>
      <w:r>
        <w:rPr>
          <w:sz w:val="20"/>
        </w:rPr>
        <w:t xml:space="preserve"> [Satana]</w:t>
      </w:r>
      <w:r>
        <w:rPr>
          <w:sz w:val="20"/>
        </w:rPr>
        <w:br/>
        <w:t>Иисус называет Петра «сатаной/противником» не как утверждение его демонической природы, а потому что Пётр становится препятствием Божьему пути страдающего Мессии.</w:t>
      </w:r>
    </w:p>
    <w:p>
      <w:r>
        <w:t>34. Подозвав народ вместе с учениками, Он сказал: «Кто хочет идти позади Меня [ὀπίσω μου], пусть откажется от себя, возьмёт свой крест и следует за Мной.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ὀπίσω μου ... ἀκολουθείτω μοι</w:t>
      </w:r>
      <w:r>
        <w:rPr>
          <w:sz w:val="20"/>
        </w:rPr>
        <w:t xml:space="preserve"> [opisō mou ... akoloutheitō moi]</w:t>
      </w:r>
      <w:r>
        <w:rPr>
          <w:sz w:val="20"/>
        </w:rPr>
        <w:br/>
        <w:t>Лексическая связь с 8:33 сильна: Пётр должен занять место «позади», а всякий ученик призывается идти «позади» Иисуса, следуя Его пути.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8:33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ἀράτω τὸν σταυρὸν αὐτοῦ</w:t>
      </w:r>
      <w:r>
        <w:rPr>
          <w:sz w:val="20"/>
        </w:rPr>
        <w:t xml:space="preserve"> [aratō ton stauron autou]</w:t>
      </w:r>
      <w:r>
        <w:rPr>
          <w:sz w:val="20"/>
        </w:rPr>
        <w:br/>
        <w:t>Для первых слушателей «нести крест» — не абстрактная метафора бытовых трудностей, а образ публичного пути осуждённого на казнь. Здесь он обозначает радикальную готовность следовать Иисусу ценой собственной жизни.</w:t>
      </w:r>
    </w:p>
    <w:p>
      <w:r>
        <w:t>35. Потому что кто хочет спасти свою ψυχή — жизнь/самого себя, — потеряет её; а кто потеряет свою ψυχή ради Меня и Благой вести, тот спасёт её.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ψυχή</w:t>
      </w:r>
      <w:r>
        <w:rPr>
          <w:sz w:val="20"/>
        </w:rPr>
        <w:t xml:space="preserve"> [psychē]</w:t>
      </w:r>
      <w:r>
        <w:rPr>
          <w:sz w:val="20"/>
        </w:rPr>
        <w:br/>
        <w:t>ψυχή здесь охватывает жизнь, себя, личное существование. Перевод только «душа» может сузить парадокс до нематериальной части человека; «жизнь» лучше сохраняет противопоставление спасти/потерять.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σῶσαι ... ἀπολέσει ... σώσει</w:t>
      </w:r>
      <w:r>
        <w:rPr>
          <w:sz w:val="20"/>
        </w:rPr>
        <w:t xml:space="preserve"> [sōsai ... apolesei ... sōsei]</w:t>
      </w:r>
      <w:r>
        <w:rPr>
          <w:sz w:val="20"/>
        </w:rPr>
        <w:br/>
        <w:t>Парадокс строится на повторе «спасти — потерять — потерять — спасти». Настоящее спасение жизни проходит через готовность потерять её ради Иисуса и Благой вести.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</w:t>
      </w:r>
    </w:p>
    <w:p>
      <w:r>
        <w:t>36. Какая польза человеку приобрести весь мир, но потерять/понести ущерб своей ψυχή — жизни?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ζημιωθῆναι</w:t>
      </w:r>
      <w:r>
        <w:rPr>
          <w:sz w:val="20"/>
        </w:rPr>
        <w:t xml:space="preserve"> [zēmiōthēnai]</w:t>
      </w:r>
      <w:r>
        <w:rPr>
          <w:sz w:val="20"/>
        </w:rPr>
        <w:br/>
        <w:t>ζημιόω — понести ущерб, лишиться, потерять. Контраст экономический: «приобрести» весь мир и одновременно потерять самое себя.</w:t>
      </w:r>
    </w:p>
    <w:p>
      <w:r>
        <w:t>37. Или что человек может дать ἀντάλλαγμα — в обмен, как выкуп — за свою жизнь?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ἀντάλλαγμα</w:t>
      </w:r>
      <w:r>
        <w:rPr>
          <w:sz w:val="20"/>
        </w:rPr>
        <w:t xml:space="preserve"> [antallagma]</w:t>
      </w:r>
      <w:r>
        <w:rPr>
          <w:sz w:val="20"/>
        </w:rPr>
        <w:br/>
        <w:t>То, что даётся в обмен/взамен. Вопрос делает ценность ψυχή несоизмеримой с любым приобретением.</w:t>
      </w:r>
    </w:p>
    <w:p>
      <w:r>
        <w:t>38. Кто постыдится Меня и Моих слов среди этого прелюбодейного и грешного поколения, того постыдится и Сын Человеческий, когда придёт в славе Своего Отца со святыми ангелами».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γενεᾷ ... μοιχαλίδι</w:t>
      </w:r>
      <w:r>
        <w:rPr>
          <w:sz w:val="20"/>
        </w:rPr>
        <w:t xml:space="preserve"> [genea ... moichalidi]</w:t>
      </w:r>
      <w:r>
        <w:rPr>
          <w:sz w:val="20"/>
        </w:rPr>
        <w:br/>
        <w:t>«Прелюбодейное поколение» продолжает пророческий образ неверности народа Богу как супружеской измены.</w:t>
      </w:r>
      <w:r>
        <w:rPr>
          <w:i/>
          <w:sz w:val="20"/>
        </w:rPr>
        <w:br/>
        <w:t xml:space="preserve">См.: </w:t>
      </w:r>
      <w:r>
        <w:rPr>
          <w:sz w:val="20"/>
        </w:rPr>
        <w:t>Ос 1–3, Иер 3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ὁ υἱὸς τοῦ ἀνθρώπου ... ἐν τῇ δόξῃ</w:t>
      </w:r>
      <w:r>
        <w:rPr>
          <w:sz w:val="20"/>
        </w:rPr>
        <w:t xml:space="preserve"> [ho huios tou anthrōpou ... en tē doxē]</w:t>
      </w:r>
      <w:r>
        <w:rPr>
          <w:sz w:val="20"/>
        </w:rPr>
        <w:br/>
        <w:t>После предсказания страдания Сын Человеческий описан и как грядущий в славе с ангелами. Марк удерживает обе линии — страдание и будущую славу — вместе.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7:13–14, Мк 13:26</w:t>
      </w:r>
    </w:p>
    <w:p>
      <w:pPr>
        <w:pStyle w:val="Heading2"/>
      </w:pPr>
      <w:r>
        <w:t>Глава 9</w:t>
      </w:r>
    </w:p>
    <w:p>
      <w:r>
        <w:t>1. И Он говорил им: «Истинно говорю вам: некоторые из стоящих здесь не вкусят смерти, пока не увидят Царство Божье, пришедшее в силе».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ἕως ἂν ἴδωσιν τὴν βασιλείαν τοῦ θεοῦ ἐληλυθυῖαν ἐν δυνάμει</w:t>
      </w:r>
      <w:r>
        <w:rPr>
          <w:sz w:val="20"/>
        </w:rPr>
        <w:t xml:space="preserve"> [heōs an idōsin tēn basileian tou theou elēlythuian en dynamei]</w:t>
      </w:r>
      <w:r>
        <w:rPr>
          <w:sz w:val="20"/>
        </w:rPr>
        <w:br/>
        <w:t>Фраза стоит непосредственно перед Преображением. На уровне композиции Марка ближайшим исполнением обещания увидеть Царство «пришедшим в силе» становится сцена на горе, хотя выражение не обязательно исчерпывается только ею.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9:2–8</w:t>
      </w:r>
    </w:p>
    <w:p>
      <w:r>
        <w:t>2. Через шесть дней Он взял с Собой Петра, Иакова и Иоанна и повёл их одних на высокую гору. Там перед ними Он μετεμορφώθη — преобразился, изменился по виду.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μετεμορφώθη</w:t>
      </w:r>
      <w:r>
        <w:rPr>
          <w:sz w:val="20"/>
        </w:rPr>
        <w:t xml:space="preserve"> [metemorphōthē]</w:t>
      </w:r>
      <w:r>
        <w:rPr>
          <w:sz w:val="20"/>
        </w:rPr>
        <w:br/>
        <w:t>μεταμορφόω означает изменить форму/облик, преобразиться. Марк описывает не смену личности, а явленное изменение внешнего вида Иисуса.</w:t>
      </w:r>
    </w:p>
    <w:p>
      <w:r>
        <w:t>3. Его одежды стали сияюще белыми [στίλβοντα] — такими, какими ни один белильщик на земле не смог бы их сделать.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στίλβοντα</w:t>
      </w:r>
      <w:r>
        <w:rPr>
          <w:sz w:val="20"/>
        </w:rPr>
        <w:t xml:space="preserve"> [stilbonta]</w:t>
      </w:r>
      <w:r>
        <w:rPr>
          <w:sz w:val="20"/>
        </w:rPr>
        <w:br/>
        <w:t>Редкое слово со значением сиять, блестеть, сверкать. Белизна описана как сверхобычная, недостижимая человеческой обработкой.</w:t>
      </w:r>
    </w:p>
    <w:p>
      <w:r>
        <w:t>4. Им явился Илия вместе с Моисеем, и они разговаривали с Ним.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Ἠλίας σὺν Μωϋσεῖ</w:t>
      </w:r>
      <w:r>
        <w:rPr>
          <w:sz w:val="20"/>
        </w:rPr>
        <w:t xml:space="preserve"> [Ēlias syn Mōusei]</w:t>
      </w:r>
      <w:r>
        <w:rPr>
          <w:sz w:val="20"/>
        </w:rPr>
        <w:br/>
        <w:t>Илия и Моисей естественно представляют пророческую и законодательную линии Писания. Марк не объясняет символику прямо, но их совместное появление рядом с Иисусом имеет очевидный библейский вес.</w:t>
      </w:r>
    </w:p>
    <w:p>
      <w:r>
        <w:t>5. Пётр сказал Ему: «Равви, хорошо нам здесь быть. Сделаем три σκηναί — шатра/кущи: один Тебе, один Моисею и один Илии».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σκηνάς</w:t>
      </w:r>
      <w:r>
        <w:rPr>
          <w:sz w:val="20"/>
        </w:rPr>
        <w:t xml:space="preserve"> [skēnas]</w:t>
      </w:r>
      <w:r>
        <w:rPr>
          <w:sz w:val="20"/>
        </w:rPr>
        <w:br/>
        <w:t>σκηνή — шатёр, временное жилище. Возможный фон праздника Кущей обсуждается, но сам Марк его прямо не называет.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23:42–43</w:t>
      </w:r>
    </w:p>
    <w:p>
      <w:r>
        <w:t>6. Он не знал, что ответить [τί ἀποκριθῇ], потому что они были сильно напуганы [ἔκφοβοι].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ἔκφοβοι</w:t>
      </w:r>
      <w:r>
        <w:rPr>
          <w:sz w:val="20"/>
        </w:rPr>
        <w:t xml:space="preserve"> [ekphoboi]</w:t>
      </w:r>
      <w:r>
        <w:rPr>
          <w:sz w:val="20"/>
        </w:rPr>
        <w:br/>
        <w:t>Сильное слово: чрезвычайно испуганные, охваченные страхом. Реплика Петра появляется на фоне растерянности, а не спокойного богословского решения.</w:t>
      </w:r>
    </w:p>
    <w:p>
      <w:r>
        <w:t>7. Появилось облако и осенило их [ἐπισκιάζουσα], и из облака прозвучал голос: «Это Мой возлюбленный Сын. Слушайте Его [ἀκούετε αὐτοῦ]!»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νεφέλη ἐπισκιάζουσα</w:t>
      </w:r>
      <w:r>
        <w:rPr>
          <w:sz w:val="20"/>
        </w:rPr>
        <w:t xml:space="preserve"> [nephelē episkiazousa]</w:t>
      </w:r>
      <w:r>
        <w:rPr>
          <w:sz w:val="20"/>
        </w:rPr>
        <w:br/>
        <w:t>Облако в библейских богоявлениях связано с Божьим присутствием. Здесь оно покрывает сцену и сопровождает голос.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24:15–18, Исх 40:34–38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ἀκούετε αὐτοῦ</w:t>
      </w:r>
      <w:r>
        <w:rPr>
          <w:sz w:val="20"/>
        </w:rPr>
        <w:t xml:space="preserve"> [akouete autou]</w:t>
      </w:r>
      <w:r>
        <w:rPr>
          <w:sz w:val="20"/>
        </w:rPr>
        <w:br/>
        <w:t>Императив «слушайте Его» ставит Иисуса в центр после появления Моисея и Илии. Возможен фон Втор 18:15 о пророке, которого следует слушать.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18:15, Мк 1:11</w:t>
      </w:r>
    </w:p>
    <w:p>
      <w:r>
        <w:t>8. Внезапно, оглянувшись, они больше никого не увидели рядом с собой, кроме одного Иисуса [εἰ μὴ τὸν Ἰησοῦν μόνον].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εἰ μὴ τὸν Ἰησοῦν μόνον</w:t>
      </w:r>
      <w:r>
        <w:rPr>
          <w:sz w:val="20"/>
        </w:rPr>
        <w:t xml:space="preserve"> [ei mē ton Iēsoun monon]</w:t>
      </w:r>
      <w:r>
        <w:rPr>
          <w:sz w:val="20"/>
        </w:rPr>
        <w:br/>
        <w:t>Финал сцены нарочито концентрирует взгляд на одном Иисусе после ухода Моисея и Илии.</w:t>
      </w:r>
    </w:p>
    <w:p>
      <w:r>
        <w:t>9. Когда они спускались с горы, Он велел им никому не рассказывать о том, что они видели, пока Сын Человеческий не воскреснет из мёртвых.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εἰ μὴ ὅταν ὁ υἱὸς τοῦ ἀνθρώπου ἐκ νεκρῶν ἀναστῇ</w:t>
      </w:r>
      <w:r>
        <w:rPr>
          <w:sz w:val="20"/>
        </w:rPr>
        <w:t xml:space="preserve"> [ei mē hotan ho huios tou anthrōpou ek nekrōn anastē]</w:t>
      </w:r>
      <w:r>
        <w:rPr>
          <w:sz w:val="20"/>
        </w:rPr>
        <w:br/>
        <w:t>Разглашение Преображения откладывается до воскресения: только после креста и воскресения увиденная слава может быть понята в правильной рамке.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8:31, Мк 9:31</w:t>
      </w:r>
    </w:p>
    <w:p>
      <w:r>
        <w:t>10. Они удержали это слово при себе и обсуждали между собой, что значит «воскреснуть из мёртвых [ἐκ νεκρῶν ἀναστῆναι]».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ἐκ νεκρῶν ἀναστῆναι</w:t>
      </w:r>
      <w:r>
        <w:rPr>
          <w:sz w:val="20"/>
        </w:rPr>
        <w:t xml:space="preserve"> [ek nekrōn anastēnai]</w:t>
      </w:r>
      <w:r>
        <w:rPr>
          <w:sz w:val="20"/>
        </w:rPr>
        <w:br/>
        <w:t>Ученики знают идею воскресения вообще, но не понимают конкретное заявление о воскресении Сына Человеческого после смерти. Марк подчёркивает не отсутствие словаря, а непонимание сценария.</w:t>
      </w:r>
    </w:p>
    <w:p>
      <w:r>
        <w:t>11. И они спросили Его: «Почему книжники говорят, что сначала должен прийти Илия?»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Ἠλίαν δεῖ ἐλθεῖν πρῶτον</w:t>
      </w:r>
      <w:r>
        <w:rPr>
          <w:sz w:val="20"/>
        </w:rPr>
        <w:t xml:space="preserve"> [Ēlian dei elthein prōton]</w:t>
      </w:r>
      <w:r>
        <w:rPr>
          <w:sz w:val="20"/>
        </w:rPr>
        <w:br/>
        <w:t>Ожидание возвращения Илии основано прежде всего на Мал 4:5–6. Ученики пытаются согласовать книжническое ожидание с увиденным на горе.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Мал 4:5–6</w:t>
      </w:r>
    </w:p>
    <w:p>
      <w:r>
        <w:t>12. Он ответил: «Илия действительно приходит первым и всё восстанавливает. И как же написано о Сыне Человеческом, что Он много пострадает и будет ἐξουδενηθῇ — презрен/сочтён ничтожным?»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ἐξουδενηθῇ</w:t>
      </w:r>
      <w:r>
        <w:rPr>
          <w:sz w:val="20"/>
        </w:rPr>
        <w:t xml:space="preserve"> [exoudenēthē]</w:t>
      </w:r>
      <w:r>
        <w:rPr>
          <w:sz w:val="20"/>
        </w:rPr>
        <w:br/>
        <w:t>Глагол означает презреть, считать ничтожным, обесценить. Это сильнее нейтрального «отвергнуть» и связывает путь Сына Человеческого с унижением.</w:t>
      </w:r>
    </w:p>
    <w:p>
      <w:r>
        <w:t>13. Говорю вам: Илия уже пришёл, и с ним сделали всё, что хотели, как о нём и написано».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Ἠλίας ἐλήλυθεν</w:t>
      </w:r>
      <w:r>
        <w:rPr>
          <w:sz w:val="20"/>
        </w:rPr>
        <w:t xml:space="preserve"> [Ēlias elēlythen]</w:t>
      </w:r>
      <w:r>
        <w:rPr>
          <w:sz w:val="20"/>
        </w:rPr>
        <w:br/>
        <w:t>Иисус говорит, что Илия «уже пришёл». В марковском контексте это указывает на Иоанна Крестителя как исполнителя функции предшественника, хотя имя Иоанна в этом стихе не произнесено.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1:2–6, Мк 6:17–29</w:t>
      </w:r>
    </w:p>
    <w:p>
      <w:r>
        <w:t>14. Вернувшись к остальным ученикам, они увидели вокруг них большую толпу и книжников, споривших с ними.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γραμματεῖς συζητοῦντας πρὸς αὐτούς</w:t>
      </w:r>
      <w:r>
        <w:rPr>
          <w:sz w:val="20"/>
        </w:rPr>
        <w:t xml:space="preserve"> [grammateis syzētountas pros autous]</w:t>
      </w:r>
      <w:r>
        <w:rPr>
          <w:sz w:val="20"/>
        </w:rPr>
        <w:br/>
        <w:t>Сразу после небесной сцены на горе Марк возвращает читателя к земному спору и бессилию учеников — резкий композиционный контраст.</w:t>
      </w:r>
    </w:p>
    <w:p>
      <w:r>
        <w:t>15. Как только люди увидели Его, все ἐξεθαμβήθησαν — были поражены/ошеломлены — и, подбежав, приветствовали Его.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ἐξεθαμβήθησαν</w:t>
      </w:r>
      <w:r>
        <w:rPr>
          <w:sz w:val="20"/>
        </w:rPr>
        <w:t xml:space="preserve"> [exethambēthēsan]</w:t>
      </w:r>
      <w:r>
        <w:rPr>
          <w:sz w:val="20"/>
        </w:rPr>
        <w:br/>
        <w:t>Сильный глагол удивления/потрясения. Марк не объясняет причину отдельно, поэтому WGT-E не утверждает, что лицо Иисуса продолжало сиять после горы.</w:t>
      </w:r>
    </w:p>
    <w:p>
      <w:r>
        <w:t>16. Он спросил их: «О чём вы спорите с ними?»</w:t>
      </w:r>
    </w:p>
    <w:p>
      <w:r>
        <w:t>17. Один человек из толпы ответил: «Учитель, я привёл к Тебе сына: у него πνεῦμα ἄλαλον — дух, лишающий его речи.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πνεῦμα ἄλαλον</w:t>
      </w:r>
      <w:r>
        <w:rPr>
          <w:sz w:val="20"/>
        </w:rPr>
        <w:t xml:space="preserve"> [pneuma alalon]</w:t>
      </w:r>
      <w:r>
        <w:rPr>
          <w:sz w:val="20"/>
        </w:rPr>
        <w:br/>
        <w:t>ἄλαλος — немой, не говорящий. Позже Иисус обращается к духу как «немому и глухому», показывая, что симптомы описываются через действие духа.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9:25</w:t>
      </w:r>
    </w:p>
    <w:p>
      <w:r>
        <w:t>18. Когда он схватывает его [καταλάβῃ], то сильно потрясает его. Я просил Твоих учеников изгнать его, но они не смогли [οὐκ ἴσχυσαν]».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οὐκ ἴσχυσαν</w:t>
      </w:r>
      <w:r>
        <w:rPr>
          <w:sz w:val="20"/>
        </w:rPr>
        <w:t xml:space="preserve"> [ouk ischysan]</w:t>
      </w:r>
      <w:r>
        <w:rPr>
          <w:sz w:val="20"/>
        </w:rPr>
        <w:br/>
        <w:t>ἰσχύω — быть сильным/способным. Буквально: «не оказались достаточно сильны/не смогли». Это подготавливает вопрос об источнике истинной способности в 9:23 и 9:29.</w:t>
      </w:r>
    </w:p>
    <w:p>
      <w:r>
        <w:t>19. Он ответил: «О неверующее поколение [γενεὰ ἄπιστος]! Сколько ещё Мне быть с вами? Сколько ещё терпеть вас? Приведите его ко Мне».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γενεὰ ἄπιστος</w:t>
      </w:r>
      <w:r>
        <w:rPr>
          <w:sz w:val="20"/>
        </w:rPr>
        <w:t xml:space="preserve"> [genea apistos]</w:t>
      </w:r>
      <w:r>
        <w:rPr>
          <w:sz w:val="20"/>
        </w:rPr>
        <w:br/>
        <w:t>Обличение направлено шире одного отца: «неверующее поколение». В сцене присутствуют ученики, книжники и толпа, а проблема веры становится общей темой эпизода.</w:t>
      </w:r>
    </w:p>
    <w:p>
      <w:r>
        <w:t>20. Мальчика привели. Увидев Его, дух сразу сильно потряс мальчика, и тот упал на землю.</w:t>
      </w:r>
    </w:p>
    <w:p>
      <w:r>
        <w:t>21. Он спросил его отца: «Как давно это с ним?» Тот ответил: «С детства.</w:t>
      </w:r>
    </w:p>
    <w:p>
      <w:r>
        <w:t>22. «Много раз это бросало его в смертельную опасность. Но если Ты что-нибудь можешь [εἴ τι δύνῃ], сжалься над нами и помоги».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εἴ τι δύνῃ</w:t>
      </w:r>
      <w:r>
        <w:rPr>
          <w:sz w:val="20"/>
        </w:rPr>
        <w:t xml:space="preserve"> [ei ti dynē]</w:t>
      </w:r>
      <w:r>
        <w:rPr>
          <w:sz w:val="20"/>
        </w:rPr>
        <w:br/>
        <w:t>Отец ставит под вопрос способность Иисуса после неудачи учеников. В следующем стихе Иисус возвращает эту формулу ему самому.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9:23</w:t>
      </w:r>
    </w:p>
    <w:p>
      <w:r>
        <w:t>23. Он сказал ему: «“Если можешь”? [τὸ εἰ δύνῃ] Всё возможно тому, кто верит».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τὸ εἰ δύνῃ</w:t>
      </w:r>
      <w:r>
        <w:rPr>
          <w:sz w:val="20"/>
        </w:rPr>
        <w:t xml:space="preserve"> [to ei dynē]</w:t>
      </w:r>
      <w:r>
        <w:rPr>
          <w:sz w:val="20"/>
        </w:rPr>
        <w:br/>
        <w:t>Фраза трудная и эллиптическая. Наиболее естественно понимать её как отзвук слов отца: «Что касается твоего “если можешь”…». Затем фокус переносится с способности Иисуса на веру просителя.</w:t>
      </w:r>
    </w:p>
    <w:p>
      <w:r>
        <w:t>24. Отец ребёнка сразу воскликнул: «Верю! Помоги моему неверию [βοήθει μου τῇ ἀπιστίᾳ]!»</w:t>
      </w:r>
    </w:p>
    <w:p>
      <w:pPr>
        <w:ind w:left="360"/>
      </w:pPr>
      <w:r>
        <w:rPr>
          <w:b/>
          <w:sz w:val="20"/>
        </w:rPr>
        <w:t>Парадокс</w:t>
      </w:r>
      <w:r>
        <w:rPr>
          <w:i/>
          <w:sz w:val="20"/>
        </w:rPr>
        <w:t xml:space="preserve"> πιστεύω· βοήθει μου τῇ ἀπιστίᾳ</w:t>
      </w:r>
      <w:r>
        <w:rPr>
          <w:sz w:val="20"/>
        </w:rPr>
        <w:t xml:space="preserve"> [pisteuō; boēthei mou tē apistia]</w:t>
      </w:r>
      <w:r>
        <w:rPr>
          <w:sz w:val="20"/>
        </w:rPr>
        <w:br/>
        <w:t>Одна из самых напряжённых формул веры в Марке: вера и неверие признаются одновременно. Отец не выдаёт себя за идеально верующего, а просит помощи именно в своей недостаточности.</w:t>
      </w:r>
    </w:p>
    <w:p>
      <w:r>
        <w:t>25. Увидев, что народ быстро сбегается, Он строго приказал нечистому духу: «Дух немой и глухой, Я приказываю тебе: выйди из него и больше не входи!»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ἐπετίμησεν</w:t>
      </w:r>
      <w:r>
        <w:rPr>
          <w:sz w:val="20"/>
        </w:rPr>
        <w:t xml:space="preserve"> [epetimēsen]</w:t>
      </w:r>
      <w:r>
        <w:rPr>
          <w:sz w:val="20"/>
        </w:rPr>
        <w:br/>
        <w:t>Тот же глагол строгого запрета, которым Иисус обращался к демонам, морю и Петру. Он обозначает властное пресечение.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1:25, Мк 4:39, Мк 8:33</w:t>
      </w:r>
    </w:p>
    <w:p>
      <w:r>
        <w:t>26. Дух вышел, сильно потрясши мальчика. Тот лежал неподвижно, и многие говорили: «Он умер».</w:t>
      </w:r>
    </w:p>
    <w:p>
      <w:r>
        <w:t>27. Но Он взял его за руку, ἤγειρεν — поднял, — и тот ἀνέστη — встал.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ἤγειρεν ... ἀνέστη</w:t>
      </w:r>
      <w:r>
        <w:rPr>
          <w:sz w:val="20"/>
        </w:rPr>
        <w:t xml:space="preserve"> [ēgeiren ... anestē]</w:t>
      </w:r>
      <w:r>
        <w:rPr>
          <w:sz w:val="20"/>
        </w:rPr>
        <w:br/>
        <w:t>Два глагола «поднять/встать» входят в словарь воскресения. Здесь непосредственный смысл — восстановление мальчика, но сцена намеренно звучит языком возвращения к жизни.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5:41–42, Мк 16:6</w:t>
      </w:r>
    </w:p>
    <w:p>
      <w:r>
        <w:t>28. Когда Он вошёл в дом, ученики наедине спросили Его: «Почему мы не смогли изгнать его?»</w:t>
      </w:r>
    </w:p>
    <w:p>
      <w:r>
        <w:t>29. Он ответил им: «Этот γένος — род/вид — ничем нельзя изгнать, кроме молитвы».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τοῦτο τὸ γένος</w:t>
      </w:r>
      <w:r>
        <w:rPr>
          <w:sz w:val="20"/>
        </w:rPr>
        <w:t xml:space="preserve"> [touto to genos]</w:t>
      </w:r>
      <w:r>
        <w:rPr>
          <w:sz w:val="20"/>
        </w:rPr>
        <w:br/>
        <w:t>γένος здесь вероятнее всего означает «этот род/вид» нечистого духа, а не этническое «поколение». Главный акцент ответа — зависимость от молитвы, а не техника изгнания.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εἰ μὴ ἐν προσευχῇ / προσευχῇ καὶ νηστείᾳ</w:t>
      </w:r>
      <w:r>
        <w:rPr>
          <w:sz w:val="20"/>
        </w:rPr>
        <w:t xml:space="preserve"> [ei mē en proseuchē / proseuchē kai nēsteia]</w:t>
      </w:r>
      <w:r>
        <w:rPr>
          <w:sz w:val="20"/>
        </w:rPr>
        <w:br/>
        <w:t>Краткое критическое чтение — «кроме молитвы»; вариант «и поста» широко засвидетельствован позднее. WGT-T следует краткому чтению.</w:t>
      </w:r>
    </w:p>
    <w:p>
      <w:r>
        <w:t>30. Уйдя оттуда, они проходили через Галилею, и Он не хотел, чтобы кто-нибудь об этом узнал,</w:t>
      </w:r>
    </w:p>
    <w:p>
      <w:r>
        <w:t>31. потому что учил Своих учеников и говорил им: «Сын Человеческий παραδίδοται — передаётся/предаётся — в руки людей; Его убьют, и после смерти Он через три дня воскреснет».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παραδίδοται</w:t>
      </w:r>
      <w:r>
        <w:rPr>
          <w:sz w:val="20"/>
        </w:rPr>
        <w:t xml:space="preserve"> [paradidotai]</w:t>
      </w:r>
      <w:r>
        <w:rPr>
          <w:sz w:val="20"/>
        </w:rPr>
        <w:br/>
        <w:t>Настоящее время при будущем событии делает передачу Сына Человеческого живой и определённой. παραδίδωμι продолжает ключевую марковскую линию «передачи/предательства».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1:14, Мк 3:19, Мк 10:33</w:t>
      </w:r>
    </w:p>
    <w:p>
      <w:r>
        <w:t>32. Но они не понимали этого слова [τὸ ῥῆμα] и боялись спросить Его.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ἠγνόουν ... ἐφοβοῦντο ... ἐπερωτῆσαι</w:t>
      </w:r>
      <w:r>
        <w:rPr>
          <w:sz w:val="20"/>
        </w:rPr>
        <w:t xml:space="preserve"> [ēgnooun ... ephobounto ... eperōtēsai]</w:t>
      </w:r>
      <w:r>
        <w:rPr>
          <w:sz w:val="20"/>
        </w:rPr>
        <w:br/>
        <w:t>Непонимание сочетается со страхом задать вопрос. Марк показывает проблему учеников не только как интеллектуальную, но и как отказ вынести непонятное на свет.</w:t>
      </w:r>
    </w:p>
    <w:p>
      <w:r>
        <w:t>33. Они пришли в Капернаум. Когда Он был в доме, Он спросил их: «О чём вы спорили по дороге?»</w:t>
      </w:r>
    </w:p>
    <w:p>
      <w:r>
        <w:t>34. Они молчали, потому что по дороге спорили между собой, кто μείζων — больше/величественнее.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μείζων</w:t>
      </w:r>
      <w:r>
        <w:rPr>
          <w:sz w:val="20"/>
        </w:rPr>
        <w:t xml:space="preserve"> [meizōn]</w:t>
      </w:r>
      <w:r>
        <w:rPr>
          <w:sz w:val="20"/>
        </w:rPr>
        <w:br/>
        <w:t>Сравнительная степень «больше, величественнее, значительнее». На фоне только что объявленного пути страдания спор учеников выглядит особенно контрастно.</w:t>
      </w:r>
    </w:p>
    <w:p>
      <w:r>
        <w:t>35. Сев, Он позвал Двенадцать и сказал: «Кто хочет быть первым, пусть станет последним из всех и διάκονος — служителем — всех».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διάκονος</w:t>
      </w:r>
      <w:r>
        <w:rPr>
          <w:sz w:val="20"/>
        </w:rPr>
        <w:t xml:space="preserve"> [diakonos]</w:t>
      </w:r>
      <w:r>
        <w:rPr>
          <w:sz w:val="20"/>
        </w:rPr>
        <w:br/>
        <w:t>Служитель, тот, кто обслуживает нужды другого. Иисус переопределяет первенство не через статус, а через служение.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10:43–45</w:t>
      </w:r>
    </w:p>
    <w:p>
      <w:r>
        <w:t>36. Он взял ребёнка, поставил посреди них и, обняв [ἐναγκαλισάμενος] его, сказал: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ἐναγκαλισάμενος</w:t>
      </w:r>
      <w:r>
        <w:rPr>
          <w:sz w:val="20"/>
        </w:rPr>
        <w:t xml:space="preserve"> [enankalisamenos]</w:t>
      </w:r>
      <w:r>
        <w:rPr>
          <w:sz w:val="20"/>
        </w:rPr>
        <w:br/>
        <w:t>Глагол означает обнять, заключить в объятия. Жест делает ребёнка не абстрактным примером, а конкретным человеком в центре круга учеников.</w:t>
      </w:r>
    </w:p>
    <w:p>
      <w:r>
        <w:t>37. «Кто принимает одного такого ребёнка во имя Моё, тот принимает Меня; а кто принимает Меня, принимает не Меня, а Пославшего Меня».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ἐμὲ δέχηται ... τὸν ἀποστείλαντά με</w:t>
      </w:r>
      <w:r>
        <w:rPr>
          <w:sz w:val="20"/>
        </w:rPr>
        <w:t xml:space="preserve"> [eme dechētai ... ton aposteilanta me]</w:t>
      </w:r>
      <w:r>
        <w:rPr>
          <w:sz w:val="20"/>
        </w:rPr>
        <w:br/>
        <w:t>Принятие малого ученика связывается с принятием Иисуса, а принятие Иисуса — с Пославшим Его. Это сильная цепочка представительства.</w:t>
      </w:r>
    </w:p>
    <w:p>
      <w:r>
        <w:t>38. Иоанн сказал Ему: «Учитель, мы видели человека, который Твоим именем изгоняет демонов, и пытались остановить его, потому что он не следовал за нами [οὐκ ἠκολούθει ἡμῖν]».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οὐκ ἠκολούθει ἡμῖν</w:t>
      </w:r>
      <w:r>
        <w:rPr>
          <w:sz w:val="20"/>
        </w:rPr>
        <w:t xml:space="preserve"> [ouk ēkolouthei hēmin]</w:t>
      </w:r>
      <w:r>
        <w:rPr>
          <w:sz w:val="20"/>
        </w:rPr>
        <w:br/>
        <w:t>Иоанн формулирует проблему как «он не следовал за нами», а не «за Тобой». Это подчёркивает опасность превращения ученической группы в закрытый круг вокруг себя.</w:t>
      </w:r>
    </w:p>
    <w:p>
      <w:r>
        <w:t>39. Но Он сказал: «Не мешайте ему. Никто, кто совершит δύναμις — могущественное деяние — Моим именем, не сможет сразу же злословить Меня.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δύναμιν ἐπὶ τῷ ὀνόματί μου</w:t>
      </w:r>
      <w:r>
        <w:rPr>
          <w:sz w:val="20"/>
        </w:rPr>
        <w:t xml:space="preserve"> [dynamin epi tō onomati mou]</w:t>
      </w:r>
      <w:r>
        <w:rPr>
          <w:sz w:val="20"/>
        </w:rPr>
        <w:br/>
        <w:t>δύναμις здесь — могущественное действие, совершённое «на/во имя» Иисуса. Его имя рассматривается как основание действенного служения.</w:t>
      </w:r>
    </w:p>
    <w:p>
      <w:r>
        <w:t>40. Кто не против нас, тот за нас.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ὃς γὰρ οὐκ ἔστιν καθ᾽ ἡμῶν, ὑπὲρ ἡμῶν ἐστιν</w:t>
      </w:r>
      <w:r>
        <w:rPr>
          <w:sz w:val="20"/>
        </w:rPr>
        <w:t xml:space="preserve"> [hos gar ouk estin kath' hēmōn, hyper hēmōn estin]</w:t>
      </w:r>
      <w:r>
        <w:rPr>
          <w:sz w:val="20"/>
        </w:rPr>
        <w:br/>
        <w:t>В ближайшем контексте это не универсальное утверждение обо всех позициях, а ответ на попытку запретить человеку служить именем Иисуса только потому, что он не входит в круг Двенадцати.</w:t>
      </w:r>
    </w:p>
    <w:p>
      <w:r>
        <w:t>41. И кто даст вам хотя бы чашу воды потому, что вы принадлежите Христу [ὅτι Χριστοῦ ἐστε], — аминь говорю вам: он не потеряет награды.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ὅτι Χριστοῦ ἐστε</w:t>
      </w:r>
      <w:r>
        <w:rPr>
          <w:sz w:val="20"/>
        </w:rPr>
        <w:t xml:space="preserve"> [hoti Christou este]</w:t>
      </w:r>
      <w:r>
        <w:rPr>
          <w:sz w:val="20"/>
        </w:rPr>
        <w:br/>
        <w:t>Буквально «потому что вы — Христовы / принадлежите Христу». Даже малый акт гостеприимства оценивается по связи учеников с Христом.</w:t>
      </w:r>
    </w:p>
    <w:p>
      <w:r>
        <w:t>42. А кто станет причиной падения [σκανδαλίσῃ] одного из этих малых, верующих в Меня, для того последствия были бы крайне тяжёлыми.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σκανδαλίσῃ</w:t>
      </w:r>
      <w:r>
        <w:rPr>
          <w:sz w:val="20"/>
        </w:rPr>
        <w:t xml:space="preserve"> [skandalisē]</w:t>
      </w:r>
      <w:r>
        <w:rPr>
          <w:sz w:val="20"/>
        </w:rPr>
        <w:br/>
        <w:t>σκανδαλίζω — заставить споткнуться, стать причиной отпадения. Здесь речь о духовном вреде «малому» верующему; Иисус подчёркивает крайнюю серьёзность такого действия.</w:t>
      </w:r>
    </w:p>
    <w:p>
      <w:r>
        <w:t>43. Если даже что-то очень близкое и ценное для тебя становится причиной падения, решительно устрани эту причину: лучше войти в жизнь с потерей, чем сохранить всё и прийти в Геенну, к неугасимому огню.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σκανδαλίζῃ ... γέενναν ... πῦρ τὸ ἄσβεστον</w:t>
      </w:r>
      <w:r>
        <w:rPr>
          <w:sz w:val="20"/>
        </w:rPr>
        <w:t xml:space="preserve"> [skandalizē ... geennan ... pyr to asbeston]</w:t>
      </w:r>
      <w:r>
        <w:rPr>
          <w:sz w:val="20"/>
        </w:rPr>
        <w:br/>
        <w:t>Иисус использует намеренно шоковую телесную гиперболу, чтобы потребовать радикального разрыва с причиной греха. Смысл — серьёзность устранения соблазна, а не буквальная инструкция причинять себе вред.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γέεννα</w:t>
      </w:r>
      <w:r>
        <w:rPr>
          <w:sz w:val="20"/>
        </w:rPr>
        <w:t xml:space="preserve"> [Geenna]</w:t>
      </w:r>
      <w:r>
        <w:rPr>
          <w:sz w:val="20"/>
        </w:rPr>
        <w:br/>
        <w:t>Название восходит к долине Хинном возле Иерусалима, которая в иудейском религиозном языке стала образом Божьего суда. WGT-T сохраняет термин «Геенна».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Иер 7:31–32</w:t>
      </w:r>
    </w:p>
    <w:p>
      <w:r>
        <w:t xml:space="preserve">44. 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ὅπου ὁ σκώληξ αὐτῶν οὐ τελευτᾷ καὶ τὸ πῦρ οὐ σβέννυται</w:t>
      </w:r>
      <w:r>
        <w:rPr>
          <w:sz w:val="20"/>
        </w:rPr>
        <w:t xml:space="preserve"> [hopou ho skōlēx autōn ou teleuta kai to pyr ou sbennytai]</w:t>
      </w:r>
      <w:r>
        <w:rPr>
          <w:sz w:val="20"/>
        </w:rPr>
        <w:br/>
        <w:t>Стих 9:44 отсутствует в основном критическом тексте и повторяет 9:48 в поздней традиции. WGT-T сохраняет пустой номер стиха для навигации, но не вставляет позднее повторение в основной текст.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9:48</w:t>
      </w:r>
    </w:p>
    <w:p>
      <w:r>
        <w:t>45. То же относится ко всему, что становится для тебя причиной падения: лучше отказаться от этого и войти в жизнь, чем сохранить это и прийти в Геенну.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σκανδαλίζῃ ... γέενναν</w:t>
      </w:r>
      <w:r>
        <w:rPr>
          <w:sz w:val="20"/>
        </w:rPr>
        <w:t xml:space="preserve"> [skandalizē ... geennan]</w:t>
      </w:r>
      <w:r>
        <w:rPr>
          <w:sz w:val="20"/>
        </w:rPr>
        <w:br/>
        <w:t>Вторая параллельная гипербола усиливает тот же принцип: всё, что ведёт к падению, должно быть решительно оставлено. Это язык нравственной радикальности, не практическая инструкция причинить телесный вред.</w:t>
      </w:r>
    </w:p>
    <w:p>
      <w:r>
        <w:t xml:space="preserve">46. 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ὅπου ὁ σκώληξ αὐτῶν οὐ τελευτᾷ καὶ τὸ πῦρ οὐ σβέννυται</w:t>
      </w:r>
      <w:r>
        <w:rPr>
          <w:sz w:val="20"/>
        </w:rPr>
        <w:t xml:space="preserve"> [hopou ho skōlēx autōn ou teleuta kai to pyr ou sbennytai]</w:t>
      </w:r>
      <w:r>
        <w:rPr>
          <w:sz w:val="20"/>
        </w:rPr>
        <w:br/>
        <w:t>Как и 9:44, стих 9:46 — позднее повторение формулы 9:48 и отсутствует в основном критическом тексте.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9:48</w:t>
      </w:r>
    </w:p>
    <w:p>
      <w:r>
        <w:t>47. И если то, на что ты смотришь, становится причиной падения, отвернись от этого: лучше войти в Царство Божье с потерей, чем сохранить всё и оказаться в Геенне,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σκανδαλίζῃ ... βασιλείαν τοῦ θεοῦ ... γέενναν</w:t>
      </w:r>
      <w:r>
        <w:rPr>
          <w:sz w:val="20"/>
        </w:rPr>
        <w:t xml:space="preserve"> [skandalizē ... basileian tou theou ... geennan]</w:t>
      </w:r>
      <w:r>
        <w:rPr>
          <w:sz w:val="20"/>
        </w:rPr>
        <w:br/>
        <w:t>Третья гипербола завершает тройку и противопоставляет вход в Царство сохранению того, что приводит к падению. WGT-T передаёт этический смысл без буквального саморазрушительного образа.</w:t>
      </w:r>
    </w:p>
    <w:p>
      <w:r>
        <w:t>48. где «их червь не умирает и огонь не угасает».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ὁ σκώληξ αὐτῶν οὐ τελευτᾷ καὶ τὸ πῦρ οὐ σβέννυται</w:t>
      </w:r>
      <w:r>
        <w:rPr>
          <w:sz w:val="20"/>
        </w:rPr>
        <w:t xml:space="preserve"> [ho skōlēx autōn ou teleuta kai to pyr ou sbennytai]</w:t>
      </w:r>
      <w:r>
        <w:rPr>
          <w:sz w:val="20"/>
        </w:rPr>
        <w:br/>
        <w:t>Прямая отсылка к Ис 66:24 — финальному образу суда над восставшими против Бога. Марк переносит этот пророческий язык в предупреждение о Геенне.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66:24</w:t>
      </w:r>
    </w:p>
    <w:p>
      <w:r>
        <w:t>49. Потому что каждый будет «посолен огнём» [πᾶς γὰρ πυρὶ ἁλισθήσεται].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πυρὶ ἁλισθήσεται</w:t>
      </w:r>
      <w:r>
        <w:rPr>
          <w:sz w:val="20"/>
        </w:rPr>
        <w:t xml:space="preserve"> [pyri halisthēsetai]</w:t>
      </w:r>
      <w:r>
        <w:rPr>
          <w:sz w:val="20"/>
        </w:rPr>
        <w:br/>
        <w:t>Трудная метафора без прямого объяснения. Возможны оттенки испытания, очищения и жертвенной образности; WGT-T правильно сохраняет сам образ, не выбирая одну догматическую трактовку.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καὶ πᾶσα θυσία ἁλὶ ἁλισθήσεται</w:t>
      </w:r>
      <w:r>
        <w:rPr>
          <w:sz w:val="20"/>
        </w:rPr>
        <w:t xml:space="preserve"> [kai pasa thysia hali halisthēsetai]</w:t>
      </w:r>
      <w:r>
        <w:rPr>
          <w:sz w:val="20"/>
        </w:rPr>
        <w:br/>
        <w:t>Поздняя традиция добавляет «и всякая жертва солью осолится», вероятно под влиянием Лев 2:13. Критический текст короче.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2:13</w:t>
      </w:r>
    </w:p>
    <w:p>
      <w:r>
        <w:t>50. Соль хороша. Но если соль станет ἄναλος — несолёной, — чем вы вернёте ей вкус? Имейте соль в себе и живите в мире друг с другом».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ἄναλον</w:t>
      </w:r>
      <w:r>
        <w:rPr>
          <w:sz w:val="20"/>
        </w:rPr>
        <w:t xml:space="preserve"> [analon]</w:t>
      </w:r>
      <w:r>
        <w:rPr>
          <w:sz w:val="20"/>
        </w:rPr>
        <w:br/>
        <w:t>Буквально «несолёный, без соли». Парадокс подчёркивает потерю самой отличительной функции соли.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ἔχετε ἐν ἑαυτοῖς ἅλα καὶ εἰρηνεύετε ἐν ἀλλήλοις</w:t>
      </w:r>
      <w:r>
        <w:rPr>
          <w:sz w:val="20"/>
        </w:rPr>
        <w:t xml:space="preserve"> [echete en heautois hala kai eirēneuete en allēlois]</w:t>
      </w:r>
      <w:r>
        <w:rPr>
          <w:sz w:val="20"/>
        </w:rPr>
        <w:br/>
        <w:t>Финал возвращает учеников от споров о величии и границах группы к внутреннему качеству и миру друг с другом.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9:34, Мк 9:38</w:t>
      </w:r>
    </w:p>
    <w:p>
      <w:pPr>
        <w:pStyle w:val="Heading2"/>
      </w:pPr>
      <w:r>
        <w:t>Глава 10</w:t>
      </w:r>
    </w:p>
    <w:p>
      <w:r>
        <w:t>1. Уйдя оттуда, Он пришёл в пределы Иудеи и область за Иорданом. К Нему снова стекались толпы, и Он, как обычно, опять учил их.</w:t>
      </w:r>
    </w:p>
    <w:p>
      <w:r>
        <w:t>2. Фарисеи подошли и, испытывая [πειράζοντες] Его, спросили: «Позволено ли [ἔξεστιν] мужу разводиться с женой?»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πειράζοντες</w:t>
      </w:r>
      <w:r>
        <w:rPr>
          <w:sz w:val="20"/>
        </w:rPr>
        <w:t xml:space="preserve"> [peirazontes]</w:t>
      </w:r>
      <w:r>
        <w:rPr>
          <w:sz w:val="20"/>
        </w:rPr>
        <w:br/>
        <w:t>Вопрос поставлен как испытание Иисуса, а не как нейтральная просьба о семейной консультации.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ἔξεστιν</w:t>
      </w:r>
      <w:r>
        <w:rPr>
          <w:sz w:val="20"/>
        </w:rPr>
        <w:t xml:space="preserve"> [exestin]</w:t>
      </w:r>
      <w:r>
        <w:rPr>
          <w:sz w:val="20"/>
        </w:rPr>
        <w:br/>
        <w:t>Тот же язык дозволенности/законности, который звучал в субботних спорах: «разрешено ли по Закону?».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2:24, Мк 3:4</w:t>
      </w:r>
    </w:p>
    <w:p>
      <w:r>
        <w:t>3. Он ответил им: «Что заповедал вам Моисей?»</w:t>
      </w:r>
    </w:p>
    <w:p>
      <w:r>
        <w:t>4. Они сказали: «Моисей разрешил написать разводное свидетельство и отпустить жену».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βιβλίον ἀποστασίου</w:t>
      </w:r>
      <w:r>
        <w:rPr>
          <w:sz w:val="20"/>
        </w:rPr>
        <w:t xml:space="preserve"> [biblion apostasiou]</w:t>
      </w:r>
      <w:r>
        <w:rPr>
          <w:sz w:val="20"/>
        </w:rPr>
        <w:br/>
        <w:t>«Разводное свидетельство» отсылает к Втор 24:1–4. Моисеев текст регулирует уже существующую практику развода, а не формулирует идеал брака.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24:1–4</w:t>
      </w:r>
    </w:p>
    <w:p>
      <w:r>
        <w:t>5. Он сказал им: «Из-за вашей σκληροκαρδία — жестокости/ожесточённости сердца — Моисей написал вам эту заповедь.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σκληροκαρδίαν</w:t>
      </w:r>
      <w:r>
        <w:rPr>
          <w:sz w:val="20"/>
        </w:rPr>
        <w:t xml:space="preserve"> [sklērokardian]</w:t>
      </w:r>
      <w:r>
        <w:rPr>
          <w:sz w:val="20"/>
        </w:rPr>
        <w:br/>
        <w:t>Составное слово: «жёсткое сердце». Иисус помещает разводное регулирование в контекст человеческой повреждённости, а не первоначального замысла творения.</w:t>
      </w:r>
    </w:p>
    <w:p>
      <w:r>
        <w:t>6. Но от начала творения «мужчиной и женщиной создал их».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ἄρσεν καὶ θῆλυ ἐποίησεν αὐτούς</w:t>
      </w:r>
      <w:r>
        <w:rPr>
          <w:sz w:val="20"/>
        </w:rPr>
        <w:t xml:space="preserve"> [arsen kai thēly epoiēsen autous]</w:t>
      </w:r>
      <w:r>
        <w:rPr>
          <w:sz w:val="20"/>
        </w:rPr>
        <w:br/>
        <w:t>Цитата Быт 1:27 возвращает спор от юридического исключения к исходному замыслу творения.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1:27</w:t>
      </w:r>
    </w:p>
    <w:p>
      <w:r>
        <w:t>7. «Поэтому человек оставит отца и мать и соединится [προσκολληθήσεται] со своей женой,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καταλείψει ... καὶ προσκολληθήσεται</w:t>
      </w:r>
      <w:r>
        <w:rPr>
          <w:sz w:val="20"/>
        </w:rPr>
        <w:t xml:space="preserve"> [kataleipsei ... kai proskollēthēsetai]</w:t>
      </w:r>
      <w:r>
        <w:rPr>
          <w:sz w:val="20"/>
        </w:rPr>
        <w:br/>
        <w:t>Цитата Быт 2:24. προσκολλάω означает тесно присоединиться, прилепиться.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2:24</w:t>
      </w:r>
    </w:p>
    <w:p>
      <w:r>
        <w:t>8. и двое станут μία σάρξ — одной плотью. Так что они уже не двое, а одна плоть.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μία σάρξ</w:t>
      </w:r>
      <w:r>
        <w:rPr>
          <w:sz w:val="20"/>
        </w:rPr>
        <w:t xml:space="preserve"> [mia sarx]</w:t>
      </w:r>
      <w:r>
        <w:rPr>
          <w:sz w:val="20"/>
        </w:rPr>
        <w:br/>
        <w:t>«Одна плоть» описывает созданное браком единство, а не только физическую близость. Иисус повторяет фразу дважды, делая её центром аргумента.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2:24</w:t>
      </w:r>
    </w:p>
    <w:p>
      <w:r>
        <w:t>9. Итак, что Бог соединил вместе [συνέζευξεν], человек пусть не разделяет».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συνέζευξεν</w:t>
      </w:r>
      <w:r>
        <w:rPr>
          <w:sz w:val="20"/>
        </w:rPr>
        <w:t xml:space="preserve"> [synezeuxen]</w:t>
      </w:r>
      <w:r>
        <w:rPr>
          <w:sz w:val="20"/>
        </w:rPr>
        <w:br/>
        <w:t>Глагол связан с соединением в пару/ярмо. Иисус приписывает брачное соединение Божьему действию.</w:t>
      </w:r>
    </w:p>
    <w:p>
      <w:r>
        <w:t>10. В доме ученики снова спросили Его об этом.</w:t>
      </w:r>
    </w:p>
    <w:p>
      <w:r>
        <w:t>11. Он сказал им: «Кто разведётся со своей женой и женится на другой, μοιχᾶται — совершает супружескую неверность — по отношению к ней.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μοιχᾶται ἐπ᾽ αὐτήν</w:t>
      </w:r>
      <w:r>
        <w:rPr>
          <w:sz w:val="20"/>
        </w:rPr>
        <w:t xml:space="preserve"> [moichatai ep' autēn]</w:t>
      </w:r>
      <w:r>
        <w:rPr>
          <w:sz w:val="20"/>
        </w:rPr>
        <w:br/>
        <w:t>Формулировка подчёркивает ответственность мужа перед первой женой; женщина представлена не как собственность, а как сторона, против которой совершается неверность.</w:t>
      </w:r>
    </w:p>
    <w:p>
      <w:r>
        <w:t>12. И если женщина разведётся с мужем и выйдет за другого, она совершает супружескую неверность».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ἐὰν αὐτὴ ἀπολύσασα τὸν ἄνδρα</w:t>
      </w:r>
      <w:r>
        <w:rPr>
          <w:sz w:val="20"/>
        </w:rPr>
        <w:t xml:space="preserve"> [ean autē apolysasa ton andra]</w:t>
      </w:r>
      <w:r>
        <w:rPr>
          <w:sz w:val="20"/>
        </w:rPr>
        <w:br/>
        <w:t>Марковская формулировка учитывает возможность развода, инициированного женщиной, что особенно естественно в римско-эллинистической правовой среде его аудитории.</w:t>
      </w:r>
    </w:p>
    <w:p>
      <w:r>
        <w:t>13. К Нему приносили детей, чтобы Он прикоснулся к ним, но ученики запрещали людям.</w:t>
      </w:r>
    </w:p>
    <w:p>
      <w:r>
        <w:t>14. Увидев это, Иисус ἠγανάκτησεν — вознегодовал — и сказал: «Позвольте детям приходить ко Мне, не мешайте им, потому что таким принадлежит Царство Божье.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ἠγανάκτησεν</w:t>
      </w:r>
      <w:r>
        <w:rPr>
          <w:sz w:val="20"/>
        </w:rPr>
        <w:t xml:space="preserve"> [ēganaktēsen]</w:t>
      </w:r>
      <w:r>
        <w:rPr>
          <w:sz w:val="20"/>
        </w:rPr>
        <w:br/>
        <w:t>Сильная эмоциональная реакция: возмутился, был недоволен. Иисус резко реагирует на попытку учеников ограничить доступ детей.</w:t>
      </w:r>
    </w:p>
    <w:p>
      <w:r>
        <w:t>15. Аминь говорю вам: кто не примет Царство Божье как ребёнок [ὡς παιδίον], тот не войдёт в него».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δέξηται ... ὡς παιδίον</w:t>
      </w:r>
      <w:r>
        <w:rPr>
          <w:sz w:val="20"/>
        </w:rPr>
        <w:t xml:space="preserve"> [dexētai ... hōs paidion]</w:t>
      </w:r>
      <w:r>
        <w:rPr>
          <w:sz w:val="20"/>
        </w:rPr>
        <w:br/>
        <w:t>Главный глагол — «примет». Сравнение естественнее связывать не с предполагаемой невинностью детей, а с зависимым принимающим положением ребёнка.</w:t>
      </w:r>
    </w:p>
    <w:p>
      <w:r>
        <w:t>16. Он обнимал детей [ἐναγκαλισάμενος], возлагал на них руки и горячо благословлял [κατευλόγει].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κατευλόγει</w:t>
      </w:r>
      <w:r>
        <w:rPr>
          <w:sz w:val="20"/>
        </w:rPr>
        <w:t xml:space="preserve"> [kateulogei]</w:t>
      </w:r>
      <w:r>
        <w:rPr>
          <w:sz w:val="20"/>
        </w:rPr>
        <w:br/>
        <w:t>Усиленная форма глагола благословения: не формальный жест, а выраженное благословение.</w:t>
      </w:r>
    </w:p>
    <w:p>
      <w:r>
        <w:t>17. Когда Он выходил на путь [εἰς ὁδόν], к Нему подбежал человек, опустился перед Ним на колени и спросил: «Добрый Учитель, что мне сделать, чтобы унаследовать вечную жизнь?»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εἰς ὁδόν</w:t>
      </w:r>
      <w:r>
        <w:rPr>
          <w:sz w:val="20"/>
        </w:rPr>
        <w:t xml:space="preserve"> [eis hodon]</w:t>
      </w:r>
      <w:r>
        <w:rPr>
          <w:sz w:val="20"/>
        </w:rPr>
        <w:br/>
        <w:t>Снова появляется «путь» — важный марковский мотив ученичества. Разговор о вечной жизни происходит буквально по дороге к Иерусалиму.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8:27, Мк 10:32, Мк 10:52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κληρονομήσω</w:t>
      </w:r>
      <w:r>
        <w:rPr>
          <w:sz w:val="20"/>
        </w:rPr>
        <w:t xml:space="preserve"> [klēronomēsō]</w:t>
      </w:r>
      <w:r>
        <w:rPr>
          <w:sz w:val="20"/>
        </w:rPr>
        <w:br/>
        <w:t>«Унаследовать» — язык получаемого наследства, который уже напряжённо сочетается с вопросом человека «что мне сделать?».</w:t>
      </w:r>
    </w:p>
    <w:p>
      <w:r>
        <w:t>18. Иисус ответил ему: «Почему ты называешь Меня добрым? Никто не добр, кроме одного — Бога».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οὐδεὶς ἀγαθὸς εἰ μὴ εἷς ὁ θεός</w:t>
      </w:r>
      <w:r>
        <w:rPr>
          <w:sz w:val="20"/>
        </w:rPr>
        <w:t xml:space="preserve"> [oudeis agathos ei mē heis ho theos]</w:t>
      </w:r>
      <w:r>
        <w:rPr>
          <w:sz w:val="20"/>
        </w:rPr>
        <w:br/>
        <w:t>Иисус не даёт прямого объяснения собственной идентичности, а заставляет собеседника задуматься о смысле сказанного им слова «добрый» и о Боге как источнике добра.</w:t>
      </w:r>
    </w:p>
    <w:p>
      <w:r>
        <w:t>19. Ты знаешь заповеди: не убивай, не нарушай супружескую верность, не кради, не лжесвидетельствуй, не обманывай, почитай отца и мать».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μὴ φονεύσῃς ... τίμα τὸν πατέρα σου καὶ τὴν μητέρα</w:t>
      </w:r>
      <w:r>
        <w:rPr>
          <w:sz w:val="20"/>
        </w:rPr>
        <w:t xml:space="preserve"> [mē phoneusēs ... tima ton patera sou kai tēn mētera]</w:t>
      </w:r>
      <w:r>
        <w:rPr>
          <w:sz w:val="20"/>
        </w:rPr>
        <w:br/>
        <w:t>Перечень в основном следует заповедям второй скрижали — обязанностям по отношению к ближнему.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20:12–16, Втор 5:16–20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μὴ ἀποστερήσῃς</w:t>
      </w:r>
      <w:r>
        <w:rPr>
          <w:sz w:val="20"/>
        </w:rPr>
        <w:t xml:space="preserve"> [mē aposterēsēs]</w:t>
      </w:r>
      <w:r>
        <w:rPr>
          <w:sz w:val="20"/>
        </w:rPr>
        <w:br/>
        <w:t>Отдельно добавлено «не обманывай/не лишай другого принадлежащего ему», что особенно выразительно перед разговором о богатстве.</w:t>
      </w:r>
    </w:p>
    <w:p>
      <w:r>
        <w:t>20. Тот сказал Ему: «Учитель, всё это я соблюдал с юности».</w:t>
      </w:r>
    </w:p>
    <w:p>
      <w:r>
        <w:t>21. Иисус пристально посмотрел на него [ἐμβλέψας] и полюбил его [ἠγάπησεν αὐτόν]. Он сказал: «Одного тебе недостаёт. Иди, продай всё, что имеешь, раздай бедным — и у тебя будет сокровище на небе. Потом приходи и следуй за Мной».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ἐμβλέψας ... ἠγάπησεν αὐτόν</w:t>
      </w:r>
      <w:r>
        <w:rPr>
          <w:sz w:val="20"/>
        </w:rPr>
        <w:t xml:space="preserve"> [emblepsas ... ēgapēsen auton]</w:t>
      </w:r>
      <w:r>
        <w:rPr>
          <w:sz w:val="20"/>
        </w:rPr>
        <w:br/>
        <w:t>Марк единственный синоптик прямо говорит, что Иисус посмотрел на этого человека и полюбил его. Требовательный призыв вырастает из любви, а не из неприязни к нему.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δεῦρο, ἀκολούθει μοι</w:t>
      </w:r>
      <w:r>
        <w:rPr>
          <w:sz w:val="20"/>
        </w:rPr>
        <w:t xml:space="preserve"> [deuro, akolouthei moi]</w:t>
      </w:r>
      <w:r>
        <w:rPr>
          <w:sz w:val="20"/>
        </w:rPr>
        <w:br/>
        <w:t>Финал требования — не бедность сама по себе, а «приходи, следуй за Мной». Продажа имущества освобождает то, что мешает конкретному человеку следовать.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8:34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Поздняя традиция добавляет «взяв крест» после «следуй за Мной»; SBLGNT не включает эту фразу в Мк 10:21.</w:t>
      </w:r>
    </w:p>
    <w:p>
      <w:r>
        <w:t>22. Но от этого слова он στυγνάσας — помрачнел/стал мрачным — и ушёл печальным, потому что у него было много имущества.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στυγνάσας</w:t>
      </w:r>
      <w:r>
        <w:rPr>
          <w:sz w:val="20"/>
        </w:rPr>
        <w:t xml:space="preserve"> [stygnasas]</w:t>
      </w:r>
      <w:r>
        <w:rPr>
          <w:sz w:val="20"/>
        </w:rPr>
        <w:br/>
        <w:t>Редкое слово описывает помрачневшее лицо/настроение, словно небо стало пасмурным. Его богатство превращает приглашение к следованию в причину печали.</w:t>
      </w:r>
    </w:p>
    <w:p>
      <w:r>
        <w:t>23. Оглядевшись, Иисус сказал ученикам: «Как трудно тем, кто имеет богатство [χρήματα], войти в Царство Божье!»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χρήματα</w:t>
      </w:r>
      <w:r>
        <w:rPr>
          <w:sz w:val="20"/>
        </w:rPr>
        <w:t xml:space="preserve"> [chrēmata]</w:t>
      </w:r>
      <w:r>
        <w:rPr>
          <w:sz w:val="20"/>
        </w:rPr>
        <w:br/>
        <w:t>Буквально «имущество, средства, богатство». Трудность связана не с одной монетой, а с обладанием ресурсами, способными стать опорой и привязанностью.</w:t>
      </w:r>
    </w:p>
    <w:p>
      <w:r>
        <w:t>24. Ученики были поражены Его словами. Но Иисус снова сказал им: «Дети [τέκνα], как трудно войти в Царство Божье!»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τοὺς πεποιθότας ἐπὶ τοῖς χρήμασιν</w:t>
      </w:r>
      <w:r>
        <w:rPr>
          <w:sz w:val="20"/>
        </w:rPr>
        <w:t xml:space="preserve"> [tous pepoithotas epi tois chrēmasin]</w:t>
      </w:r>
      <w:r>
        <w:rPr>
          <w:sz w:val="20"/>
        </w:rPr>
        <w:br/>
        <w:t>TR/поздняя традиция добавляет «надеющимся на богатство». SBLGNT читает просто «как трудно войти». WGT-T не вставляет поясняющий вариант в основной текст.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τέκνα</w:t>
      </w:r>
      <w:r>
        <w:rPr>
          <w:sz w:val="20"/>
        </w:rPr>
        <w:t xml:space="preserve"> [tekna]</w:t>
      </w:r>
      <w:r>
        <w:rPr>
          <w:sz w:val="20"/>
        </w:rPr>
        <w:br/>
        <w:t>Тёплое обращение «дети» к ученикам особенно заметно сразу после сцены с настоящими детьми в 10:13–16.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10:13–16</w:t>
      </w:r>
    </w:p>
    <w:p>
      <w:r>
        <w:t>25. Легче κάμηλος — верблюду — пройти через отверстие иглы, чем богатому войти в Царство Божье».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κάμηλον διὰ τῆς τρυμαλιᾶς τῆς ῥαφίδος</w:t>
      </w:r>
      <w:r>
        <w:rPr>
          <w:sz w:val="20"/>
        </w:rPr>
        <w:t xml:space="preserve"> [kamēlon dia tēs trymalias tēs raphidos]</w:t>
      </w:r>
      <w:r>
        <w:rPr>
          <w:sz w:val="20"/>
        </w:rPr>
        <w:br/>
        <w:t>Это намеренно невозможная гипербола: большое животное и отверстие обычной иглы. Нет необходимости вводить позднюю легенду о якобы воротах «Игольное ушко».</w:t>
      </w:r>
    </w:p>
    <w:p>
      <w:r>
        <w:t>26. Они были чрезвычайно поражены и говорили друг другу: «Кто же тогда может быть спасён [σωθῆναι]?»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σωθῆναι</w:t>
      </w:r>
      <w:r>
        <w:rPr>
          <w:sz w:val="20"/>
        </w:rPr>
        <w:t xml:space="preserve"> [sōthēnai]</w:t>
      </w:r>
      <w:r>
        <w:rPr>
          <w:sz w:val="20"/>
        </w:rPr>
        <w:br/>
        <w:t>Вопрос расширяет тему от богатства к спасению вообще. Ответ Иисуса говорит не о более удачной человеческой стратегии, а о Божьей возможности.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10:27</w:t>
      </w:r>
    </w:p>
    <w:p>
      <w:r>
        <w:t>27. Иисус посмотрел на них и сказал: «Для людей это ἀδύνατον — невозможно, — но не для Бога. Потому что у Бога всё δυνατά — возможно».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ἀδύνατον ... δυνατά</w:t>
      </w:r>
      <w:r>
        <w:rPr>
          <w:sz w:val="20"/>
        </w:rPr>
        <w:t xml:space="preserve"> [adynaton ... dynata]</w:t>
      </w:r>
      <w:r>
        <w:rPr>
          <w:sz w:val="20"/>
        </w:rPr>
        <w:br/>
        <w:t>Прямой словесный контраст одного корня: «невозможно» людям — «возможно» Богу. Спасение ставится в зависимость от Божьей силы.</w:t>
      </w:r>
    </w:p>
    <w:p>
      <w:r>
        <w:t>28. Пётр начал говорить Ему: «Вот, мы оставили всё и последовали за Тобой».</w:t>
      </w:r>
    </w:p>
    <w:p>
      <w:r>
        <w:t>29. Иисус сказал: «Аминь говорю вам: нет никого, кто оставил бы дом, братьев, сестёр, мать, отца, детей или поля ради Меня и ради Благой вести,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ἢ γυναῖκα</w:t>
      </w:r>
      <w:r>
        <w:rPr>
          <w:sz w:val="20"/>
        </w:rPr>
        <w:t xml:space="preserve"> [ē gynaika]</w:t>
      </w:r>
      <w:r>
        <w:rPr>
          <w:sz w:val="20"/>
        </w:rPr>
        <w:br/>
        <w:t>Некоторые поздние свидетели добавляют в список «или жену». SBLGNT не содержит этого элемента, поэтому WGT-T его не включает.</w:t>
      </w:r>
    </w:p>
    <w:p>
      <w:r>
        <w:t>30. и не получил бы во сто раз больше уже теперь, в этот καιρός — нынешний период: домов, братьев, сестёр, матерей, детей и полей — вместе с преследованиями, а в грядущем веке — вечную жизнь.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καιρῷ</w:t>
      </w:r>
      <w:r>
        <w:rPr>
          <w:sz w:val="20"/>
        </w:rPr>
        <w:t xml:space="preserve"> [kairō]</w:t>
      </w:r>
      <w:r>
        <w:rPr>
          <w:sz w:val="20"/>
        </w:rPr>
        <w:br/>
        <w:t>Здесь καιρός — нынешний период/время, противопоставленное «грядущему веку».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μετὰ διωγμῶν</w:t>
      </w:r>
      <w:r>
        <w:rPr>
          <w:sz w:val="20"/>
        </w:rPr>
        <w:t xml:space="preserve"> [meta diōgmōn]</w:t>
      </w:r>
      <w:r>
        <w:rPr>
          <w:sz w:val="20"/>
        </w:rPr>
        <w:br/>
        <w:t>«С преследованиями» не позволяет превратить обещание стократного приобретения в простую формулу земного процветания.</w:t>
      </w:r>
    </w:p>
    <w:p>
      <w:r>
        <w:t>31. Но многие первые станут последними, а последние — первыми».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πρῶτοι ἔσχατοι ... ἔσχατοι πρῶτοι</w:t>
      </w:r>
      <w:r>
        <w:rPr>
          <w:sz w:val="20"/>
        </w:rPr>
        <w:t xml:space="preserve"> [prōtoi eschatoi ... eschatoi prōtoi]</w:t>
      </w:r>
      <w:r>
        <w:rPr>
          <w:sz w:val="20"/>
        </w:rPr>
        <w:br/>
        <w:t>Переворот первых и последних соединяет предыдущую тему статуса/богатства с последующим уроком о власти и служении.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10:43–44</w:t>
      </w:r>
    </w:p>
    <w:p>
      <w:r>
        <w:t>32. Они были на пути [ἐν τῇ ὁδῷ], поднимаясь в Иерусалим, и Иисус шёл впереди них. Ученики были поражены, а следовавшие боялись. Снова взяв Двенадцать отдельно, Он начал говорить им о том, что должно с Ним произойти: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ἐν τῇ ὁδῷ ... προάγων αὐτοὺς ὁ Ἰησοῦς</w:t>
      </w:r>
      <w:r>
        <w:rPr>
          <w:sz w:val="20"/>
        </w:rPr>
        <w:t xml:space="preserve"> [en tē hodō ... proagōn autous ho Iēsous]</w:t>
      </w:r>
      <w:r>
        <w:rPr>
          <w:sz w:val="20"/>
        </w:rPr>
        <w:br/>
        <w:t>«Путь» становится буквально дорогой к Иерусалиму. Иисус идёт впереди, а ученики следуют в страхе — наглядный образ ученичества из 8:34.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8:34</w:t>
      </w:r>
    </w:p>
    <w:p>
      <w:r>
        <w:t>33. «Вот, мы поднимаемся в Иерусалим. Сын Человеческий будет παραδοθήσεται — передан/предан — первосвященникам и книжникам. Они приговорят Его к смерти и передадут язычникам.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παραδοθήσεται ... παραδώσουσιν</w:t>
      </w:r>
      <w:r>
        <w:rPr>
          <w:sz w:val="20"/>
        </w:rPr>
        <w:t xml:space="preserve"> [paradothēsetai ... paradōsousin]</w:t>
      </w:r>
      <w:r>
        <w:rPr>
          <w:sz w:val="20"/>
        </w:rPr>
        <w:br/>
        <w:t>Один и тот же глагол повторяется дважды: Сын Человеческий будет «передан», а затем религиозные власти «передадут» Его язычникам. Марк строит цепь передачи, ведущую к страстям.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9:31</w:t>
      </w:r>
    </w:p>
    <w:p>
      <w:r>
        <w:t>34. Над Ним будут насмехаться, плевать в Него, бичевать Его и убьют, а через три дня Он воскреснет».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ἐμπαίξουσιν ... ἐμπτύσουσιν ... μαστιγώσουσιν ... ἀποκτενοῦσιν ... ἀναστήσεται</w:t>
      </w:r>
      <w:r>
        <w:rPr>
          <w:sz w:val="20"/>
        </w:rPr>
        <w:t xml:space="preserve"> [empaixousin ... emptysousin ... mastigōsousin ... apoktenousin ... anastēsetai]</w:t>
      </w:r>
      <w:r>
        <w:rPr>
          <w:sz w:val="20"/>
        </w:rPr>
        <w:br/>
        <w:t>Третье предсказание страданий самое подробное: унижение, насилие, смерть и воскресение перечислены последовательно.</w:t>
      </w:r>
    </w:p>
    <w:p>
      <w:r>
        <w:t>35. Иаков и Иоанн, сыновья Зеведея, подошли к Нему и сказали: «Учитель, мы хотим, чтобы Ты сделал для нас то, о чём мы попросим».</w:t>
      </w:r>
    </w:p>
    <w:p>
      <w:r>
        <w:t>36. Он спросил их: «Что вы хотите, чтобы Я сделал для вас?»</w:t>
      </w:r>
    </w:p>
    <w:p>
      <w:r>
        <w:t>37. Они ответили: «Дай нам в Твоей славе сесть одному справа от Тебя, а другому слева».</w:t>
      </w:r>
    </w:p>
    <w:p>
      <w:r>
        <w:t>38. Иисус сказал им: «Вы не знаете, чего просите. Можете ли вы пить чашу [ποτήριον], которую Я пью, и принять крещение [βάπτισμα], которым Я крещусь?»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ποτήριον</w:t>
      </w:r>
      <w:r>
        <w:rPr>
          <w:sz w:val="20"/>
        </w:rPr>
        <w:t xml:space="preserve"> [potērion]</w:t>
      </w:r>
      <w:r>
        <w:rPr>
          <w:sz w:val="20"/>
        </w:rPr>
        <w:br/>
        <w:t>«Чаша» в Писании может обозначать назначенную человеку долю, особенно страдание и суд. Здесь она относится к предстоящим страданиям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75:8, Ис 51:17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βάπτισμα ... βαπτίζομαι</w:t>
      </w:r>
      <w:r>
        <w:rPr>
          <w:sz w:val="20"/>
        </w:rPr>
        <w:t xml:space="preserve"> [baptisma ... baptizomai]</w:t>
      </w:r>
      <w:r>
        <w:rPr>
          <w:sz w:val="20"/>
        </w:rPr>
        <w:br/>
        <w:t>«Крещение» используется метафорически как погружение в предстоящие страдания, не как повтор водного крещения Иисуса.</w:t>
      </w:r>
    </w:p>
    <w:p>
      <w:r>
        <w:t>39. Они ответили: «Можем». Иисус сказал им: «Чашу, которую Я пью, вы будете пить, и крещение, которым Я крещусь, примете.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πίεσθε ... βαπτισθήσεσθε</w:t>
      </w:r>
      <w:r>
        <w:rPr>
          <w:sz w:val="20"/>
        </w:rPr>
        <w:t xml:space="preserve"> [piesthe ... baptisthēsesthe]</w:t>
      </w:r>
      <w:r>
        <w:rPr>
          <w:sz w:val="20"/>
        </w:rPr>
        <w:br/>
        <w:t>Иаков и Иоанн действительно разделят путь страдания, но это не означает автоматического получения просимых почётных мест.</w:t>
      </w:r>
    </w:p>
    <w:p>
      <w:r>
        <w:t>40. Но дать место справа или слева от Меня — не Моё дело; эти места принадлежат тем, для кого приготовлены».</w:t>
      </w:r>
    </w:p>
    <w:p>
      <w:r>
        <w:t>41. Услышав это, остальные десять стали возмущаться Иаковом и Иоанном.</w:t>
      </w:r>
    </w:p>
    <w:p>
      <w:r>
        <w:t>42. Подозвав их, Иисус сказал: «Вы знаете, что те, кого считают правителями народов, κατακυριεύουσιν — господствуют над ними, — а их великие κατεξουσιάζουσιν — осуществляют власть над ними.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κατακυριεύουσιν ... κατεξουσιάζουσιν</w:t>
      </w:r>
      <w:r>
        <w:rPr>
          <w:sz w:val="20"/>
        </w:rPr>
        <w:t xml:space="preserve"> [katakyrieuousin ... katexousiazousin]</w:t>
      </w:r>
      <w:r>
        <w:rPr>
          <w:sz w:val="20"/>
        </w:rPr>
        <w:br/>
        <w:t>Оба глагола усилены приставкой κατά и описывают власть сверху вниз, господство над другими. Иисус противопоставляет этому устройство Своего сообщества.</w:t>
      </w:r>
    </w:p>
    <w:p>
      <w:r>
        <w:t>43. Но среди вас не так. Кто хочет стать великим среди вас, пусть будет вашим διάκονος — служителем,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διάκονος</w:t>
      </w:r>
      <w:r>
        <w:rPr>
          <w:sz w:val="20"/>
        </w:rPr>
        <w:t xml:space="preserve"> [diakonos]</w:t>
      </w:r>
      <w:r>
        <w:rPr>
          <w:sz w:val="20"/>
        </w:rPr>
        <w:br/>
        <w:t>Величие переопределяется через служение нуждам других, как уже в 9:35.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9:35</w:t>
      </w:r>
    </w:p>
    <w:p>
      <w:r>
        <w:t>44. а кто хочет быть первым среди вас, пусть будет πάντων δοῦλος — рабом всех.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δοῦλος</w:t>
      </w:r>
      <w:r>
        <w:rPr>
          <w:sz w:val="20"/>
        </w:rPr>
        <w:t xml:space="preserve"> [doulos]</w:t>
      </w:r>
      <w:r>
        <w:rPr>
          <w:sz w:val="20"/>
        </w:rPr>
        <w:br/>
        <w:t>δοῦλος сильнее «слуга»: раб, человек без статуса господина. Иисус радикализирует принцип: первый становится не начальником всех, а рабом всех.</w:t>
      </w:r>
    </w:p>
    <w:p>
      <w:r>
        <w:t>45. Ведь и Сын Человеческий пришёл не для того, чтобы Ему служили, а чтобы Самому служить [διακονῆσαι] и отдать Свою жизнь [ψυχή] как λύτρον ἀντὶ πολλῶν — выкуп вместо/за многих».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διακονηθῆναι ... διακονῆσαι</w:t>
      </w:r>
      <w:r>
        <w:rPr>
          <w:sz w:val="20"/>
        </w:rPr>
        <w:t xml:space="preserve"> [diakonēthēnai ... diakonēsai]</w:t>
      </w:r>
      <w:r>
        <w:rPr>
          <w:sz w:val="20"/>
        </w:rPr>
        <w:br/>
        <w:t>Зеркальный контраст: не «быть обслуженным», а «служить». Сын Человеческий Сам воплощает модель власти, которую требует от учеников.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λύτρον ἀντὶ πολλῶν</w:t>
      </w:r>
      <w:r>
        <w:rPr>
          <w:sz w:val="20"/>
        </w:rPr>
        <w:t xml:space="preserve"> [lytron anti pollōn]</w:t>
      </w:r>
      <w:r>
        <w:rPr>
          <w:sz w:val="20"/>
        </w:rPr>
        <w:br/>
        <w:t>λύτρον — цена освобождения/выкупа; ἀντί имеет заместительный оттенок «вместо, за». Иисус объясняет Свою смерть как отдачу собственной жизни ради освобождения многих.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53:11–12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ψυχὴν αὐτοῦ</w:t>
      </w:r>
      <w:r>
        <w:rPr>
          <w:sz w:val="20"/>
        </w:rPr>
        <w:t xml:space="preserve"> [psychēn autou]</w:t>
      </w:r>
      <w:r>
        <w:rPr>
          <w:sz w:val="20"/>
        </w:rPr>
        <w:br/>
        <w:t>Как и в 8:35–37, ψυχή здесь естественно означает жизнь/самого себя: Он отдаёт собственную жизнь.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8:35–37</w:t>
      </w:r>
    </w:p>
    <w:p>
      <w:r>
        <w:t>46. Они пришли в Иерихон. Когда Он вместе с учениками и большой толпой выходил из Иерихона, у дороги сидел слепой нищий Βαρτιμαῖος — Вартимей, то есть «сын Тимея».</w:t>
      </w:r>
    </w:p>
    <w:p>
      <w:pPr>
        <w:ind w:left="360"/>
      </w:pPr>
      <w:r>
        <w:rPr>
          <w:b/>
          <w:sz w:val="20"/>
        </w:rPr>
        <w:t>Имя</w:t>
      </w:r>
      <w:r>
        <w:rPr>
          <w:i/>
          <w:sz w:val="20"/>
        </w:rPr>
        <w:t xml:space="preserve"> Βαρτιμαῖος, ὁ υἱὸς Τιμαίου</w:t>
      </w:r>
      <w:r>
        <w:rPr>
          <w:sz w:val="20"/>
        </w:rPr>
        <w:t xml:space="preserve"> [Bartimaios, ho huios Timaiou]</w:t>
      </w:r>
      <w:r>
        <w:rPr>
          <w:sz w:val="20"/>
        </w:rPr>
        <w:br/>
        <w:t>Марк одновременно даёт арамейскую форму имени Bar-Timai и её греческое пояснение «сын Тимея». Это редкий случай, когда исцелённый в Марке назван по имени.</w:t>
      </w:r>
    </w:p>
    <w:p>
      <w:r>
        <w:t>47. Услышав, что это Иисус Назарянин, он стал кричать: «Иисус, Сын Давида [υἱὲ Δαυίδ], помилуй меня!»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υἱὲ Δαυίδ</w:t>
      </w:r>
      <w:r>
        <w:rPr>
          <w:sz w:val="20"/>
        </w:rPr>
        <w:t xml:space="preserve"> [huie Dauid]</w:t>
      </w:r>
      <w:r>
        <w:rPr>
          <w:sz w:val="20"/>
        </w:rPr>
        <w:br/>
        <w:t>«Сын Давида» — царско-мессианский титул. Слепой человек видит в Иисусе то, чего многие зрячие ещё не признают публично.</w:t>
      </w:r>
      <w:r>
        <w:rPr>
          <w:i/>
          <w:sz w:val="20"/>
        </w:rPr>
        <w:br/>
        <w:t xml:space="preserve">См.: </w:t>
      </w:r>
      <w:r>
        <w:rPr>
          <w:sz w:val="20"/>
        </w:rPr>
        <w:t>2 Цар 7:12–16, Мк 11:10</w:t>
      </w:r>
    </w:p>
    <w:p>
      <w:r>
        <w:t>48. Многие требовали, чтобы он замолчал, но он кричал ещё громче: «Сын Давида, помилуй меня!»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πολλῷ μᾶλλον ἔκραζεν</w:t>
      </w:r>
      <w:r>
        <w:rPr>
          <w:sz w:val="20"/>
        </w:rPr>
        <w:t xml:space="preserve"> [pollō mallon ekrazen]</w:t>
      </w:r>
      <w:r>
        <w:rPr>
          <w:sz w:val="20"/>
        </w:rPr>
        <w:br/>
        <w:t>Чем сильнее толпа пытается заставить его замолчать, тем сильнее он кричит. Его настойчивость контрастирует с попыткой окружающих ограничить доступ к Иисусу.</w:t>
      </w:r>
    </w:p>
    <w:p>
      <w:r>
        <w:t>49. Иисус остановился и сказал: «Позовите его». Слепого позвали: «Смелее [θάρσει]! Вставай [ἔγειρε], Он зовёт тебя».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θάρσει ... ἔγειρε</w:t>
      </w:r>
      <w:r>
        <w:rPr>
          <w:sz w:val="20"/>
        </w:rPr>
        <w:t xml:space="preserve"> [tharsei ... egeire]</w:t>
      </w:r>
      <w:r>
        <w:rPr>
          <w:sz w:val="20"/>
        </w:rPr>
        <w:br/>
        <w:t>«Смелее!» и «вставай!» превращают прежнюю враждебность толпы в приглашение. ἔγειρε принадлежит тому же словарю поднятия, что и сцены исцеления/воскресения.</w:t>
      </w:r>
    </w:p>
    <w:p>
      <w:r>
        <w:t>50. Он сбросил плащ, вскочил [ἀναπηδήσας] и подошёл к Иисусу.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ἀναπηδήσας</w:t>
      </w:r>
      <w:r>
        <w:rPr>
          <w:sz w:val="20"/>
        </w:rPr>
        <w:t xml:space="preserve"> [anapēdēsas]</w:t>
      </w:r>
      <w:r>
        <w:rPr>
          <w:sz w:val="20"/>
        </w:rPr>
        <w:br/>
        <w:t>Глагол означает вскочить, резко подняться. Деталь передаёт немедленную готовность Вартимея откликнуться на зов.</w:t>
      </w:r>
    </w:p>
    <w:p>
      <w:r>
        <w:t>51. Иисус спросил его: «Что ты хочешь, чтобы Я сделал для тебя?» Слепой ответил: «Ῥαββουνί — Раввуни, мой Учитель, — хочу прозреть».</w:t>
      </w:r>
    </w:p>
    <w:p>
      <w:pPr>
        <w:ind w:left="360"/>
      </w:pPr>
      <w:r>
        <w:rPr>
          <w:b/>
          <w:sz w:val="20"/>
        </w:rPr>
        <w:t>Арамейский язык</w:t>
      </w:r>
      <w:r>
        <w:rPr>
          <w:i/>
          <w:sz w:val="20"/>
        </w:rPr>
        <w:t xml:space="preserve"> ῥαββουνί</w:t>
      </w:r>
      <w:r>
        <w:rPr>
          <w:sz w:val="20"/>
        </w:rPr>
        <w:t xml:space="preserve"> [rabbouni]</w:t>
      </w:r>
      <w:r>
        <w:rPr>
          <w:sz w:val="20"/>
        </w:rPr>
        <w:br/>
        <w:t>Усиленная семитская форма обращения к учителю, более личная, чем обычное ῥαββί.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τί σοι θέλεις ποιήσω</w:t>
      </w:r>
      <w:r>
        <w:rPr>
          <w:sz w:val="20"/>
        </w:rPr>
        <w:t xml:space="preserve"> [ti soi theleis poiēsō]</w:t>
      </w:r>
      <w:r>
        <w:rPr>
          <w:sz w:val="20"/>
        </w:rPr>
        <w:br/>
        <w:t>Иисус задаёт Вартимею тот же вопрос по форме, что несколькими стихами раньше Иакову и Иоанну: «что вы хотите, чтобы Я сделал?» Один просит славных мест, другой — зрения.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10:36</w:t>
      </w:r>
    </w:p>
    <w:p>
      <w:r>
        <w:t>52. Иисус сказал ему: «Иди, твоя вера спасла тебя [ἡ πίστις σου σέσωκέν σε]». Он сразу прозрел и пошёл за Ним по пути [ἐν τῇ ὁδῷ].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ἡ πίστις σου σέσωκέν σε</w:t>
      </w:r>
      <w:r>
        <w:rPr>
          <w:sz w:val="20"/>
        </w:rPr>
        <w:t xml:space="preserve"> [hē pistis sou sesōken se]</w:t>
      </w:r>
      <w:r>
        <w:rPr>
          <w:sz w:val="20"/>
        </w:rPr>
        <w:br/>
        <w:t>Та же формула, что женщине в 5:34: «твоя вера спасла тебя». Непосредственный результат — исцеление зрения, но σῴζω сохраняет более широкий смысл спасения.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5:34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ἠκολούθει αὐτῷ ἐν τῇ ὁδῷ</w:t>
      </w:r>
      <w:r>
        <w:rPr>
          <w:sz w:val="20"/>
        </w:rPr>
        <w:t xml:space="preserve"> [ēkolouthei autō en tē hodō]</w:t>
      </w:r>
      <w:r>
        <w:rPr>
          <w:sz w:val="20"/>
        </w:rPr>
        <w:br/>
        <w:t>Вартимей не просто получает зрение и уходит: он начинает следовать за Иисусом «по пути». Это сильный финал раздела ученичества перед входом в Иерусалим.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8:34, Мк 10:32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Ἰησοῦ</w:t>
      </w:r>
      <w:r>
        <w:rPr>
          <w:sz w:val="20"/>
        </w:rPr>
        <w:t xml:space="preserve"> [Iēsou]</w:t>
      </w:r>
      <w:r>
        <w:rPr>
          <w:sz w:val="20"/>
        </w:rPr>
        <w:br/>
        <w:t>После αὐτῷ «за Ним» некоторые поздние свидетели добавляют имя «Иисус»; SBLGNT его здесь не имеет. WGT-T сохраняет местоимение.</w:t>
      </w:r>
    </w:p>
    <w:p>
      <w:pPr>
        <w:pStyle w:val="Heading2"/>
      </w:pPr>
      <w:r>
        <w:t>Глава 11</w:t>
      </w:r>
    </w:p>
    <w:p>
      <w:r>
        <w:t>1. Когда они приблизились к Иерусалиму, к Вифагии и Вифании у Масличной горы, Он послал двух учеников</w:t>
      </w:r>
    </w:p>
    <w:p>
      <w:pPr>
        <w:ind w:left="360"/>
      </w:pPr>
      <w:r>
        <w:rPr>
          <w:b/>
          <w:sz w:val="20"/>
        </w:rPr>
        <w:t>География</w:t>
      </w:r>
      <w:r>
        <w:rPr>
          <w:i/>
          <w:sz w:val="20"/>
        </w:rPr>
        <w:t xml:space="preserve"> Βηθφαγὴ ... Βηθανίαν ... Ὄρος τῶν Ἐλαιῶν</w:t>
      </w:r>
      <w:r>
        <w:rPr>
          <w:sz w:val="20"/>
        </w:rPr>
        <w:t xml:space="preserve"> [Bēthphagē ... Bēthanian ... Oros tōn Elaiōn]</w:t>
      </w:r>
      <w:r>
        <w:rPr>
          <w:sz w:val="20"/>
        </w:rPr>
        <w:br/>
        <w:t>Марк точно размещает сцену на восточном подходе к Иерусалиму через Масличную гору; это важный фон для царского входа.</w:t>
      </w:r>
    </w:p>
    <w:p>
      <w:r>
        <w:t>2. «Идите в селение напротив. Как только войдёте, найдёте привязанного πῶλος — молодого осла, на которого ещё никто из людей не садился. Отвяжите его и приведите.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πῶλον</w:t>
      </w:r>
      <w:r>
        <w:rPr>
          <w:sz w:val="20"/>
        </w:rPr>
        <w:t xml:space="preserve"> [pōlon]</w:t>
      </w:r>
      <w:r>
        <w:rPr>
          <w:sz w:val="20"/>
        </w:rPr>
        <w:br/>
        <w:t>πῶλος — молодое животное, в данном контексте ослёнок. Деталь «на которого никто не садился» подчёркивает его неиспользованность для особого действия.</w:t>
      </w:r>
    </w:p>
    <w:p>
      <w:r>
        <w:t>3. «Если кто-нибудь спросит: “Зачем вы это делаете?”, скажите: “Он нужен Господу [ὁ κύριος αὐτοῦ χρείαν ἔχει], и Он/тот сразу отправляет его обратно сюда”».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ὁ κύριος αὐτοῦ χρείαν ἔχει ... εὐθὺς αὐτὸν ἀποστέλλει πάλιν ὧδε</w:t>
      </w:r>
      <w:r>
        <w:rPr>
          <w:sz w:val="20"/>
        </w:rPr>
        <w:t xml:space="preserve"> [ho kyrios autou chreian echei ... euthys auton apostellei palin hōde]</w:t>
      </w:r>
      <w:r>
        <w:rPr>
          <w:sz w:val="20"/>
        </w:rPr>
        <w:br/>
        <w:t>Первая фраза ясна: «Господу он нужен». Во второй `ἀποστέλλει` субъект не назван и формально может быть разрешён по-разному; WGT-T фиксирует обычное понимание, а WGT-E отмечает неоднозначность.</w:t>
      </w:r>
    </w:p>
    <w:p>
      <w:r>
        <w:t>4. Они пошли и нашли молодого осла, привязанного у двери снаружи, на улице, и стали отвязывать его.</w:t>
      </w:r>
    </w:p>
    <w:p>
      <w:r>
        <w:t>5. Некоторые из стоявших там спросили: «Что вы делаете? Зачем отвязываете осла?»</w:t>
      </w:r>
    </w:p>
    <w:p>
      <w:r>
        <w:t>6. Они ответили так, как Он сказал, и те позволили им.</w:t>
      </w:r>
    </w:p>
    <w:p>
      <w:r>
        <w:t>7. Они привели осла к Нему, положили на него свои одежды, и Он сел на него.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ἐπεκάθισεν ἐπ᾽ αὐτόν</w:t>
      </w:r>
      <w:r>
        <w:rPr>
          <w:sz w:val="20"/>
        </w:rPr>
        <w:t xml:space="preserve"> [epekathisen ep' auton]</w:t>
      </w:r>
      <w:r>
        <w:rPr>
          <w:sz w:val="20"/>
        </w:rPr>
        <w:br/>
        <w:t>Посадка на ослёнка вместе с маршрутом в Иерусалим естественно вызывает Зах 9:9 — образ царя, входящего кротко на осле.</w:t>
      </w:r>
      <w:r>
        <w:rPr>
          <w:i/>
          <w:sz w:val="20"/>
        </w:rPr>
        <w:br/>
        <w:t xml:space="preserve">См.: </w:t>
      </w:r>
      <w:r>
        <w:rPr>
          <w:sz w:val="20"/>
        </w:rPr>
        <w:t>Зах 9:9</w:t>
      </w:r>
    </w:p>
    <w:p>
      <w:r>
        <w:t>8. Многие расстилали свои одежды на дороге, а другие — зелёные ветви [στιβάδας], срезанные в полях.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στιβάδας</w:t>
      </w:r>
      <w:r>
        <w:rPr>
          <w:sz w:val="20"/>
        </w:rPr>
        <w:t xml:space="preserve"> [stibadas]</w:t>
      </w:r>
      <w:r>
        <w:rPr>
          <w:sz w:val="20"/>
        </w:rPr>
        <w:br/>
        <w:t>Слово обозначает срезанные ветви/подстилку из зелени. Это не обязательно именно пальмовые ветви, как в Ин 12:13; Марк употребляет более общее слово.</w:t>
      </w:r>
    </w:p>
    <w:p>
      <w:r>
        <w:t>9. И шедшие впереди, и следовавшие сзади кричали: «Ὡσαννά — Осанна, “спаси же!” Благословен Идущий во имя Господа!»</w:t>
      </w:r>
    </w:p>
    <w:p>
      <w:pPr>
        <w:ind w:left="360"/>
      </w:pPr>
      <w:r>
        <w:rPr>
          <w:b/>
          <w:sz w:val="20"/>
        </w:rPr>
        <w:t>Арамейский язык</w:t>
      </w:r>
      <w:r>
        <w:rPr>
          <w:i/>
          <w:sz w:val="20"/>
        </w:rPr>
        <w:t xml:space="preserve"> ὡσαννά</w:t>
      </w:r>
      <w:r>
        <w:rPr>
          <w:sz w:val="20"/>
        </w:rPr>
        <w:t xml:space="preserve"> [hōsanna]</w:t>
      </w:r>
      <w:r>
        <w:rPr>
          <w:sz w:val="20"/>
        </w:rPr>
        <w:br/>
        <w:t>Форма восходит к еврейско-арамейскому «спаси же/спаси, пожалуйста» и в литургическом употреблении становится возгласом хвалы.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118:25–26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εὐλογημένος ὁ ἐρχόμενος ἐν ὀνόματι κυρίου</w:t>
      </w:r>
      <w:r>
        <w:rPr>
          <w:sz w:val="20"/>
        </w:rPr>
        <w:t xml:space="preserve"> [eulogēmenos ho erchomenos en onomati kyriou]</w:t>
      </w:r>
      <w:r>
        <w:rPr>
          <w:sz w:val="20"/>
        </w:rPr>
        <w:br/>
        <w:t>Прямая цитата Пс 117/118:26 о благословенном приходящем во имя Господа.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118:26</w:t>
      </w:r>
    </w:p>
    <w:p>
      <w:r>
        <w:t>10. «Благословенно грядущее царство нашего отца Давида! Осанна в вышних!»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ἡ ἐρχομένη βασιλεία τοῦ πατρὸς ἡμῶν Δαυίδ</w:t>
      </w:r>
      <w:r>
        <w:rPr>
          <w:sz w:val="20"/>
        </w:rPr>
        <w:t xml:space="preserve"> [hē erchomenē basileia tou patros hēmōn Dauid]</w:t>
      </w:r>
      <w:r>
        <w:rPr>
          <w:sz w:val="20"/>
        </w:rPr>
        <w:br/>
        <w:t>Толпа связывает вход Иисуса с ожиданием Давидова царства. Формулировка мессианская по тону, хотя Марк позже переосмыслит царственность через крест.</w:t>
      </w:r>
      <w:r>
        <w:rPr>
          <w:i/>
          <w:sz w:val="20"/>
        </w:rPr>
        <w:br/>
        <w:t xml:space="preserve">См.: </w:t>
      </w:r>
      <w:r>
        <w:rPr>
          <w:sz w:val="20"/>
        </w:rPr>
        <w:t>2 Цар 7:12–16, Мк 15:26</w:t>
      </w:r>
    </w:p>
    <w:p>
      <w:r>
        <w:t>11. Он вошёл в Иерусалим и в храм [ἱερόν]. Осмотрев всё вокруг и увидев, что уже поздно, вышел с Двенадцатью в Вифанию.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περιβλεψάμενος πάντα</w:t>
      </w:r>
      <w:r>
        <w:rPr>
          <w:sz w:val="20"/>
        </w:rPr>
        <w:t xml:space="preserve"> [periblepsamenos panta]</w:t>
      </w:r>
      <w:r>
        <w:rPr>
          <w:sz w:val="20"/>
        </w:rPr>
        <w:br/>
        <w:t>Иисус сначала осматривает храм, а действие против храмовой торговли происходит только на следующий день. Это делает последующую сцену сознательной, а не импульсивной.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11:15</w:t>
      </w:r>
    </w:p>
    <w:p>
      <w:r>
        <w:t>12. На следующий день, когда они вышли из Вифании, Он проголодался.</w:t>
      </w:r>
    </w:p>
    <w:p>
      <w:r>
        <w:t>13. Увидев издали покрытую листьями смоковницу, Он подошёл посмотреть, не найдёт ли чего-нибудь. Но не нашёл ничего, кроме листьев, потому что было не время смокв.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συκῆν ... φύλλα ... οὐδὲν εἰ μὴ φύλλα</w:t>
      </w:r>
      <w:r>
        <w:rPr>
          <w:sz w:val="20"/>
        </w:rPr>
        <w:t xml:space="preserve"> [sykēn ... phylla ... ouden ei mē phylla]</w:t>
      </w:r>
      <w:r>
        <w:rPr>
          <w:sz w:val="20"/>
        </w:rPr>
        <w:br/>
        <w:t>Смоковница имеет листья, но не плод. Марк помещает эту сцену непосредственно вокруг храмового эпизода, создавая символический «сэндвич» плод/бесплодие ↔ храм.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11:15–20</w:t>
      </w:r>
    </w:p>
    <w:p>
      <w:pPr>
        <w:ind w:left="360"/>
      </w:pPr>
      <w:r>
        <w:rPr>
          <w:b/>
          <w:sz w:val="20"/>
        </w:rPr>
        <w:t>Трудное место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οὐ γὰρ ἦν καιρὸς σύκων</w:t>
      </w:r>
      <w:r>
        <w:rPr>
          <w:sz w:val="20"/>
        </w:rPr>
        <w:t xml:space="preserve"> [ou gar ēn kairos sykōn]</w:t>
      </w:r>
      <w:r>
        <w:rPr>
          <w:sz w:val="20"/>
        </w:rPr>
        <w:br/>
        <w:t>Фраза «не было времени смокв» делает эпизод намеренно трудным. Поэтому смысл нельзя сводить к обычному агрономическому ожиданию; функция сцены прежде всего символическая внутри повествования.</w:t>
      </w:r>
    </w:p>
    <w:p>
      <w:r>
        <w:t>14. Он сказал ей: «Пусть никто больше никогда не ест от тебя плода». И ученики это слышали.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ἤκουον οἱ μαθηταὶ αὐτοῦ</w:t>
      </w:r>
      <w:r>
        <w:rPr>
          <w:sz w:val="20"/>
        </w:rPr>
        <w:t xml:space="preserve"> [ēkouon hoi mathētai autou]</w:t>
      </w:r>
      <w:r>
        <w:rPr>
          <w:sz w:val="20"/>
        </w:rPr>
        <w:br/>
        <w:t>Марк специально отмечает, что ученики слышали слово над смоковницей, чтобы в 11:21 Пётр мог связать его с результатом.</w:t>
      </w:r>
    </w:p>
    <w:p>
      <w:r>
        <w:t>15. Они пришли в Иерусалим. Войдя в храм, Он начал выгонять продающих и покупающих, перевернул столы менял и сиденья продавцов голубей.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ἤρξατο ἐκβάλλειν</w:t>
      </w:r>
      <w:r>
        <w:rPr>
          <w:sz w:val="20"/>
        </w:rPr>
        <w:t xml:space="preserve"> [ērxato ekballein]</w:t>
      </w:r>
      <w:r>
        <w:rPr>
          <w:sz w:val="20"/>
        </w:rPr>
        <w:br/>
        <w:t>ἐκβάλλω — тот же сильный глагол «изгонять/выбрасывать», который Марк часто использовал об изгнании нечистых духов. Здесь объект — торговая деятельность в храме.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1:34, Мк 3:15</w:t>
      </w:r>
    </w:p>
    <w:p>
      <w:r>
        <w:t>16. Он не позволял никому проносить σκεῦος — сосуд/предмет — через храм.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σκεῦος</w:t>
      </w:r>
      <w:r>
        <w:rPr>
          <w:sz w:val="20"/>
        </w:rPr>
        <w:t xml:space="preserve"> [skeuos]</w:t>
      </w:r>
      <w:r>
        <w:rPr>
          <w:sz w:val="20"/>
        </w:rPr>
        <w:br/>
        <w:t>Широкое слово для предмета, сосуда или груза. Смысл — храм не должен использоваться как удобный проход для обычного транспорта вещей.</w:t>
      </w:r>
    </w:p>
    <w:p>
      <w:r>
        <w:t>17. Он учил и говорил: «Разве не написано: “Мой дом будет назван домом молитвы для всех народов”? А вы сделали его σπήλαιον λῃστῶν — пещерой разбойников».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οἶκός μου οἶκος προσευχῆς κληθήσεται πᾶσιν τοῖς ἔθνεσιν</w:t>
      </w:r>
      <w:r>
        <w:rPr>
          <w:sz w:val="20"/>
        </w:rPr>
        <w:t xml:space="preserve"> [oikos mou oikos proseuchēs klēthēsetai pasin tois ethnesin]</w:t>
      </w:r>
      <w:r>
        <w:rPr>
          <w:sz w:val="20"/>
        </w:rPr>
        <w:br/>
        <w:t>Цитата Ис 56:7 особенно важна словами «для всех народов». Храм должен быть местом молитвы не только для Израиля.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56:7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σπήλαιον λῃστῶν</w:t>
      </w:r>
      <w:r>
        <w:rPr>
          <w:sz w:val="20"/>
        </w:rPr>
        <w:t xml:space="preserve"> [spēlaion lēstōn]</w:t>
      </w:r>
      <w:r>
        <w:rPr>
          <w:sz w:val="20"/>
        </w:rPr>
        <w:br/>
        <w:t>Фраза из Иер 7:11. У Иеремии «пещера разбойников» — убежище людей, совершающих зло и затем считающих храм гарантией безопасности. Это сильнее, чем просто критика высоких цен.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Иер 7:11</w:t>
      </w:r>
    </w:p>
    <w:p>
      <w:r>
        <w:t>18. Первосвященники и книжники услышали это и стали искать, как Его погубить [ἀπολέσωσιν]. Они боялись Его, потому что весь народ был поражён Его учением.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πῶς αὐτὸν ἀπολέσωσιν</w:t>
      </w:r>
      <w:r>
        <w:rPr>
          <w:sz w:val="20"/>
        </w:rPr>
        <w:t xml:space="preserve"> [pōs auton apolesōsin]</w:t>
      </w:r>
      <w:r>
        <w:rPr>
          <w:sz w:val="20"/>
        </w:rPr>
        <w:br/>
        <w:t>После храмового действия конфликт переходит в открытую стадию поиска способа уничтожить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3:6</w:t>
      </w:r>
    </w:p>
    <w:p>
      <w:r>
        <w:t>19. Когда наступал вечер, они уходили из города.</w:t>
      </w:r>
    </w:p>
    <w:p>
      <w:r>
        <w:t>20. Утром, проходя мимо, они увидели смоковницу засохшей ἐκ ῥιζῶν — от самых корней.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ἐξηραμμένην ἐκ ῥιζῶν</w:t>
      </w:r>
      <w:r>
        <w:rPr>
          <w:sz w:val="20"/>
        </w:rPr>
        <w:t xml:space="preserve"> [exērammenēn ek rhizōn]</w:t>
      </w:r>
      <w:r>
        <w:rPr>
          <w:sz w:val="20"/>
        </w:rPr>
        <w:br/>
        <w:t>«От корней» подчёркивает полный, необратимый характер засыхания и завершает рамку вокруг храмовой сцены.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11:13–17</w:t>
      </w:r>
    </w:p>
    <w:p>
      <w:r>
        <w:t>21. Пётр вспомнил и сказал: «Равви, посмотри: смоковница, которую Ты проклял [κατηράσω], засохла».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κατηράσω</w:t>
      </w:r>
      <w:r>
        <w:rPr>
          <w:sz w:val="20"/>
        </w:rPr>
        <w:t xml:space="preserve"> [katērasō]</w:t>
      </w:r>
      <w:r>
        <w:rPr>
          <w:sz w:val="20"/>
        </w:rPr>
        <w:br/>
        <w:t>Пётр сам называет действие «проклятием». Это слово подталкивает читать смоковницу как знаковое действие суда, а не просто странный эпизод с деревом.</w:t>
      </w:r>
    </w:p>
    <w:p>
      <w:r>
        <w:t>22. Он ответил им: «Имейте πίστιν θεοῦ — веру в Бога».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πίστιν θεοῦ</w:t>
      </w:r>
      <w:r>
        <w:rPr>
          <w:sz w:val="20"/>
        </w:rPr>
        <w:t xml:space="preserve"> [pistin theou]</w:t>
      </w:r>
      <w:r>
        <w:rPr>
          <w:sz w:val="20"/>
        </w:rPr>
        <w:br/>
        <w:t>Формально «вера Бога/Божья вера», но в контексте естественно объектное значение: «вера в Бога». WGT-T правильно не калькирует генитив.</w:t>
      </w:r>
    </w:p>
    <w:p>
      <w:r>
        <w:t>23. «Аминь говорю вам: кто скажет этой горе: “Поднимись и бросься в море”, и не будет разделён сомнением в сердце [μὴ διακριθῇ], но поверит, что сказанное происходит, — так и будет ему.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μὴ διακριθῇ ἐν τῇ καρδίᾳ</w:t>
      </w:r>
      <w:r>
        <w:rPr>
          <w:sz w:val="20"/>
        </w:rPr>
        <w:t xml:space="preserve"> [mē diakrithē en tē kardia]</w:t>
      </w:r>
      <w:r>
        <w:rPr>
          <w:sz w:val="20"/>
        </w:rPr>
        <w:br/>
        <w:t>διακρίνω здесь имеет смысл внутреннего колебания/сомнения. Сцена продолжает тему доверия Богу после символического суда над смоковницей.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τῷ ὄρει τούτῳ ... βλήθητι εἰς τὴν θάλασσαν</w:t>
      </w:r>
      <w:r>
        <w:rPr>
          <w:sz w:val="20"/>
        </w:rPr>
        <w:t xml:space="preserve"> [tō orei toutō ... blēthēti eis tēn thalassan]</w:t>
      </w:r>
      <w:r>
        <w:rPr>
          <w:sz w:val="20"/>
        </w:rPr>
        <w:br/>
        <w:t>«Эта гора» может восприниматься как максимально смелая гипербола невозможного препятствия; контекст не требует превращать её в буквальную технику управления географией.</w:t>
      </w:r>
    </w:p>
    <w:p>
      <w:r>
        <w:t>24. «Поэтому говорю вам: о чём бы ни молились и чего бы ни просили, верьте, что ἐλάβετε — уже получили, — и будет вам».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πιστεύετε ὅτι ἐλάβετε</w:t>
      </w:r>
      <w:r>
        <w:rPr>
          <w:sz w:val="20"/>
        </w:rPr>
        <w:t xml:space="preserve"> [pisteuete hoti elabete]</w:t>
      </w:r>
      <w:r>
        <w:rPr>
          <w:sz w:val="20"/>
        </w:rPr>
        <w:br/>
        <w:t>Неожиданный аорист «получили» выражает уверенность в Божьем ответе как уже принятой реальности, хотя её проявление ещё впереди.</w:t>
      </w:r>
    </w:p>
    <w:p>
      <w:r>
        <w:t>25. «И когда стоите на молитве, прощайте [ἀφίετε], если имеете что-нибудь против кого-либо, чтобы и ваш Отец на небесах простил ваши проступки».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ἀφίετε ... ἵνα ... ἀφῇ</w:t>
      </w:r>
      <w:r>
        <w:rPr>
          <w:sz w:val="20"/>
        </w:rPr>
        <w:t xml:space="preserve"> [aphiete ... hina ... aphē]</w:t>
      </w:r>
      <w:r>
        <w:rPr>
          <w:sz w:val="20"/>
        </w:rPr>
        <w:br/>
        <w:t>Марк связывает дерзновенную молитву не только с верой, но и с прощением других. Молитвенная власть не отделяется от восстановленных отношений.</w:t>
      </w:r>
    </w:p>
    <w:p>
      <w:r>
        <w:t xml:space="preserve">26. 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εἰ δὲ ὑμεῖς οὐκ ἀφίετε ...</w:t>
      </w:r>
      <w:r>
        <w:rPr>
          <w:sz w:val="20"/>
        </w:rPr>
        <w:t xml:space="preserve"> [ei de hymeis ouk aphiete]</w:t>
      </w:r>
      <w:r>
        <w:rPr>
          <w:sz w:val="20"/>
        </w:rPr>
        <w:br/>
        <w:t>Стих отсутствует в SBLGNT/NA28 основном тексте и повторяет обратную формулу: если не прощаете, Отец не простит. WGT-T сохраняет пустой номер для канонической навигации.</w:t>
      </w:r>
    </w:p>
    <w:p>
      <w:r>
        <w:t>27. Они снова пришли в Иерусалим. Когда Он ходил по храму, к Нему подошли первосвященники, книжники и старейшины</w:t>
      </w:r>
    </w:p>
    <w:p>
      <w:r>
        <w:t>28. Они спросили: «Какой ἐξουσία — властью/полномочием — Ты это делаешь? И кто дал Тебе эту власть?»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ἐξουσίᾳ ... ἐξουσίαν</w:t>
      </w:r>
      <w:r>
        <w:rPr>
          <w:sz w:val="20"/>
        </w:rPr>
        <w:t xml:space="preserve"> [exousia ... exousian]</w:t>
      </w:r>
      <w:r>
        <w:rPr>
          <w:sz w:val="20"/>
        </w:rPr>
        <w:br/>
        <w:t>Тема ἐξουσία проходит через всё Евангелие: учение, изгнание духов, прощение грехов, делегирование Двенадцати. Теперь руководство официально требует источник власти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1:22, Мк 1:27, Мк 2:10, Мк 3:15</w:t>
      </w:r>
    </w:p>
    <w:p>
      <w:r>
        <w:t>29. Иисус ответил им: «Я задам вам один вопрос. Ответьте Мне, и тогда Я скажу вам, какой властью всё это делаю.</w:t>
      </w:r>
    </w:p>
    <w:p>
      <w:r>
        <w:t>30. «Крещение Иоанна было ἐξ οὐρανοῦ — с неба — или ἐξ ἀνθρώπων — от людей? Ответьте Мне».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ἐξ οὐρανοῦ ... ἐξ ἀνθρώπων</w:t>
      </w:r>
      <w:r>
        <w:rPr>
          <w:sz w:val="20"/>
        </w:rPr>
        <w:t xml:space="preserve"> [ex ouranou ... ex anthrōpōn]</w:t>
      </w:r>
      <w:r>
        <w:rPr>
          <w:sz w:val="20"/>
        </w:rPr>
        <w:br/>
        <w:t>Иисус сводит спор о Своей власти к вопросу об источнике Иоаннова служения: Божий он или человеческий. Признание Иоанна автоматически затрагивает его свидетельство об Иисусе.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1:2–8</w:t>
      </w:r>
    </w:p>
    <w:p>
      <w:r>
        <w:t>31. Они рассуждали между собой: «Если скажем: “С неба”, Он спросит: “Почему же вы ему не поверили?”»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διελογίζοντο πρὸς ἑαυτούς</w:t>
      </w:r>
      <w:r>
        <w:rPr>
          <w:sz w:val="20"/>
        </w:rPr>
        <w:t xml:space="preserve"> [dielogizonto pros heautous]</w:t>
      </w:r>
      <w:r>
        <w:rPr>
          <w:sz w:val="20"/>
        </w:rPr>
        <w:br/>
        <w:t>Их внутреннее рассуждение не ищет истину, а вычисляет безопасный ответ. Марк показывает политический характер их реакции.</w:t>
      </w:r>
    </w:p>
    <w:p>
      <w:r>
        <w:t>32. «А сказать: “От людей”…» Они боялись народа, потому что все действительно считали Иоанна пророком.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ἐφοβοῦντο τὸν ὄχλον</w:t>
      </w:r>
      <w:r>
        <w:rPr>
          <w:sz w:val="20"/>
        </w:rPr>
        <w:t xml:space="preserve"> [ephobounto ton ochlon]</w:t>
      </w:r>
      <w:r>
        <w:rPr>
          <w:sz w:val="20"/>
        </w:rPr>
        <w:br/>
        <w:t>Страх перед толпой определяет их ответ сильнее, чем богословское убеждение. Это контрастирует с вопросом о небесном источнике власти.</w:t>
      </w:r>
    </w:p>
    <w:p>
      <w:r>
        <w:t>33. Они ответили Иисусу: «Не знаем». Иисус сказал им: «Тогда и Я не скажу вам, какой властью это делаю».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οὐκ οἴδαμεν ... οὐδὲ ἐγὼ λέγω ὑμῖν</w:t>
      </w:r>
      <w:r>
        <w:rPr>
          <w:sz w:val="20"/>
        </w:rPr>
        <w:t xml:space="preserve"> [ouk oidamen ... oude egō legō hymin]</w:t>
      </w:r>
      <w:r>
        <w:rPr>
          <w:sz w:val="20"/>
        </w:rPr>
        <w:br/>
        <w:t>Отказ признать очевидное в вопросе Иоанна становится причиной отказа Иисуса дать им прямой ответ о Своей власти.</w:t>
      </w:r>
    </w:p>
    <w:p>
      <w:pPr>
        <w:pStyle w:val="Heading2"/>
      </w:pPr>
      <w:r>
        <w:t>Глава 12</w:t>
      </w:r>
    </w:p>
    <w:p>
      <w:r>
        <w:t>1. Он начал говорить им притчами: «Один человек посадил виноградник, обнёс его оградой, выкопал точило, построил башню, отдал его арендаторам и уехал».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ἀμπελῶνα ... περιέθηκεν φραγμὸν ... ὤρυξεν ὑπολήνιον ... ᾠκοδόμησεν πύργον</w:t>
      </w:r>
      <w:r>
        <w:rPr>
          <w:sz w:val="20"/>
        </w:rPr>
        <w:t xml:space="preserve"> [ampelōna ... perithēken phragmon ... ōryxen hypolēnion ... ōkodomēsen pyrgon]</w:t>
      </w:r>
      <w:r>
        <w:rPr>
          <w:sz w:val="20"/>
        </w:rPr>
        <w:br/>
        <w:t>Описание почти по пунктам отсылает к песне о винограднике в Ис 5:1–7. Это задаёт символический фон: виноградник — Божий народ/Божье владение, арендаторы — ответственные управители.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5:1–7</w:t>
      </w:r>
    </w:p>
    <w:p>
      <w:r>
        <w:t>2. «В назначенное время [καιρός] он послал к арендаторам раба, чтобы получить от них часть плодов виноградника».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καιρῷ</w:t>
      </w:r>
      <w:r>
        <w:rPr>
          <w:sz w:val="20"/>
        </w:rPr>
        <w:t xml:space="preserve"> [kairō]</w:t>
      </w:r>
      <w:r>
        <w:rPr>
          <w:sz w:val="20"/>
        </w:rPr>
        <w:br/>
        <w:t>καιρός здесь — назначенное/подходящее время урожая. Тема плода продолжает смоковницу и храм в предыдущей главе.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11:13–20</w:t>
      </w:r>
    </w:p>
    <w:p>
      <w:r>
        <w:t>3. Но они схватили его, избили и отправили ни с чем.</w:t>
      </w:r>
    </w:p>
    <w:p>
      <w:r>
        <w:t>4. Он снова послал к ним другого раба. Того ударили по голове и унизили.</w:t>
      </w:r>
    </w:p>
    <w:p>
      <w:r>
        <w:t>5. Он послал ещё одного — его убили. Потом многих других: одних избивали, других убивали.</w:t>
      </w:r>
    </w:p>
    <w:p>
      <w:r>
        <w:t>6. «У него оставался ещё один — υἱὸν ἀγαπητόν, возлюбленный сын. Последним он послал его к ним, говоря: “Моего сына они постыдятся”».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υἱὸν ἀγαπητόν</w:t>
      </w:r>
      <w:r>
        <w:rPr>
          <w:sz w:val="20"/>
        </w:rPr>
        <w:t xml:space="preserve"> [huion agapēton]</w:t>
      </w:r>
      <w:r>
        <w:rPr>
          <w:sz w:val="20"/>
        </w:rPr>
        <w:br/>
        <w:t>«Возлюбленный сын» явно отзывается небесным голосом в 1:11 и 9:7. В притче этот сын становится последним посланным после всех рабов.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1:11, Мк 9:7</w:t>
      </w:r>
    </w:p>
    <w:p>
      <w:r>
        <w:t>7. «Но арендаторы сказали друг другу: “Это наследник. Давайте убьём его — и наследство станет нашим”».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οὗτός ἐστιν ὁ κληρονόμος</w:t>
      </w:r>
      <w:r>
        <w:rPr>
          <w:sz w:val="20"/>
        </w:rPr>
        <w:t xml:space="preserve"> [houtos estin ho klēronomos]</w:t>
      </w:r>
      <w:r>
        <w:rPr>
          <w:sz w:val="20"/>
        </w:rPr>
        <w:br/>
        <w:t>Признание «это наследник» делает их действие сознательным: они не ошибаются в личности сына, а хотят присвоить принадлежащее владельцу.</w:t>
      </w:r>
    </w:p>
    <w:p>
      <w:r>
        <w:t>8. «Они схватили его, убили и выбросили из виноградника».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ἀπέκτειναν ... ἐξέβαλον ἔξω</w:t>
      </w:r>
      <w:r>
        <w:rPr>
          <w:sz w:val="20"/>
        </w:rPr>
        <w:t xml:space="preserve"> [apekteinan ... exebalon exō]</w:t>
      </w:r>
      <w:r>
        <w:rPr>
          <w:sz w:val="20"/>
        </w:rPr>
        <w:br/>
        <w:t>Порядок у Марка: убили, затем выбросили из виноградника. Не стоит автоматически гармонизировать с Матфеем, где порядок другой.</w:t>
      </w:r>
    </w:p>
    <w:p>
      <w:r>
        <w:t>9. «Что сделает хозяин виноградника? Придёт, погубит арендаторов и отдаст виноградник другим».</w:t>
      </w:r>
    </w:p>
    <w:p>
      <w:pPr>
        <w:ind w:left="360"/>
      </w:pPr>
      <w:r>
        <w:rPr>
          <w:b/>
          <w:sz w:val="20"/>
        </w:rPr>
        <w:t>Суд</w:t>
      </w:r>
      <w:r>
        <w:rPr>
          <w:i/>
          <w:sz w:val="20"/>
        </w:rPr>
        <w:t xml:space="preserve"> ἀπολέσει τοὺς γεωργούς ... δώσει τὸν ἀμπελῶνα ἄλλοις</w:t>
      </w:r>
      <w:r>
        <w:rPr>
          <w:sz w:val="20"/>
        </w:rPr>
        <w:t xml:space="preserve"> [apolesei tous geōrgous ... dōsei ton ampelōna allois]</w:t>
      </w:r>
      <w:r>
        <w:rPr>
          <w:sz w:val="20"/>
        </w:rPr>
        <w:br/>
        <w:t>Суд направлен на арендаторов, а не на уничтожение самого виноградника. Владение остаётся у хозяина и передаётся другим управляющим.</w:t>
      </w:r>
    </w:p>
    <w:p>
      <w:r>
        <w:t>10. «Разве вы не читали: “Камень, который отвергли строители, именно он стал κεφαλὴ γωνίας — главой угла / краеугольным камнем».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λίθον ὃν ἀπεδοκίμασαν οἱ οἰκοδομοῦντες ... κεφαλὴν γωνίας</w:t>
      </w:r>
      <w:r>
        <w:rPr>
          <w:sz w:val="20"/>
        </w:rPr>
        <w:t xml:space="preserve"> [lithon hon apedokimasan hoi oikodomountes ... kephalēn gōnias]</w:t>
      </w:r>
      <w:r>
        <w:rPr>
          <w:sz w:val="20"/>
        </w:rPr>
        <w:br/>
        <w:t>Цитата Пс 117/118:22. Образ отвергнутого камня, ставшего главным, переосмысляет отказ от Сына как часть Божьего действия.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118:22</w:t>
      </w:r>
    </w:p>
    <w:p>
      <w:r>
        <w:t>11. Это сделал Господь, и это удивительно в наших глазах”?»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παρὰ κυρίου ἐγένετο αὕτη</w:t>
      </w:r>
      <w:r>
        <w:rPr>
          <w:sz w:val="20"/>
        </w:rPr>
        <w:t xml:space="preserve"> [para kyriou egeneto hautē]</w:t>
      </w:r>
      <w:r>
        <w:rPr>
          <w:sz w:val="20"/>
        </w:rPr>
        <w:br/>
        <w:t>Продолжение Пс 117/118:23 подчёркивает, что переворот статуса камня происходит от Господа.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118:23</w:t>
      </w:r>
    </w:p>
    <w:p>
      <w:r>
        <w:t>12. Они хотели схватить Его, но боялись народа, потому что поняли, что притчу Он рассказал о них. Поэтому оставили Его и ушли.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ἔγνωσαν γὰρ ὅτι πρὸς αὐτοὺς τὴν παραβολὴν εἶπεν</w:t>
      </w:r>
      <w:r>
        <w:rPr>
          <w:sz w:val="20"/>
        </w:rPr>
        <w:t xml:space="preserve"> [egnōsan gar hoti pros autous tēn parabolēn eipen]</w:t>
      </w:r>
      <w:r>
        <w:rPr>
          <w:sz w:val="20"/>
        </w:rPr>
        <w:br/>
        <w:t>Руководители сами понимают, что арендаторы символизируют их. Марк снимает сомнение о непосредственной направленности притчи.</w:t>
      </w:r>
    </w:p>
    <w:p>
      <w:r>
        <w:t>13. К Нему послали некоторых фарисеев и иродиан, чтобы ἀγρεύσωσιν — поймать Его на слове.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ἀγρεύσωσιν</w:t>
      </w:r>
      <w:r>
        <w:rPr>
          <w:sz w:val="20"/>
        </w:rPr>
        <w:t xml:space="preserve"> [agreusōsin]</w:t>
      </w:r>
      <w:r>
        <w:rPr>
          <w:sz w:val="20"/>
        </w:rPr>
        <w:br/>
        <w:t>Буквально «поймать как добычу». Вопрос о налоге — ловушка, а не поиск истины.</w:t>
      </w:r>
    </w:p>
    <w:p>
      <w:r>
        <w:t>14. Они сказали: «Учитель, мы знаем, что Ты правдив и не заботишься о человеческом статусе; Ты не смотришь на πρόσωπον — лицо/положение человека, а истинно учишь Божьему пути. Позволено ли платить κῆνσον — подушно-имперский налог — кесарю или нет?»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οὐ γὰρ βλέπεις εἰς πρόσωπον ἀνθρώπων</w:t>
      </w:r>
      <w:r>
        <w:rPr>
          <w:sz w:val="20"/>
        </w:rPr>
        <w:t xml:space="preserve"> [ou gar blepeis eis prosōpon anthrōpōn]</w:t>
      </w:r>
      <w:r>
        <w:rPr>
          <w:sz w:val="20"/>
        </w:rPr>
        <w:br/>
        <w:t>Буквально «не смотришь в лицо людям» — идиома беспристрастности, отсутствия лицеприятия.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κῆνσον Καίσαρι</w:t>
      </w:r>
      <w:r>
        <w:rPr>
          <w:sz w:val="20"/>
        </w:rPr>
        <w:t xml:space="preserve"> [kēnson Kaisari]</w:t>
      </w:r>
      <w:r>
        <w:rPr>
          <w:sz w:val="20"/>
        </w:rPr>
        <w:br/>
        <w:t>κῆνσος — латинское заимствование census, имперский налог. Вопрос политически взрывоопасен: отказ — конфликт с Римом, согласие — риск потерять поддержку народа.</w:t>
      </w:r>
    </w:p>
    <w:p>
      <w:r>
        <w:t>15. Платить нам или не платить?» Но Он, зная их лицемерие, сказал: «Почему вы Меня испытываете? Принесите Мне динарий, чтобы Я посмотрел».</w:t>
      </w:r>
    </w:p>
    <w:p>
      <w:r>
        <w:t>16. Они принесли динарий. Он спросил: «Чьё здесь εἰκών — изображение — и ἐπιγραφή — надпись?»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εἰκὼν ... ἐπιγραφή</w:t>
      </w:r>
      <w:r>
        <w:rPr>
          <w:sz w:val="20"/>
        </w:rPr>
        <w:t xml:space="preserve"> [eikōn ... epigraphē]</w:t>
      </w:r>
      <w:r>
        <w:rPr>
          <w:sz w:val="20"/>
        </w:rPr>
        <w:br/>
        <w:t>Монета несёт образ и надпись кесаря. Ответ Иисуса строится на принадлежности по знаку/образу, что естественно вызывает более широкий вопрос: чей образ несёт человек.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1:26–27</w:t>
      </w:r>
    </w:p>
    <w:p>
      <w:r>
        <w:t>17. Он сказал им: «Отдавайте кесарю кесарево, а Богу — Божье». И они чрезвычайно удивлялись Ему.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ἀπόδοτε Καίσαρι τὰ Καίσαρος καὶ τὰ τοῦ θεοῦ τῷ θεῷ</w:t>
      </w:r>
      <w:r>
        <w:rPr>
          <w:sz w:val="20"/>
        </w:rPr>
        <w:t xml:space="preserve"> [apodote Kaisari ta Kaisaros kai ta tou theou tō theō]</w:t>
      </w:r>
      <w:r>
        <w:rPr>
          <w:sz w:val="20"/>
        </w:rPr>
        <w:br/>
        <w:t>ἀποδίδωμι — не просто «давать», а «возвращать/отдавать должное». Монета принадлежит кесарю по его образу; формула оставляет открытым гораздо более крупный вопрос о том, что принадлежит Богу.</w:t>
      </w:r>
    </w:p>
    <w:p>
      <w:r>
        <w:t>18. Потом к Нему пришли саддукеи, которые говорят, что воскресения нет, и спросили: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Σαδδουκαῖοι ... οἵτινες λέγουσιν ἀνάστασιν μὴ εἶναι</w:t>
      </w:r>
      <w:r>
        <w:rPr>
          <w:sz w:val="20"/>
        </w:rPr>
        <w:t xml:space="preserve"> [Saddoukaioi ... hoitines legousin anastasin mē einai]</w:t>
      </w:r>
      <w:r>
        <w:rPr>
          <w:sz w:val="20"/>
        </w:rPr>
        <w:br/>
        <w:t>Марк сам поясняет позицию саддукеев: они отрицают воскресение. Это определяет весь смысл их гипотетического вопроса.</w:t>
      </w:r>
    </w:p>
    <w:p>
      <w:r>
        <w:t>19. «Моисей написал нам: если у кого умрёт брат, оставив жену, но без ребёнка, брат должен взять его жену и ἐξαναστήσῃ σπέρμα — восстановить потомство — своему брату».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ἐξαναστήσῃ σπέρμα τῷ ἀδελφῷ αὐτοῦ</w:t>
      </w:r>
      <w:r>
        <w:rPr>
          <w:sz w:val="20"/>
        </w:rPr>
        <w:t xml:space="preserve"> [exanastēsē sperma tō adelphō autou]</w:t>
      </w:r>
      <w:r>
        <w:rPr>
          <w:sz w:val="20"/>
        </w:rPr>
        <w:br/>
        <w:t>Отсылка к левиратному закону Втор 25:5–6, где брат умершего сохраняет его имя и линию потомства.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25:5–6</w:t>
      </w:r>
    </w:p>
    <w:p>
      <w:r>
        <w:t>20. Было семь братьев. Первый женился и умер, не оставив потомства.</w:t>
      </w:r>
    </w:p>
    <w:p>
      <w:r>
        <w:t>21. Второй взял его жену и тоже умер, не оставив потомства; так же и третий.</w:t>
      </w:r>
    </w:p>
    <w:p>
      <w:r>
        <w:t>22. Ни один из семерых не оставил потомства. После всех умерла и женщина.</w:t>
      </w:r>
    </w:p>
    <w:p>
      <w:r>
        <w:t>23. При воскресении, когда они воскреснут, чьей женой она будет? Ведь все семеро были её мужьями».</w:t>
      </w:r>
    </w:p>
    <w:p>
      <w:r>
        <w:t>24. Он сказал им: «Не потому ли вы заблуждаетесь [πλανᾶσθε], что не знаете ни Писаний, ни силы Бога?»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πλανᾶσθε</w:t>
      </w:r>
      <w:r>
        <w:rPr>
          <w:sz w:val="20"/>
        </w:rPr>
        <w:t xml:space="preserve"> [planasthe]</w:t>
      </w:r>
      <w:r>
        <w:rPr>
          <w:sz w:val="20"/>
        </w:rPr>
        <w:br/>
        <w:t>Глагол означает блуждать, ошибаться, быть введённым в заблуждение. Корень используется и для духовного обмана.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μὴ εἰδότες τὰς γραφὰς μηδὲ τὴν δύναμιν τοῦ θεοῦ</w:t>
      </w:r>
      <w:r>
        <w:rPr>
          <w:sz w:val="20"/>
        </w:rPr>
        <w:t xml:space="preserve"> [mē eidotes tas graphas mēde tēn dynamin tou theou]</w:t>
      </w:r>
      <w:r>
        <w:rPr>
          <w:sz w:val="20"/>
        </w:rPr>
        <w:br/>
        <w:t>Иисус связывает ошибку сразу с двумя дефицитами: незнанием Писаний и недооценкой Божьей силы.</w:t>
      </w:r>
    </w:p>
    <w:p>
      <w:r>
        <w:t>25. «Когда воскресают из мёртвых, не женятся и не выходят замуж, но подобны ангелам на небесах».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ὡς ἄγγελοι ἐν τοῖς οὐρανοῖς</w:t>
      </w:r>
      <w:r>
        <w:rPr>
          <w:sz w:val="20"/>
        </w:rPr>
        <w:t xml:space="preserve"> [hōs angeloi en tois ouranois]</w:t>
      </w:r>
      <w:r>
        <w:rPr>
          <w:sz w:val="20"/>
        </w:rPr>
        <w:br/>
        <w:t>Сравнение касается состояния после воскресения и брачных отношений, а не превращения людей в ангелов.</w:t>
      </w:r>
    </w:p>
    <w:p>
      <w:r>
        <w:t>26. «А о воскресении мёртвых разве вы не читали у Моисея, в рассказе о кусте, как Бог сказал: “Я Бог Авраама, Бог Исаака и Бог Иакова”?»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ἐγὼ ὁ θεὸς Ἀβραὰμ καὶ θεὸς Ἰσαὰκ καὶ θεὸς Ἰακώβ</w:t>
      </w:r>
      <w:r>
        <w:rPr>
          <w:sz w:val="20"/>
        </w:rPr>
        <w:t xml:space="preserve"> [egō ho theos Abraam kai theos Isaak kai theos Iakōb]</w:t>
      </w:r>
      <w:r>
        <w:rPr>
          <w:sz w:val="20"/>
        </w:rPr>
        <w:br/>
        <w:t>Цитата Исх 3:6. Иисус строит аргумент о воскресении на продолжающихся отношениях Бога с патриархами.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3:6</w:t>
      </w:r>
    </w:p>
    <w:p>
      <w:r>
        <w:t>27. «Он Бог не мёртвых, а живых. Вы очень заблуждаетесь».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οὐκ ἔστιν θεὸς νεκρῶν ἀλλὰ ζώντων</w:t>
      </w:r>
      <w:r>
        <w:rPr>
          <w:sz w:val="20"/>
        </w:rPr>
        <w:t xml:space="preserve"> [ouk estin theos nekrōn alla zōntōn]</w:t>
      </w:r>
      <w:r>
        <w:rPr>
          <w:sz w:val="20"/>
        </w:rPr>
        <w:br/>
        <w:t>Логика Иисуса: Божий завет с Авраамом, Исааком и Иаковом не аннулирован смертью, поэтому смерть не является последним словом.</w:t>
      </w:r>
    </w:p>
    <w:p>
      <w:r>
        <w:t>28. Один из книжников подошёл, услышал их спор и, увидев, что Он хорошо ответил, спросил: «Какая заповедь πρώτη πάντων — первая из всех?»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ποία ἐστὶν ἐντολὴ πρώτη πάντων</w:t>
      </w:r>
      <w:r>
        <w:rPr>
          <w:sz w:val="20"/>
        </w:rPr>
        <w:t xml:space="preserve"> [poia estin entolē prōtē pantōn]</w:t>
      </w:r>
      <w:r>
        <w:rPr>
          <w:sz w:val="20"/>
        </w:rPr>
        <w:br/>
        <w:t>Вопрос не просто «какая важна», а какая занимает первое место среди заповедей.</w:t>
      </w:r>
    </w:p>
    <w:p>
      <w:r>
        <w:t>29. Он ответил: «Первая: “Слушай, Израиль! Господь, Бог наш, Господь един [κύριος εἷς ἐστιν]».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ἄκουε, Ἰσραήλ· κύριος ὁ θεὸς ἡμῶν κύριος εἷς ἐστιν</w:t>
      </w:r>
      <w:r>
        <w:rPr>
          <w:sz w:val="20"/>
        </w:rPr>
        <w:t xml:space="preserve"> [akoue, Israēl; kyrios ho theos hēmōn kyrios heis estin]</w:t>
      </w:r>
      <w:r>
        <w:rPr>
          <w:sz w:val="20"/>
        </w:rPr>
        <w:br/>
        <w:t>Цитата Шма из Втор 6:4. Любовь к Богу начинается с исповедания Его единственности/единства.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6:4</w:t>
      </w:r>
    </w:p>
    <w:p>
      <w:r>
        <w:t>30. «И люби [ἀγαπήσεις] Господа, Бога твоего, всем сердцем, всей душой, всем разумом и всей силой».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ἀγαπήσεις κύριον τὸν θεόν σου</w:t>
      </w:r>
      <w:r>
        <w:rPr>
          <w:sz w:val="20"/>
        </w:rPr>
        <w:t xml:space="preserve"> [agapēseis kyrion ton theon sou]</w:t>
      </w:r>
      <w:r>
        <w:rPr>
          <w:sz w:val="20"/>
        </w:rPr>
        <w:br/>
        <w:t>Продолжение Шма, Втор 6:5. Будущая форма λειτουργирует как повеление: «люби».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6:5</w:t>
      </w:r>
    </w:p>
    <w:p>
      <w:pPr>
        <w:ind w:left="360"/>
      </w:pPr>
      <w:r>
        <w:rPr>
          <w:b/>
          <w:sz w:val="20"/>
        </w:rPr>
        <w:t>Человек</w:t>
      </w:r>
      <w:r>
        <w:rPr>
          <w:i/>
          <w:sz w:val="20"/>
        </w:rPr>
        <w:t xml:space="preserve"> καρδίας ... ψυχῆς ... διανοίας ... ἰσχύος</w:t>
      </w:r>
      <w:r>
        <w:rPr>
          <w:sz w:val="20"/>
        </w:rPr>
        <w:t xml:space="preserve"> [kardias ... psychēs ... dianoias ... ischyos]</w:t>
      </w:r>
      <w:r>
        <w:rPr>
          <w:sz w:val="20"/>
        </w:rPr>
        <w:br/>
        <w:t>Четыре выражения охватывают человека целиком. Их не следует превращать в жёсткую анатомию отдельных «частей» человека.</w:t>
      </w:r>
    </w:p>
    <w:p>
      <w:r>
        <w:t>31. «Вторая: “Люби ближнего твоего, как самого себя”. Больше этих нет иной заповеди».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ἀγαπήσεις τὸν πλησίον σου ὡς σεαυτόν</w:t>
      </w:r>
      <w:r>
        <w:rPr>
          <w:sz w:val="20"/>
        </w:rPr>
        <w:t xml:space="preserve"> [agapēseis ton plēsion sou hōs seauton]</w:t>
      </w:r>
      <w:r>
        <w:rPr>
          <w:sz w:val="20"/>
        </w:rPr>
        <w:br/>
        <w:t>Цитата Лев 19:18. Иисус связывает любовь к Богу и любовь к ближнему как две высшие заповеди.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19:18</w:t>
      </w:r>
    </w:p>
    <w:p>
      <w:r>
        <w:t>32. Книжник сказал Ему: «Хорошо, Учитель. Ты верно сказал: Он один, и нет другого, кроме Него.</w:t>
      </w:r>
    </w:p>
    <w:p>
      <w:r>
        <w:t>33. «И любить Его всем сердцем, всем пониманием и всей силой, и любить ближнего, как самого себя, — больше [περισσότερόν] всех всесожжений и жертв».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περισσότερόν ἐστιν πάντων τῶν ὁλοκαυτωμάτων καὶ θυσιῶν</w:t>
      </w:r>
      <w:r>
        <w:rPr>
          <w:sz w:val="20"/>
        </w:rPr>
        <w:t xml:space="preserve"> [perissoteron estin pantōn tōn holokautōmatōn kai thysiōn]</w:t>
      </w:r>
      <w:r>
        <w:rPr>
          <w:sz w:val="20"/>
        </w:rPr>
        <w:br/>
        <w:t>Книжник ставит любовь выше жертвенного культа — линия, созвучная пророкам: послушание и верность важнее ритуала без сердца.</w:t>
      </w:r>
      <w:r>
        <w:rPr>
          <w:i/>
          <w:sz w:val="20"/>
        </w:rPr>
        <w:br/>
        <w:t xml:space="preserve">См.: </w:t>
      </w:r>
      <w:r>
        <w:rPr>
          <w:sz w:val="20"/>
        </w:rPr>
        <w:t>1 Цар 15:22, Ос 6:6</w:t>
      </w:r>
    </w:p>
    <w:p>
      <w:r>
        <w:t>34. Увидев, что он ответил разумно [νουνεχῶς], Он сказал: «Ты недалеко от Царства Божьего». После этого никто не решался спрашивать Его.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νουνεχῶς</w:t>
      </w:r>
      <w:r>
        <w:rPr>
          <w:sz w:val="20"/>
        </w:rPr>
        <w:t xml:space="preserve"> [nounechōs]</w:t>
      </w:r>
      <w:r>
        <w:rPr>
          <w:sz w:val="20"/>
        </w:rPr>
        <w:br/>
        <w:t>Редкое слово: разумно, с пониманием, здраво. Этот книжник отличается от большинства спорящих — Иисус признаёт качество его ответа.</w:t>
      </w:r>
    </w:p>
    <w:p>
      <w:r>
        <w:t>35. Продолжая учить в храме, Он спросил: «Как книжники говорят, что Христос — сын Давида?»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ὁ χριστὸς υἱὸς Δαυίδ</w:t>
      </w:r>
      <w:r>
        <w:rPr>
          <w:sz w:val="20"/>
        </w:rPr>
        <w:t xml:space="preserve"> [ho christos huios Dauid]</w:t>
      </w:r>
      <w:r>
        <w:rPr>
          <w:sz w:val="20"/>
        </w:rPr>
        <w:br/>
        <w:t>Титул «сын Давида» верен, но Иисус показывает, что он недостаточен для полной картины Мессии.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10:47–48</w:t>
      </w:r>
    </w:p>
    <w:p>
      <w:r>
        <w:t>36. «Сам Давид сказал в Святом Духе: “Господь сказал моему Господу: сядь справа от Меня, пока не положу врагов Твоих под ноги Твои”».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εἶπεν κύριος τῷ κυρίῳ μου</w:t>
      </w:r>
      <w:r>
        <w:rPr>
          <w:sz w:val="20"/>
        </w:rPr>
        <w:t xml:space="preserve"> [eipen kyrios tō kyriō mou]</w:t>
      </w:r>
      <w:r>
        <w:rPr>
          <w:sz w:val="20"/>
        </w:rPr>
        <w:br/>
        <w:t>Цитата Пс 109/110:1. Иисус использует различие между «Господь» и «мой Господь» в устах Давида для углубления мессианского титула.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110:1</w:t>
      </w:r>
    </w:p>
    <w:p>
      <w:r>
        <w:t>37. «Сам Давид называет Его Господом. Как же Он его сын?» И большая толпа слушала Его с удовольствием.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αὐτὸς Δαυὶδ λέγει αὐτὸν κύριον</w:t>
      </w:r>
      <w:r>
        <w:rPr>
          <w:sz w:val="20"/>
        </w:rPr>
        <w:t xml:space="preserve"> [autos Dauid legei auton kyrion]</w:t>
      </w:r>
      <w:r>
        <w:rPr>
          <w:sz w:val="20"/>
        </w:rPr>
        <w:br/>
        <w:t>Вопрос не отрицает Давидово происхождение Мессии, а показывает, что Мессия превосходит категорию просто потомка Давида.</w:t>
      </w:r>
    </w:p>
    <w:p>
      <w:r>
        <w:t>38. В Своём учении Он говорил: «Берегитесь книжников, которые любят ходить в длинных одеждах и принимать приветствия на площадях,</w:t>
      </w:r>
    </w:p>
    <w:p>
      <w:pPr>
        <w:ind w:left="360"/>
      </w:pPr>
      <w:r>
        <w:rPr>
          <w:b/>
          <w:sz w:val="20"/>
        </w:rPr>
        <w:t>Общественный аспект</w:t>
      </w:r>
      <w:r>
        <w:rPr>
          <w:i/>
          <w:sz w:val="20"/>
        </w:rPr>
        <w:t xml:space="preserve"> στολαῖς ... ἀσπασμοὺς ἐν ταῖς ἀγοραῖς</w:t>
      </w:r>
      <w:r>
        <w:rPr>
          <w:sz w:val="20"/>
        </w:rPr>
        <w:t xml:space="preserve"> [stolais ... aspasmous en tais agorais]</w:t>
      </w:r>
      <w:r>
        <w:rPr>
          <w:sz w:val="20"/>
        </w:rPr>
        <w:br/>
        <w:t>Критика направлена на публичную демонстрацию статуса и жажду почёта.</w:t>
      </w:r>
    </w:p>
    <w:p>
      <w:r>
        <w:t>39. «первые места в синагогах и почётные места на пирах».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πρωτοκαθεδρίας ... πρωτοκλισίας</w:t>
      </w:r>
      <w:r>
        <w:rPr>
          <w:sz w:val="20"/>
        </w:rPr>
        <w:t xml:space="preserve"> [prōtokathedrias ... prōtoklisias]</w:t>
      </w:r>
      <w:r>
        <w:rPr>
          <w:sz w:val="20"/>
        </w:rPr>
        <w:br/>
        <w:t>Два слова с πρῶτος «первый»: лучшие сиденья и почётные места. Это возвращает тему учеников о том, кто первый, но теперь на примере религиозной элиты.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9:34–35, Мк 10:43–44</w:t>
      </w:r>
    </w:p>
    <w:p>
      <w:r>
        <w:t>40. «Они пожирают [κατεσθίοντες] дома вдов и для вида [προφάσει] долго молятся. Они получат более тяжёлый суд».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κατεσθίοντες τὰς οἰκίας τῶν χηρῶν</w:t>
      </w:r>
      <w:r>
        <w:rPr>
          <w:sz w:val="20"/>
        </w:rPr>
        <w:t xml:space="preserve"> [katesthiontes tas oikias tōn chērōn]</w:t>
      </w:r>
      <w:r>
        <w:rPr>
          <w:sz w:val="20"/>
        </w:rPr>
        <w:br/>
        <w:t>Сильная метафора «пожирают дома вдов» описывает эксплуатацию уязвимых людей религиозными авторитетами.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προφάσει</w:t>
      </w:r>
      <w:r>
        <w:rPr>
          <w:sz w:val="20"/>
        </w:rPr>
        <w:t xml:space="preserve"> [prophasei]</w:t>
      </w:r>
      <w:r>
        <w:rPr>
          <w:sz w:val="20"/>
        </w:rPr>
        <w:br/>
        <w:t>Предлог/существительное со смыслом «под предлогом, для вида». Долгая молитва становится прикрытием, а не доказательством благочестия.</w:t>
      </w:r>
    </w:p>
    <w:p>
      <w:r>
        <w:t>41. Сев напротив сокровищницы, Он наблюдал, как народ кладёт туда деньги. Многие богатые клали много.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καθίσας κατέναντι τοῦ γαζοφυλακίου ἐθεώρει</w:t>
      </w:r>
      <w:r>
        <w:rPr>
          <w:sz w:val="20"/>
        </w:rPr>
        <w:t xml:space="preserve"> [kathisas katenanti tou gazophylakiou etheōrei]</w:t>
      </w:r>
      <w:r>
        <w:rPr>
          <w:sz w:val="20"/>
        </w:rPr>
        <w:br/>
        <w:t>После предупреждения о тех, кто «пожирает дома вдов», Марк немедленно помещает перед Иисусом бедную вдову у храмовой сокровищницы. Эта близость эпизодов важна для интерпретации.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12:40–44</w:t>
      </w:r>
    </w:p>
    <w:p>
      <w:r>
        <w:t>42. Пришла бедная вдова и положила два λεπτά — две самые мелкие монеты, вместе один кодрант.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λεπτὰ δύο, ὅ ἐστιν κοδράντης</w:t>
      </w:r>
      <w:r>
        <w:rPr>
          <w:sz w:val="20"/>
        </w:rPr>
        <w:t xml:space="preserve"> [lepta dyo, ho estin kodrantēs]</w:t>
      </w:r>
      <w:r>
        <w:rPr>
          <w:sz w:val="20"/>
        </w:rPr>
        <w:br/>
        <w:t>Марк переводит местную денежную величину для римской аудитории: две лепты = один кодрант. Сумма крайне мала.</w:t>
      </w:r>
    </w:p>
    <w:p>
      <w:r>
        <w:t>43. Подозвав учеников, Он сказал: «Аминь говорю вам: эта бедная вдова положила больше всех, кто клал в сокровищницу».</w:t>
      </w:r>
    </w:p>
    <w:p>
      <w:pPr>
        <w:ind w:left="360"/>
      </w:pPr>
      <w:r>
        <w:rPr>
          <w:b/>
          <w:sz w:val="20"/>
        </w:rPr>
        <w:t>Парадокс</w:t>
      </w:r>
      <w:r>
        <w:rPr>
          <w:i/>
          <w:sz w:val="20"/>
        </w:rPr>
        <w:t xml:space="preserve"> πλεῖον πάντων ἔβαλεν</w:t>
      </w:r>
      <w:r>
        <w:rPr>
          <w:sz w:val="20"/>
        </w:rPr>
        <w:t xml:space="preserve"> [pleion pantōn ebalen]</w:t>
      </w:r>
      <w:r>
        <w:rPr>
          <w:sz w:val="20"/>
        </w:rPr>
        <w:br/>
        <w:t>Оценка Иисуса переворачивает обычную арифметику: «больше» определяется не абсолютной суммой, а долей от имеющегося.</w:t>
      </w:r>
    </w:p>
    <w:p>
      <w:r>
        <w:t>44. «Потому что все клали из избытка, а она из своей нужды положила всё, что имела — ὅλον τὸν βίον αὐτῆς, всё своё средство к жизни».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ὅλον τὸν βίον αὐτῆς</w:t>
      </w:r>
      <w:r>
        <w:rPr>
          <w:sz w:val="20"/>
        </w:rPr>
        <w:t xml:space="preserve"> [holon ton bion autēs]</w:t>
      </w:r>
      <w:r>
        <w:rPr>
          <w:sz w:val="20"/>
        </w:rPr>
        <w:br/>
        <w:t>βίος здесь — средства к существованию, пропитание, жизнь в материальном смысле. Буквально она отдаёт весь ресурс, на который могла жить.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χηρῶν ... χήρα πτωχή</w:t>
      </w:r>
      <w:r>
        <w:rPr>
          <w:sz w:val="20"/>
        </w:rPr>
        <w:t xml:space="preserve"> [chērōn ... chēra ptōchē]</w:t>
      </w:r>
      <w:r>
        <w:rPr>
          <w:sz w:val="20"/>
        </w:rPr>
        <w:br/>
        <w:t>Связь с 12:40 нельзя игнорировать: только что осуждены книжники, «пожирающие дома вдов», и сразу показана вдова, отдающая всё в храмовую систему. Поэтому эпизод можно читать не только как похвалу щедрости, но и как трагическое обличение системы, поглощающей имущество уязвимых.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12:40, Мк 13:1–2</w:t>
      </w:r>
    </w:p>
    <w:p>
      <w:pPr>
        <w:pStyle w:val="Heading2"/>
      </w:pPr>
      <w:r>
        <w:t>Глава 13</w:t>
      </w:r>
    </w:p>
    <w:p>
      <w:r>
        <w:t>1. Когда Он выходил из храма, один из учеников сказал Ему: «Учитель, посмотри, какие камни и какие здания!»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ἐκπορευομένου αὐτοῦ ἐκ τοῦ ἱεροῦ</w:t>
      </w:r>
      <w:r>
        <w:rPr>
          <w:sz w:val="20"/>
        </w:rPr>
        <w:t xml:space="preserve"> [ekporeuomenou autou ek tou hierou]</w:t>
      </w:r>
      <w:r>
        <w:rPr>
          <w:sz w:val="20"/>
        </w:rPr>
        <w:br/>
        <w:t>Иисус буквально выходит из храма, и сразу после этого звучит предсказание его разрушения. Переход из Мк 12 к Мк 13 композиционно очень плотный.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12:40–44, Мк 13:2</w:t>
      </w:r>
    </w:p>
    <w:p>
      <w:r>
        <w:t>2. Он ответил: «Видишь эти огромные здания? Здесь οὐ μὴ ἀφεθῇ λίθος ἐπὶ λίθον — не останется камня на камне — всё будет разрушено».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οὐ μὴ ἀφεθῇ λίθος ἐπὶ λίθον</w:t>
      </w:r>
      <w:r>
        <w:rPr>
          <w:sz w:val="20"/>
        </w:rPr>
        <w:t xml:space="preserve"> [ou mē aphethē lithos epi lithon]</w:t>
      </w:r>
      <w:r>
        <w:rPr>
          <w:sz w:val="20"/>
        </w:rPr>
        <w:br/>
        <w:t>Сочетание οὐ μή с сослагательным — максимально сильное отрицание: «ни в коем случае не останется».</w:t>
      </w:r>
    </w:p>
    <w:p>
      <w:r>
        <w:t>3. Когда Он сидел на Масличной горе напротив храма, Пётр, Иаков, Иоанн и Андрей спросили Его наедине:</w:t>
      </w:r>
    </w:p>
    <w:p>
      <w:pPr>
        <w:ind w:left="360"/>
      </w:pPr>
      <w:r>
        <w:rPr>
          <w:b/>
          <w:sz w:val="20"/>
        </w:rPr>
        <w:t>География</w:t>
      </w:r>
      <w:r>
        <w:rPr>
          <w:i/>
          <w:sz w:val="20"/>
        </w:rPr>
        <w:t xml:space="preserve"> κατέναντι τοῦ ἱεροῦ</w:t>
      </w:r>
      <w:r>
        <w:rPr>
          <w:sz w:val="20"/>
        </w:rPr>
        <w:t xml:space="preserve"> [katenanti tou hierou]</w:t>
      </w:r>
      <w:r>
        <w:rPr>
          <w:sz w:val="20"/>
        </w:rPr>
        <w:br/>
        <w:t>Иисус сидит на Масличной горе «напротив храма», так что последующая речь произносится буквально с видом на храмовый комплекс.</w:t>
      </w:r>
    </w:p>
    <w:p>
      <w:r>
        <w:t>4. «Скажи нам, когда это произойдёт и какой будет знак, когда всё это μέλλῃ συντελεῖσθαι — будет приближаться к завершению?»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συντελεῖσθαι</w:t>
      </w:r>
      <w:r>
        <w:rPr>
          <w:sz w:val="20"/>
        </w:rPr>
        <w:t xml:space="preserve"> [synteleisthai]</w:t>
      </w:r>
      <w:r>
        <w:rPr>
          <w:sz w:val="20"/>
        </w:rPr>
        <w:br/>
        <w:t>Глагол означает доводить до завершения/исполнения. Вопрос учеников сформулирован прежде всего вокруг сказанного о храме, но ответ Иисуса расширяет горизонт.</w:t>
      </w:r>
    </w:p>
    <w:p>
      <w:r>
        <w:t>5. Он начал говорить им: «Смотрите [βλέπετε], чтобы никто вас не ввёл в заблуждение [πλανήσῃ]».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βλέπετε</w:t>
      </w:r>
      <w:r>
        <w:rPr>
          <w:sz w:val="20"/>
        </w:rPr>
        <w:t xml:space="preserve"> [blepete]</w:t>
      </w:r>
      <w:r>
        <w:rPr>
          <w:sz w:val="20"/>
        </w:rPr>
        <w:br/>
        <w:t>Императив «смотрите/будьте внимательны» становится рефреном всей главы.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13:9, Мк 13:23, Мк 13:33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πλανήσῃ</w:t>
      </w:r>
      <w:r>
        <w:rPr>
          <w:sz w:val="20"/>
        </w:rPr>
        <w:t xml:space="preserve"> [planēsē]</w:t>
      </w:r>
      <w:r>
        <w:rPr>
          <w:sz w:val="20"/>
        </w:rPr>
        <w:br/>
        <w:t>πλανάω — сбить с пути, ввести в заблуждение. Главная опасность главы — не только страдание, но и обман.</w:t>
      </w:r>
    </w:p>
    <w:p>
      <w:r>
        <w:t>6. «Многие придут под Моим именем и будут говорить: “ἐγώ εἰμι — это Я / Я есть”, — и многих введут в заблуждение».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ἐγώ εἰμι</w:t>
      </w:r>
      <w:r>
        <w:rPr>
          <w:sz w:val="20"/>
        </w:rPr>
        <w:t xml:space="preserve"> [egō eimi]</w:t>
      </w:r>
      <w:r>
        <w:rPr>
          <w:sz w:val="20"/>
        </w:rPr>
        <w:br/>
        <w:t>Греческий не добавляет «Я Христос». Возможны оттенки самопрезентации и мессианской претензии; WGT-T правильно не дополняет предикат за текст.</w:t>
      </w:r>
    </w:p>
    <w:p>
      <w:r>
        <w:t>7. «Когда услышите о войнах и слухах о войнах, не пугайтесь. Это δεῖ γενέσθαι — должно произойти, — но это ещё не конец».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δεῖ γενέσθαι</w:t>
      </w:r>
      <w:r>
        <w:rPr>
          <w:sz w:val="20"/>
        </w:rPr>
        <w:t xml:space="preserve"> [dei genesthai]</w:t>
      </w:r>
      <w:r>
        <w:rPr>
          <w:sz w:val="20"/>
        </w:rPr>
        <w:br/>
        <w:t>δεῖ выражает необходимость в рамках хода событий, но Иисус сразу запрещает принимать войны за сам конец.</w:t>
      </w:r>
    </w:p>
    <w:p>
      <w:r>
        <w:t>8. «Народ восстанет на народ и царство на царство. Будут землетрясения, будет голод. Это ἀρχὴ ὠδίνων — начало родовых мук».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ἀρχὴ ὠδίνων</w:t>
      </w:r>
      <w:r>
        <w:rPr>
          <w:sz w:val="20"/>
        </w:rPr>
        <w:t xml:space="preserve"> [archē ōdinōn]</w:t>
      </w:r>
      <w:r>
        <w:rPr>
          <w:sz w:val="20"/>
        </w:rPr>
        <w:br/>
        <w:t>ὠδίνες — родовые боли. Образ обозначает начало мучительного процесса, а не сам его финал.</w:t>
      </w:r>
    </w:p>
    <w:p>
      <w:r>
        <w:t>9. «Но вы берегитесь. Вас будут передавать [παραδώσουσιν] судам, бить в синагогах и ставить перед правителями и царями ради Меня — им во свидетельство».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παραδώσουσιν</w:t>
      </w:r>
      <w:r>
        <w:rPr>
          <w:sz w:val="20"/>
        </w:rPr>
        <w:t xml:space="preserve"> [paradōsousin]</w:t>
      </w:r>
      <w:r>
        <w:rPr>
          <w:sz w:val="20"/>
        </w:rPr>
        <w:br/>
        <w:t>Тот же глагол παραδίδωμι, который ведёт к страстям Иисуса, теперь применяется и к судьбе учеников.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10:33, Мк 14:10–11</w:t>
      </w:r>
    </w:p>
    <w:p>
      <w:r>
        <w:t>10. «И прежде Благая весть должна [δεῖ] быть проповедана всем народам».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δεῖ κηρυχθῆναι τὸ εὐαγγέλιον</w:t>
      </w:r>
      <w:r>
        <w:rPr>
          <w:sz w:val="20"/>
        </w:rPr>
        <w:t xml:space="preserve"> [dei kērychthēnai to euangelion]</w:t>
      </w:r>
      <w:r>
        <w:rPr>
          <w:sz w:val="20"/>
        </w:rPr>
        <w:br/>
        <w:t>Миссия всем народам поставлена как необходимая часть истории до завершения.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1:14, Мк 14:9</w:t>
      </w:r>
    </w:p>
    <w:p>
      <w:r>
        <w:t>11. «Когда вас поведут и передадут, не заботьтесь заранее, что говорить. Говорите то, что будет дано вам в тот час: говорить будете не вы, а Святой Дух».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οὐ γάρ ἐστε ὑμεῖς οἱ λαλοῦντες ἀλλὰ τὸ πνεῦμα τὸ ἅγιον</w:t>
      </w:r>
      <w:r>
        <w:rPr>
          <w:sz w:val="20"/>
        </w:rPr>
        <w:t xml:space="preserve"> [ou gar este hymeis hoi lalountes alla to pneuma to hagion]</w:t>
      </w:r>
      <w:r>
        <w:rPr>
          <w:sz w:val="20"/>
        </w:rPr>
        <w:br/>
        <w:t>Обещание не отменяет всякой подготовки вообще; оно относится к свидетельству под давлением, где Дух даст нужное слово.</w:t>
      </w:r>
    </w:p>
    <w:p>
      <w:r>
        <w:t>12. «Брат передаст [παραδώσει] брата на смерть, отец — ребёнка; дети восстанут против родителей и будут добиваться их смерти».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παραδώσει</w:t>
      </w:r>
      <w:r>
        <w:rPr>
          <w:sz w:val="20"/>
        </w:rPr>
        <w:t xml:space="preserve"> [paradōsei]</w:t>
      </w:r>
      <w:r>
        <w:rPr>
          <w:sz w:val="20"/>
        </w:rPr>
        <w:br/>
        <w:t>παραδίδωμι проникает уже внутрь семьи: конфликт вокруг верности Иисусу разрывает самые близкие связи.</w:t>
      </w:r>
    </w:p>
    <w:p>
      <w:r>
        <w:t>13. «Все будут ненавидеть вас из-за Моего имени. Но выдержавший до конца [ὑπομείνας εἰς τέλος] будет спасён».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ὑπομείνας</w:t>
      </w:r>
      <w:r>
        <w:rPr>
          <w:sz w:val="20"/>
        </w:rPr>
        <w:t xml:space="preserve"> [hypomeinas]</w:t>
      </w:r>
      <w:r>
        <w:rPr>
          <w:sz w:val="20"/>
        </w:rPr>
        <w:br/>
        <w:t>ὑπομένω — стойко оставаться под давлением, выдерживать. Речь не о пассивности, а о верности до конца.</w:t>
      </w:r>
    </w:p>
    <w:p>
      <w:r>
        <w:t>14. «Когда увидите τὸ βδέλυγμα τῆς ἐρημώσεως — мерзость запустения — стоящую там, где ей не должно, — читающий пусть понимает, — тогда находящиеся в Иудее пусть бегут в горы».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τὸ βδέλυγμα τῆς ἐρημώσεως</w:t>
      </w:r>
      <w:r>
        <w:rPr>
          <w:sz w:val="20"/>
        </w:rPr>
        <w:t xml:space="preserve"> [to bdelygma tēs erēmōseōs]</w:t>
      </w:r>
      <w:r>
        <w:rPr>
          <w:sz w:val="20"/>
        </w:rPr>
        <w:br/>
        <w:t>Фраза идёт из Даниила (особенно Дан 9:27; 11:31; 12:11) и обозначает оскверняющее присутствие, связанное с запустением/разрушением святыни.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9:27, Дан 11:31, Дан 12:11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ἑστηκότα</w:t>
      </w:r>
      <w:r>
        <w:rPr>
          <w:sz w:val="20"/>
        </w:rPr>
        <w:t xml:space="preserve"> [hestēkota]</w:t>
      </w:r>
      <w:r>
        <w:rPr>
          <w:sz w:val="20"/>
        </w:rPr>
        <w:br/>
        <w:t>Причастие мужского рода при среднем βδέλυγμα грамматически необычно и может намекать на персонифицированного носителя осквернения; WGT-T правильно не превращает этот намёк в отдельное имя.</w:t>
      </w:r>
    </w:p>
    <w:p>
      <w:r>
        <w:t>15. Кто будет на крыше, пусть не спускается и не входит в дом, чтобы взять что-нибудь оттуда.</w:t>
      </w:r>
    </w:p>
    <w:p>
      <w:r>
        <w:t>16. И кто будет в поле, пусть не возвращается назад за одеждой.</w:t>
      </w:r>
    </w:p>
    <w:p>
      <w:r>
        <w:t>17. Тяжело будет беременным и кормящим в те дни.</w:t>
      </w:r>
    </w:p>
    <w:p>
      <w:r>
        <w:t>18. Молитесь, чтобы это не случилось зимой.</w:t>
      </w:r>
    </w:p>
    <w:p>
      <w:r>
        <w:t>19. «Потому что те дни будут временем θλῖψις — бедствия/скорби — какого не было от начала творения, созданного Богом, доныне и не будет».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θλῖψις</w:t>
      </w:r>
      <w:r>
        <w:rPr>
          <w:sz w:val="20"/>
        </w:rPr>
        <w:t xml:space="preserve"> [thlipsis]</w:t>
      </w:r>
      <w:r>
        <w:rPr>
          <w:sz w:val="20"/>
        </w:rPr>
        <w:br/>
        <w:t>Слово обозначает давление, теснение, скорбь, тяжёлое бедствие. В контексте речь о катастрофическом периоде.</w:t>
      </w:r>
    </w:p>
    <w:p>
      <w:r>
        <w:t>20. «Если бы Господь не сократил эти дни, не спаслась бы никакая плоть [οὐκ ἂν ἐσώθη πᾶσα σάρξ]. Но ради избранных, которых Он избрал, Он сократил дни».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πᾶσα σάρξ</w:t>
      </w:r>
      <w:r>
        <w:rPr>
          <w:sz w:val="20"/>
        </w:rPr>
        <w:t xml:space="preserve"> [pasa sarx]</w:t>
      </w:r>
      <w:r>
        <w:rPr>
          <w:sz w:val="20"/>
        </w:rPr>
        <w:br/>
        <w:t>Буквально «всякая плоть» — семитизированное выражение для человеческих существ вообще, не только для телесной ткани.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τοὺς ἐκλεκτοὺς οὓς ἐξελέξατο</w:t>
      </w:r>
      <w:r>
        <w:rPr>
          <w:sz w:val="20"/>
        </w:rPr>
        <w:t xml:space="preserve"> [tous eklektous hous exelexato]</w:t>
      </w:r>
      <w:r>
        <w:rPr>
          <w:sz w:val="20"/>
        </w:rPr>
        <w:br/>
        <w:t>Повтор «избранные, которых избрал» подчёркивает Божью инициативу и причину сокращения дней.</w:t>
      </w:r>
    </w:p>
    <w:p>
      <w:r>
        <w:t>21. Если тогда кто-нибудь скажет вам: “Вот здесь Христос!” или “Вот там!” — не верьте.</w:t>
      </w:r>
    </w:p>
    <w:p>
      <w:r>
        <w:t>22. «Появятся лжехристы и лжепророки и будут показывать σημεῖα καὶ τέρατα — знамения и чудеса, — чтобы, если возможно, ввести в заблуждение избранных».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σημεῖα καὶ τέρατα</w:t>
      </w:r>
      <w:r>
        <w:rPr>
          <w:sz w:val="20"/>
        </w:rPr>
        <w:t xml:space="preserve"> [sēmeia kai terata]</w:t>
      </w:r>
      <w:r>
        <w:rPr>
          <w:sz w:val="20"/>
        </w:rPr>
        <w:br/>
        <w:t>Сами по себе чудесные явления не являются достаточным критерием истинности. В этой главе знамения могут сопровождать и обман.</w:t>
      </w:r>
    </w:p>
    <w:p>
      <w:r>
        <w:t>23. «Но вы будьте внимательны [βλέπετε]. Я заранее [προείρηκα] сказал вам всё».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προείρηκα</w:t>
      </w:r>
      <w:r>
        <w:rPr>
          <w:sz w:val="20"/>
        </w:rPr>
        <w:t xml:space="preserve"> [proeirēka]</w:t>
      </w:r>
      <w:r>
        <w:rPr>
          <w:sz w:val="20"/>
        </w:rPr>
        <w:br/>
        <w:t>Перфект: «сказал заранее и это остаётся сказанным». Предупреждение предназначено снять эффект неожиданности.</w:t>
      </w:r>
    </w:p>
    <w:p>
      <w:r>
        <w:t>24. «Но в те дни, после того бедствия, солнце померкнет, луна не даст света»,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ἥλιος σκοτισθήσεται ... ἡ σελήνη οὐ δώσει τὸ φέγγος</w:t>
      </w:r>
      <w:r>
        <w:rPr>
          <w:sz w:val="20"/>
        </w:rPr>
        <w:t xml:space="preserve"> [ho hēlios skotisthēsetai ... hē selēnē ou dōsei to phengos]</w:t>
      </w:r>
      <w:r>
        <w:rPr>
          <w:sz w:val="20"/>
        </w:rPr>
        <w:br/>
        <w:t>Космический язык отзывается пророческими текстами суда и переворота власти, особенно Ис 13:10 и Иоил 2:10,31.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13:10, Иоил 2:10, Иоил 2:31</w:t>
      </w:r>
    </w:p>
    <w:p>
      <w:r>
        <w:t>25. «звёзды будут падать с неба, и силы на небесах поколеблются».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αἱ δυνάμεις αἱ ἐν τοῖς οὐρανοῖς σαλευθήσονται</w:t>
      </w:r>
      <w:r>
        <w:rPr>
          <w:sz w:val="20"/>
        </w:rPr>
        <w:t xml:space="preserve"> [hai dynameis hai en tois ouranois saleuthēsontai]</w:t>
      </w:r>
      <w:r>
        <w:rPr>
          <w:sz w:val="20"/>
        </w:rPr>
        <w:br/>
        <w:t>Язык «поколебленных сил» продолжает пророческую картину космического потрясения и смены порядка.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34:4</w:t>
      </w:r>
    </w:p>
    <w:p>
      <w:r>
        <w:t>26. «Тогда увидят Сына Человеческого, приходящего ἐν νεφέλαις — в облаках — с великой силой и славой».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τὸν υἱὸν τοῦ ἀνθρώπου ἐρχόμενον ἐν νεφέλαις</w:t>
      </w:r>
      <w:r>
        <w:rPr>
          <w:sz w:val="20"/>
        </w:rPr>
        <w:t xml:space="preserve"> [ton huion tou anthrōpou erchomenon en nephelais]</w:t>
      </w:r>
      <w:r>
        <w:rPr>
          <w:sz w:val="20"/>
        </w:rPr>
        <w:br/>
        <w:t>Явная связь с Дан 7:13–14: Сын Человеческий приходит с облаками и получает царскую власть/славу.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7:13–14</w:t>
      </w:r>
    </w:p>
    <w:p>
      <w:r>
        <w:t>27. «Тогда Он пошлёт ангелов и соберёт избранных от четырёх ветров — от края земли до края неба».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ἐπισυνάξει τοὺς ἐκλεκτοὺς</w:t>
      </w:r>
      <w:r>
        <w:rPr>
          <w:sz w:val="20"/>
        </w:rPr>
        <w:t xml:space="preserve"> [episynaxei tous eklektous]</w:t>
      </w:r>
      <w:r>
        <w:rPr>
          <w:sz w:val="20"/>
        </w:rPr>
        <w:br/>
        <w:t>Собрание рассеянных от четырёх направлений отзывается пророческими обещаниями восстановления Божьего народа.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30:4, Зах 2:6</w:t>
      </w:r>
    </w:p>
    <w:p>
      <w:r>
        <w:t>28. «От смоковницы выучите притчу: когда её ветвь становится мягкой и выпускает листья, вы знаете, что лето близко».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ἀπὸ τῆς συκῆς μάθετε τὴν παραβολήν</w:t>
      </w:r>
      <w:r>
        <w:rPr>
          <w:sz w:val="20"/>
        </w:rPr>
        <w:t xml:space="preserve"> [apo tēs sykēs mathete tēn parabolēn]</w:t>
      </w:r>
      <w:r>
        <w:rPr>
          <w:sz w:val="20"/>
        </w:rPr>
        <w:br/>
        <w:t>После символической смоковницы в Мк 11 образ возвращается уже как урок распознавания близости событий.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11:13–21</w:t>
      </w:r>
    </w:p>
    <w:p>
      <w:r>
        <w:t>29. «Так и вы, когда увидите это происходящим, знайте: ἐγγύς ἐστιν — близко, у дверей».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ἐγγύς ἐστιν ἐπὶ θύραις</w:t>
      </w:r>
      <w:r>
        <w:rPr>
          <w:sz w:val="20"/>
        </w:rPr>
        <w:t xml:space="preserve"> [engys estin epi thyrais]</w:t>
      </w:r>
      <w:r>
        <w:rPr>
          <w:sz w:val="20"/>
        </w:rPr>
        <w:br/>
        <w:t>Греческий не выражает явный субъект: «это близко» или «Он близко» — оба способа понимания возможны. WGT-T сохраняет открытость безличным «близко».</w:t>
      </w:r>
    </w:p>
    <w:p>
      <w:r>
        <w:t>30. «Аминь говорю вам: эта γενεά — поколение — не пройдёт, пока всё это не произойдёт».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ἡ γενεὰ αὕτη</w:t>
      </w:r>
      <w:r>
        <w:rPr>
          <w:sz w:val="20"/>
        </w:rPr>
        <w:t xml:space="preserve"> [hē genea hautē]</w:t>
      </w:r>
      <w:r>
        <w:rPr>
          <w:sz w:val="20"/>
        </w:rPr>
        <w:br/>
        <w:t>Буквально «это поколение». Вопрос, относится ли это к современникам Иисуса, поколению, видящему знаки, или используется иначе, — экзегетический, а не переводческий. WGT-T правильно не решает его внутри текста.</w:t>
      </w:r>
    </w:p>
    <w:p>
      <w:r>
        <w:t>31. «Небо и земля пройдут, но Мои слова οὐ μὴ παρελεύσονται — ни в коем случае не пройдут».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οὐ μὴ παρελεύσονται</w:t>
      </w:r>
      <w:r>
        <w:rPr>
          <w:sz w:val="20"/>
        </w:rPr>
        <w:t xml:space="preserve"> [ou mē pareleusontai]</w:t>
      </w:r>
      <w:r>
        <w:rPr>
          <w:sz w:val="20"/>
        </w:rPr>
        <w:br/>
        <w:t>Усиленное отрицание подчёркивает непреходящую надёжность слов Иисуса на фоне преходящих неба и земли.</w:t>
      </w:r>
    </w:p>
    <w:p>
      <w:r>
        <w:t>32. «А о том дне или часе никто не знает: ни ангелы на небе, ни Сын [οὐδὲ ὁ υἱός] — только Отец».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οὐδὲ ὁ υἱός</w:t>
      </w:r>
      <w:r>
        <w:rPr>
          <w:sz w:val="20"/>
        </w:rPr>
        <w:t xml:space="preserve"> [oude ho huios]</w:t>
      </w:r>
      <w:r>
        <w:rPr>
          <w:sz w:val="20"/>
        </w:rPr>
        <w:br/>
        <w:t>«Ни Сын» является хорошо засвидетельствованной частью Марка. WGT-E сохраняет трудность текста и не сглаживает её догматическим перефразированием.</w:t>
      </w:r>
    </w:p>
    <w:p>
      <w:r>
        <w:t>33. «Смотрите [βλέπετε], бодрствуйте [ἀγρυπνεῖτε], потому что не знаете, когда этот καιρός наступит».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ἀγρυπνεῖτε</w:t>
      </w:r>
      <w:r>
        <w:rPr>
          <w:sz w:val="20"/>
        </w:rPr>
        <w:t xml:space="preserve"> [agrypneite]</w:t>
      </w:r>
      <w:r>
        <w:rPr>
          <w:sz w:val="20"/>
        </w:rPr>
        <w:br/>
        <w:t>Буквально «не спите/бодрствуйте». Практический вывод главы — не вычисление даты, а готовность.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καιρός</w:t>
      </w:r>
      <w:r>
        <w:rPr>
          <w:sz w:val="20"/>
        </w:rPr>
        <w:t xml:space="preserve"> [kairos]</w:t>
      </w:r>
      <w:r>
        <w:rPr>
          <w:sz w:val="20"/>
        </w:rPr>
        <w:br/>
        <w:t>Здесь καιρός — назначенный момент/время, неизвестное ученикам.</w:t>
      </w:r>
    </w:p>
    <w:p>
      <w:r>
        <w:t>34. «Это как человек в отъезде: он оставил дом, дал рабам ἐξουσία — полномочие, каждому назначил своё дело, а привратнику велел бодрствовать».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ἐξουσίαν</w:t>
      </w:r>
      <w:r>
        <w:rPr>
          <w:sz w:val="20"/>
        </w:rPr>
        <w:t xml:space="preserve"> [exousian]</w:t>
      </w:r>
      <w:r>
        <w:rPr>
          <w:sz w:val="20"/>
        </w:rPr>
        <w:br/>
        <w:t>Хозяин делегирует полномочие слугам, как ранее Иисус делегировал ἐξουσία Двенадцати. Бодрствование включает ответственное исполнение порученного дела.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3:15, Мк 6:7</w:t>
      </w:r>
    </w:p>
    <w:p>
      <w:r>
        <w:t>35. «Поэтому бодрствуйте: не знаете, когда придёт хозяин дома — вечером, в полночь, при пении петуха или утром».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ὀψὲ ... μεσονύκτιον ... ἀλεκτοροφωνίας ... πρωΐ</w:t>
      </w:r>
      <w:r>
        <w:rPr>
          <w:sz w:val="20"/>
        </w:rPr>
        <w:t xml:space="preserve"> [opse ... mesonyktion ... alektorophōnias ... prōi]</w:t>
      </w:r>
      <w:r>
        <w:rPr>
          <w:sz w:val="20"/>
        </w:rPr>
        <w:br/>
        <w:t>Четыре ночные стражи охватывают всю ночь. Эти же временные точки и ночное бодрствование затем драматически отзовутся в страстях.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14:30, Мк 14:37–41, Мк 15:1</w:t>
      </w:r>
    </w:p>
    <w:p>
      <w:r>
        <w:t>36. Чтобы, придя неожиданно, он не нашёл вас спящими.</w:t>
      </w:r>
    </w:p>
    <w:p>
      <w:r>
        <w:t>37. «А что говорю вам, говорю всем: γρηγορεῖτε — бодрствуйте!»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πᾶσιν λέγω· γρηγορεῖτε</w:t>
      </w:r>
      <w:r>
        <w:rPr>
          <w:sz w:val="20"/>
        </w:rPr>
        <w:t xml:space="preserve"> [pasin legō: grēgoreite]</w:t>
      </w:r>
      <w:r>
        <w:rPr>
          <w:sz w:val="20"/>
        </w:rPr>
        <w:br/>
        <w:t>Финальное повеление расширяется от четырёх учеников ко всем читателям/слушателям. Это главный императив всей речи.</w:t>
      </w:r>
    </w:p>
    <w:p>
      <w:pPr>
        <w:pStyle w:val="Heading2"/>
      </w:pPr>
      <w:r>
        <w:t>Глава 14</w:t>
      </w:r>
    </w:p>
    <w:p>
      <w:r>
        <w:t>1. До Пасхи и праздника Пресных хлебов оставалось два дня. Первосвященники и книжники искали способ тайно схватить Иисуса и погубить Его.</w:t>
      </w:r>
    </w:p>
    <w:p>
      <w:r>
        <w:t>2. Они говорили: «Только не во время праздника, иначе в народе начнутся волнения».</w:t>
      </w:r>
    </w:p>
    <w:p>
      <w:r>
        <w:t>3. Когда Он был в Вифании, в доме Симона прокажённого, и возлежал за столом, пришла женщина с алебастровым сосудом πολύτιμον μύρον νάρδου πιστικῆς — очень дорогого чистого/подлинного нарда. Разбив сосуд, она вылила масло Ему на голову.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νάρδου πιστικῆς</w:t>
      </w:r>
      <w:r>
        <w:rPr>
          <w:sz w:val="20"/>
        </w:rPr>
        <w:t xml:space="preserve"> [nardou pistikēs]</w:t>
      </w:r>
      <w:r>
        <w:rPr>
          <w:sz w:val="20"/>
        </w:rPr>
        <w:br/>
        <w:t>πιστικός — редкое и спорное слово. Наиболее естественно передать как «подлинный/чистый» нард, но точная торговая характеристика не полностью ясна.</w:t>
      </w:r>
    </w:p>
    <w:p>
      <w:r>
        <w:t>4. Некоторые возмущались между собой: «Зачем так тратить это масло?</w:t>
      </w:r>
    </w:p>
    <w:p>
      <w:r>
        <w:t>5. «Его можно было продать больше чем за триста динариев и раздать бедным». И они ἐνεβριμῶντο — резко выражали недовольство ею.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ἐνεβριμῶντο</w:t>
      </w:r>
      <w:r>
        <w:rPr>
          <w:sz w:val="20"/>
        </w:rPr>
        <w:t xml:space="preserve"> [enebrimōnto]</w:t>
      </w:r>
      <w:r>
        <w:rPr>
          <w:sz w:val="20"/>
        </w:rPr>
        <w:br/>
        <w:t>Сильный глагол резкого негодования/упрёка, уже встречавшийся у Марка в эмоционально напряжённых контекстах.</w:t>
      </w:r>
    </w:p>
    <w:p>
      <w:r>
        <w:t>6. Но Он сказал: «Оставьте её. Зачем вы её беспокоите? Она сделала для Меня доброе дело.</w:t>
      </w:r>
    </w:p>
    <w:p>
      <w:r>
        <w:t>7. Бедные всегда будут с вами, и когда захотите, сможете делать им добро. А Я не всегда буду с вами.</w:t>
      </w:r>
    </w:p>
    <w:p>
      <w:r>
        <w:t>8. «Она сделала, что могла: заранее помазала Моё тело для погребения».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προέλαβεν μυρίσαι τὸ σῶμά μου εἰς τὸν ἐνταφιασμόν</w:t>
      </w:r>
      <w:r>
        <w:rPr>
          <w:sz w:val="20"/>
        </w:rPr>
        <w:t xml:space="preserve"> [proelaben myrisai to sōma mou eis ton entaphiasmon]</w:t>
      </w:r>
      <w:r>
        <w:rPr>
          <w:sz w:val="20"/>
        </w:rPr>
        <w:br/>
        <w:t>Женщина, возможно не осознавая всего смысла, совершает действие, которое Иисус Сам истолковывает как подготовку к Своему погребению.</w:t>
      </w:r>
    </w:p>
    <w:p>
      <w:r>
        <w:t>9. Истинно говорю вам: где бы ни проповедовалась Благая весть во всём мире, будут рассказывать и о том, что сделала эта женщина, в память о ней».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εἰς μνημόσυνον αὐτῆς</w:t>
      </w:r>
      <w:r>
        <w:rPr>
          <w:sz w:val="20"/>
        </w:rPr>
        <w:t xml:space="preserve"> [eis mnēmosynon autēs]</w:t>
      </w:r>
      <w:r>
        <w:rPr>
          <w:sz w:val="20"/>
        </w:rPr>
        <w:br/>
        <w:t>История женщины будет рассказана «в память о ней» везде, где проповедуется Благая весть. Это редкое обещание памяти конкретному человеку в Марке.</w:t>
      </w:r>
    </w:p>
    <w:p>
      <w:r>
        <w:t>10. Иуда Искариот, один из Двенадцати, пошёл к первосвященникам, чтобы παραδοῖ — передать/предать — им Его.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παραδοῖ</w:t>
      </w:r>
      <w:r>
        <w:rPr>
          <w:sz w:val="20"/>
        </w:rPr>
        <w:t xml:space="preserve"> [paradoi]</w:t>
      </w:r>
      <w:r>
        <w:rPr>
          <w:sz w:val="20"/>
        </w:rPr>
        <w:br/>
        <w:t>παραδίδωμι достигает своей центральной точки: один из Двенадцати становится тем, кто передаёт Иисуса властям.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3:19, Мк 9:31, Мк 10:33</w:t>
      </w:r>
    </w:p>
    <w:p>
      <w:r>
        <w:t>11. Услышав это, они обрадовались и обещали дать ему денег. И он стал искать εὐκαίρως — удобного случая — предать Его.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εὐκαίρως</w:t>
      </w:r>
      <w:r>
        <w:rPr>
          <w:sz w:val="20"/>
        </w:rPr>
        <w:t xml:space="preserve"> [eukairōs]</w:t>
      </w:r>
      <w:r>
        <w:rPr>
          <w:sz w:val="20"/>
        </w:rPr>
        <w:br/>
        <w:t>Связано с καιρός: подходящий/удобный момент. Как у Иродиады в 6:21, появляется «удобное время» для зла.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6:21</w:t>
      </w:r>
    </w:p>
    <w:p>
      <w:r>
        <w:t>12. В первый день Пресных хлебов, когда ἔθυον τὸ πάσχα — закалывали пасхальную жертву, ученики спросили Его: «Куда Ты хочешь, чтобы мы пошли и приготовили Тебе Пасху?»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ἔθυον τὸ πάσχα</w:t>
      </w:r>
      <w:r>
        <w:rPr>
          <w:sz w:val="20"/>
        </w:rPr>
        <w:t xml:space="preserve"> [ethyon to pascha]</w:t>
      </w:r>
      <w:r>
        <w:rPr>
          <w:sz w:val="20"/>
        </w:rPr>
        <w:br/>
        <w:t>Буквально «закалывали Пасху», то есть пасхального ягнёнка. Марк помещает трапезу в пасхальный контекст напрямую.</w:t>
      </w:r>
    </w:p>
    <w:p>
      <w:r>
        <w:t>13. Он послал двух учеников и сказал им: «Идите в город. Вам встретится человек, несущий кувшин воды. Идите за ним.</w:t>
      </w:r>
    </w:p>
    <w:p>
      <w:r>
        <w:t>14. «Где бы он ни вошёл, скажите хозяину дома: “Учитель говорит: где Моя κατάλυμα — гостевая комната, где Я буду есть Пасху с учениками?”»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κατάλυμά</w:t>
      </w:r>
      <w:r>
        <w:rPr>
          <w:sz w:val="20"/>
        </w:rPr>
        <w:t xml:space="preserve"> [katalyma]</w:t>
      </w:r>
      <w:r>
        <w:rPr>
          <w:sz w:val="20"/>
        </w:rPr>
        <w:br/>
        <w:t>Гостевое помещение/комната. Здесь это явно не гостиница, а комната в доме, предоставленная для трапезы.</w:t>
      </w:r>
    </w:p>
    <w:p>
      <w:r>
        <w:t>15. Он покажет вам большую верхнюю комнату, уже приготовленную и обставленную. Там и приготовьте для нас».</w:t>
      </w:r>
    </w:p>
    <w:p>
      <w:r>
        <w:t>16. Ученики пошли, пришли в город и нашли всё так, как Он сказал. Они приготовили Пасху.</w:t>
      </w:r>
    </w:p>
    <w:p>
      <w:r>
        <w:t>17. Когда наступил вечер, Он пришёл с двенадцатью.</w:t>
      </w:r>
    </w:p>
    <w:p>
      <w:r>
        <w:t>18. Пока они возлежали и ели, Он сказал: «Аминь говорю вам: один из вас παραδώσει — предаст/передаст Меня, тот, кто ест со Мной».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παραδώσει</w:t>
      </w:r>
      <w:r>
        <w:rPr>
          <w:sz w:val="20"/>
        </w:rPr>
        <w:t xml:space="preserve"> [paradōsei]</w:t>
      </w:r>
      <w:r>
        <w:rPr>
          <w:sz w:val="20"/>
        </w:rPr>
        <w:br/>
        <w:t>Предательство подчёркнуто близостью трапезы: передающий Иисуса — один из тех, кто ест вместе с Ним.</w:t>
      </w:r>
    </w:p>
    <w:p>
      <w:r>
        <w:t>19. Они опечалились и один за другим стали спрашивать Его: «Не я ли?»</w:t>
      </w:r>
    </w:p>
    <w:p>
      <w:r>
        <w:t>20. Он сказал: «Один из Двенадцати — тот, кто вместе со Мной обмакивает в τὸ τρύβλιον — общее блюдо».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τὸ τρύβλιον</w:t>
      </w:r>
      <w:r>
        <w:rPr>
          <w:sz w:val="20"/>
        </w:rPr>
        <w:t xml:space="preserve"> [to tryblion]</w:t>
      </w:r>
      <w:r>
        <w:rPr>
          <w:sz w:val="20"/>
        </w:rPr>
        <w:br/>
        <w:t>Общее блюдо для еды за трапезой. Деталь усиливает близость и нарушение гостеприимства/общности.</w:t>
      </w:r>
    </w:p>
    <w:p>
      <w:r>
        <w:t>21. «Сын Человеческий ὑπάγει — уходит, как написано о Нём. Но горе тому человеку, через которого Сын Человеческий предаётся».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ὑπάγει καθὼς γέγραπται περὶ αὐτοῦ</w:t>
      </w:r>
      <w:r>
        <w:rPr>
          <w:sz w:val="20"/>
        </w:rPr>
        <w:t xml:space="preserve"> [hypagei kathōs gegraptai peri autou]</w:t>
      </w:r>
      <w:r>
        <w:rPr>
          <w:sz w:val="20"/>
        </w:rPr>
        <w:br/>
        <w:t>Смерть Иисуса не представлена как случайность: она происходит «как написано», но человеческая ответственность предателя остаётся.</w:t>
      </w:r>
    </w:p>
    <w:p>
      <w:r>
        <w:t>22. Когда они ели, Он взял хлеб, благословил, разломил, дал им и сказал: «Возьмите. Это Моё тело».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λαβὼν ... εὐλογήσας ἔκλασεν ... ἔδωκεν</w:t>
      </w:r>
      <w:r>
        <w:rPr>
          <w:sz w:val="20"/>
        </w:rPr>
        <w:t xml:space="preserve"> [labōn ... eulogēsas eklasen ... edōken]</w:t>
      </w:r>
      <w:r>
        <w:rPr>
          <w:sz w:val="20"/>
        </w:rPr>
        <w:br/>
        <w:t>Та же последовательность жестов, что в насыщениях: взять → благословить → разломить → дать. Теперь жест получает прямое отношение к телу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6:41, Мк 8:6</w:t>
      </w:r>
    </w:p>
    <w:p>
      <w:r>
        <w:t>23. Затем Он взял чашу, εὐχαριστήσας — поблагодарив, — дал им, и все пили из неё.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εὐχαριστήσας</w:t>
      </w:r>
      <w:r>
        <w:rPr>
          <w:sz w:val="20"/>
        </w:rPr>
        <w:t xml:space="preserve"> [eucharistēsas]</w:t>
      </w:r>
      <w:r>
        <w:rPr>
          <w:sz w:val="20"/>
        </w:rPr>
        <w:br/>
        <w:t>Глагол «благодарить», от которого происходит термин «Евхаристия». Здесь это прежде всего действие благодарения над чашей.</w:t>
      </w:r>
    </w:p>
    <w:p>
      <w:r>
        <w:t>24. И сказал им: «Это Моя кровь завета [τὸ αἷμά μου τῆς διαθήκης], проливаемая за многих».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τὸ αἷμά μου τῆς διαθήκης</w:t>
      </w:r>
      <w:r>
        <w:rPr>
          <w:sz w:val="20"/>
        </w:rPr>
        <w:t xml:space="preserve"> [to haima mou tēs diathēkēs]</w:t>
      </w:r>
      <w:r>
        <w:rPr>
          <w:sz w:val="20"/>
        </w:rPr>
        <w:br/>
        <w:t>Фраза явно отзывается Исх 24:8 — «кровь завета». Иисус применяет заветный язык к Своей собственной крови.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24:8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ἐκχυννόμενον ὑπὲρ πολλῶν</w:t>
      </w:r>
      <w:r>
        <w:rPr>
          <w:sz w:val="20"/>
        </w:rPr>
        <w:t xml:space="preserve"> [ekchynnomenon hyper pollōn]</w:t>
      </w:r>
      <w:r>
        <w:rPr>
          <w:sz w:val="20"/>
        </w:rPr>
        <w:br/>
        <w:t>«Проливаемая за многих» использует язык жертвенной отдачи и заместительной пользы, созвучный Ис 53.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53:12, Мк 10:45</w:t>
      </w:r>
    </w:p>
    <w:p>
      <w:r>
        <w:t>25. «Аминь говорю вам: больше не буду пить от плода лозы до того дня, когда буду пить его καινόν — новым — в Царстве Бога».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καινὸν ἐν τῇ βασιλείᾳ τοῦ θεοῦ</w:t>
      </w:r>
      <w:r>
        <w:rPr>
          <w:sz w:val="20"/>
        </w:rPr>
        <w:t xml:space="preserve"> [kainon en tē basileia tou theou]</w:t>
      </w:r>
      <w:r>
        <w:rPr>
          <w:sz w:val="20"/>
        </w:rPr>
        <w:br/>
        <w:t>Даже накануне смерти Иисус говорит о будущем пире/новом употреблении в Царстве — перспектива смерти не является финалом.</w:t>
      </w:r>
    </w:p>
    <w:p>
      <w:r>
        <w:t>26. Пропев гимн [ὑμνήσαντες], они вышли к Масличной горе.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ὑμνήσαντες</w:t>
      </w:r>
      <w:r>
        <w:rPr>
          <w:sz w:val="20"/>
        </w:rPr>
        <w:t xml:space="preserve"> [hymnēsantes]</w:t>
      </w:r>
      <w:r>
        <w:rPr>
          <w:sz w:val="20"/>
        </w:rPr>
        <w:br/>
        <w:t>Глагол означает исполнить хвалебную песнь/гимн. В пасхальном контексте обычно предполагают псалмы Халлела, хотя Марк конкретные псалмы не называет.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113–118</w:t>
      </w:r>
    </w:p>
    <w:p>
      <w:r>
        <w:t>27. Он сказал им: «Все вы отпадёте [σκανδαλισθήσεσθε], потому что написано: “Поражу пастуха, и овцы рассеются”».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πατάξω τὸν ποιμένα, καὶ τὰ πρόβατα διασκορπισθήσονται</w:t>
      </w:r>
      <w:r>
        <w:rPr>
          <w:sz w:val="20"/>
        </w:rPr>
        <w:t xml:space="preserve"> [pataxō ton poimena, kai ta probata diaskorpisthēsontai]</w:t>
      </w:r>
      <w:r>
        <w:rPr>
          <w:sz w:val="20"/>
        </w:rPr>
        <w:br/>
        <w:t>Цитата Зах 13:7. Марк связывает рассеяние учеников с пророческим образом поражённого пастуха.</w:t>
      </w:r>
      <w:r>
        <w:rPr>
          <w:i/>
          <w:sz w:val="20"/>
        </w:rPr>
        <w:br/>
        <w:t xml:space="preserve">См.: </w:t>
      </w:r>
      <w:r>
        <w:rPr>
          <w:sz w:val="20"/>
        </w:rPr>
        <w:t>Зах 13:7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σκανδαλισθήσεσθε</w:t>
      </w:r>
      <w:r>
        <w:rPr>
          <w:sz w:val="20"/>
        </w:rPr>
        <w:t xml:space="preserve"> [skandalisthēsesthe]</w:t>
      </w:r>
      <w:r>
        <w:rPr>
          <w:sz w:val="20"/>
        </w:rPr>
        <w:br/>
        <w:t>Тот же корень «споткнуться/отпасть», который Пётр раньше отрицал в отношении себя.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8:35, Мк 14:29</w:t>
      </w:r>
    </w:p>
    <w:p>
      <w:r>
        <w:t>28. «Но после того как Я ἐγερθῆναί — буду поднят/воскресну, — пойду впереди вас в Галилею».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ἐγερθῆναί</w:t>
      </w:r>
      <w:r>
        <w:rPr>
          <w:sz w:val="20"/>
        </w:rPr>
        <w:t xml:space="preserve"> [egerthēnai]</w:t>
      </w:r>
      <w:r>
        <w:rPr>
          <w:sz w:val="20"/>
        </w:rPr>
        <w:br/>
        <w:t>Пассив от ἐγείρω: «быть поднятым/воскреснуть». Обещание Галилеи заранее смотрит за пределы провала учеников.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16:7</w:t>
      </w:r>
    </w:p>
    <w:p>
      <w:r>
        <w:t>29. Пётр сказал Ему: «Даже если все отпадут, я — нет».</w:t>
      </w:r>
    </w:p>
    <w:p>
      <w:r>
        <w:t>30. Он ответил ему: «Аминь говорю тебе: сегодня, этой ночью, прежде чем петух пропоёт дважды, ты трижды ἀπαρνήσῃ — отречёшься от Меня».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ἀπαρνήσῃ</w:t>
      </w:r>
      <w:r>
        <w:rPr>
          <w:sz w:val="20"/>
        </w:rPr>
        <w:t xml:space="preserve"> [aparnēsē]</w:t>
      </w:r>
      <w:r>
        <w:rPr>
          <w:sz w:val="20"/>
        </w:rPr>
        <w:br/>
        <w:t>Сильная форма «отречься, отрицать связь». Позже она исполнится буквально в 14:68–71.</w:t>
      </w:r>
    </w:p>
    <w:p>
      <w:r>
        <w:t>31. Но Пётр ещё настойчивее говорил: «Даже если мне придётся умереть вместе с Тобой, я не отрекусь от Тебя». То же говорили и все остальные.</w:t>
      </w:r>
    </w:p>
    <w:p>
      <w:r>
        <w:t>32. Они пришли в место, называемое Гефсиманией. Он сказал ученикам: «Посидите здесь, пока Я помолюсь».</w:t>
      </w:r>
    </w:p>
    <w:p>
      <w:r>
        <w:t>33. Он взял Петра, Иакова и Иоанна и начал ἐκθαμβεῖσθαι καὶ ἀδημονεῖν — испытывать глубокое потрясение и мучительную тяжесть.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ἐκθαμβεῖσθαι καὶ ἀδημονεῖν</w:t>
      </w:r>
      <w:r>
        <w:rPr>
          <w:sz w:val="20"/>
        </w:rPr>
        <w:t xml:space="preserve"> [ekthambeisthai kai adēmonein]</w:t>
      </w:r>
      <w:r>
        <w:rPr>
          <w:sz w:val="20"/>
        </w:rPr>
        <w:br/>
        <w:t>Два сильных глагола выражают потрясение, тревогу и тяжёлое внутреннее состояние. Марк не скрывает реальность человеческой эмоциональной борьбы Иисуса.</w:t>
      </w:r>
    </w:p>
    <w:p>
      <w:r>
        <w:t>34. Он сказал им: «Моя ψυχή смертельно опечалена. Останьтесь здесь и бодрствуйте».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περίλυπός ἐστιν ἡ ψυχή μου ἕως θανάτου</w:t>
      </w:r>
      <w:r>
        <w:rPr>
          <w:sz w:val="20"/>
        </w:rPr>
        <w:t xml:space="preserve"> [perilypos estin hē psychē mou heōs thanatou]</w:t>
      </w:r>
      <w:r>
        <w:rPr>
          <w:sz w:val="20"/>
        </w:rPr>
        <w:br/>
        <w:t>«Моя жизнь/душа смертельно опечалена». περίλυπος — глубокая скорбь; ψυχή здесь обозначает внутреннее «я»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6:26</w:t>
      </w:r>
    </w:p>
    <w:p>
      <w:r>
        <w:t>35. Отойдя немного, Он падал на землю и молился, чтобы, если возможно, этот ὥρα — час — миновал Его.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ἡ ὥρα</w:t>
      </w:r>
      <w:r>
        <w:rPr>
          <w:sz w:val="20"/>
        </w:rPr>
        <w:t xml:space="preserve"> [hē hōra]</w:t>
      </w:r>
      <w:r>
        <w:rPr>
          <w:sz w:val="20"/>
        </w:rPr>
        <w:br/>
        <w:t>«Час» — не просто 60 минут, а наступивший момент страстей, к которому ведёт повествование.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14:41</w:t>
      </w:r>
    </w:p>
    <w:p>
      <w:r>
        <w:t>36. Он говорил: «Ἀββᾶ ὁ πατήρ — Авва, Отец! Для Тебя всё возможно. Удали эту чашу от Меня. Но не чего Я хочу, а чего Ты».</w:t>
      </w:r>
    </w:p>
    <w:p>
      <w:pPr>
        <w:ind w:left="360"/>
      </w:pPr>
      <w:r>
        <w:rPr>
          <w:b/>
          <w:sz w:val="20"/>
        </w:rPr>
        <w:t>Арамейский язык</w:t>
      </w:r>
      <w:r>
        <w:rPr>
          <w:i/>
          <w:sz w:val="20"/>
        </w:rPr>
        <w:t xml:space="preserve"> ἀββᾶ ὁ πατήρ</w:t>
      </w:r>
      <w:r>
        <w:rPr>
          <w:sz w:val="20"/>
        </w:rPr>
        <w:t xml:space="preserve"> [abba ho patēr]</w:t>
      </w:r>
      <w:r>
        <w:rPr>
          <w:sz w:val="20"/>
        </w:rPr>
        <w:br/>
        <w:t>Марк сохраняет арамейское Ἀββᾶ и сразу даёт греческий эквивалент «Отец». Это интимное, но не детское уменьшительное обращение.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παρένεγκε τὸ ποτήριον τοῦτο ἀπ᾽ ἐμοῦ</w:t>
      </w:r>
      <w:r>
        <w:rPr>
          <w:sz w:val="20"/>
        </w:rPr>
        <w:t xml:space="preserve"> [parenegke to potērion touto ap' emou]</w:t>
      </w:r>
      <w:r>
        <w:rPr>
          <w:sz w:val="20"/>
        </w:rPr>
        <w:br/>
        <w:t>«Чаша» продолжает образ страдания из 10:38. Теперь Иисус Сам принимает ту чашу, о которой говорил ученикам.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10:38</w:t>
      </w:r>
    </w:p>
    <w:p>
      <w:r>
        <w:t>37. Он вернулся, нашёл их спящими и сказал Петру: «Симон, ты спишь? Не смог бодрствовать один час?»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Σίμων, καθεύδεις;</w:t>
      </w:r>
      <w:r>
        <w:rPr>
          <w:sz w:val="20"/>
        </w:rPr>
        <w:t xml:space="preserve"> [Simōn, katheudeis?]</w:t>
      </w:r>
      <w:r>
        <w:rPr>
          <w:sz w:val="20"/>
        </w:rPr>
        <w:br/>
        <w:t>Иисус обращается к Петру старым именем «Симон» в момент его слабости. Контраст с уверенным «Пётр»/исповеданием ощутим.</w:t>
      </w:r>
    </w:p>
    <w:p>
      <w:r>
        <w:t>38. «Бодрствуйте и молитесь, чтобы не войти в πειρασμόν — испытание/искушение. Дух готов, но плоть слаба».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πειρασμόν</w:t>
      </w:r>
      <w:r>
        <w:rPr>
          <w:sz w:val="20"/>
        </w:rPr>
        <w:t xml:space="preserve"> [peirasmon]</w:t>
      </w:r>
      <w:r>
        <w:rPr>
          <w:sz w:val="20"/>
        </w:rPr>
        <w:br/>
        <w:t>Слово может означать и искушение, и испытание. В контексте ближайший кризис — арест и бегство учеников.</w:t>
      </w:r>
    </w:p>
    <w:p>
      <w:pPr>
        <w:ind w:left="360"/>
      </w:pPr>
      <w:r>
        <w:rPr>
          <w:b/>
          <w:sz w:val="20"/>
        </w:rPr>
        <w:t>Человек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τὸ μὲν πνεῦμα πρόθυμον ἡ δὲ σὰρξ ἀσθενής</w:t>
      </w:r>
      <w:r>
        <w:rPr>
          <w:sz w:val="20"/>
        </w:rPr>
        <w:t xml:space="preserve"> [to men pneuma prothymon hē de sarx asthenēs]</w:t>
      </w:r>
      <w:r>
        <w:rPr>
          <w:sz w:val="20"/>
        </w:rPr>
        <w:br/>
        <w:t>Не жёсткая антропологическая схема «дух против тела», а наблюдение: намерение готово, человеческая слабость не выдерживает давления.</w:t>
      </w:r>
    </w:p>
    <w:p>
      <w:r>
        <w:t>39. Снова отойдя, Он молился, повторяя те же слова.</w:t>
      </w:r>
    </w:p>
    <w:p>
      <w:r>
        <w:t>40. Вернувшись, Он снова нашёл их спящими, потому что их глаза отяжелели, и они не знали, что Ему ответить.</w:t>
      </w:r>
    </w:p>
    <w:p>
      <w:r>
        <w:t>41. В третий раз Он пришёл и сказал: «Вы всё ещё спите и отдыхаете? Ἀπέχει — довольно/всё. Час пришёл. Вот, Сын Человеческий παραδίδοται — предаётся — в руки грешников».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ἀπέχει</w:t>
      </w:r>
      <w:r>
        <w:rPr>
          <w:sz w:val="20"/>
        </w:rPr>
        <w:t xml:space="preserve"> [apechei]</w:t>
      </w:r>
      <w:r>
        <w:rPr>
          <w:sz w:val="20"/>
        </w:rPr>
        <w:br/>
        <w:t>Трудная краткая формула; здесь естественно «довольно/хватит».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παραδίδοται</w:t>
      </w:r>
      <w:r>
        <w:rPr>
          <w:sz w:val="20"/>
        </w:rPr>
        <w:t xml:space="preserve"> [paradidotai]</w:t>
      </w:r>
      <w:r>
        <w:rPr>
          <w:sz w:val="20"/>
        </w:rPr>
        <w:br/>
        <w:t>Настоящее время делает момент передачи Иисуса уже наступившей реальностью.</w:t>
      </w:r>
    </w:p>
    <w:p>
      <w:r>
        <w:t>42. «Вставайте, идём. Вот, тот, кто предаёт Меня, ἤγγικεν — уже приблизился».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ἤγγικεν</w:t>
      </w:r>
      <w:r>
        <w:rPr>
          <w:sz w:val="20"/>
        </w:rPr>
        <w:t xml:space="preserve"> [ēngiken]</w:t>
      </w:r>
      <w:r>
        <w:rPr>
          <w:sz w:val="20"/>
        </w:rPr>
        <w:br/>
        <w:t>Перфект от «приближаться»: то, что должно было прийти, теперь уже здесь. Это мрачный отзвук 1:15, где «приблизилось Царство».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1:15</w:t>
      </w:r>
    </w:p>
    <w:p>
      <w:r>
        <w:t>43. И сразу, пока Он ещё говорил, пришёл Иуда, один из двенадцати, а с ним толпа с мечами и палками от первосвященников, книжников и старейшин.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εὐθὺς ἔτι αὐτοῦ λαλοῦντος</w:t>
      </w:r>
      <w:r>
        <w:rPr>
          <w:sz w:val="20"/>
        </w:rPr>
        <w:t xml:space="preserve"> [euthys eti autou lalountos]</w:t>
      </w:r>
      <w:r>
        <w:rPr>
          <w:sz w:val="20"/>
        </w:rPr>
        <w:br/>
        <w:t>Арест вторгается «сразу, пока Он ещё говорил». Марковский εὐθύς ускоряет переход от молитвы к исполнению.</w:t>
      </w:r>
    </w:p>
    <w:p>
      <w:r>
        <w:t>44. Предатель заранее дал им σύσσημον — условный знак: «Кого я поцелую, Тот и есть. Схватите Его и уведите ἀσφαλῶς — надёжно, под охраной».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σύσσημον</w:t>
      </w:r>
      <w:r>
        <w:rPr>
          <w:sz w:val="20"/>
        </w:rPr>
        <w:t xml:space="preserve"> [syssēmon]</w:t>
      </w:r>
      <w:r>
        <w:rPr>
          <w:sz w:val="20"/>
        </w:rPr>
        <w:br/>
        <w:t>Условный сигнал, заранее согласованный знак.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ἀσφαλῶς</w:t>
      </w:r>
      <w:r>
        <w:rPr>
          <w:sz w:val="20"/>
        </w:rPr>
        <w:t xml:space="preserve"> [asphalōs]</w:t>
      </w:r>
      <w:r>
        <w:rPr>
          <w:sz w:val="20"/>
        </w:rPr>
        <w:br/>
        <w:t>Надёжно/безопасно, то есть так, чтобы Он не ушёл. Поцелуй становится инструментом опознания при аресте.</w:t>
      </w:r>
    </w:p>
    <w:p>
      <w:r>
        <w:t>45. Подойдя, он сразу сказал: «Равви!» — и καταφιλεῖ — крепко/намеренно поцеловал Его.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κατεφίλησεν</w:t>
      </w:r>
      <w:r>
        <w:rPr>
          <w:sz w:val="20"/>
        </w:rPr>
        <w:t xml:space="preserve"> [katephilēsen]</w:t>
      </w:r>
      <w:r>
        <w:rPr>
          <w:sz w:val="20"/>
        </w:rPr>
        <w:br/>
        <w:t>Усиленная форма φιλέω может означать поцеловать выразительно/настойчиво. Жест дружбы становится знаком предательства.</w:t>
      </w:r>
    </w:p>
    <w:p>
      <w:r>
        <w:t>46. Тогда они схватили Его.</w:t>
      </w:r>
    </w:p>
    <w:p>
      <w:r>
        <w:t>47. Один из стоявших рядом выхватил меч и ранил слугу первосвященника.</w:t>
      </w:r>
    </w:p>
    <w:p>
      <w:r>
        <w:t>48. Он сказал им: «Вы вышли схватить Меня с мечами и палками, словно разбойника?</w:t>
      </w:r>
    </w:p>
    <w:p>
      <w:r>
        <w:t>49. «Каждый день Я был с вами в храме и учил, и вы Меня не схватили. Но пусть исполнятся Писания».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ἵνα πληρωθῶσιν αἱ γραφαί</w:t>
      </w:r>
      <w:r>
        <w:rPr>
          <w:sz w:val="20"/>
        </w:rPr>
        <w:t xml:space="preserve"> [hina plērōthōsin hai graphai]</w:t>
      </w:r>
      <w:r>
        <w:rPr>
          <w:sz w:val="20"/>
        </w:rPr>
        <w:br/>
        <w:t>Страсти рассматриваются как исполнение Писаний, но Марк не сводит всё к одной-единственной цитате.</w:t>
      </w:r>
    </w:p>
    <w:p>
      <w:r>
        <w:t>50. Тогда πάντες — все — оставили Его и убежали.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ἀφέντες αὐτὸν ἔφυγον πάντες</w:t>
      </w:r>
      <w:r>
        <w:rPr>
          <w:sz w:val="20"/>
        </w:rPr>
        <w:t xml:space="preserve"> [aphentes auton ephygon pantes]</w:t>
      </w:r>
      <w:r>
        <w:rPr>
          <w:sz w:val="20"/>
        </w:rPr>
        <w:br/>
        <w:t>«Все» подчёркивает полный провал учеников после их обещаний умереть вместе с Ним.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14:31</w:t>
      </w:r>
    </w:p>
    <w:p>
      <w:r>
        <w:t>51. За Ним следовал один νεανίσκος — юноша, завернувшись в льняное полотно на голое тело. Его попытались схватить,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νεανίσκος</w:t>
      </w:r>
      <w:r>
        <w:rPr>
          <w:sz w:val="20"/>
        </w:rPr>
        <w:t xml:space="preserve"> [neaniskos]</w:t>
      </w:r>
      <w:r>
        <w:rPr>
          <w:sz w:val="20"/>
        </w:rPr>
        <w:br/>
        <w:t>Неименованный «юноша» появляется только у Марка. Текст не идентифицирует его, поэтому WGT-E не делает из него Марка или другого известного персонажа как факт.</w:t>
      </w:r>
    </w:p>
    <w:p>
      <w:r>
        <w:t>52. но он оставил полотно и убежал.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καταλιπὼν τὴν σινδόνα ἔφυγεν</w:t>
      </w:r>
      <w:r>
        <w:rPr>
          <w:sz w:val="20"/>
        </w:rPr>
        <w:t xml:space="preserve"> [katalipōn tēn sindona eph ygen]</w:t>
      </w:r>
      <w:r>
        <w:rPr>
          <w:sz w:val="20"/>
        </w:rPr>
        <w:br/>
        <w:t>Юноша буквально оставляет льняное полотно, чтобы вырваться и убежать. Сцена усиливает тему полного оставления Иисуса.</w:t>
      </w:r>
    </w:p>
    <w:p>
      <w:r>
        <w:t>53. Его отвели к первосвященнику. Там собрались все первосвященники, старейшины и книжники.</w:t>
      </w:r>
    </w:p>
    <w:p>
      <w:r>
        <w:t>54. Пётр следовал за Ним ἀπὸ μακρόθεν — издали — до двора первосвященника.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ἀπὸ μακρόθεν</w:t>
      </w:r>
      <w:r>
        <w:rPr>
          <w:sz w:val="20"/>
        </w:rPr>
        <w:t xml:space="preserve"> [apo makrothen]</w:t>
      </w:r>
      <w:r>
        <w:rPr>
          <w:sz w:val="20"/>
        </w:rPr>
        <w:br/>
        <w:t>После обещания никогда не отпасть Пётр всё ещё следует, но теперь «издали». Пространственная деталь отражает его переходное положение.</w:t>
      </w:r>
    </w:p>
    <w:p>
      <w:r>
        <w:t>55. Первосвященники и весь синедрион искали свидетельство против Него, чтобы приговорить Его к смерти, но не находили.</w:t>
      </w:r>
    </w:p>
    <w:p>
      <w:r>
        <w:t>56. Многие лжесвидетельствовали против Него, но их свидетельства не совпадали.</w:t>
      </w:r>
    </w:p>
    <w:p>
      <w:r>
        <w:t>57. Некоторые встали и ложно свидетельствовали против Него:</w:t>
      </w:r>
    </w:p>
    <w:p>
      <w:r>
        <w:t>58. «Мы слышали, как Он говорил: “Я разрушу этот χειροποίητος — рукотворный — храм и за три дня построю другой, ἀχειροποίητος — нерукотворный”».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χειροποίητον ... ἀχειροποίητον</w:t>
      </w:r>
      <w:r>
        <w:rPr>
          <w:sz w:val="20"/>
        </w:rPr>
        <w:t xml:space="preserve"> [cheiropoiēton ... acheiropoiēton]</w:t>
      </w:r>
      <w:r>
        <w:rPr>
          <w:sz w:val="20"/>
        </w:rPr>
        <w:br/>
        <w:t>Контраст «сделанный руками / не сделанный руками» имеет сильный богословский оттенок нового Божьего действия, но здесь слова вложены в уста лжесвидетелей и не должны автоматически приниматься как точная цитата Иисуса.</w:t>
      </w:r>
    </w:p>
    <w:p>
      <w:r>
        <w:t>59. Но даже в этом их свидетельства не совпадали.</w:t>
      </w:r>
    </w:p>
    <w:p>
      <w:r>
        <w:t>60. Тогда первосвященник встал посреди и спросил Его: «Ты ничего не отвечаешь? Что они свидетельствуют против Тебя?»</w:t>
      </w:r>
    </w:p>
    <w:p>
      <w:r>
        <w:t>61. Но Он молчал. Первосвященник снова спросил: «Ты — Христос, Сын Благословенного?»</w:t>
      </w:r>
    </w:p>
    <w:p>
      <w:pPr>
        <w:ind w:left="360"/>
      </w:pPr>
      <w:r>
        <w:rPr>
          <w:b/>
          <w:sz w:val="20"/>
        </w:rPr>
        <w:t>Эвфемизм</w:t>
      </w:r>
      <w:r>
        <w:rPr>
          <w:i/>
          <w:sz w:val="20"/>
        </w:rPr>
        <w:t xml:space="preserve"> ὁ υἱὸς τοῦ εὐλογητοῦ</w:t>
      </w:r>
      <w:r>
        <w:rPr>
          <w:sz w:val="20"/>
        </w:rPr>
        <w:t xml:space="preserve"> [ho huios tou eulogētou]</w:t>
      </w:r>
      <w:r>
        <w:rPr>
          <w:sz w:val="20"/>
        </w:rPr>
        <w:br/>
        <w:t>«Благословенный» — уважительный иудейский способ говорить о Боге, избегая прямого произнесения имени.</w:t>
      </w:r>
    </w:p>
    <w:p>
      <w:r>
        <w:t>62. Он ответил: «ἐγώ εἰμι — Я есть / Я. И вы увидите Сына Человеческого, сидящего справа от Силы и приходящего с облаками небесными».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ἐγώ εἰμι</w:t>
      </w:r>
      <w:r>
        <w:rPr>
          <w:sz w:val="20"/>
        </w:rPr>
        <w:t xml:space="preserve"> [egō eimi]</w:t>
      </w:r>
      <w:r>
        <w:rPr>
          <w:sz w:val="20"/>
        </w:rPr>
        <w:br/>
        <w:t>Здесь это прямой утвердительный ответ на вопрос первосвященника: «Ты Христос?» — «Я». На фоне всего Евангелия фраза также несёт высокий христологический вес.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καθήμενον ἐκ δεξιῶν τῆς δυνάμεως</w:t>
      </w:r>
      <w:r>
        <w:rPr>
          <w:sz w:val="20"/>
        </w:rPr>
        <w:t xml:space="preserve"> [kathēmenon ek dexiōn tēs dynameōs]</w:t>
      </w:r>
      <w:r>
        <w:rPr>
          <w:sz w:val="20"/>
        </w:rPr>
        <w:br/>
        <w:t>Сидеть справа — Пс 109/110:1; «Сила» здесь — почтительное обозначение Бога.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110:1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ἐρχόμενον μετὰ τῶν νεφελῶν τοῦ οὐρανοῦ</w:t>
      </w:r>
      <w:r>
        <w:rPr>
          <w:sz w:val="20"/>
        </w:rPr>
        <w:t xml:space="preserve"> [erchomenon meta tōn nephelōn tou ouranou]</w:t>
      </w:r>
      <w:r>
        <w:rPr>
          <w:sz w:val="20"/>
        </w:rPr>
        <w:br/>
        <w:t>Приходящий с облаками Сын Человеческий прямо соединяется с Дан 7:13–14.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7:13–14</w:t>
      </w:r>
    </w:p>
    <w:p>
      <w:r>
        <w:t>63. Тогда первосвященник разорвал свои одежды и сказал: «Зачем нам ещё свидетели?</w:t>
      </w:r>
    </w:p>
    <w:p>
      <w:r>
        <w:t>64. «Вы слышали βλασφημίαν — богохульство. Каково ваше решение?» Все признали Его ἔνοχον θανάτου — подлежащим смерти.</w:t>
      </w:r>
    </w:p>
    <w:p>
      <w:pPr>
        <w:ind w:left="360"/>
      </w:pPr>
      <w:r>
        <w:rPr>
          <w:b/>
          <w:sz w:val="20"/>
        </w:rPr>
        <w:t>Правовой аспект</w:t>
      </w:r>
      <w:r>
        <w:rPr>
          <w:i/>
          <w:sz w:val="20"/>
        </w:rPr>
        <w:t xml:space="preserve"> ἔνοχον εἶναι θανάτου</w:t>
      </w:r>
      <w:r>
        <w:rPr>
          <w:sz w:val="20"/>
        </w:rPr>
        <w:t xml:space="preserve"> [enochon einai thanatou]</w:t>
      </w:r>
      <w:r>
        <w:rPr>
          <w:sz w:val="20"/>
        </w:rPr>
        <w:br/>
        <w:t>Юридическая формула: «виновным/подлежащим смерти». Совет формулирует смертный приговор до передачи римской власти.</w:t>
      </w:r>
    </w:p>
    <w:p>
      <w:r>
        <w:t>65. Некоторые стали издеваться над Ним, закрывали Ему лицо и говорили: «Пророчествуй!» Служители били Его.</w:t>
      </w:r>
    </w:p>
    <w:p>
      <w:r>
        <w:t>66. Пока Пётр был внизу, во дворе, подошла одна из служанок первосвященника.</w:t>
      </w:r>
    </w:p>
    <w:p>
      <w:r>
        <w:t>67. Увидев, что Пётр греется, она внимательно посмотрела на него и сказала: «Ты тоже был с Иисусом Назарянином».</w:t>
      </w:r>
    </w:p>
    <w:p>
      <w:r>
        <w:t>68. Но он отрёкся: «Не знаю и не понимаю, о чём ты говоришь». Он вышел во внешний двор, и пропел петух.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καὶ ἀλέκτωρ ἐφώνησεν</w:t>
      </w:r>
      <w:r>
        <w:rPr>
          <w:sz w:val="20"/>
        </w:rPr>
        <w:t xml:space="preserve"> [kai alektōr ephōnēsen]</w:t>
      </w:r>
      <w:r>
        <w:rPr>
          <w:sz w:val="20"/>
        </w:rPr>
        <w:br/>
        <w:t>Первый крик петуха присутствует в SBLGNT/NA28 и отсутствует в части традиции. Он нужен для буквального исполнения предсказания «дважды».</w:t>
      </w:r>
    </w:p>
    <w:p>
      <w:r>
        <w:t>69. Служанка снова увидела его и стала говорить стоявшим рядом: «Он один из них».</w:t>
      </w:r>
    </w:p>
    <w:p>
      <w:r>
        <w:t>70. Но он снова отрицал. Немного спустя стоявшие рядом сказали Петру: «Ты точно один из них: ведь ты галилеянин».</w:t>
      </w:r>
    </w:p>
    <w:p>
      <w:r>
        <w:t>71. Тогда он начал ἀναθεματίζειν καὶ ὀμνύναι — призывать проклятие и клясться: «Я не знаю этого человека, о котором вы говорите!»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ἀναθεματίζειν καὶ ὀμνύναι</w:t>
      </w:r>
      <w:r>
        <w:rPr>
          <w:sz w:val="20"/>
        </w:rPr>
        <w:t xml:space="preserve"> [anathematizein kai omnynai]</w:t>
      </w:r>
      <w:r>
        <w:rPr>
          <w:sz w:val="20"/>
        </w:rPr>
        <w:br/>
        <w:t>Пётр усиливает отрицание клятвенным языком. Это кульминация его троекратного отречения.</w:t>
      </w:r>
    </w:p>
    <w:p>
      <w:r>
        <w:t>72. И сразу петух пропел во второй раз. Пётр вспомнил слово, которое сказал ему Иисус: «Прежде чем петух пропоёт дважды, ты трижды отречёшься от Меня». И ἐπιβαλὼν ἔκλαιεν — не выдержав, заплакал.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ἐπιβαλὼν ἔκλαιεν</w:t>
      </w:r>
      <w:r>
        <w:rPr>
          <w:sz w:val="20"/>
        </w:rPr>
        <w:t xml:space="preserve"> [epibalōn eklaien]</w:t>
      </w:r>
      <w:r>
        <w:rPr>
          <w:sz w:val="20"/>
        </w:rPr>
        <w:br/>
        <w:t>Редкая и спорная формула. Точный идиоматический оттенок неясен; естественный смысл — резкий эмоциональный перелом к плачу. WGT-T правильно избегает ложной точности.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δὶς ... τρίς</w:t>
      </w:r>
      <w:r>
        <w:rPr>
          <w:sz w:val="20"/>
        </w:rPr>
        <w:t xml:space="preserve"> [dis ... tris]</w:t>
      </w:r>
      <w:r>
        <w:rPr>
          <w:sz w:val="20"/>
        </w:rPr>
        <w:br/>
        <w:t>Дважды крик петуха и трижды отречение буквально замыкают предсказание 14:30.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14:30</w:t>
      </w:r>
    </w:p>
    <w:p>
      <w:pPr>
        <w:pStyle w:val="Heading2"/>
      </w:pPr>
      <w:r>
        <w:t>Глава 15</w:t>
      </w:r>
    </w:p>
    <w:p>
      <w:r>
        <w:t>1. Рано утром первосвященники вместе со старейшинами, книжниками и всем синедрионом приняли решение. Они связали Иисуса, отвели и передали Пилату.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παρέδωκαν τῷ Πιλάτῳ</w:t>
      </w:r>
      <w:r>
        <w:rPr>
          <w:sz w:val="20"/>
        </w:rPr>
        <w:t xml:space="preserve"> [paredōkan tō Pilatō]</w:t>
      </w:r>
      <w:r>
        <w:rPr>
          <w:sz w:val="20"/>
        </w:rPr>
        <w:br/>
        <w:t>Цепь παραδίδωμι продолжается: Иисуса передают уже римской власти.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14:10–11, Мк 14:41</w:t>
      </w:r>
    </w:p>
    <w:p>
      <w:r>
        <w:t>2. Пилат спросил Его: «Ты — ὁ βασιλεὺς τῶν Ἰουδαίων, Царь иудеев?» Он ответил: «Ты сам говоришь».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ὁ βασιλεὺς τῶν Ἰουδαίων</w:t>
      </w:r>
      <w:r>
        <w:rPr>
          <w:sz w:val="20"/>
        </w:rPr>
        <w:t xml:space="preserve"> [ho basileus tōn Ioudaiōn]</w:t>
      </w:r>
      <w:r>
        <w:rPr>
          <w:sz w:val="20"/>
        </w:rPr>
        <w:br/>
        <w:t>Политическая формулировка обвинения становится главным титулом страстной сцены и повторяется в насмешках и надписи.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15:9, Мк 15:18, Мк 15:26</w:t>
      </w:r>
    </w:p>
    <w:p>
      <w:r>
        <w:t>3. Первосвященники обвиняли Его во многом.</w:t>
      </w:r>
    </w:p>
    <w:p>
      <w:r>
        <w:t>4. Пилат снова спросил: «Ты ничего не отвечаешь? Посмотри, сколько обвинений они выдвигают против Тебя».</w:t>
      </w:r>
    </w:p>
    <w:p>
      <w:r>
        <w:t>5. Но Он больше ничего не ответил, и Пилат удивлялся.</w:t>
      </w:r>
    </w:p>
    <w:p>
      <w:r>
        <w:t>6. На праздник Пилат обычно отпускал им одного заключённого, которого они просили.</w:t>
      </w:r>
    </w:p>
    <w:p>
      <w:r>
        <w:t>7. В то время под стражей был человек по имени Варавва вместе с участниками мятежа, во время которого произошло убийство.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στάσις</w:t>
      </w:r>
      <w:r>
        <w:rPr>
          <w:sz w:val="20"/>
        </w:rPr>
        <w:t xml:space="preserve"> [stasis]</w:t>
      </w:r>
      <w:r>
        <w:rPr>
          <w:sz w:val="20"/>
        </w:rPr>
        <w:br/>
        <w:t>Варавва связан с мятежом/восстанием. Контраст усиливается: участник насильственного мятежа освобождается, а Иисус передаётся на казнь.</w:t>
      </w:r>
    </w:p>
    <w:p>
      <w:r>
        <w:t>8. Толпа пришла и стала просить Пилата поступить по обычаю.</w:t>
      </w:r>
    </w:p>
    <w:p>
      <w:r>
        <w:t>9. Пилат спросил их: «Хотите, чтобы я отпустил вам Царя иудеев?»</w:t>
      </w:r>
    </w:p>
    <w:p>
      <w:r>
        <w:t>10. Он понимал, что первосвященники предали Его διὰ φθόνον — из зависти.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διὰ φθόνον</w:t>
      </w:r>
      <w:r>
        <w:rPr>
          <w:sz w:val="20"/>
        </w:rPr>
        <w:t xml:space="preserve"> [dia phthonon]</w:t>
      </w:r>
      <w:r>
        <w:rPr>
          <w:sz w:val="20"/>
        </w:rPr>
        <w:br/>
        <w:t>φθόνος — зависть, недоброжелательное соперничество. Марк прямо называет мотив руководителей.</w:t>
      </w:r>
    </w:p>
    <w:p>
      <w:r>
        <w:t>11. Но первосвященники подговорили толпу просить, чтобы он лучше отпустил им Варавву.</w:t>
      </w:r>
    </w:p>
    <w:p>
      <w:r>
        <w:t>12. Пилат снова спросил их: «Что же мне сделать с Тем, Кого вы называете Царём иудеев?»</w:t>
      </w:r>
    </w:p>
    <w:p>
      <w:r>
        <w:t>13. Они снова закричали: «Распни Его!»</w:t>
      </w:r>
    </w:p>
    <w:p>
      <w:r>
        <w:t>14. Пилат спросил: «Какое же зло Он сделал?» Но они кричали ещё громче: «Распни Его!»</w:t>
      </w:r>
    </w:p>
    <w:p>
      <w:r>
        <w:t>15. Тогда Пилат, желая τὸ ἱκανὸν ποιῆσαι τῷ ὄχλῳ — угодить толпе, — отпустил им Варавву, а Его после бичевания передал на распятие.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τὸ ἱκανὸν ποιῆσαι τῷ ὄχλῳ</w:t>
      </w:r>
      <w:r>
        <w:rPr>
          <w:sz w:val="20"/>
        </w:rPr>
        <w:t xml:space="preserve"> [to hikanon poiēsai tō ochlō]</w:t>
      </w:r>
      <w:r>
        <w:rPr>
          <w:sz w:val="20"/>
        </w:rPr>
        <w:br/>
        <w:t>Идиома означает удовлетворить/угодить толпе. Решение Пилата показано как политически мотивированное.</w:t>
      </w:r>
    </w:p>
    <w:p>
      <w:r>
        <w:t>16. Воины отвели Его внутрь двора, то есть в преторий, и созвали весь отряд.</w:t>
      </w:r>
    </w:p>
    <w:p>
      <w:r>
        <w:t>17. Они одели Его в пурпурную одежду и возложили на Него сплетённый терновый венец.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πορφύραν ... ἀκάνθινον στέφανον</w:t>
      </w:r>
      <w:r>
        <w:rPr>
          <w:sz w:val="20"/>
        </w:rPr>
        <w:t xml:space="preserve"> [porphyran ... akanthinon stephanon]</w:t>
      </w:r>
      <w:r>
        <w:rPr>
          <w:sz w:val="20"/>
        </w:rPr>
        <w:br/>
        <w:t>Пурпур и венец создают пародию на царское облачение; насмешка непреднамеренно продолжает тему истинной царственности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15:18, Мк 15:26</w:t>
      </w:r>
    </w:p>
    <w:p>
      <w:r>
        <w:t>18. И стали приветствовать Его: «Радуйся, Царь иудеев!»</w:t>
      </w:r>
    </w:p>
    <w:p>
      <w:r>
        <w:t>19. Они издевались над Ним, били Его тростью, плевали на Него и, преклоняя колени, изображали поклонение.</w:t>
      </w:r>
    </w:p>
    <w:p>
      <w:r>
        <w:t>20. Насмеявшись над Ним, они сняли пурпурную одежду, надели на Него Его собственную и вывели Его на распятие.</w:t>
      </w:r>
    </w:p>
    <w:p>
      <w:r>
        <w:t>21. Они заставили проходившего мимо Симона Киринеянина, отца Александра и Руфа, который возвращался с поля, нести Его крест.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Σίμωνα Κυρηναῖον ... Ἀλεξάνδρου καὶ Ῥούφου</w:t>
      </w:r>
      <w:r>
        <w:rPr>
          <w:sz w:val="20"/>
        </w:rPr>
        <w:t xml:space="preserve"> [Simōna Kyrēnaion ... Alexandrou kai Rouphou]</w:t>
      </w:r>
      <w:r>
        <w:rPr>
          <w:sz w:val="20"/>
        </w:rPr>
        <w:br/>
        <w:t>Марк необычно называет сыновей Симона, вероятно потому, что они были известны его аудитории; текст сам этого не объясняет.</w:t>
      </w:r>
    </w:p>
    <w:p>
      <w:r>
        <w:t>22. Его привели на место Γολγοθᾶ — Голгофа, что Марк переводит: «Место черепа».</w:t>
      </w:r>
    </w:p>
    <w:p>
      <w:pPr>
        <w:ind w:left="360"/>
      </w:pPr>
      <w:r>
        <w:rPr>
          <w:b/>
          <w:sz w:val="20"/>
        </w:rPr>
        <w:t>Арамейский язык</w:t>
      </w:r>
      <w:r>
        <w:rPr>
          <w:i/>
          <w:sz w:val="20"/>
        </w:rPr>
        <w:t xml:space="preserve"> Γολγοθᾶ</w:t>
      </w:r>
      <w:r>
        <w:rPr>
          <w:sz w:val="20"/>
        </w:rPr>
        <w:t xml:space="preserve"> [Golgotha]</w:t>
      </w:r>
      <w:r>
        <w:rPr>
          <w:sz w:val="20"/>
        </w:rPr>
        <w:br/>
        <w:t>Семитское название места Марк сразу переводит для читателя.</w:t>
      </w:r>
    </w:p>
    <w:p>
      <w:r>
        <w:t>23. Ему давали вино со смирной, но Он не принял.</w:t>
      </w:r>
    </w:p>
    <w:p>
      <w:r>
        <w:t>24. Его распяли и разделили Его одежды, бросая жребий, кому что взять.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διαμερίζονται τὰ ἱμάτια αὐτοῦ ... βάλλοντες κλῆρον</w:t>
      </w:r>
      <w:r>
        <w:rPr>
          <w:sz w:val="20"/>
        </w:rPr>
        <w:t xml:space="preserve"> [diamerizontai ta himatia autou ... ballontes klēron]</w:t>
      </w:r>
      <w:r>
        <w:rPr>
          <w:sz w:val="20"/>
        </w:rPr>
        <w:br/>
        <w:t>Деление одежды и жребий созвучны Пс 21/22:19.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22:18</w:t>
      </w:r>
    </w:p>
    <w:p>
      <w:r>
        <w:t>25. Был третий час, когда Его распяли.</w:t>
      </w:r>
    </w:p>
    <w:p>
      <w:r>
        <w:t>26. Надпись с указанием Его вины гласила: «Ὁ βασιλεὺς τῶν Ἰουδαίων — Царь иудеев».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βασιλεὺς τῶν Ἰουδαίων</w:t>
      </w:r>
      <w:r>
        <w:rPr>
          <w:sz w:val="20"/>
        </w:rPr>
        <w:t xml:space="preserve"> [ho basileus tōn Ioudaiōn]</w:t>
      </w:r>
      <w:r>
        <w:rPr>
          <w:sz w:val="20"/>
        </w:rPr>
        <w:br/>
        <w:t>Римская формула обвинения становится публичным провозглашением царского титула Иисуса.</w:t>
      </w:r>
    </w:p>
    <w:p>
      <w:r>
        <w:t>27. Вместе с Ним распяли двух разбойников — одного справа, другого слева.</w:t>
      </w:r>
    </w:p>
    <w:p>
      <w:r>
        <w:t xml:space="preserve">28. 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καὶ ἐπληρώθη ἡ γραφὴ ...</w:t>
      </w:r>
      <w:r>
        <w:rPr>
          <w:sz w:val="20"/>
        </w:rPr>
        <w:t xml:space="preserve"> [kai eplērōthē hē graphē]</w:t>
      </w:r>
      <w:r>
        <w:rPr>
          <w:sz w:val="20"/>
        </w:rPr>
        <w:br/>
        <w:t>Стих отсутствует в основном критическом тексте; поздняя традиция добавляет явную ссылку на исполнение Ис 53:12.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53:12</w:t>
      </w:r>
    </w:p>
    <w:p>
      <w:r>
        <w:t>29. Проходившие мимо злословили Его, качали головами и говорили: «Эй, Ты, разрушающий храм и за три дня строящий его!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κινοῦντες τὰς κεφαλὰς αὐτῶν</w:t>
      </w:r>
      <w:r>
        <w:rPr>
          <w:sz w:val="20"/>
        </w:rPr>
        <w:t xml:space="preserve"> [kinountes tas kephalas autōn]</w:t>
      </w:r>
      <w:r>
        <w:rPr>
          <w:sz w:val="20"/>
        </w:rPr>
        <w:br/>
        <w:t>Качание головами и насмешка созвучны Пс 21/22:8–9.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22:7–8</w:t>
      </w:r>
    </w:p>
    <w:p>
      <w:r>
        <w:t>30. Спаси Себя и сойди с креста!»</w:t>
      </w:r>
    </w:p>
    <w:p>
      <w:r>
        <w:t>31. Так же и первосвященники вместе с книжниками насмехались между собой: «Других ἔσωσεν — спасал, а Себя спасти не может».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ἄλλους ἔσωσεν, ἑαυτὸν οὐ δύναται σῶσαι</w:t>
      </w:r>
      <w:r>
        <w:rPr>
          <w:sz w:val="20"/>
        </w:rPr>
        <w:t xml:space="preserve"> [allous esōsen, heauton ou dynatai sōsai]</w:t>
      </w:r>
      <w:r>
        <w:rPr>
          <w:sz w:val="20"/>
        </w:rPr>
        <w:br/>
        <w:t>Ирония строится на σῴζω: именно отказ «спасти Себя» через уход от страдания становится частью спасительной миссии, описанной ранее как λύτρον.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10:45</w:t>
      </w:r>
    </w:p>
    <w:p>
      <w:r>
        <w:t>32. «Пусть Христос, Царь Израиля, теперь сойдёт, чтобы мы увидели и поверили».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ἵνα ἴδωμεν καὶ πιστεύσωμεν</w:t>
      </w:r>
      <w:r>
        <w:rPr>
          <w:sz w:val="20"/>
        </w:rPr>
        <w:t xml:space="preserve"> [hina idōmen kai pisteusōmen]</w:t>
      </w:r>
      <w:r>
        <w:rPr>
          <w:sz w:val="20"/>
        </w:rPr>
        <w:br/>
        <w:t>Требование «увидим — и поверим» контрастирует с марковской темой веры, которая не строится на навязанном знамении.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8:11–12</w:t>
      </w:r>
    </w:p>
    <w:p>
      <w:r>
        <w:t>33. В шестом часу тьма покрыла всю землю и продолжалась до девятого часа.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σκότος ἐγένετο ἐφ᾽ ὅλην τὴν γῆν</w:t>
      </w:r>
      <w:r>
        <w:rPr>
          <w:sz w:val="20"/>
        </w:rPr>
        <w:t xml:space="preserve"> [skotos egeneto eph' holēn tēn gēn]</w:t>
      </w:r>
      <w:r>
        <w:rPr>
          <w:sz w:val="20"/>
        </w:rPr>
        <w:br/>
        <w:t>Тьма в пророческом языке связана с днём суда и Божьего вмешательства; возможен фон Ам 8:9.</w:t>
      </w:r>
      <w:r>
        <w:rPr>
          <w:i/>
          <w:sz w:val="20"/>
        </w:rPr>
        <w:br/>
        <w:t xml:space="preserve">См.: </w:t>
      </w:r>
      <w:r>
        <w:rPr>
          <w:sz w:val="20"/>
        </w:rPr>
        <w:t>Ам 8:9</w:t>
      </w:r>
    </w:p>
    <w:p>
      <w:r>
        <w:t>34. В девятом часу Он громко воззвал: «Ἐλωΐ Ἐλωΐ λεμὰ σαβαχθανί — Элои, Элои, лема савахфани?» — «Боже Мой, Боже Мой, почему Ты Меня оставил?»</w:t>
      </w:r>
    </w:p>
    <w:p>
      <w:pPr>
        <w:ind w:left="360"/>
      </w:pPr>
      <w:r>
        <w:rPr>
          <w:b/>
          <w:sz w:val="20"/>
        </w:rPr>
        <w:t>Арамейский язык</w:t>
      </w:r>
      <w:r>
        <w:rPr>
          <w:i/>
          <w:sz w:val="20"/>
        </w:rPr>
        <w:t xml:space="preserve"> Ἐλωΐ Ἐλωΐ λεμὰ σαβαχθανί</w:t>
      </w:r>
      <w:r>
        <w:rPr>
          <w:sz w:val="20"/>
        </w:rPr>
        <w:t xml:space="preserve"> [Eloi Eloi lema sabachthani]</w:t>
      </w:r>
      <w:r>
        <w:rPr>
          <w:sz w:val="20"/>
        </w:rPr>
        <w:br/>
        <w:t>Марк сохраняет арамейский крик Иисуса и переводит его.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ὁ θεός μου ὁ θεός μου, εἰς τί ἐγκατέλιπές με</w:t>
      </w:r>
      <w:r>
        <w:rPr>
          <w:sz w:val="20"/>
        </w:rPr>
        <w:t xml:space="preserve"> [ho theos mou ho theos mou, eis ti enkatelipes me]</w:t>
      </w:r>
      <w:r>
        <w:rPr>
          <w:sz w:val="20"/>
        </w:rPr>
        <w:br/>
        <w:t>Прямая цитата начала Пс 21/22. Этот псалом начинается криком оставленности, но движется к Божьему оправданию и всемирной хвале.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22:1</w:t>
      </w:r>
    </w:p>
    <w:p>
      <w:r>
        <w:t>35. Некоторые из стоявших рядом, услышав это, сказали: «Смотрите, Он зовёт Илию».</w:t>
      </w:r>
    </w:p>
    <w:p>
      <w:r>
        <w:t>36. Кто-то подал Ему кислого вина и сказал: «Подождите, посмотрим, придёт ли Илия снять Его».</w:t>
      </w:r>
    </w:p>
    <w:p>
      <w:r>
        <w:t>37. Он громко вскрикнул и испустил дух.</w:t>
      </w:r>
    </w:p>
    <w:p>
      <w:r>
        <w:t>38. Завеса храма ἐσχίσθη — разорвалась — надвое сверху донизу.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ἐσχίσθη</w:t>
      </w:r>
      <w:r>
        <w:rPr>
          <w:sz w:val="20"/>
        </w:rPr>
        <w:t xml:space="preserve"> [eschisthē]</w:t>
      </w:r>
      <w:r>
        <w:rPr>
          <w:sz w:val="20"/>
        </w:rPr>
        <w:br/>
        <w:t>Тот же корень σχίζω использован при крещении: небеса «разрываются» в 1:10, а теперь разрывается храмовая завеса. Это сильная марковская рамка.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1:10</w:t>
      </w:r>
    </w:p>
    <w:p>
      <w:r>
        <w:t>39. Стоявший напротив сотник, увидев, как Он умер, сказал: «Действительно, этот человек был υἱὸς θεοῦ — Сыном Божьим».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υἱὸς θεοῦ</w:t>
      </w:r>
      <w:r>
        <w:rPr>
          <w:sz w:val="20"/>
        </w:rPr>
        <w:t xml:space="preserve"> [huios theou]</w:t>
      </w:r>
      <w:r>
        <w:rPr>
          <w:sz w:val="20"/>
        </w:rPr>
        <w:br/>
        <w:t>Кульминационное признание исходит от римского сотника у креста. Оно отзывается программному титулу начала Евангелия.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παρεστηκὼς ἐξ ἐναντίας αὐτοῦ</w:t>
      </w:r>
      <w:r>
        <w:rPr>
          <w:sz w:val="20"/>
        </w:rPr>
        <w:t xml:space="preserve"> [ho parestēkōs ex enantias autou]</w:t>
      </w:r>
      <w:r>
        <w:rPr>
          <w:sz w:val="20"/>
        </w:rPr>
        <w:br/>
        <w:t>Сотник стоит «напротив Него» и делает признание, глядя на способ Его смерти. Для Марка крест становится местом откровения личности Иисуса.</w:t>
      </w:r>
    </w:p>
    <w:p>
      <w:r>
        <w:t>40. Там были и женщины, наблюдавшие издали: среди них Мария Магдалина, Мария, мать Иакова Младшего и Иосии, и Саломия.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γυναῖκες ἀπὸ μακρόθεν θεωροῦσαι</w:t>
      </w:r>
      <w:r>
        <w:rPr>
          <w:sz w:val="20"/>
        </w:rPr>
        <w:t xml:space="preserve"> [gynaikes apo makrothen theōrousai]</w:t>
      </w:r>
      <w:r>
        <w:rPr>
          <w:sz w:val="20"/>
        </w:rPr>
        <w:br/>
        <w:t>Женщины остаются свидетелями издали после бегства учеников. Их наблюдение подготовит свидетельство о месте погребения и пустой гробнице.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15:47, Мк 16:1–6</w:t>
      </w:r>
    </w:p>
    <w:p>
      <w:r>
        <w:t>41. Когда Он был в Галилее, они ἠκολούθουν — следовали за Ним — и διηκόνουν — служили Ему.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ἠκολούθουν ... διηκόνουν</w:t>
      </w:r>
      <w:r>
        <w:rPr>
          <w:sz w:val="20"/>
        </w:rPr>
        <w:t xml:space="preserve"> [ēkolouthoun ... diēkonoun]</w:t>
      </w:r>
      <w:r>
        <w:rPr>
          <w:sz w:val="20"/>
        </w:rPr>
        <w:br/>
        <w:t>Два ключевых глагола ученичества: следовать и служить. Марк прямо применяет их к женщинам-ученицам.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8:34, Мк 10:43</w:t>
      </w:r>
    </w:p>
    <w:p>
      <w:r>
        <w:t>42. Когда уже наступил вечер — это была παρασκευή, день приготовления, то есть день перед субботой —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παρασκευή ... προσάββατον</w:t>
      </w:r>
      <w:r>
        <w:rPr>
          <w:sz w:val="20"/>
        </w:rPr>
        <w:t xml:space="preserve"> [paraskeuē ... prosabbaton]</w:t>
      </w:r>
      <w:r>
        <w:rPr>
          <w:sz w:val="20"/>
        </w:rPr>
        <w:br/>
        <w:t>Марк поясняет нееврейскому читателю: «Приготовление» — день перед субботой.</w:t>
      </w:r>
    </w:p>
    <w:p>
      <w:r>
        <w:t>43. пришёл Иосиф из Аримафеи, уважаемый член совета, который и сам προσδεχόμενος — ожидал — Царства Божьего. Набравшись смелости, он вошёл к Пилату и попросил тело Иисуса.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τολμήσας</w:t>
      </w:r>
      <w:r>
        <w:rPr>
          <w:sz w:val="20"/>
        </w:rPr>
        <w:t xml:space="preserve"> [tolmēsas]</w:t>
      </w:r>
      <w:r>
        <w:rPr>
          <w:sz w:val="20"/>
        </w:rPr>
        <w:br/>
        <w:t>Иосиф действует смело/дерзновенно, публично связывая себя с казнённым Иисусом.</w:t>
      </w:r>
    </w:p>
    <w:p>
      <w:r>
        <w:t>44. Пилат удивился, что Он уже умер, вызвал сотника и проверил, давно ли это произошло.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ἐθαύμασεν εἰ ἤδη τέθνηκεν</w:t>
      </w:r>
      <w:r>
        <w:rPr>
          <w:sz w:val="20"/>
        </w:rPr>
        <w:t xml:space="preserve"> [ethaumasen ei ēdē tethnēken]</w:t>
      </w:r>
      <w:r>
        <w:rPr>
          <w:sz w:val="20"/>
        </w:rPr>
        <w:br/>
        <w:t>Пилат не принимает сообщение автоматически, а запрашивает подтверждение у сотника. Марк тем самым подчёркивает проверенность факта смерти внутри повествования.</w:t>
      </w:r>
    </w:p>
    <w:p>
      <w:r>
        <w:t>45. Получив подтверждение от сотника, Пилат отдал Иосифу πτῶμα — тело умершего.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πτῶμα</w:t>
      </w:r>
      <w:r>
        <w:rPr>
          <w:sz w:val="20"/>
        </w:rPr>
        <w:t xml:space="preserve"> [ptōma]</w:t>
      </w:r>
      <w:r>
        <w:rPr>
          <w:sz w:val="20"/>
        </w:rPr>
        <w:br/>
        <w:t>Более конкретное слово для тела умершего, в отличие от обычного σῶμα в 15:43.</w:t>
      </w:r>
    </w:p>
    <w:p>
      <w:r>
        <w:t>46. Иосиф купил льняное полотно, снял Его, завернул в полотно и положил в высеченную в скале гробницу. Затем привалил камень ко входу.</w:t>
      </w:r>
    </w:p>
    <w:p>
      <w:r>
        <w:t>47. Мария Магдалина и Мария, мать Иосии, наблюдали, куда Его положили.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ἐθεώρουν ποῦ τέθειται</w:t>
      </w:r>
      <w:r>
        <w:rPr>
          <w:sz w:val="20"/>
        </w:rPr>
        <w:t xml:space="preserve"> [etheōroun pou tetheitai]</w:t>
      </w:r>
      <w:r>
        <w:rPr>
          <w:sz w:val="20"/>
        </w:rPr>
        <w:br/>
        <w:t>Женщины точно знают место погребения; это напрямую подготавливает их возвращение к гробнице в 16:1.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16:1</w:t>
      </w:r>
    </w:p>
    <w:p>
      <w:pPr>
        <w:pStyle w:val="Heading2"/>
      </w:pPr>
      <w:r>
        <w:t>Глава 16</w:t>
      </w:r>
    </w:p>
    <w:p>
      <w:r>
        <w:t>1. Когда суббота прошла, Мария Магдалина, Мария, мать Иакова, и Саломия купили ἀρώματα — благовония, чтобы пойти и помазать Его.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ἀρώματα</w:t>
      </w:r>
      <w:r>
        <w:rPr>
          <w:sz w:val="20"/>
        </w:rPr>
        <w:t xml:space="preserve"> [arōmata]</w:t>
      </w:r>
      <w:r>
        <w:rPr>
          <w:sz w:val="20"/>
        </w:rPr>
        <w:br/>
        <w:t>Ароматические вещества для погребального помазания. Женщины идут к гробнице с ожиданием тела, а не воскресения.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15:40–47</w:t>
      </w:r>
    </w:p>
    <w:p>
      <w:r>
        <w:t>2. Очень рано, в первый день недели [μιᾷ τῶν σαββάτων], с восходом солнца они пришли к гробнице.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μιᾷ τῶν σαββάτων</w:t>
      </w:r>
      <w:r>
        <w:rPr>
          <w:sz w:val="20"/>
        </w:rPr>
        <w:t xml:space="preserve"> [mia tōn sabbatōn]</w:t>
      </w:r>
      <w:r>
        <w:rPr>
          <w:sz w:val="20"/>
        </w:rPr>
        <w:br/>
        <w:t>Буквально «в один/первый из суббот», устойчивый семитизированный способ обозначить первый день недели.</w:t>
      </w:r>
    </w:p>
    <w:p>
      <w:r>
        <w:t>3. Они говорили друг другу: «Кто отвалит для нас камень от входа в гробницу?»</w:t>
      </w:r>
    </w:p>
    <w:p>
      <w:r>
        <w:t>4. Подняв глаза, они увидели, что камень уже ἀποκεκύλισται — отвален; а он был очень большой.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ἀποκεκύλισται</w:t>
      </w:r>
      <w:r>
        <w:rPr>
          <w:sz w:val="20"/>
        </w:rPr>
        <w:t xml:space="preserve"> [apokekylistai]</w:t>
      </w:r>
      <w:r>
        <w:rPr>
          <w:sz w:val="20"/>
        </w:rPr>
        <w:br/>
        <w:t>Перфект: камень уже находится в состоянии отваленного. Женщины обнаруживают действие, которое произошло до их прибытия.</w:t>
      </w:r>
    </w:p>
    <w:p>
      <w:r>
        <w:t>5. Войдя в гробницу, они увидели νεανίσκον — юношу — в белой одежде, сидящего справа, и ἐξεθαμβήθησαν — были потрясены.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νεανίσκον</w:t>
      </w:r>
      <w:r>
        <w:rPr>
          <w:sz w:val="20"/>
        </w:rPr>
        <w:t xml:space="preserve"> [neaniskon]</w:t>
      </w:r>
      <w:r>
        <w:rPr>
          <w:sz w:val="20"/>
        </w:rPr>
        <w:br/>
        <w:t>Марк называет фигуру «юношей». Текст не использует здесь слово ἄγγελος, хотя функция вестника явно небесная по сцене и одежде.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ἐξεθαμβήθησαν</w:t>
      </w:r>
      <w:r>
        <w:rPr>
          <w:sz w:val="20"/>
        </w:rPr>
        <w:t xml:space="preserve"> [exethambēthēsan]</w:t>
      </w:r>
      <w:r>
        <w:rPr>
          <w:sz w:val="20"/>
        </w:rPr>
        <w:br/>
        <w:t>Сильный глагол потрясения/ошеломления, тот же корень, что в 14:33 о глубоком потрясении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14:33</w:t>
      </w:r>
    </w:p>
    <w:p>
      <w:r>
        <w:t>6. Он сказал им: «Не пугайтесь. Вы ищете Иисуса Назарянина, распятого. ἠγέρθη — Он поднят/воскрес! Его здесь нет. Вот место, где Его положили».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ἠγέρθη</w:t>
      </w:r>
      <w:r>
        <w:rPr>
          <w:sz w:val="20"/>
        </w:rPr>
        <w:t xml:space="preserve"> [ēgerthē]</w:t>
      </w:r>
      <w:r>
        <w:rPr>
          <w:sz w:val="20"/>
        </w:rPr>
        <w:br/>
        <w:t>Пассив от ἐγείρω: «Он был поднят / воскрес». В повествовании это кульминация всей линии ἐγείρω, ранее звучавшей в исцелениях и предсказаниях воскресения.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8:31, Мк 9:31, Мк 10:34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οὐκ ἔστιν ὧδε</w:t>
      </w:r>
      <w:r>
        <w:rPr>
          <w:sz w:val="20"/>
        </w:rPr>
        <w:t xml:space="preserve"> [ouk estin hōde]</w:t>
      </w:r>
      <w:r>
        <w:rPr>
          <w:sz w:val="20"/>
        </w:rPr>
        <w:br/>
        <w:t>«Его здесь нет» сразу подкрепляется указанием на место, где тело лежало: весть связана с пустой гробницей, а не только с внутренним переживанием учеников.</w:t>
      </w:r>
    </w:p>
    <w:p>
      <w:r>
        <w:t>7. «Но идите, скажите Его ученикам и Петру: Он προάγει — идёт впереди вас — в Галилею. Там вы Его увидите, как Он и говорил вам».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προάγει</w:t>
      </w:r>
      <w:r>
        <w:rPr>
          <w:sz w:val="20"/>
        </w:rPr>
        <w:t xml:space="preserve"> [proagei]</w:t>
      </w:r>
      <w:r>
        <w:rPr>
          <w:sz w:val="20"/>
        </w:rPr>
        <w:br/>
        <w:t>Тот же глагол «идти впереди», которым описывался Иисус на пути к Иерусалиму. Теперь Он снова впереди учеников — уже за пределами смерти.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10:32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τοῖς μαθηταῖς αὐτοῦ καὶ τῷ Πέτρῳ</w:t>
      </w:r>
      <w:r>
        <w:rPr>
          <w:sz w:val="20"/>
        </w:rPr>
        <w:t xml:space="preserve"> [tois mathētais autou kai tō Petrō]</w:t>
      </w:r>
      <w:r>
        <w:rPr>
          <w:sz w:val="20"/>
        </w:rPr>
        <w:br/>
        <w:t>Пётр назван отдельно после своего отречения. Это выглядит как намеренный знак включения и восстановления, а не исключения.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14:66–72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καθὼς εἶπεν ὑμῖν</w:t>
      </w:r>
      <w:r>
        <w:rPr>
          <w:sz w:val="20"/>
        </w:rPr>
        <w:t xml:space="preserve"> [kathōs eipen hymin]</w:t>
      </w:r>
      <w:r>
        <w:rPr>
          <w:sz w:val="20"/>
        </w:rPr>
        <w:br/>
        <w:t>Фраза прямо отсылает к обещанию 14:28: после воскресения Иисус пойдёт впереди них в Галилею.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14:28</w:t>
      </w:r>
    </w:p>
    <w:p>
      <w:r>
        <w:t>8. Они вышли и бежали от гробницы; их охватили τρόμος καὶ ἔκστασις — трепет и потрясение. И никому ничего не сказали, потому что боялись [ἐφοβοῦντο γάρ].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τρόμος καὶ ἔκστασις</w:t>
      </w:r>
      <w:r>
        <w:rPr>
          <w:sz w:val="20"/>
        </w:rPr>
        <w:t xml:space="preserve"> [tromos kai ekstasis]</w:t>
      </w:r>
      <w:r>
        <w:rPr>
          <w:sz w:val="20"/>
        </w:rPr>
        <w:br/>
        <w:t>Два сильных слова: телесный трепет и состояние потрясённости/изумления. Реакция женщин не сводится к одному обычному страху.</w:t>
      </w:r>
    </w:p>
    <w:p>
      <w:pPr>
        <w:ind w:left="360"/>
      </w:pPr>
      <w:r>
        <w:rPr>
          <w:b/>
          <w:sz w:val="20"/>
        </w:rPr>
        <w:t>История текста</w:t>
      </w:r>
      <w:r>
        <w:rPr>
          <w:i/>
          <w:sz w:val="20"/>
        </w:rPr>
        <w:t xml:space="preserve"> ἐφοβοῦντο γάρ</w:t>
      </w:r>
      <w:r>
        <w:rPr>
          <w:sz w:val="20"/>
        </w:rPr>
        <w:t xml:space="preserve"> [ephobounto gar]</w:t>
      </w:r>
      <w:r>
        <w:rPr>
          <w:sz w:val="20"/>
        </w:rPr>
        <w:br/>
        <w:t>Раннейший восстанавливаемый текст Марка заканчивается именно этой неожиданной конструкцией — буквально «ибо они боялись». Это резкий открытый финал, который позднее породил несколько альтернативных окончаний.</w:t>
      </w:r>
    </w:p>
    <w:p>
      <w:r>
        <w:t>9. Воскреснув рано в первый день недели [Ἀναστὰς δὲ πρωῒ πρώτῃ σαββάτου], Он прежде всего явился Марии Магдалине, из которой изгнал семь демонов.</w:t>
      </w:r>
    </w:p>
    <w:p>
      <w:pPr>
        <w:ind w:left="360"/>
      </w:pPr>
      <w:r>
        <w:rPr>
          <w:b/>
          <w:sz w:val="20"/>
        </w:rPr>
        <w:t>История текста</w:t>
      </w:r>
      <w:r>
        <w:rPr>
          <w:sz w:val="20"/>
        </w:rPr>
        <w:br/>
        <w:t>С 16:9 начинается традиционное длинное окончание. Переход после 16:8 резкий: меняются синтаксис и способ повторного введения Марии Магдалины. Это одна из причин, по которым 16:9-20 рассматривают как отдельный текстовый слой.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Ἀναστὰς δὲ πρωῒ πρώτῃ σαββάτου</w:t>
      </w:r>
      <w:r>
        <w:rPr>
          <w:sz w:val="20"/>
        </w:rPr>
        <w:t xml:space="preserve"> [anastas de prōi prōtē sabbatou]</w:t>
      </w:r>
      <w:r>
        <w:rPr>
          <w:sz w:val="20"/>
        </w:rPr>
        <w:br/>
        <w:t>Буквально: «воскреснув же рано, в первый день недели». Подлежащее «Он/Иисус» подразумевается мужским причастием ἀναστάς.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ἐφάνη πρῶτον</w:t>
      </w:r>
      <w:r>
        <w:rPr>
          <w:sz w:val="20"/>
        </w:rPr>
        <w:t xml:space="preserve"> [ephanē prōton]</w:t>
      </w:r>
      <w:r>
        <w:rPr>
          <w:sz w:val="20"/>
        </w:rPr>
        <w:br/>
        <w:t>«Явился прежде всего / первым». Длинное окончание начинает последовательность кратких сообщений о явлениях.</w:t>
      </w:r>
    </w:p>
    <w:p>
      <w:r>
        <w:t>10. Она пошла и сообщила τοῖς μετ᾽ αὐτοῦ γενομένοις — тем, кто был с Ним, — скорбевшим и плакавшим.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τοῖς μετ᾽ αὐτοῦ γενομένοις</w:t>
      </w:r>
      <w:r>
        <w:rPr>
          <w:sz w:val="20"/>
        </w:rPr>
        <w:t xml:space="preserve"> [tois met' autou genomenois]</w:t>
      </w:r>
      <w:r>
        <w:rPr>
          <w:sz w:val="20"/>
        </w:rPr>
        <w:br/>
        <w:t>Буквально «тем, которые были/находились с Ним». Причастие γενομένοις оглядывается на прежнее сообщество учеников.</w:t>
      </w:r>
    </w:p>
    <w:p>
      <w:r>
        <w:t>11. Они, услышав, что Он жив и что она видела Его [ἐθεάθη ὑπ᾽ αὐτῆς], не поверили [ἠπίστησαν].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ἐθεάθη ὑπ᾽ αὐτῆς</w:t>
      </w:r>
      <w:r>
        <w:rPr>
          <w:sz w:val="20"/>
        </w:rPr>
        <w:t xml:space="preserve"> [etheathē hyp' autēs]</w:t>
      </w:r>
      <w:r>
        <w:rPr>
          <w:sz w:val="20"/>
        </w:rPr>
        <w:br/>
        <w:t>Буквально «был увиден ею». Русский естественно передаёт это активной конструкцией: «она видела Его».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ἠπίστησαν</w:t>
      </w:r>
      <w:r>
        <w:rPr>
          <w:sz w:val="20"/>
        </w:rPr>
        <w:t xml:space="preserve"> [ēpistēsan]</w:t>
      </w:r>
      <w:r>
        <w:rPr>
          <w:sz w:val="20"/>
        </w:rPr>
        <w:br/>
        <w:t>«Не поверили». Неверие становится связующим мотивом ст. 11, 13 и 14.</w:t>
      </w:r>
    </w:p>
    <w:p>
      <w:r>
        <w:t>12. После этого Он явился ἐν ἑτέρᾳ μορφῇ — в ином облике — двум из них, шедшим εἰς ἀγρόν — в сельскую местность.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ἐν ἑτέρᾳ μορφῇ</w:t>
      </w:r>
      <w:r>
        <w:rPr>
          <w:sz w:val="20"/>
        </w:rPr>
        <w:t xml:space="preserve"> [en hetera morphē]</w:t>
      </w:r>
      <w:r>
        <w:rPr>
          <w:sz w:val="20"/>
        </w:rPr>
        <w:br/>
        <w:t>Буквально «в иной форме/облике». Текст констатирует иной вид явления, но не объясняет природу изменения.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εἰς ἀγρόν</w:t>
      </w:r>
      <w:r>
        <w:rPr>
          <w:sz w:val="20"/>
        </w:rPr>
        <w:t xml:space="preserve"> [eis agron]</w:t>
      </w:r>
      <w:r>
        <w:rPr>
          <w:sz w:val="20"/>
        </w:rPr>
        <w:br/>
        <w:t>Буквально движение «в поле/сельскую местность». «За город» допустимо по смыслу, но WGT-T сохраняет более конкретный образ.</w:t>
      </w:r>
    </w:p>
    <w:p>
      <w:r>
        <w:t>13. И те пошли и сообщили остальным, но и им они не поверили [οὐδὲ ἐκείνοις ἐπίστευσαν].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οὐδὲ ἐκείνοις ἐπίστευσαν</w:t>
      </w:r>
      <w:r>
        <w:rPr>
          <w:sz w:val="20"/>
        </w:rPr>
        <w:t xml:space="preserve"> [oude ekeinois episteusan]</w:t>
      </w:r>
      <w:r>
        <w:rPr>
          <w:sz w:val="20"/>
        </w:rPr>
        <w:br/>
        <w:t>Второе последовательное сообщение заканчивается тем же результатом — неверием, подготавливая упрёк в ст. 14.</w:t>
      </w:r>
    </w:p>
    <w:p>
      <w:r>
        <w:t>14. Позднее Он явился самим одиннадцати, когда они возлежали за столом, и упрекнул их за ἀπιστία и σκληροκαρδία — неверие и жёсткость сердца, потому что они не поверили тем, кто видел Его воскресшим.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ἀπιστίαν ... σκληροκαρδίαν</w:t>
      </w:r>
      <w:r>
        <w:rPr>
          <w:sz w:val="20"/>
        </w:rPr>
        <w:t xml:space="preserve"> [apistian ... sklērokardian]</w:t>
      </w:r>
      <w:r>
        <w:rPr>
          <w:sz w:val="20"/>
        </w:rPr>
        <w:br/>
        <w:t>«Неверие» и «жёсткость сердца» продолжают лексику, знакомую по основной части Марка.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6:6, Мк 8:17</w:t>
      </w:r>
    </w:p>
    <w:p>
      <w:pPr>
        <w:ind w:left="360"/>
      </w:pPr>
      <w:r>
        <w:rPr>
          <w:b/>
          <w:sz w:val="20"/>
        </w:rPr>
        <w:t>История текста</w:t>
      </w:r>
      <w:r>
        <w:rPr>
          <w:sz w:val="20"/>
        </w:rPr>
        <w:br/>
        <w:t>Codex Washingtonianus (W/032) после этого упрёка вставляет дополнительный древний текст, Freer Logion. Он отсутствует в основной массе рукописей и поэтому не включён в WGT-T 16:14, но фиксируется в аппарате.</w:t>
      </w:r>
    </w:p>
    <w:p>
      <w:r>
        <w:t>15. Он сказал им: «Идите во весь мир и проповедуйте Благую весть πάσῃ τῇ κτίσει — всему творению.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πάσῃ τῇ κτίσει</w:t>
      </w:r>
      <w:r>
        <w:rPr>
          <w:sz w:val="20"/>
        </w:rPr>
        <w:t xml:space="preserve"> [pasē tē ktisei]</w:t>
      </w:r>
      <w:r>
        <w:rPr>
          <w:sz w:val="20"/>
        </w:rPr>
        <w:br/>
        <w:t>Буквально «всему творению». Миссия формулируется в универсальном масштабе.</w:t>
      </w:r>
    </w:p>
    <w:p>
      <w:r>
        <w:t>16. Кто поверит и будет крещён, будет спасён; а кто не поверит, будет осуждён.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πιστεύσας καὶ βαπτισθεὶς σωθήσεται ... ἀπιστήσας κατακριθήσεται</w:t>
      </w:r>
      <w:r>
        <w:rPr>
          <w:sz w:val="20"/>
        </w:rPr>
        <w:t xml:space="preserve"> [pisteusas kai baptistheis sōthēsetai ... apistēsas katakrithēsetai]</w:t>
      </w:r>
      <w:r>
        <w:rPr>
          <w:sz w:val="20"/>
        </w:rPr>
        <w:br/>
        <w:t>В положительной половине названы вера и крещение; в отрицательной основанием осуждения прямо названо неверие.</w:t>
      </w:r>
    </w:p>
    <w:p>
      <w:r>
        <w:t>17. Эти σημεῖα — знамения — будут сопровождать поверивших: Моим именем они будут изгонять демонов; будут говорить γλώσσαις καιναῖς — новыми языками;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σημεῖα ... παρακολουθήσει</w:t>
      </w:r>
      <w:r>
        <w:rPr>
          <w:sz w:val="20"/>
        </w:rPr>
        <w:t xml:space="preserve"> [sēmeia ... parakolouthēsei]</w:t>
      </w:r>
      <w:r>
        <w:rPr>
          <w:sz w:val="20"/>
        </w:rPr>
        <w:br/>
        <w:t>Знамения «будут сопровождать» поверивших; глагол описывает следование за ними.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γλώσσαις καιναῖς</w:t>
      </w:r>
      <w:r>
        <w:rPr>
          <w:sz w:val="20"/>
        </w:rPr>
        <w:t xml:space="preserve"> [glōssais kainais]</w:t>
      </w:r>
      <w:r>
        <w:rPr>
          <w:sz w:val="20"/>
        </w:rPr>
        <w:br/>
        <w:t>Буквально «новыми языками».</w:t>
      </w:r>
    </w:p>
    <w:p>
      <w:r>
        <w:t>18. будут брать змей; и если [κἂν] выпьют что-либо смертоносное, это не повредит им; будут возлагать руки на больных, и те будут выздоравливать».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κἂν θανάσιμόν τι πίωσιν</w:t>
      </w:r>
      <w:r>
        <w:rPr>
          <w:sz w:val="20"/>
        </w:rPr>
        <w:t xml:space="preserve"> [kan thanasimon ti piōsin]</w:t>
      </w:r>
      <w:r>
        <w:rPr>
          <w:sz w:val="20"/>
        </w:rPr>
        <w:br/>
        <w:t>κἂν = καὶ ἐάν, «и если». Это условная формулировка о возможной опасности, а не повеление искать её.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οὐ μὴ αὐτοὺς βλάψῃ</w:t>
      </w:r>
      <w:r>
        <w:rPr>
          <w:sz w:val="20"/>
        </w:rPr>
        <w:t xml:space="preserve"> [ou mē autous blapsē]</w:t>
      </w:r>
      <w:r>
        <w:rPr>
          <w:sz w:val="20"/>
        </w:rPr>
        <w:br/>
        <w:t>Усиленное отрицание: «никак не повредит им / не причинит им вреда».</w:t>
      </w:r>
    </w:p>
    <w:p>
      <w:pPr>
        <w:ind w:left="360"/>
      </w:pPr>
      <w:r>
        <w:rPr>
          <w:b/>
          <w:sz w:val="20"/>
        </w:rPr>
        <w:t>Safety</w:t>
      </w:r>
      <w:r>
        <w:rPr>
          <w:sz w:val="20"/>
        </w:rPr>
        <w:br/>
        <w:t>Стих описывает знаки защиты в традиционном длинном окончании; он не является указанием намеренно подвергать себя опасности или проверять веру рискованными действиями.</w:t>
      </w:r>
    </w:p>
    <w:p>
      <w:r>
        <w:t>19. Итак, Господь, после того как сказал им, ἀνελήφθη — был вознесён — на небо и сел по правую руку Бога.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ἀνελήφθη</w:t>
      </w:r>
      <w:r>
        <w:rPr>
          <w:sz w:val="20"/>
        </w:rPr>
        <w:t xml:space="preserve"> [anelēmphthē]</w:t>
      </w:r>
      <w:r>
        <w:rPr>
          <w:sz w:val="20"/>
        </w:rPr>
        <w:br/>
        <w:t>Пассив: «был взят/вознесён».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ἐκάθισεν ἐκ δεξιῶν τοῦ θεοῦ</w:t>
      </w:r>
      <w:r>
        <w:rPr>
          <w:sz w:val="20"/>
        </w:rPr>
        <w:t xml:space="preserve"> [ekathisen ek dexiōn tou theou]</w:t>
      </w:r>
      <w:r>
        <w:rPr>
          <w:sz w:val="20"/>
        </w:rPr>
        <w:br/>
        <w:t>«Сел по правую руку Бога» продолжает царско-мессианскую линию Пс 110:1, уже звучавшую у Марка.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110:1, Мк 12:36, Мк 14:62</w:t>
      </w:r>
    </w:p>
    <w:p>
      <w:r>
        <w:t>20. Они же, выйдя, проповедовали повсюду, а Господь συνεργοῦντος — содействовал им — и βεβαιοῦντος τὸν λόγον — подтверждал слово — сопровождавшими знамениями.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συνεργοῦντος</w:t>
      </w:r>
      <w:r>
        <w:rPr>
          <w:sz w:val="20"/>
        </w:rPr>
        <w:t xml:space="preserve"> [synergountos]</w:t>
      </w:r>
      <w:r>
        <w:rPr>
          <w:sz w:val="20"/>
        </w:rPr>
        <w:br/>
        <w:t>«Содействующего / работающего вместе». Деятельность учеников представлена как действие при содействии Господа.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βεβαιοῦντος τὸν λόγον διὰ τῶν ἐπακολουθούντων σημείων</w:t>
      </w:r>
      <w:r>
        <w:rPr>
          <w:sz w:val="20"/>
        </w:rPr>
        <w:t xml:space="preserve"> [bebaiountos ton logon dia tōn epakolouthountōn sēmeiōn]</w:t>
      </w:r>
      <w:r>
        <w:rPr>
          <w:sz w:val="20"/>
        </w:rPr>
        <w:br/>
        <w:t>Господь «подтверждал слово посредством сопровождавших знамeний» — слово стоит в центре, а знамения выступают подтверждением.</w:t>
      </w:r>
    </w:p>
    <w:p>
      <w:pPr>
        <w:pStyle w:val="Heading1"/>
      </w:pPr>
      <w:r>
        <w:t>От Луки</w:t>
      </w:r>
    </w:p>
    <w:p>
      <w:pPr>
        <w:pStyle w:val="Heading2"/>
      </w:pPr>
      <w:r>
        <w:t>Глава 1</w:t>
      </w:r>
    </w:p>
    <w:p>
      <w:r>
        <w:t>1. Поскольку уже многие взялись составить повествование о событиях, совершившихся среди нас,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ἐπειδήπερ</w:t>
      </w:r>
      <w:r>
        <w:rPr>
          <w:sz w:val="20"/>
        </w:rPr>
        <w:t xml:space="preserve"> [epeidēper]</w:t>
      </w:r>
      <w:r>
        <w:rPr>
          <w:sz w:val="20"/>
        </w:rPr>
        <w:br/>
        <w:t>Редкое вводное слово задаёт формальный историографический тон предисловия: Лука сознательно начинает как автор тщательно составленного повествования.</w:t>
      </w:r>
    </w:p>
    <w:p>
      <w:r>
        <w:t>2. как передали их нам те, кто с самого начала были очевидцами и служителями слова,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αὐτόπται καὶ ὑπηρέται γενόμενοι τοῦ λόγου</w:t>
      </w:r>
      <w:r>
        <w:rPr>
          <w:sz w:val="20"/>
        </w:rPr>
        <w:t xml:space="preserve"> [autoptai kai hypēretai genomenoi tou logou]</w:t>
      </w:r>
      <w:r>
        <w:rPr>
          <w:sz w:val="20"/>
        </w:rPr>
        <w:br/>
        <w:t>«Очевидцы» и «служители слова» — две характеристики передавших традицию; текст не требует понимать их как две разные группы.</w:t>
      </w:r>
    </w:p>
    <w:p>
      <w:r>
        <w:t>3. то и я, тщательно исследовав всё с самого начала, решил последовательно изложить это для тебя, достопочтенный Феофил,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ἄνωθεν</w:t>
      </w:r>
      <w:r>
        <w:rPr>
          <w:sz w:val="20"/>
        </w:rPr>
        <w:t xml:space="preserve"> [anōthen]</w:t>
      </w:r>
      <w:r>
        <w:rPr>
          <w:sz w:val="20"/>
        </w:rPr>
        <w:br/>
        <w:t>Здесь слово естественно означает «с самого начала», хотя в других контекстах может значить «свыше». Лука подчёркивает полноту исследования от истоков.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ἀκριβῶς καθεξῆς</w:t>
      </w:r>
      <w:r>
        <w:rPr>
          <w:sz w:val="20"/>
        </w:rPr>
        <w:t xml:space="preserve"> [akribōs kathexēs]</w:t>
      </w:r>
      <w:r>
        <w:rPr>
          <w:sz w:val="20"/>
        </w:rPr>
        <w:br/>
        <w:t>Связка подчёркивает тщательность и упорядоченность изложения; καθεξῆς не обязательно означает строгую поминутную хронологию.</w:t>
      </w:r>
    </w:p>
    <w:p>
      <w:r>
        <w:t>4. чтобы ты убедился в надёжности того, чему был научен. [ἀσφάλεια — Речь о надёжности, твёрдости и проверенности полученного учения, а не просто о получении новой информации]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ἀσφάλεια</w:t>
      </w:r>
      <w:r>
        <w:rPr>
          <w:sz w:val="20"/>
        </w:rPr>
        <w:t xml:space="preserve"> [asphaleia]</w:t>
      </w:r>
      <w:r>
        <w:rPr>
          <w:sz w:val="20"/>
        </w:rPr>
        <w:br/>
        <w:t>Речь о надёжности, твёрдости и проверенности полученного учения, а не просто о получении новой информации.</w:t>
      </w:r>
    </w:p>
    <w:p>
      <w:r>
        <w:t>5. Во дни Ирода, царя Иудеи, жил священник по имени Захария из череды Авии. Его жена была из потомков Аарона, и звали её Елисавета.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ἐξ ἐφημερίας Ἀβιά</w:t>
      </w:r>
      <w:r>
        <w:rPr>
          <w:sz w:val="20"/>
        </w:rPr>
        <w:t xml:space="preserve"> [ex ephēmerias Abia]</w:t>
      </w:r>
      <w:r>
        <w:rPr>
          <w:sz w:val="20"/>
        </w:rPr>
        <w:br/>
        <w:t>Захария принадлежал к священнической череде Авии; это одна из установленных очередей храмового служения.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1 Пар 24:10</w:t>
      </w:r>
    </w:p>
    <w:p>
      <w:r>
        <w:t>6. Оба были праведны перед Богом и безупречно соблюдали все заповеди и установления Господа.</w:t>
      </w:r>
    </w:p>
    <w:p>
      <w:r>
        <w:t>7. Но детей у них не было, потому что Елисавета была бесплодна, и оба были уже в преклонных годах.</w:t>
      </w:r>
    </w:p>
    <w:p>
      <w:r>
        <w:t>8. Однажды, когда череда Захарии несла службу перед Богом,</w:t>
      </w:r>
    </w:p>
    <w:p>
      <w:r>
        <w:t>9. ему по священническому обычаю выпал жребий войти в храм Господа и совершить каждение.</w:t>
      </w:r>
    </w:p>
    <w:p>
      <w:r>
        <w:t>10. Во время каждения весь народ молился снаружи.</w:t>
      </w:r>
    </w:p>
    <w:p>
      <w:r>
        <w:t>11. Тогда ему явился ангел Господа, стоявший справа от жертвенника каждения.</w:t>
      </w:r>
    </w:p>
    <w:p>
      <w:r>
        <w:t>12. Увидев его, Захария смутился и испугался.</w:t>
      </w:r>
    </w:p>
    <w:p>
      <w:r>
        <w:t>13. Но ангел сказал: «Не бойся, Захария, потому что твоя молитва услышана. Твоя жена Елисавета родит тебе сына, и ты назовёшь его Иоанном. [εἰσηκούσθη ἡ δέησίς σου — означает «твоя молитва была услышана»]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εἰσηκούσθη ἡ δέησίς σου</w:t>
      </w:r>
      <w:r>
        <w:rPr>
          <w:sz w:val="20"/>
        </w:rPr>
        <w:t xml:space="preserve"> [eisēkousthē hē deēsis sou]</w:t>
      </w:r>
      <w:r>
        <w:rPr>
          <w:sz w:val="20"/>
        </w:rPr>
        <w:br/>
        <w:t>Форма означает «твоя молитва была услышана». Контекст связывает ответ с рождением Иоанна, но не говорит, когда именно эта просьба была произнесена.</w:t>
      </w:r>
    </w:p>
    <w:p>
      <w:r>
        <w:t>14. Он принесёт тебе радость и ликование, и многие будут радоваться его рождению.</w:t>
      </w:r>
    </w:p>
    <w:p>
      <w:r>
        <w:t>15. Он будет велик перед Господом, не будет пить вина и крепкого напитка и ещё от материнской утробы будет исполнен Святого Духа.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οἶνον καὶ σίκερα οὐ μὴ πίῃ</w:t>
      </w:r>
      <w:r>
        <w:rPr>
          <w:sz w:val="20"/>
        </w:rPr>
        <w:t xml:space="preserve"> [oinon kai sikera ou mē piē]</w:t>
      </w:r>
      <w:r>
        <w:rPr>
          <w:sz w:val="20"/>
        </w:rPr>
        <w:br/>
        <w:t>Воздержание от вина и крепкого напитка звучит языком ветхозаветного посвящения и пророческого призвания, но Лука прямо не называет Иоанна назореем.</w:t>
      </w:r>
      <w:r>
        <w:rPr>
          <w:i/>
          <w:sz w:val="20"/>
        </w:rPr>
        <w:br/>
        <w:t xml:space="preserve">См.: </w:t>
      </w:r>
      <w:r>
        <w:rPr>
          <w:sz w:val="20"/>
        </w:rPr>
        <w:t>Чис 6:3, Суд 13:4–5</w:t>
      </w:r>
    </w:p>
    <w:p>
      <w:r>
        <w:t>16. Многих сынов Израиля он обратит к Господу, их Богу.</w:t>
      </w:r>
    </w:p>
    <w:p>
      <w:r>
        <w:t>17. Он пойдёт перед Ним в духе и силе Илии, чтобы обратить сердца отцов к детям и непокорных — к мудрости праведных, и приготовить Господу народ, готовый для Него».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ἐπιστρέψαι καρδίας πατέρων ἐπὶ τέκνα</w:t>
      </w:r>
      <w:r>
        <w:rPr>
          <w:sz w:val="20"/>
        </w:rPr>
        <w:t xml:space="preserve"> [epistrepsai kardias paterōn epi tekna]</w:t>
      </w:r>
      <w:r>
        <w:rPr>
          <w:sz w:val="20"/>
        </w:rPr>
        <w:br/>
        <w:t>Формулировка прямо отсылает к заключительным словам Малахии об Илии. Лука применяет этот образ к миссии Иоанна.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Мал 4:5–6</w:t>
      </w:r>
    </w:p>
    <w:p>
      <w:r>
        <w:t>18. Захария сказал ангелу: «Как мне узнать, что это произойдёт? Ведь я стар, и жена моя уже в преклонных годах».</w:t>
      </w:r>
    </w:p>
    <w:p>
      <w:r>
        <w:t>19. Ангел ответил: «Я Гавриил, стоящий перед Богом. Я послан говорить с тобой и благовествовать тебе это. [Γαβριήλ ... παρεστηκὼς ἐνώπιον τοῦ θεοῦ — Гавриил представляется как стоящий перед Богом — формула небесного служения и полномочия посланника]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Γαβριήλ ... παρεστηκὼς ἐνώπιον τοῦ θεοῦ</w:t>
      </w:r>
      <w:r>
        <w:rPr>
          <w:sz w:val="20"/>
        </w:rPr>
        <w:t xml:space="preserve"> [Gabriēl ... parestēkōs enōpion tou theou]</w:t>
      </w:r>
      <w:r>
        <w:rPr>
          <w:sz w:val="20"/>
        </w:rPr>
        <w:br/>
        <w:t>Гавриил представляется как стоящий перед Богом — формула небесного служения и полномочия посланника.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8:16, Дан 9:21</w:t>
      </w:r>
    </w:p>
    <w:p>
      <w:r>
        <w:t>20. И вот, ты будешь молчать и не сможешь говорить до того дня, когда всё это исполнится, потому что не поверил моим словам, которые исполнятся в своё время».</w:t>
      </w:r>
    </w:p>
    <w:p>
      <w:r>
        <w:t>21. Народ ждал Захарию и удивлялся, почему он так долго остаётся в храме.</w:t>
      </w:r>
    </w:p>
    <w:p>
      <w:r>
        <w:t>22. Когда он вышел, то не мог говорить с ними. Они поняли, что в храме он видел видение. Он объяснялся с ними знаками и оставался немым.</w:t>
      </w:r>
    </w:p>
    <w:p>
      <w:r>
        <w:t>23. Когда дни его служения закончились, он вернулся домой.</w:t>
      </w:r>
    </w:p>
    <w:p>
      <w:r>
        <w:t>24. После этих дней его жена Елисавета зачала и пять месяцев скрывалась от людей, говоря:</w:t>
      </w:r>
    </w:p>
    <w:p>
      <w:r>
        <w:t>25. «Так Господь поступил со мной в эти дни, когда обратил на меня внимание и снял мой позор среди людей».</w:t>
      </w:r>
    </w:p>
    <w:p>
      <w:r>
        <w:t>26. В шестой месяц ангел Гавриил был послан Богом в галилейский город по имени Назарет</w:t>
      </w:r>
    </w:p>
    <w:p>
      <w:r>
        <w:t>27. к деве, обручённой с мужчиной по имени Иосиф из дома Давида. Имя девы было Мария.</w:t>
      </w:r>
    </w:p>
    <w:p>
      <w:r>
        <w:t>28. Войдя к ней, ангел сказал: «Радуйся, получившая благодать [κεχαριτωμένη]! Господь с тобой».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κεχαριτωμένη</w:t>
      </w:r>
      <w:r>
        <w:rPr>
          <w:sz w:val="20"/>
        </w:rPr>
        <w:t xml:space="preserve"> [kecharitōmenē]</w:t>
      </w:r>
      <w:r>
        <w:rPr>
          <w:sz w:val="20"/>
        </w:rPr>
        <w:br/>
        <w:t>Совершенный пассивный причастный оборот от χαριτόω: Мария — та, которой была дарована благодать/благоволение. Форма подчёркивает полученную благодать, а не делает её источником благодати.</w:t>
      </w:r>
    </w:p>
    <w:p>
      <w:r>
        <w:t>29. Она была сильно смущена этими словами и размышляла, что значит такое приветствие.</w:t>
      </w:r>
    </w:p>
    <w:p>
      <w:r>
        <w:t>30. Ангел сказал ей: «Не бойся, Мария, потому что ты обрела благодать у Бога.</w:t>
      </w:r>
    </w:p>
    <w:p>
      <w:r>
        <w:t>31. И вот, ты зачнёшь и родишь Сына и назовёшь Его Иисусом.</w:t>
      </w:r>
    </w:p>
    <w:p>
      <w:r>
        <w:t>32. Он будет велик и будет назван Сыном Всевышнего. Господь Бог даст Ему престол Его отца Давида.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δώσει αὐτῷ κύριος ὁ θεὸς τὸν θρόνον Δαυὶδ</w:t>
      </w:r>
      <w:r>
        <w:rPr>
          <w:sz w:val="20"/>
        </w:rPr>
        <w:t xml:space="preserve"> [dōsei autō kyrios ho theos ton thronon Dauid]</w:t>
      </w:r>
      <w:r>
        <w:rPr>
          <w:sz w:val="20"/>
        </w:rPr>
        <w:br/>
        <w:t>Обещание престола Давида формулирует царско-мессианскую линию и перекликается с заветом Давиду.</w:t>
      </w:r>
      <w:r>
        <w:rPr>
          <w:i/>
          <w:sz w:val="20"/>
        </w:rPr>
        <w:br/>
        <w:t xml:space="preserve">См.: </w:t>
      </w:r>
      <w:r>
        <w:rPr>
          <w:sz w:val="20"/>
        </w:rPr>
        <w:t>2 Цар 7:12–16, Ис 9:6–7</w:t>
      </w:r>
    </w:p>
    <w:p>
      <w:r>
        <w:t>33. Он будет царствовать над домом Иакова вовеки, и Его царству не будет конца».</w:t>
      </w:r>
    </w:p>
    <w:p>
      <w:r>
        <w:t>34. Мария сказала ангелу: «Как это будет, если я не знаю мужа?»</w:t>
      </w:r>
    </w:p>
    <w:p>
      <w:r>
        <w:t>35. Ангел ответил: «Святой Дух сойдёт на тебя, и сила Всевышнего осенит тебя. Поэтому и рождаемое Святое будет названо Сыном Божьим. [ἐπισκιάσει σοι — Глагол «осенит» используется для покрывающего присутствия; в греческой Библии он может вызывать ассоциацию с облаком…]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ἐπισκιάσει σοι</w:t>
      </w:r>
      <w:r>
        <w:rPr>
          <w:sz w:val="20"/>
        </w:rPr>
        <w:t xml:space="preserve"> [episkiasei soi]</w:t>
      </w:r>
      <w:r>
        <w:rPr>
          <w:sz w:val="20"/>
        </w:rPr>
        <w:br/>
        <w:t>Глагол «осенит» используется для покрывающего присутствия; в греческой Библии он может вызывать ассоциацию с облаком Божьего присутствия.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40:35</w:t>
      </w:r>
    </w:p>
    <w:p>
      <w:r>
        <w:t>36. И вот, твоя родственница Елисавета тоже зачала сына в старости; та, которую называли бесплодной, теперь на шестом месяце.</w:t>
      </w:r>
    </w:p>
    <w:p>
      <w:r>
        <w:t>37. Потому что для Бога нет ничего невозможного». [οὐκ ἀδυνατήσει παρὰ τοῦ θεοῦ πᾶν ῥῆμα — Буквально: «не окажется бессильным у Бога никакое слово»]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οὐκ ἀδυνατήσει παρὰ τοῦ θεοῦ πᾶν ῥῆμα</w:t>
      </w:r>
      <w:r>
        <w:rPr>
          <w:sz w:val="20"/>
        </w:rPr>
        <w:t xml:space="preserve"> [ouk adynatēsei para tou theou pan rhēma]</w:t>
      </w:r>
      <w:r>
        <w:rPr>
          <w:sz w:val="20"/>
        </w:rPr>
        <w:br/>
        <w:t>Буквально: «не окажется бессильным у Бога никакое слово». Это подчёркивает действенность Божьего обещания, а не только абстрактную возможность.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18:14</w:t>
      </w:r>
    </w:p>
    <w:p>
      <w:r>
        <w:t>38. Мария сказала: «Вот служительница Господа. Пусть будет со мной по твоему слову». И ангел ушёл от неё. [ἰδοὺ ἡ δούλη κυρίου — буквально «рабыня/служительница»]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ἰδοὺ ἡ δούλη κυρίου</w:t>
      </w:r>
      <w:r>
        <w:rPr>
          <w:sz w:val="20"/>
        </w:rPr>
        <w:t xml:space="preserve"> [idou hē doulē kyriou]</w:t>
      </w:r>
      <w:r>
        <w:rPr>
          <w:sz w:val="20"/>
        </w:rPr>
        <w:br/>
        <w:t>δούλη буквально означает «рабыня/служительница». Ответ Марии выражает добровольное подчинение слову Господа.</w:t>
      </w:r>
    </w:p>
    <w:p>
      <w:r>
        <w:t>39. В те дни Мария собралась и поспешно отправилась в горную область, в один из городов Иудеи.</w:t>
      </w:r>
    </w:p>
    <w:p>
      <w:r>
        <w:t>40. Она вошла в дом Захарии и приветствовала Елисавету.</w:t>
      </w:r>
    </w:p>
    <w:p>
      <w:r>
        <w:t>41. Когда Елисавета услышала приветствие Марии, ребёнок в её утробе взыграл, и Елисавета исполнилась Святого Духа. [ἐπλήσθη πνεύματος ἁγίου — Лука прямо говорит, что Елисавета исполнилась Святого Духа; последующая речь представлена как результат этого исполнения]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ἐπλήσθη πνεύματος ἁγίου</w:t>
      </w:r>
      <w:r>
        <w:rPr>
          <w:sz w:val="20"/>
        </w:rPr>
        <w:t xml:space="preserve"> [eplēsthē pneumatos hagiou]</w:t>
      </w:r>
      <w:r>
        <w:rPr>
          <w:sz w:val="20"/>
        </w:rPr>
        <w:br/>
        <w:t>Лука прямо говорит, что Елисавета исполнилась Святого Духа; последующая речь представлена как результат этого исполнения.</w:t>
      </w:r>
    </w:p>
    <w:p>
      <w:r>
        <w:t>42. Она громко воскликнула: «Благословенна ты среди женщин, и благословен плод твоей утробы!</w:t>
      </w:r>
    </w:p>
    <w:p>
      <w:r>
        <w:t>43. И почему мне дано, что мать моего Господа пришла ко мне?</w:t>
      </w:r>
    </w:p>
    <w:p>
      <w:r>
        <w:t>44. Ведь как только звук твоего приветствия достиг моих ушей, ребёнок в моей утробе взыграл от радости.</w:t>
      </w:r>
    </w:p>
    <w:p>
      <w:r>
        <w:t>45. И блаженна поверившая, потому что исполнится сказанное ей от Господа». [μακαρία ἡ πιστεύσασα — Блаженство связано с тем, что Мария поверила обещанному ей от Господа; акцент стиха — на вере в исполнение Божьего слова]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μακαρία ἡ πιστεύσασα</w:t>
      </w:r>
      <w:r>
        <w:rPr>
          <w:sz w:val="20"/>
        </w:rPr>
        <w:t xml:space="preserve"> [makaria hē pisteusasa]</w:t>
      </w:r>
      <w:r>
        <w:rPr>
          <w:sz w:val="20"/>
        </w:rPr>
        <w:br/>
        <w:t>Блаженство связано с тем, что Мария поверила обещанному ей от Господа; акцент стиха — на вере в исполнение Божьего слова.</w:t>
      </w:r>
    </w:p>
    <w:p>
      <w:r>
        <w:t>46. И Мария сказала: «Моя душа возвеличивает Господа,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Песнь Марии насыщена языком Псалмов и особенно перекликается с песнью Анны; Лука строит рассказ о рождении в библейской манере.</w:t>
      </w:r>
      <w:r>
        <w:rPr>
          <w:i/>
          <w:sz w:val="20"/>
        </w:rPr>
        <w:br/>
        <w:t xml:space="preserve">См.: </w:t>
      </w:r>
      <w:r>
        <w:rPr>
          <w:sz w:val="20"/>
        </w:rPr>
        <w:t>1 Цар 2:1–10</w:t>
      </w:r>
    </w:p>
    <w:p>
      <w:r>
        <w:t>47. и мой дух радуется о Боге, моём Спасителе,</w:t>
      </w:r>
    </w:p>
    <w:p>
      <w:r>
        <w:t>48. потому что Он обратил внимание на смиренное положение Своей служительницы. Отныне все поколения будут называть меня блаженной,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ταπείνωσις</w:t>
      </w:r>
      <w:r>
        <w:rPr>
          <w:sz w:val="20"/>
        </w:rPr>
        <w:t xml:space="preserve"> [tapeinōsis]</w:t>
      </w:r>
      <w:r>
        <w:rPr>
          <w:sz w:val="20"/>
        </w:rPr>
        <w:br/>
        <w:t>Слово обозначает низкое, смиренное положение или униженность; здесь естественнее слышать социально-экзистенциальную низость положения, а не утверждение о личной добродетели «смирения».</w:t>
      </w:r>
    </w:p>
    <w:p>
      <w:r>
        <w:t>49. потому что Всемогущий совершил для меня великое. Свято Его имя.</w:t>
      </w:r>
    </w:p>
    <w:p>
      <w:r>
        <w:t>50. Его милость — из поколения в поколение к боящимся Его.</w:t>
      </w:r>
    </w:p>
    <w:p>
      <w:r>
        <w:t>51. Он явил силу Своей рукой: рассеял гордых в помышлениях их сердец.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Аористы в 1:51–55 изображают Божьи действия как настолько надёжные и определяющие историю, что они воспеваются как совершённые.</w:t>
      </w:r>
    </w:p>
    <w:p>
      <w:r>
        <w:t>52. Низложил властителей с престолов и возвысил смиренных.</w:t>
      </w:r>
    </w:p>
    <w:p>
      <w:r>
        <w:t>53. Голодных насытил благами, а богатых отпустил ни с чем.</w:t>
      </w:r>
    </w:p>
    <w:p>
      <w:r>
        <w:t>54. Он поддержал Израиль, Своего слугу, вспомнив о милости,</w:t>
      </w:r>
    </w:p>
    <w:p>
      <w:r>
        <w:t>55. как говорил нашим отцам, Аврааму и его потомству навеки».</w:t>
      </w:r>
    </w:p>
    <w:p>
      <w:r>
        <w:t>56. Мария оставалась с Елисаветой около трёх месяцев, а затем вернулась домой.</w:t>
      </w:r>
    </w:p>
    <w:p>
      <w:r>
        <w:t>57. Елисавете пришло время родить, и она родила сына.</w:t>
      </w:r>
    </w:p>
    <w:p>
      <w:r>
        <w:t>58. Её соседи и родственники услышали, что Господь проявил к ней великую милость, и радовались вместе с ней.</w:t>
      </w:r>
    </w:p>
    <w:p>
      <w:r>
        <w:t>59. На восьмой день они пришли обрезать ребёнка и хотели назвать его Захарией, по имени отца.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sz w:val="20"/>
        </w:rPr>
        <w:br/>
        <w:t>Обрезание на восьмой день следует заветному предписанию; наречение имени в этой сцене соединено с событием обрезания.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17:12, Лев 12:3</w:t>
      </w:r>
    </w:p>
    <w:p>
      <w:r>
        <w:t>60. Но его мать сказала: «Нет. Его будут звать Иоанн».</w:t>
      </w:r>
    </w:p>
    <w:p>
      <w:r>
        <w:t>61. Ей сказали: «Среди твоих родственников нет никого с таким именем».</w:t>
      </w:r>
    </w:p>
    <w:p>
      <w:r>
        <w:t>62. И знаками спросили отца, как он хочет назвать ребёнка.</w:t>
      </w:r>
    </w:p>
    <w:p>
      <w:r>
        <w:t>63. Он попросил табличку и написал: «Его имя — Иоанн». И все удивились. [Ἰωάννης ἐστὶν ὄνομα αὐτοῦ — Захария пишет не «пусть будет Иоанн», а буквально «Иоанн есть имя его», подтверждая уже данное Богом имя]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Ἰωάννης ἐστὶν ὄνομα αὐτοῦ</w:t>
      </w:r>
      <w:r>
        <w:rPr>
          <w:sz w:val="20"/>
        </w:rPr>
        <w:t xml:space="preserve"> [Iōannēs estin onoma autou]</w:t>
      </w:r>
      <w:r>
        <w:rPr>
          <w:sz w:val="20"/>
        </w:rPr>
        <w:br/>
        <w:t>Захария пишет не «пусть будет Иоанн», а буквально «Иоанн есть имя его», подтверждая уже данное Богом имя.</w:t>
      </w:r>
    </w:p>
    <w:p>
      <w:r>
        <w:t>64. И сразу открылись его уста и освободился язык; он заговорил, благословляя Бога.</w:t>
      </w:r>
    </w:p>
    <w:p>
      <w:r>
        <w:t>65. Страх охватил всех соседей, и обо всём этом стали говорить по всей горной области Иудеи.</w:t>
      </w:r>
    </w:p>
    <w:p>
      <w:r>
        <w:t>66. Все слышавшие сохраняли это в сердце и спрашивали: «Кем же станет этот ребёнок?» Потому что рука Господа была с ним.</w:t>
      </w:r>
    </w:p>
    <w:p>
      <w:r>
        <w:t>67. Его отец Захария исполнился Святого Духа и пророчествовал:</w:t>
      </w:r>
    </w:p>
    <w:p>
      <w:pPr>
        <w:ind w:left="360"/>
      </w:pPr>
      <w:r>
        <w:rPr>
          <w:b/>
          <w:sz w:val="20"/>
        </w:rPr>
        <w:t>Лексика</w:t>
      </w:r>
      <w:r>
        <w:rPr>
          <w:sz w:val="20"/>
        </w:rPr>
        <w:br/>
        <w:t>В отличие от песни Марии, здесь Лука прямо вводит речь формулой «исполнился Святого Духа и пророчествовал».</w:t>
      </w:r>
    </w:p>
    <w:p>
      <w:r>
        <w:t>68. «Благословен Господь, Бог Израиля, потому что Он посетил Свой народ и совершил для него избавление.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ἐπεσκέψατο ... καὶ ἐποίησεν λύτρωσιν</w:t>
      </w:r>
      <w:r>
        <w:rPr>
          <w:sz w:val="20"/>
        </w:rPr>
        <w:t xml:space="preserve"> [epeskepsato ... kai epoiēsen lytrōsin]</w:t>
      </w:r>
      <w:r>
        <w:rPr>
          <w:sz w:val="20"/>
        </w:rPr>
        <w:br/>
        <w:t>«Посетил» и «совершил избавление» — язык Божьего спасительного вмешательства; песнь говорит о ещё разворачивающихся событиях как о начавшемся Божьем избавлении.</w:t>
      </w:r>
    </w:p>
    <w:p>
      <w:r>
        <w:t>69. Он воздвиг для нас могущественного Спасителя [букв. «рог спасения»] в доме Давида, Своего слуги,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κέρας σωτηρίας</w:t>
      </w:r>
      <w:r>
        <w:rPr>
          <w:sz w:val="20"/>
        </w:rPr>
        <w:t xml:space="preserve"> [keras sōtērias]</w:t>
      </w:r>
      <w:r>
        <w:rPr>
          <w:sz w:val="20"/>
        </w:rPr>
        <w:br/>
        <w:t>Буквально «рог спасения». В библейской поэзии рог — образ силы; поэтому смысл — могущественный Спаситель/сильное спасение.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18:2</w:t>
      </w:r>
    </w:p>
    <w:p>
      <w:r>
        <w:t>70. как говорил издавна устами Своих святых пророков:</w:t>
      </w:r>
    </w:p>
    <w:p>
      <w:r>
        <w:t>71. спасение от наших врагов и от руки всех ненавидящих нас,</w:t>
      </w:r>
    </w:p>
    <w:p>
      <w:r>
        <w:t>72. чтобы проявить милость к нашим отцам и вспомнить Свой святой завет,</w:t>
      </w:r>
    </w:p>
    <w:p>
      <w:pPr>
        <w:ind w:left="360"/>
      </w:pPr>
      <w:r>
        <w:rPr>
          <w:b/>
          <w:sz w:val="20"/>
        </w:rPr>
        <w:t>Завет</w:t>
      </w:r>
      <w:r>
        <w:rPr>
          <w:sz w:val="20"/>
        </w:rPr>
        <w:br/>
        <w:t>Песнь связывает грядущее спасение с верностью Бога завету и обещанию Аврааму, помещая историю Иисуса и Иоанна внутри единой линии Божьих обещаний.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22:16–18</w:t>
      </w:r>
    </w:p>
    <w:p>
      <w:r>
        <w:t>73. клятву, которую Он дал нашему отцу Аврааму:</w:t>
      </w:r>
    </w:p>
    <w:p>
      <w:r>
        <w:t>74. избавив нас от руки врагов, дать нам служить Ему без страха,</w:t>
      </w:r>
    </w:p>
    <w:p>
      <w:r>
        <w:t>75. в святости и праведности перед Ним во все наши дни.</w:t>
      </w:r>
    </w:p>
    <w:p>
      <w:r>
        <w:t>76. И ты, ребёнок, будешь назван пророком Всевышнего, потому что пойдёшь перед Господом приготовить Ему пути,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sz w:val="20"/>
        </w:rPr>
        <w:br/>
        <w:t>Слова о приготовлении путей Господу соединяют миссию Иоанна с образом предвестника из Исаии и Малахии.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40:3, Мал 3:1</w:t>
      </w:r>
    </w:p>
    <w:p>
      <w:r>
        <w:t>77. чтобы дать Его народу познание спасения через прощение их грехов,</w:t>
      </w:r>
    </w:p>
    <w:p>
      <w:r>
        <w:t>78. по глубокой милости нашего Бога, благодаря которой нас посетит восходящий Свет [ἀνατολή] с высоты,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ἀνατολὴ ἐξ ὕψους</w:t>
      </w:r>
      <w:r>
        <w:rPr>
          <w:sz w:val="20"/>
        </w:rPr>
        <w:t xml:space="preserve"> [anatolē ex hypsous]</w:t>
      </w:r>
      <w:r>
        <w:rPr>
          <w:sz w:val="20"/>
        </w:rPr>
        <w:br/>
        <w:t>ἀνατολή может обозначать восход светила и также «росток». В контексте света 1:79 естествен образ рассвета, при возможном мессианском эхе «Ростка».</w:t>
      </w:r>
      <w:r>
        <w:rPr>
          <w:i/>
          <w:sz w:val="20"/>
        </w:rPr>
        <w:br/>
        <w:t xml:space="preserve">См.: </w:t>
      </w:r>
      <w:r>
        <w:rPr>
          <w:sz w:val="20"/>
        </w:rPr>
        <w:t>Зах 3:8, Зах 6:12</w:t>
      </w:r>
    </w:p>
    <w:p>
      <w:r>
        <w:t>79. чтобы осветить сидящих во тьме и тени смерти и направить наши ноги на путь мира».</w:t>
      </w:r>
    </w:p>
    <w:p>
      <w:r>
        <w:t>80. Ребёнок рос и укреплялся духом. Он жил в пустынных местах до дня своего явления Израилю.</w:t>
      </w:r>
    </w:p>
    <w:p>
      <w:pPr>
        <w:pStyle w:val="Heading2"/>
      </w:pPr>
      <w:r>
        <w:t>Глава 2</w:t>
      </w:r>
    </w:p>
    <w:p>
      <w:r>
        <w:t>1. В те дни вышел указ кесаря Августа провести перепись по всей земле.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πᾶσαν τὴν οἰκουμένην</w:t>
      </w:r>
      <w:r>
        <w:rPr>
          <w:sz w:val="20"/>
        </w:rPr>
        <w:t xml:space="preserve"> [pasan tēn oikoumenēn]</w:t>
      </w:r>
      <w:r>
        <w:rPr>
          <w:sz w:val="20"/>
        </w:rPr>
        <w:br/>
        <w:t>οἰκουμένη в имперском контексте означает обитаемый/римский мир, а не обязательно всю планету в современном географическом смысле.</w:t>
      </w:r>
    </w:p>
    <w:p>
      <w:r>
        <w:t>2. Эта первая перепись произошла, когда Сирией управлял Квириний.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sz w:val="20"/>
        </w:rPr>
        <w:br/>
        <w:t>Греческое предложение связывает перепись с Квиринием. Хронологическая дискуссия о его управлении Сирией относится к исторической реконструкции и не устраняется переводческой перефразировкой.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Перевод греческой формы «эта перепись была первой, когда Сирией управлял Квириний» ясен. Историко-хронологическая проблема связи Квириния с переписью относится к историческому комментарию, а не к неопределённости самого русского перевода.</w:t>
      </w:r>
    </w:p>
    <w:p>
      <w:r>
        <w:t>3. И все отправились записываться — каждый в свой город.</w:t>
      </w:r>
    </w:p>
    <w:p>
      <w:r>
        <w:t>4. Иосиф тоже пошёл из Галилеи, из города Назарета, в Иудею, в город Давида, называемый Вифлеемом, потому что он был из дома и рода Давида,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sz w:val="20"/>
        </w:rPr>
        <w:br/>
        <w:t>Лука подчёркивает Давидову линию Иосифа и Вифлеем как «город Давида», подготавливая титул Спасителя/Христа в 2:11.</w:t>
      </w:r>
    </w:p>
    <w:p>
      <w:r>
        <w:t>5. чтобы записаться вместе с Марией, обручённой с ним и ожидавшей ребёнка.</w:t>
      </w:r>
    </w:p>
    <w:p>
      <w:r>
        <w:t>6. Пока они были там, наступило время ей родить.</w:t>
      </w:r>
    </w:p>
    <w:p>
      <w:r>
        <w:t>7. Она родила своего первенца-Сына, завернула Его в пелены и положила в кормушку для животных, потому что для них не было места в гостевой комнате [κατάλυμα].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κατάλυμα</w:t>
      </w:r>
      <w:r>
        <w:rPr>
          <w:sz w:val="20"/>
        </w:rPr>
        <w:t xml:space="preserve"> [katalyma]</w:t>
      </w:r>
      <w:r>
        <w:rPr>
          <w:sz w:val="20"/>
        </w:rPr>
        <w:br/>
        <w:t>κατάλυμα здесь естественно обозначает гостевое помещение/комнату для размещения. Лука использует другое слово для постоялого двора в притче о самарянине.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10:34, Лк 22:11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φάτνη</w:t>
      </w:r>
      <w:r>
        <w:rPr>
          <w:sz w:val="20"/>
        </w:rPr>
        <w:t xml:space="preserve"> [phatnē]</w:t>
      </w:r>
      <w:r>
        <w:rPr>
          <w:sz w:val="20"/>
        </w:rPr>
        <w:br/>
        <w:t>φάτνη — кормушка/ясли для животных. Сам текст не говорит, что рождение произошло в отдельном деревянном хлеву.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κατάλυμα — гостевая комната/помещение для размещения, не коммерческая гостиница. «Гостевая комната» согласуется и с Лк 22:11.</w:t>
      </w:r>
    </w:p>
    <w:p>
      <w:r>
        <w:t>8. В той местности были пастухи, которые жили под открытым небом и ночью стерегли свои стада.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sz w:val="20"/>
        </w:rPr>
        <w:br/>
        <w:t>Текст сообщает, что пастухи находились в той местности и ночевали под открытым небом со стадом; точное время года из этого стиха само по себе не выводится.</w:t>
      </w:r>
    </w:p>
    <w:p>
      <w:r>
        <w:t>9. И вот, перед ними предстал ангел Господа, и слава Господа озарила их. Они очень испугались.</w:t>
      </w:r>
    </w:p>
    <w:p>
      <w:r>
        <w:t>10. Но ангел сказал: «Не бойтесь. Вот, я благовествую вам великую радость, которая будет для всего народа: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εὐαγγελίζομαι ... χαρὰν μεγάλην</w:t>
      </w:r>
      <w:r>
        <w:rPr>
          <w:sz w:val="20"/>
        </w:rPr>
        <w:t xml:space="preserve"> [euangelizomai ... charan megalēn]</w:t>
      </w:r>
      <w:r>
        <w:rPr>
          <w:sz w:val="20"/>
        </w:rPr>
        <w:br/>
        <w:t>Ангел буквально «благовествует» великую радость; здесь звучит ключевой для Луки язык благой вести.</w:t>
      </w:r>
    </w:p>
    <w:p>
      <w:r>
        <w:t>11. сегодня в городе Давида родился для вас Спаситель — Христос Господь.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σωτήρ ... χριστὸς κύριος</w:t>
      </w:r>
      <w:r>
        <w:rPr>
          <w:sz w:val="20"/>
        </w:rPr>
        <w:t xml:space="preserve"> [sōtēr ... christos kyrios]</w:t>
      </w:r>
      <w:r>
        <w:rPr>
          <w:sz w:val="20"/>
        </w:rPr>
        <w:br/>
        <w:t>В одном предложении ребёнок назван Спасителем, Христом и Господом — чрезвычайно плотная христологическая формула.</w:t>
      </w:r>
    </w:p>
    <w:p>
      <w:r>
        <w:t>12. И вот вам знак: вы найдёте Младенца, завернутого в пелены и лежащего в кормушке».</w:t>
      </w:r>
    </w:p>
    <w:p>
      <w:r>
        <w:t>13. И внезапно с ангелом появилось множество небесного воинства [στρατιά], славившего Бога: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στρατιᾶς οὐρανίου</w:t>
      </w:r>
      <w:r>
        <w:rPr>
          <w:sz w:val="20"/>
        </w:rPr>
        <w:t xml:space="preserve"> [stratias ouraniou]</w:t>
      </w:r>
      <w:r>
        <w:rPr>
          <w:sz w:val="20"/>
        </w:rPr>
        <w:br/>
        <w:t>Буквально «небесное войско». Сцена описывает не просто хор, а множество небесного воинства, которое славит Бога.</w:t>
      </w:r>
    </w:p>
    <w:p>
      <w:r>
        <w:t>14. «Слава Богу в вышних и на земле мир среди людей Его благоволения!» [ἐν ἀνθρώποις εὐδοκίας — Критическое чтение имеет родительный εὐδοκίας: «среди людей благоволения», то есть людей, на которых покоится Божье…]</w:t>
      </w:r>
    </w:p>
    <w:p>
      <w:pPr>
        <w:ind w:left="360"/>
      </w:pPr>
      <w:r>
        <w:rPr>
          <w:b/>
          <w:sz w:val="20"/>
        </w:rPr>
        <w:t>Текст</w:t>
      </w:r>
      <w:r>
        <w:rPr>
          <w:i/>
          <w:sz w:val="20"/>
        </w:rPr>
        <w:t xml:space="preserve"> ἐν ἀνθρώποις εὐδοκίας</w:t>
      </w:r>
      <w:r>
        <w:rPr>
          <w:sz w:val="20"/>
        </w:rPr>
        <w:t xml:space="preserve"> [en anthrōpois eudokias]</w:t>
      </w:r>
      <w:r>
        <w:rPr>
          <w:sz w:val="20"/>
        </w:rPr>
        <w:br/>
        <w:t>Критическое чтение имеет родительный εὐδοκίας: «среди людей благоволения», то есть людей, на которых покоится Божье благоволение. Традиционное εὐδοκία даёт иной синтаксис.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εὐδοκίας — родительный падеж: буквально «людей благоволения». Основной текст сохраняет грамматику без превращения её в позднее εὐδοκία «добрая воля».</w:t>
      </w:r>
    </w:p>
    <w:p>
      <w:r>
        <w:t>15. Когда ангелы ушли от них на небо, пастухи сказали друг другу: «Пойдём в Вифлеем и посмотрим, что произошло, о чём Господь сообщил нам».</w:t>
      </w:r>
    </w:p>
    <w:p>
      <w:r>
        <w:t>16. Они поспешили и нашли Марию, Иосифа и Младенца, лежащего в кормушке.</w:t>
      </w:r>
    </w:p>
    <w:p>
      <w:r>
        <w:t>17. Увидев Его, они рассказали о слове, которое было сказано им об этом Ребёнке.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Пастухи становятся первыми распространителями полученного откровения о Ребёнке; Лука подчёркивает цепочку «услышали — увидели — рассказали».</w:t>
      </w:r>
    </w:p>
    <w:p>
      <w:r>
        <w:t>18. И все слышавшие удивлялись тому, что рассказывали им пастухи.</w:t>
      </w:r>
    </w:p>
    <w:p>
      <w:r>
        <w:t>19. А Мария сохраняла все эти слова, размышляя о них в своём сердце. [συμβάλλουσα — может означать сопоставлять, соединять, обдумывать их вместе в сердце]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συμβάλλουσα</w:t>
      </w:r>
      <w:r>
        <w:rPr>
          <w:sz w:val="20"/>
        </w:rPr>
        <w:t xml:space="preserve"> [symballousa]</w:t>
      </w:r>
      <w:r>
        <w:rPr>
          <w:sz w:val="20"/>
        </w:rPr>
        <w:br/>
        <w:t>Мария не просто «помнит» события: причастие может означать сопоставлять, соединять, обдумывать их вместе в сердце.</w:t>
      </w:r>
    </w:p>
    <w:p>
      <w:r>
        <w:t>20. Пастухи вернулись, прославляя и хваля Бога за всё, что услышали и увидели: всё было так, как им было сказано.</w:t>
      </w:r>
    </w:p>
    <w:p>
      <w:r>
        <w:t>21. Когда исполнилось восемь дней и пришло время обрезать Ребёнка, Ему дали имя Иисус — имя, которое ангел назвал ещё до Его зачатия.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sz w:val="20"/>
        </w:rPr>
        <w:br/>
        <w:t>Обрезание на восьмой день и наречение имени помещают Иисуса внутри заветной жизни Израиля; имя дано по ангельскому повелению ещё до зачатия.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12:3, Лк 1:31</w:t>
      </w:r>
    </w:p>
    <w:p>
      <w:r>
        <w:t>22. Когда исполнились дни их очищения по Закону Моисея, они принесли Его в Иерусалим, чтобы представить Господу,</w:t>
      </w:r>
    </w:p>
    <w:p>
      <w:pPr>
        <w:ind w:left="360"/>
      </w:pPr>
      <w:r>
        <w:rPr>
          <w:b/>
          <w:sz w:val="20"/>
        </w:rPr>
        <w:t>Текст</w:t>
      </w:r>
      <w:r>
        <w:rPr>
          <w:i/>
          <w:sz w:val="20"/>
        </w:rPr>
        <w:t xml:space="preserve"> τοῦ καθαρισμοῦ αὐτῶν</w:t>
      </w:r>
      <w:r>
        <w:rPr>
          <w:sz w:val="20"/>
        </w:rPr>
        <w:t xml:space="preserve"> [tou katharismou autōn]</w:t>
      </w:r>
      <w:r>
        <w:rPr>
          <w:sz w:val="20"/>
        </w:rPr>
        <w:br/>
        <w:t>Критический текст буквально имеет «их очищения». Лука сохраняет множественное местоимение; перевод не должен молча исправлять его на «её».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12:1–8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αὐτῶν буквально «их очищения». Лука сохраняет множественное местоимение; перевод не исправляет его под Лев 12 и оставляет историко-ритуальное объяснение комментарию.</w:t>
      </w:r>
    </w:p>
    <w:p>
      <w:r>
        <w:t>23. как написано в Законе Господа: «Всякий первенец мужского пола будет посвящён Господу»,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Формула о первенце опирается на закон посвящения Господу каждого первенца мужского пола.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13:2, Исх 13:12</w:t>
      </w:r>
    </w:p>
    <w:p>
      <w:r>
        <w:t>24. и принести жертву, как сказано в Законе Господа: «пару горлиц или двух молодых голубей».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sz w:val="20"/>
        </w:rPr>
        <w:br/>
        <w:t>Жертва пары птиц соответствует предусмотренной Законом жертве для семьи, не приносящей ягнёнка.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12:8</w:t>
      </w:r>
    </w:p>
    <w:p>
      <w:r>
        <w:t>25. В Иерусалиме жил человек по имени Симеон. Он был праведен и благочестив, ожидал утешения Израиля, и Святой Дух был на нём. [προσδεχόμενος παράκλησιν τοῦ Ἰσραήλ — Симеон ждёт «утешения Израиля» — выражение связано с пророческой надеждой на восстановление и спасение народа]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προσδεχόμενος παράκλησιν τοῦ Ἰσραήλ</w:t>
      </w:r>
      <w:r>
        <w:rPr>
          <w:sz w:val="20"/>
        </w:rPr>
        <w:t xml:space="preserve"> [prosdechomenos paraklēsin tou Israēl]</w:t>
      </w:r>
      <w:r>
        <w:rPr>
          <w:sz w:val="20"/>
        </w:rPr>
        <w:br/>
        <w:t>Симеон ждёт «утешения Израиля» — выражение связано с пророческой надеждой на восстановление и спасение народа.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40:1</w:t>
      </w:r>
    </w:p>
    <w:p>
      <w:r>
        <w:t>26. Святым Духом ему было открыто, что он не увидит смерти, пока не увидит Христа Господа. [τὸν χριστὸν κυρίου — Буквально «Христа/Помазанника Господа»]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τὸν χριστὸν κυρίου</w:t>
      </w:r>
      <w:r>
        <w:rPr>
          <w:sz w:val="20"/>
        </w:rPr>
        <w:t xml:space="preserve"> [ton christon kyriou]</w:t>
      </w:r>
      <w:r>
        <w:rPr>
          <w:sz w:val="20"/>
        </w:rPr>
        <w:br/>
        <w:t>Буквально «Христа/Помазанника Господа». Симеону обещано увидеть Мессию прежде смерти.</w:t>
      </w:r>
    </w:p>
    <w:p>
      <w:r>
        <w:t>27. По побуждению Духа он пришёл в храм. Когда родители внесли Младенца Иисуса, чтобы исполнить над Ним обычай Закона,</w:t>
      </w:r>
    </w:p>
    <w:p>
      <w:r>
        <w:t>28. Симеон взял Его на руки, благословил Бога и сказал:</w:t>
      </w:r>
    </w:p>
    <w:p>
      <w:r>
        <w:t>29. «Теперь Ты отпускаешь Своего слугу с миром, Владыка, по Твоему слову,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Песнь Симеона традиционно известна как Nunc Dimittis по началу латинского перевода; сам текст представляет спокойное завершение ожидания после исполнения Божьего слова.</w:t>
      </w:r>
    </w:p>
    <w:p>
      <w:r>
        <w:t>30. потому что мои глаза увидели Твоё спасение,</w:t>
      </w:r>
    </w:p>
    <w:p>
      <w:r>
        <w:t>31. которое Ты приготовил перед лицом всех народов:</w:t>
      </w:r>
    </w:p>
    <w:p>
      <w:r>
        <w:t>32. свет для откровения народам и славу Твоего народа Израиля».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sz w:val="20"/>
        </w:rPr>
        <w:br/>
        <w:t>«Свет для откровения народам» продолжает линию Исайи о Слуге как свете для народов, а спасение одновременно названо славой Израиля.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42:6, Ис 49:6</w:t>
      </w:r>
    </w:p>
    <w:p>
      <w:r>
        <w:t>33. Его отец и мать удивлялись сказанному о Нём.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Основной критический текст читает «его отец и мать». Позднее «Иосиф и мать» — гармонизирующее изменение. Основной перевод принят.</w:t>
      </w:r>
    </w:p>
    <w:p>
      <w:r>
        <w:t>34. Симеон благословил их и сказал Марии, Его матери: «Вот, Он предназначен для падения и восстания многих в Израиле и как знак, которому будут противоречить,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sz w:val="20"/>
        </w:rPr>
        <w:br/>
        <w:t>Иисус становится точкой разделения: один и тот же посланный Богом Мессия связан и с падением, и с восстанием многих, а также со знаком, которому противоречат.</w:t>
      </w:r>
    </w:p>
    <w:p>
      <w:r>
        <w:t>35. и твою собственную душу пронзит меч, — чтобы открылись мысли многих сердец».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Образ меча относится к Марии и вплетён в тему раскрытия сердец; Лука не поясняет здесь, является ли это конкретным пророчеством одного будущего эпизода или образом глубокой боли.</w:t>
      </w:r>
    </w:p>
    <w:p>
      <w:r>
        <w:t>36. Там была и пророчица Анна, дочь Фануила, из племени Асира. Она была уже очень пожилая. После замужества она прожила с мужем семь лет,</w:t>
      </w:r>
    </w:p>
    <w:p>
      <w:pPr>
        <w:ind w:left="360"/>
      </w:pPr>
      <w:r>
        <w:rPr>
          <w:b/>
          <w:sz w:val="20"/>
        </w:rPr>
        <w:t>История</w:t>
      </w:r>
      <w:r>
        <w:rPr>
          <w:sz w:val="20"/>
        </w:rPr>
        <w:br/>
        <w:t>Лука прямо называет Анну пророчицей и даёт её родословную привязку к колену Асира.</w:t>
      </w:r>
    </w:p>
    <w:p>
      <w:r>
        <w:t>37. и затем была вдовой до восьмидесяти четырёх лет. Она не покидала храм, служа Богу постом и молитвами ночью и днём.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Фразу об «84 годах» можно грамматически понять как возраст Анны или как длительность вдовства; основной перевод выбирает естественное возрастное прочтение, альтернативу следует сохранять в примечании.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ἕως ἐτῶν ὀγδοήκοντα τεσσάρων естественнее читать как возраст 84 лет; альтернативное понимание «84 года вдовства» остаётся в примечании.</w:t>
      </w:r>
    </w:p>
    <w:p>
      <w:r>
        <w:t>38. Подойдя в тот же час, она благодарила Бога и говорила о Ребёнке всем, кто ожидал избавления Иерусалима. [λύτρωσιν Ἰερουσαλήμ — язык ожидаемого Божьего освобождения; Анна говорит о Ребёнке именно людям, живущим этой надеждой]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λύτρωσιν Ἰερουσαλήμ</w:t>
      </w:r>
      <w:r>
        <w:rPr>
          <w:sz w:val="20"/>
        </w:rPr>
        <w:t xml:space="preserve"> [lytrōsin Ierousalēm]</w:t>
      </w:r>
      <w:r>
        <w:rPr>
          <w:sz w:val="20"/>
        </w:rPr>
        <w:br/>
        <w:t>«Избавление Иерусалима» — язык ожидаемого Божьего освобождения; Анна говорит о Ребёнке именно людям, живущим этой надеждой.</w:t>
      </w:r>
    </w:p>
    <w:p>
      <w:r>
        <w:t>39. Когда они исполнили всё по Закону Господа, вернулись в Галилею, в свой город Назарет.</w:t>
      </w:r>
    </w:p>
    <w:p>
      <w:r>
        <w:t>40. Ребёнок рос, укреплялся и исполнялся мудростью, и благодать Божья была на Нём.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Стих суммирует рост Иисуса и образует параллель с 1:80 об Иоанне, но добавляет мудрость и Божью благодать.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1:80</w:t>
      </w:r>
    </w:p>
    <w:p>
      <w:r>
        <w:t>41. Его родители каждый год ходили в Иерусалим на праздник Пасхи.</w:t>
      </w:r>
    </w:p>
    <w:p>
      <w:r>
        <w:t>42. Когда Ему исполнилось двенадцать лет, они, по обычаю праздника, поднялись в Иерусалим.</w:t>
      </w:r>
    </w:p>
    <w:p>
      <w:r>
        <w:t>43. После окончания праздника они отправились обратно, а мальчик Иисус остался в Иерусалиме. Его родители этого не заметили.</w:t>
      </w:r>
    </w:p>
    <w:p>
      <w:r>
        <w:t>44. Думая, что Он идёт с группой путешественников, они прошли день пути, а затем стали искать Его среди родственников и знакомых.</w:t>
      </w:r>
    </w:p>
    <w:p>
      <w:r>
        <w:t>45. Не найдя, вернулись в Иерусалим искать Его.</w:t>
      </w:r>
    </w:p>
    <w:p>
      <w:r>
        <w:t>46. Через три дня они нашли Его в храме: Он сидел среди учителей, слушал их и задавал вопросы.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sz w:val="20"/>
        </w:rPr>
        <w:br/>
        <w:t>Иисус сидит среди учителей, слушает и задаёт вопросы — форма обучения через обсуждение. Текст не изображает двенадцатилетнего Иисуса как официального учителя, читающего им лекцию.</w:t>
      </w:r>
    </w:p>
    <w:p>
      <w:r>
        <w:t>47. Все слышавшие Его поражались Его пониманию и ответам.</w:t>
      </w:r>
    </w:p>
    <w:p>
      <w:r>
        <w:t>48. Увидев Его, родители были потрясены. Мать сказала: «Сын, почему Ты так поступил с нами? Вот, Твой отец и я с тревогой искали Тебя».</w:t>
      </w:r>
    </w:p>
    <w:p>
      <w:r>
        <w:t>49. Он ответил: «Зачем вы Меня искали? Разве вы не знали, что Мне нужно быть у Моего Отца?» [ἐν τοῖς τοῦ πατρός μου — буквально «в том, что принадлежит Моему Отцу / у Моего Отца» и шире, чем только «в доме Моего Отца»]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ἐν τοῖς τοῦ πατρός μου</w:t>
      </w:r>
      <w:r>
        <w:rPr>
          <w:sz w:val="20"/>
        </w:rPr>
        <w:t xml:space="preserve"> [en tois tou patros mou]</w:t>
      </w:r>
      <w:r>
        <w:rPr>
          <w:sz w:val="20"/>
        </w:rPr>
        <w:br/>
        <w:t>Выражение буквально означает «в том, что принадлежит Моему Отцу / у Моего Отца» и шире, чем только «в доме Моего Отца».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ἐν τοῖς τοῦ πατρός μου буквально «в том, что принадлежит Моему Отцу / у Моего Отца». Русское «быть у Моего Отца» сохраняет широту лучше, чем узкое «в доме».</w:t>
      </w:r>
    </w:p>
    <w:p>
      <w:r>
        <w:t>50. Но они не поняли слов, которые Он им сказал.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Лука прямо говорит, что родители не поняли сказанного. Это важный мотив постепенного понимания личности и миссии Иисуса.</w:t>
      </w:r>
    </w:p>
    <w:p>
      <w:r>
        <w:t>51. Он пошёл с ними, пришёл в Назарет и был послушен им. Его мать сохраняла все эти слова в своём сердце.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Несмотря на слова о Небесном Отце, Иисус возвращается с родителями и остаётся им послушен; Лука удерживает обе линии вместе.</w:t>
      </w:r>
    </w:p>
    <w:p>
      <w:r>
        <w:t>52. А Иисус возрастал в мудрости, возрасте и благоволении у Бога и людей.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Формула роста в мудрости и благоволении напоминает описание Самуила и завершает рассказ о детстве библейским языком.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1 Цар 2:26</w:t>
      </w:r>
    </w:p>
    <w:p>
      <w:pPr>
        <w:pStyle w:val="Heading2"/>
      </w:pPr>
      <w:r>
        <w:t>Глава 3</w:t>
      </w:r>
    </w:p>
    <w:p>
      <w:r>
        <w:t>1. В пятнадцатый год правления кесаря Тиверия, когда Понтий Пилат управлял Иудеей, Ирод был правителем Галилеи, его брат Филипп — правителем Итуреи и Трахонитской области, а Лисаний — правителем Авилинеи,</w:t>
      </w:r>
    </w:p>
    <w:p>
      <w:pPr>
        <w:ind w:left="360"/>
      </w:pPr>
      <w:r>
        <w:rPr>
          <w:b/>
          <w:sz w:val="20"/>
        </w:rPr>
        <w:t>История</w:t>
      </w:r>
      <w:r>
        <w:rPr>
          <w:sz w:val="20"/>
        </w:rPr>
        <w:br/>
        <w:t>Лука датирует начало служения Иоанна через сеть имперских и региональных правителей, помещая повествование в публичную историю.</w:t>
      </w:r>
    </w:p>
    <w:p>
      <w:r>
        <w:t>2. при первосвященниках Анне и Каиафе слово Божье пришло к Иоанну, сыну Захарии, в пустыне [пророческая формула].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ἐπὶ ἀρχιερέως Ἅννα καὶ Καϊάφα</w:t>
      </w:r>
      <w:r>
        <w:rPr>
          <w:sz w:val="20"/>
        </w:rPr>
        <w:t xml:space="preserve"> [epi archiereōs Hanna kai Kaiapha]</w:t>
      </w:r>
      <w:r>
        <w:rPr>
          <w:sz w:val="20"/>
        </w:rPr>
        <w:br/>
        <w:t>Формула называет Анну и Каиафу в первосвященническом контексте: Каиафа занимал должность, а Анна продолжал обладать значительным авторитетом.</w:t>
      </w:r>
    </w:p>
    <w:p>
      <w:pPr>
        <w:ind w:left="360"/>
      </w:pPr>
      <w:r>
        <w:rPr>
          <w:b/>
          <w:sz w:val="20"/>
        </w:rPr>
        <w:t>Пророчество</w:t>
      </w:r>
      <w:r>
        <w:rPr>
          <w:i/>
          <w:sz w:val="20"/>
        </w:rPr>
        <w:t xml:space="preserve"> ἐγένετο ῥῆμα θεοῦ ἐπὶ Ἰωάννην</w:t>
      </w:r>
      <w:r>
        <w:rPr>
          <w:sz w:val="20"/>
        </w:rPr>
        <w:t xml:space="preserve"> [egeneto rhēma theou epi Iōannēn]</w:t>
      </w:r>
      <w:r>
        <w:rPr>
          <w:sz w:val="20"/>
        </w:rPr>
        <w:br/>
        <w:t>«Слово Божье пришло к Иоанну» — классическая пророческая формула, представляющая Иоанна в линии ветхозаветных пророков.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Греческая формула исторически необычна, поскольку официально первосвященником был Каиафа, а Анна сохранял авторитет. Русский передаёт обоих без попытки исправить Луку.</w:t>
      </w:r>
    </w:p>
    <w:p>
      <w:r>
        <w:t>3. Он прошёл по всей окрестности Иордана, проповедуя крещение покаяния для прощения грехов,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βάπτισμα μετανοίας εἰς ἄφεσιν ἁμαρτιῶν</w:t>
      </w:r>
      <w:r>
        <w:rPr>
          <w:sz w:val="20"/>
        </w:rPr>
        <w:t xml:space="preserve"> [baptisma metanoias eis aphesin hamartiōn]</w:t>
      </w:r>
      <w:r>
        <w:rPr>
          <w:sz w:val="20"/>
        </w:rPr>
        <w:br/>
        <w:t>Иоанново крещение связано с покаянием и направлено к прощению грехов; ἄφεσις буквально несёт идею освобождения/отпущения.</w:t>
      </w:r>
    </w:p>
    <w:p>
      <w:r>
        <w:t>4. как написано в книге слов пророка Исаии: «Голос того, кто зовёт в пустыне: “Приготовьте путь Господу, сделайте прямыми Его дороги.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Лука цитирует Исаию 40 и продолжает дальше, чем Марк и Матфей, до универсального утверждения 3:6 о том, что «всякая плоть» увидит Божье спасение.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40:3–5</w:t>
      </w:r>
    </w:p>
    <w:p>
      <w:r>
        <w:t>5. Всякая долина наполнится, всякая гора и холм понизятся; кривое станет прямым, а неровные дороги — ровными.</w:t>
      </w:r>
    </w:p>
    <w:p>
      <w:r>
        <w:t>6. И всякая плоть увидит спасение Божье”».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Лука сохраняет универсальный горизонт Исаии: Божье спасение предназначено быть увиденным «всякой плотью», что предвосхищает дальнейшее движение Евангелия к народам.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40:5</w:t>
      </w:r>
    </w:p>
    <w:p>
      <w:r>
        <w:t>7. Иоанн говорил толпам, приходившим креститься у него: «Порождения змей! Кто предупредил вас бежать от грядущего гнева?</w:t>
      </w:r>
    </w:p>
    <w:p>
      <w:r>
        <w:t>8. Принесите плоды, соответствующие покаянию. И не начинайте говорить себе: “Наш отец — Авраам”. Говорю вам: Бог может из этих камней воздвигнуть детей Аврааму. [λίθων ... τέκνα — В греческом нет полноценной звуковой игры как в возможном арамейском фоне, но смысловой удар очевиден: происхождение от…]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λίθων ... τέκνα</w:t>
      </w:r>
      <w:r>
        <w:rPr>
          <w:sz w:val="20"/>
        </w:rPr>
        <w:t xml:space="preserve"> [lithōn ... tekna]</w:t>
      </w:r>
      <w:r>
        <w:rPr>
          <w:sz w:val="20"/>
        </w:rPr>
        <w:br/>
        <w:t>В греческом нет полноценной звуковой игры как в возможном арамейском фоне, но смысловой удар очевиден: происхождение от Авраама не заменяет плода покаяния; Бог не зависит от естественной родословной.</w:t>
      </w:r>
    </w:p>
    <w:p>
      <w:r>
        <w:t>9. Уже и топор лежит у корня деревьев: всякое дерево, не приносящее доброго плода, срубают и бросают в огонь».</w:t>
      </w:r>
    </w:p>
    <w:p>
      <w:r>
        <w:t>10. Толпы спрашивали его: «Что же нам делать?»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Трижды повторяемый вопрос «что нам делать?» переводит покаяние из абстракции в конкретные этические действия.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3:10, Лк 3:12, Лк 3:14</w:t>
      </w:r>
    </w:p>
    <w:p>
      <w:r>
        <w:t>11. Он отвечал: «У кого две одежды, пусть поделится с тем, у кого нет; и у кого есть пища, пусть делает так же».</w:t>
      </w:r>
    </w:p>
    <w:p>
      <w:pPr>
        <w:ind w:left="360"/>
      </w:pPr>
      <w:r>
        <w:rPr>
          <w:b/>
          <w:sz w:val="20"/>
        </w:rPr>
        <w:t>Этика</w:t>
      </w:r>
      <w:r>
        <w:rPr>
          <w:sz w:val="20"/>
        </w:rPr>
        <w:br/>
        <w:t>Первый пример плода покаяния — практическое деление одеждой и пищей с нуждающимся.</w:t>
      </w:r>
    </w:p>
    <w:p>
      <w:r>
        <w:t>12. Пришли креститься и сборщики пошлин и спросили: «Учитель, что нам делать?»</w:t>
      </w:r>
    </w:p>
    <w:p>
      <w:r>
        <w:t>13. Он сказал им: «Не берите больше положенного вам».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sz w:val="20"/>
        </w:rPr>
        <w:br/>
        <w:t>Иоанн не требует от сборщиков пошлин оставить профессию; он запрещает взыскивать сверх установленного.</w:t>
      </w:r>
    </w:p>
    <w:p>
      <w:r>
        <w:t>14. Спрашивали его и воины: «А нам что делать?» Он ответил: «Никого не запугивайте и не вымогайте, и довольствуйтесь своим жалованьем». [μηδένα διασείσητε μηδὲ συκοφαντήσητε — Первый глагол связан с запугиванием/вымогательством силой, второй — с ложным обвинением или вымогательством через обвинение]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μηδένα διασείσητε μηδὲ συκοφαντήσητε</w:t>
      </w:r>
      <w:r>
        <w:rPr>
          <w:sz w:val="20"/>
        </w:rPr>
        <w:t xml:space="preserve"> [mēdena diaseisēte mēde sykophantēsēte]</w:t>
      </w:r>
      <w:r>
        <w:rPr>
          <w:sz w:val="20"/>
        </w:rPr>
        <w:br/>
        <w:t>Первый глагол связан с запугиванием/вымогательством силой, второй — с ложным обвинением или вымогательством через обвинение.</w:t>
      </w:r>
    </w:p>
    <w:p>
      <w:r>
        <w:t>15. Народ был в ожидании, и все размышляли в сердцах об Иоанне, не Христос ли он.</w:t>
      </w:r>
    </w:p>
    <w:p>
      <w:r>
        <w:t>16. Иоанн отвечал всем: «Я крещу вас водой, но идёт Тот, Кто сильнее меня. Я недостоин развязать ремешок Его сандалий. Он будет крестить вас Святым Духом и огнём.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ἰσχυρότερός μου</w:t>
      </w:r>
      <w:r>
        <w:rPr>
          <w:sz w:val="20"/>
        </w:rPr>
        <w:t xml:space="preserve"> [ischyroteros mou]</w:t>
      </w:r>
      <w:r>
        <w:rPr>
          <w:sz w:val="20"/>
        </w:rPr>
        <w:br/>
        <w:t>Иоанн противопоставляет своё водное крещение приходящему Сильнейшему, Который будет крестить Святым Духом и огнём.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Развязать ремень сандалии — низкая служебная работа; Иоанн заявляет, что недостоин даже этого по отношению к Идущему.</w:t>
      </w:r>
    </w:p>
    <w:p>
      <w:r>
        <w:t>17. В Его руке веялка, чтобы полностью очистить Свой ток, собрать пшеницу в житницу, а мякину сжечь неугасимым огнём».</w:t>
      </w:r>
    </w:p>
    <w:p>
      <w:pPr>
        <w:ind w:left="360"/>
      </w:pPr>
      <w:r>
        <w:rPr>
          <w:b/>
          <w:sz w:val="20"/>
        </w:rPr>
        <w:t>Суд</w:t>
      </w:r>
      <w:r>
        <w:rPr>
          <w:i/>
          <w:sz w:val="20"/>
        </w:rPr>
        <w:t xml:space="preserve"> διακαθᾶραι τὴν ἅλωνα</w:t>
      </w:r>
      <w:r>
        <w:rPr>
          <w:sz w:val="20"/>
        </w:rPr>
        <w:t xml:space="preserve"> [diakatharai tēn halōna]</w:t>
      </w:r>
      <w:r>
        <w:rPr>
          <w:sz w:val="20"/>
        </w:rPr>
        <w:br/>
        <w:t>Образ веяния разделяет пшеницу и мякину; «огонь» в ближайшем контексте включает мотив суда, поэтому 3:16 нельзя автоматически свести только к положительному переживанию.</w:t>
      </w:r>
    </w:p>
    <w:p>
      <w:r>
        <w:t>18. Многое другое он увещевал и благовествовал народу. [εὐηγγελίζετο — Даже суровый призыв Иоанна Лука описывает глаголом «благовествовать»: его проповедь в целом представлена как благая весть]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εὐηγγελίζετο</w:t>
      </w:r>
      <w:r>
        <w:rPr>
          <w:sz w:val="20"/>
        </w:rPr>
        <w:t xml:space="preserve"> [euēngelizeto]</w:t>
      </w:r>
      <w:r>
        <w:rPr>
          <w:sz w:val="20"/>
        </w:rPr>
        <w:br/>
        <w:t>Даже суровый призыв Иоанна Лука описывает глаголом «благовествовать»: его проповедь в целом представлена как благая весть.</w:t>
      </w:r>
    </w:p>
    <w:p>
      <w:r>
        <w:t>19. Но правитель Ирод, обличаемый Иоанном за Иродиаду, жену своего брата, и за всё зло, которое совершил,</w:t>
      </w:r>
    </w:p>
    <w:p>
      <w:r>
        <w:t>20. добавил ко всему и это: заключил Иоанна в тюрьму.</w:t>
      </w:r>
    </w:p>
    <w:p>
      <w:r>
        <w:t>21. Когда весь народ крестился и Иисус, также крестившись, молился, небо открылось,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Только Лука подчёркивает, что во время раскрытия неба Иисус молился; молитва становится повторяющимся маркером ключевых моментов Его служения.</w:t>
      </w:r>
    </w:p>
    <w:p>
      <w:r>
        <w:t>22. и Святой Дух сошёл на Него в телесном виде, словно голубь. И с неба прозвучал голос: «Ты — Мой возлюбленный Сын; Я доволен Тобой».</w:t>
      </w:r>
    </w:p>
    <w:p>
      <w:pPr>
        <w:ind w:left="360"/>
      </w:pPr>
      <w:r>
        <w:rPr>
          <w:b/>
          <w:sz w:val="20"/>
        </w:rPr>
        <w:t>Текст</w:t>
      </w:r>
      <w:r>
        <w:rPr>
          <w:i/>
          <w:sz w:val="20"/>
        </w:rPr>
        <w:t xml:space="preserve"> σὺ εἶ ὁ υἱός μου ὁ ἀγαπητός</w:t>
      </w:r>
      <w:r>
        <w:rPr>
          <w:sz w:val="20"/>
        </w:rPr>
        <w:t xml:space="preserve"> [sy ei ho huios mou ho agapētos]</w:t>
      </w:r>
      <w:r>
        <w:rPr>
          <w:sz w:val="20"/>
        </w:rPr>
        <w:br/>
        <w:t>Основной текст: «Ты — Мой возлюбленный Сын». Древний западный вариант читает Пс 2:7 «Ты Сын Мой; Я сегодня родил Тебя», но это отдельное текстовое чтение и не должно смешиваться с running text.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2:7, Ис 42:1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 Bible Code corpus основное чтение — «Ты Мой любимый Сын; Я доволен Тобой» (NST). Древний вариант с Пс 2:7 «Я сегодня родил Тебя» сохраняем в аппарате, но основной текст фиксируем по running text.</w:t>
      </w:r>
    </w:p>
    <w:p>
      <w:r>
        <w:t>23. Иисусу было около тридцати лет, когда Он начал Своё служение. Его считали сыном Иосифа, сына Илия,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ὢν υἱός, ὡς ἐνομίζετο, Ἰωσήφ</w:t>
      </w:r>
      <w:r>
        <w:rPr>
          <w:sz w:val="20"/>
        </w:rPr>
        <w:t xml:space="preserve"> [ōn huios hōs enomizeto Iōsēph]</w:t>
      </w:r>
      <w:r>
        <w:rPr>
          <w:sz w:val="20"/>
        </w:rPr>
        <w:br/>
        <w:t>Синтаксис буквально: «будучи сыном, как считалось, Иосифа, Илия…». Текст не ставит слово «сын» перед каждым именем; русское повторение служит ясности родословной цепочки.</w:t>
      </w:r>
    </w:p>
    <w:p>
      <w:r>
        <w:t>24. сына Матфата, сына Левия, сына Мелхия, сына Ианная, сына Иосифа,</w:t>
      </w:r>
    </w:p>
    <w:p>
      <w:r>
        <w:t>25. сына Маттафии, сына Амоса, сына Наума, сына Еслима, сына Наггея,</w:t>
      </w:r>
    </w:p>
    <w:p>
      <w:r>
        <w:t>26. сына Маата, сына Маттафии, сына Семея, сына Иосеха, сына Иоды,</w:t>
      </w:r>
    </w:p>
    <w:p>
      <w:r>
        <w:t>27. сына Иоанана, сына Ресы, сына Зоровавеля, сына Салафииля, сына Нирия,</w:t>
      </w:r>
    </w:p>
    <w:p>
      <w:r>
        <w:t>28. сына Мелхия, сына Аддия, сына Косама, сына Елмодама, сына Ира,</w:t>
      </w:r>
    </w:p>
    <w:p>
      <w:r>
        <w:t>29. сына Иисуса, сына Елиезера, сына Иорима, сына Матфата, сына Левия,</w:t>
      </w:r>
    </w:p>
    <w:p>
      <w:r>
        <w:t>30. сына Симеона, сына Иуды, сына Иосифа, сына Ионама, сына Елиакима,</w:t>
      </w:r>
    </w:p>
    <w:p>
      <w:r>
        <w:t>31. сына Мелея, сына Менны, сына Маттафы, сына Нафана, сына Давида,</w:t>
      </w:r>
    </w:p>
    <w:p>
      <w:pPr>
        <w:ind w:left="360"/>
      </w:pPr>
      <w:r>
        <w:rPr>
          <w:b/>
          <w:sz w:val="20"/>
        </w:rPr>
        <w:t>Родословие</w:t>
      </w:r>
      <w:r>
        <w:rPr>
          <w:sz w:val="20"/>
        </w:rPr>
        <w:br/>
        <w:t>В отличие от Матфея, Лука ведёт линию от Давида через Нафана, а не через Соломона. Сам текст не объясняет причину различия двух родословий.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1:6–7</w:t>
      </w:r>
    </w:p>
    <w:p>
      <w:r>
        <w:t>32. сына Иессея, сына Овида, сына Вооза, сына Салы, сына Наассона,</w:t>
      </w:r>
    </w:p>
    <w:p>
      <w:r>
        <w:t>33. сына Аминадава, сына Админа, сына Арния, сына Есрома, сына Фареса, сына Иуды,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Основной текст следует выбранной критической форме имён Αδμιν/Αρνι. Альтернативные генеалогические формы остаются в аппарате, основной перевод фиксируем.</w:t>
      </w:r>
    </w:p>
    <w:p>
      <w:r>
        <w:t>34. сына Иакова, сына Исаака, сына Авраама, сына Фарры, сына Нахора,</w:t>
      </w:r>
    </w:p>
    <w:p>
      <w:r>
        <w:t>35. сына Серуха, сына Рагава, сына Фалека, сына Евера, сына Салы,</w:t>
      </w:r>
    </w:p>
    <w:p>
      <w:r>
        <w:t>36. сына Каинана, сына Арфаксада, сына Сима, сына Ноя, сына Ламеха,</w:t>
      </w:r>
    </w:p>
    <w:p>
      <w:pPr>
        <w:ind w:left="360"/>
      </w:pPr>
      <w:r>
        <w:rPr>
          <w:b/>
          <w:sz w:val="20"/>
        </w:rPr>
        <w:t>Текст</w:t>
      </w:r>
      <w:r>
        <w:rPr>
          <w:i/>
          <w:sz w:val="20"/>
        </w:rPr>
        <w:t xml:space="preserve"> τοῦ Καϊνὰμ τοῦ Ἀρφαξάδ</w:t>
      </w:r>
      <w:r>
        <w:rPr>
          <w:sz w:val="20"/>
        </w:rPr>
        <w:t xml:space="preserve"> [tou Kainam tou Arphaxad]</w:t>
      </w:r>
      <w:r>
        <w:rPr>
          <w:sz w:val="20"/>
        </w:rPr>
        <w:br/>
        <w:t>Лука включает Каинана между Арфаксадом и Салой, как греческая генеалогическая традиция LXX; масоретская форма Бытия 10–11 этой ступени не содержит.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10:24, Быт 11:12–13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Каинан между Арфаксадом и Салой входит в текст Луки и соответствует греческой традиции LXX. Расхождение с масоретским Быт 10–11 относится к межтекстовому комментарию, а не к неопределённости перевода.</w:t>
      </w:r>
    </w:p>
    <w:p>
      <w:r>
        <w:t>37. сына Мафусала, сына Еноха, сына Иареда, сына Малелеила, сына Каинана,</w:t>
      </w:r>
    </w:p>
    <w:p>
      <w:r>
        <w:t>38. сына Еноса, сына Сифа, сына Адама, сына Бога.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τοῦ Ἀδὰμ τοῦ θεοῦ</w:t>
      </w:r>
      <w:r>
        <w:rPr>
          <w:sz w:val="20"/>
        </w:rPr>
        <w:t xml:space="preserve"> [tou Adam tou theou]</w:t>
      </w:r>
      <w:r>
        <w:rPr>
          <w:sz w:val="20"/>
        </w:rPr>
        <w:br/>
        <w:t>Родословие заканчивается не Авраамом, а Адамом и Богом. Лука тем самым помещает Иисуса в универсальную человеческую линию непосредственно перед искушением.</w:t>
      </w:r>
    </w:p>
    <w:p>
      <w:pPr>
        <w:pStyle w:val="Heading2"/>
      </w:pPr>
      <w:r>
        <w:t>Глава 4</w:t>
      </w:r>
    </w:p>
    <w:p>
      <w:r>
        <w:t>1. Иисус, исполненный Святого Духа, вернулся от Иордана и был ведом Духом в пустыне</w:t>
      </w:r>
    </w:p>
    <w:p>
      <w:pPr>
        <w:ind w:left="360"/>
      </w:pPr>
      <w:r>
        <w:rPr>
          <w:b/>
          <w:sz w:val="20"/>
        </w:rPr>
        <w:t>Дух</w:t>
      </w:r>
      <w:r>
        <w:rPr>
          <w:i/>
          <w:sz w:val="20"/>
        </w:rPr>
        <w:t xml:space="preserve"> πλήρης πνεύματος ἁγίου ... ἤγετο ἐν τῷ πνεύματι</w:t>
      </w:r>
      <w:r>
        <w:rPr>
          <w:sz w:val="20"/>
        </w:rPr>
        <w:t xml:space="preserve"> [plērēs pneumatos hagiou ... ēgeto en tō pneumati]</w:t>
      </w:r>
      <w:r>
        <w:rPr>
          <w:sz w:val="20"/>
        </w:rPr>
        <w:br/>
        <w:t>Лука связывает начало испытания не с отсутствием Божьего водительства, а именно с полнотой Святого Духа и водительством Духа.</w:t>
      </w:r>
    </w:p>
    <w:p>
      <w:r>
        <w:t>2. сорок дней, подвергаясь испытанию со стороны дьявола. В эти дни Он ничего не ел, а когда они закончились, проголодался.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Сорок дней вызывают библейский образ периода испытания и подготовки; ближайший смысл задаёт Израиль в пустыне, поскольку ответы Иисуса взяты из Второзакония.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8:2–3</w:t>
      </w:r>
    </w:p>
    <w:p>
      <w:r>
        <w:t>3. Дьявол сказал Ему: «Если Ты Сын Божий, скажи этому камню, чтобы он стал хлебом». [εἰ υἱὸς εἶ τοῦ θεοῦ — εἰ здесь вводит испытательное условие: вопрос не обязательно выражает незнание личности Иисуса, а атакует способ, которым…]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εἰ υἱὸς εἶ τοῦ θεοῦ</w:t>
      </w:r>
      <w:r>
        <w:rPr>
          <w:sz w:val="20"/>
        </w:rPr>
        <w:t xml:space="preserve"> [ei huios ei tou theou]</w:t>
      </w:r>
      <w:r>
        <w:rPr>
          <w:sz w:val="20"/>
        </w:rPr>
        <w:br/>
        <w:t>εἰ здесь вводит испытательное условие: вопрос не обязательно выражает незнание личности Иисуса, а атакует способ, которым Сын будет действовать.</w:t>
      </w:r>
    </w:p>
    <w:p>
      <w:r>
        <w:t>4. Иисус ответил: «Написано: “Не одним хлебом будет жить человек”».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Ответ взят из Втор 8:3: жизнь человека зависит не только от хлеба, а от Бога, Который поддерживает и ведёт Свой народ.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8:3</w:t>
      </w:r>
    </w:p>
    <w:p>
      <w:r>
        <w:t>5. Подняв Его, дьявол в один миг показал Ему все царства мира</w:t>
      </w:r>
    </w:p>
    <w:p>
      <w:r>
        <w:t>6. и сказал: «Я дам Тебе всю эту власть и их славу, потому что она передана мне, и я даю её кому хочу. [ἐξουσία — Дьявол предлагает Иисусу «власть/полномочие» над царствами]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ἐξουσία</w:t>
      </w:r>
      <w:r>
        <w:rPr>
          <w:sz w:val="20"/>
        </w:rPr>
        <w:t xml:space="preserve"> [exousia]</w:t>
      </w:r>
      <w:r>
        <w:rPr>
          <w:sz w:val="20"/>
        </w:rPr>
        <w:br/>
        <w:t>Дьявол предлагает Иисусу «власть/полномочие» над царствами. Это создаёт контраст с подлинной ἐξουσία Иисуса, проявляющейся далее в Его слове и власти над нечистыми духами.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4:32, Лк 4:36</w:t>
      </w:r>
    </w:p>
    <w:p>
      <w:r>
        <w:t>7. Поэтому если Ты поклонишься передо мной, всё будет Твоим».</w:t>
      </w:r>
    </w:p>
    <w:p>
      <w:r>
        <w:t>8. Иисус ответил: «Написано: “Господу, Богу твоему, поклоняйся и Ему одному служи”».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Ответ соединяет поклонение и служение исключительно Господу и взят из Втор 6:13.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6:13</w:t>
      </w:r>
    </w:p>
    <w:p>
      <w:r>
        <w:t>9. Он привёл Иисуса в Иерусалим, поставил на самом высоком месте храма и сказал: «Если Ты Сын Божий, бросься отсюда вниз.</w:t>
      </w:r>
    </w:p>
    <w:p>
      <w:r>
        <w:t>10. Ведь написано: “Он повелит Своим ангелам о Тебе, чтобы охранять Тебя”,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Искуситель сам цитирует Пс 91, показывая, что цитирование Писания само по себе не гарантирует верного применения текста.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91:11–12</w:t>
      </w:r>
    </w:p>
    <w:p>
      <w:r>
        <w:t>11. и: “Они понесут Тебя на руках, чтобы Ты не споткнулся о камень”».</w:t>
      </w:r>
    </w:p>
    <w:p>
      <w:r>
        <w:t>12. Иисус ответил: «Сказано: “Не испытывай Господа, Бога твоего”».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Иисус отвечает Втор 6:16: доверие Богу нельзя превращать в требование доказать Свою верность через искусственно созданную опасность.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6:16</w:t>
      </w:r>
    </w:p>
    <w:p>
      <w:r>
        <w:t>13. Закончив все испытания, дьявол отошёл от Него до подходящего времени. [ἄχρι καιροῦ — Дьявол отходит «до подходящего времени»]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ἄχρι καιροῦ</w:t>
      </w:r>
      <w:r>
        <w:rPr>
          <w:sz w:val="20"/>
        </w:rPr>
        <w:t xml:space="preserve"> [achri kairou]</w:t>
      </w:r>
      <w:r>
        <w:rPr>
          <w:sz w:val="20"/>
        </w:rPr>
        <w:br/>
        <w:t>Дьявол отходит «до подходящего времени». Лука оставляет ожидание нового момента испытания; повествование позднее снова подчёркивает действие сатаны в страстной истории.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22:3, Лк 22:53</w:t>
      </w:r>
    </w:p>
    <w:p>
      <w:r>
        <w:t>14. Иисус вернулся в Галилею в силе Духа, и весть о Нём распространилась по всей окрестности.</w:t>
      </w:r>
    </w:p>
    <w:p>
      <w:pPr>
        <w:ind w:left="360"/>
      </w:pPr>
      <w:r>
        <w:rPr>
          <w:b/>
          <w:sz w:val="20"/>
        </w:rPr>
        <w:t>Дух</w:t>
      </w:r>
      <w:r>
        <w:rPr>
          <w:i/>
          <w:sz w:val="20"/>
        </w:rPr>
        <w:t xml:space="preserve"> ἐν τῇ δυνάμει τοῦ πνεύματος</w:t>
      </w:r>
      <w:r>
        <w:rPr>
          <w:sz w:val="20"/>
        </w:rPr>
        <w:t xml:space="preserve"> [en tē dynamei tou pneumatos]</w:t>
      </w:r>
      <w:r>
        <w:rPr>
          <w:sz w:val="20"/>
        </w:rPr>
        <w:br/>
        <w:t>После испытания Иисус возвращается «в силе Духа»: Дух формирует не только момент крещения, но и последующее служение.</w:t>
      </w:r>
    </w:p>
    <w:p>
      <w:r>
        <w:t>15. Он учил в их синагогах, и все прославляли Его.</w:t>
      </w:r>
    </w:p>
    <w:p>
      <w:r>
        <w:t>16. Он пришёл в Назарет, где вырос, и по Своему обычаю в субботу вошёл в синагогу и встал читать.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Встать для чтения и затем сесть для наставления соответствует синагогальной сцене чтения и толкования Писания.</w:t>
      </w:r>
    </w:p>
    <w:p>
      <w:r>
        <w:t>17. Ему подали свиток пророка Исаии. Развернув свиток, Он нашёл место, где было написано:</w:t>
      </w:r>
    </w:p>
    <w:p>
      <w:r>
        <w:t>18. «Дух Господа на Мне, потому что Он помазал Меня благовествовать бедным. Он послал Меня возвещать пленникам освобождение и слепым прозрение, отпустить угнетённых на свободу,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ἄφεσιν</w:t>
      </w:r>
      <w:r>
        <w:rPr>
          <w:sz w:val="20"/>
        </w:rPr>
        <w:t xml:space="preserve"> [aphesin]</w:t>
      </w:r>
      <w:r>
        <w:rPr>
          <w:sz w:val="20"/>
        </w:rPr>
        <w:br/>
        <w:t>В цитате дважды звучит язык освобождения/отпущения. То же слово ἄφεσις Лука использует для прощения грехов, создавая широкую тему освобождения.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61:1–2, Ис 58:6, Лк 3:3</w:t>
      </w:r>
    </w:p>
    <w:p>
      <w:r>
        <w:t>19. провозгласить благоприятный год Господа».</w:t>
      </w:r>
    </w:p>
    <w:p>
      <w:pPr>
        <w:ind w:left="360"/>
      </w:pPr>
      <w:r>
        <w:rPr>
          <w:b/>
          <w:sz w:val="20"/>
        </w:rPr>
        <w:t>Юбилейный год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ἐνιαυτὸν κυρίου δεκτόν</w:t>
      </w:r>
      <w:r>
        <w:rPr>
          <w:sz w:val="20"/>
        </w:rPr>
        <w:t xml:space="preserve"> [eniauton kyriou dekton]</w:t>
      </w:r>
      <w:r>
        <w:rPr>
          <w:sz w:val="20"/>
        </w:rPr>
        <w:br/>
        <w:t>«Благоприятный год Господа» происходит из Ис 61 и несёт оттенок Божьего времени освобождения; возможна юбилейная ассоциация, но Лука прямо не называет юбилей.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61:2, Лев 25:10</w:t>
      </w:r>
    </w:p>
    <w:p>
      <w:r>
        <w:t>20. Свернув свиток, Он отдал его служителю и сел. Глаза всех в синагоге были устремлены на Него.</w:t>
      </w:r>
    </w:p>
    <w:p>
      <w:r>
        <w:t>21. И Он начал говорить им: «Сегодня [σήμερον] это Писание исполнилось перед вами».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σήμερον</w:t>
      </w:r>
      <w:r>
        <w:rPr>
          <w:sz w:val="20"/>
        </w:rPr>
        <w:t xml:space="preserve"> [sēmeron]</w:t>
      </w:r>
      <w:r>
        <w:rPr>
          <w:sz w:val="20"/>
        </w:rPr>
        <w:br/>
        <w:t>«Сегодня» — важное слово Луки: обещанное Богом спасение входит в настоящее время слушателей.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2:11, Лк 19:9, Лк 23:43</w:t>
      </w:r>
    </w:p>
    <w:p>
      <w:r>
        <w:t>22. Все отзывались о Нём хорошо и удивлялись словам благодати, исходившим из Его уст, и спрашивали: «Разве Он не сын Иосифа?» [λόγοις τῆς χάριτος — может означать «слова благодати» или «благодатные/привлекательные слова»]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λόγοις τῆς χάριτος</w:t>
      </w:r>
      <w:r>
        <w:rPr>
          <w:sz w:val="20"/>
        </w:rPr>
        <w:t xml:space="preserve"> [logois tēs charitos]</w:t>
      </w:r>
      <w:r>
        <w:rPr>
          <w:sz w:val="20"/>
        </w:rPr>
        <w:br/>
        <w:t>Фраза может означать «слова благодати» или «благодатные/привлекательные слова». Контекст быстро показывает, что восхищение слушателей не равно принятию пророческого вызова.</w:t>
      </w:r>
    </w:p>
    <w:p>
      <w:r>
        <w:t>23. Он сказал им: «Конечно, вы скажете Мне эту пословицу: “Врач, исцели самого себя. Сделай и здесь, в Своём родном городе, то, что, как мы слышали, произошло в Капернауме”».</w:t>
      </w:r>
    </w:p>
    <w:p>
      <w:r>
        <w:t>24. И добавил: «Истинно говорю вам: ни один пророк не бывает принят в своей родной местности.</w:t>
      </w:r>
    </w:p>
    <w:p>
      <w:pPr>
        <w:ind w:left="360"/>
      </w:pPr>
      <w:r>
        <w:rPr>
          <w:b/>
          <w:sz w:val="20"/>
        </w:rPr>
        <w:t>Пророчество</w:t>
      </w:r>
      <w:r>
        <w:rPr>
          <w:sz w:val="20"/>
        </w:rPr>
        <w:br/>
        <w:t>Иисус прямо помещает Себя в линию непринятых пророков, подготавливая примеры Илии и Елисея.</w:t>
      </w:r>
    </w:p>
    <w:p>
      <w:r>
        <w:t>25. Но истинно говорю вам: много вдов было в Израиле во дни Илии, когда небо было закрыто три года и шесть месяцев и по всей земле наступил сильный голод.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sz w:val="20"/>
        </w:rPr>
        <w:br/>
        <w:t>История Илии подчёркивает, что во время суда Божья милость достигла вдовы вне Израиля.</w:t>
      </w:r>
      <w:r>
        <w:rPr>
          <w:i/>
          <w:sz w:val="20"/>
        </w:rPr>
        <w:br/>
        <w:t xml:space="preserve">См.: </w:t>
      </w:r>
      <w:r>
        <w:rPr>
          <w:sz w:val="20"/>
        </w:rPr>
        <w:t>3 Цар 17:8–16</w:t>
      </w:r>
    </w:p>
    <w:p>
      <w:r>
        <w:t>26. Однако Илия был послан ни к одной из них, а только к вдове в Сарепте Сидонской.</w:t>
      </w:r>
    </w:p>
    <w:p>
      <w:r>
        <w:t>27. И много прокажённых было в Израиле при пророке Елисее, но никто из них не был очищен, кроме сирийца Неемана».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sz w:val="20"/>
        </w:rPr>
        <w:br/>
        <w:t>Нееман — сириец, очищенный через служение Елисея. Вместе с вдовой из Сарепты этот пример объясняет ярость аудитории: Божья милость не ограничивается «своими».</w:t>
      </w:r>
      <w:r>
        <w:rPr>
          <w:i/>
          <w:sz w:val="20"/>
        </w:rPr>
        <w:br/>
        <w:t xml:space="preserve">См.: </w:t>
      </w:r>
      <w:r>
        <w:rPr>
          <w:sz w:val="20"/>
        </w:rPr>
        <w:t>4 Цар 5:1–14</w:t>
      </w:r>
    </w:p>
    <w:p>
      <w:r>
        <w:t>28. Услышав это, все в синагоге пришли в ярость.</w:t>
      </w:r>
    </w:p>
    <w:p>
      <w:r>
        <w:t>29. Они встали, вывели Его из города и повели к краю горы, на которой был построен их город, намереваясь сбросить Его вниз.</w:t>
      </w:r>
    </w:p>
    <w:p>
      <w:r>
        <w:t>30. Но Он прошёл среди них и ушёл.</w:t>
      </w:r>
    </w:p>
    <w:p>
      <w:pPr>
        <w:ind w:left="360"/>
      </w:pPr>
      <w:r>
        <w:rPr>
          <w:b/>
          <w:sz w:val="20"/>
        </w:rPr>
        <w:t>Повествование</w:t>
      </w:r>
      <w:r>
        <w:rPr>
          <w:sz w:val="20"/>
        </w:rPr>
        <w:br/>
        <w:t>Лука не объясняет механизм ухода; текст просто подчёркивает, что намерение толпы не определяет время и способ смерти Иисуса.</w:t>
      </w:r>
    </w:p>
    <w:p>
      <w:r>
        <w:t>31. Иисус пришёл в Капернаум, город Галилеи, и учил их по субботам.</w:t>
      </w:r>
    </w:p>
    <w:p>
      <w:r>
        <w:t>32. Они были поражены Его учением, потому что Его слово было с властью [ἐξουσία].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ἐν ἐξουσίᾳ ἦν ὁ λόγος αὐτοῦ</w:t>
      </w:r>
      <w:r>
        <w:rPr>
          <w:sz w:val="20"/>
        </w:rPr>
        <w:t xml:space="preserve"> [en exousia ēn ho logos autou]</w:t>
      </w:r>
      <w:r>
        <w:rPr>
          <w:sz w:val="20"/>
        </w:rPr>
        <w:br/>
        <w:t>Его слово характеризуется ἐξουσία — властью/полномочием. Следующая сцена показывает эту власть практически.</w:t>
      </w:r>
    </w:p>
    <w:p>
      <w:r>
        <w:t>33. В синагоге был человек с духом нечистого демона. Он громко закричал:</w:t>
      </w:r>
    </w:p>
    <w:p>
      <w:r>
        <w:t>34. «Ах! Что Тебе до нас, Иисус Назарянин? Ты пришёл погубить нас? Я знаю, кто Ты: Святой Божий!»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ὁ ἅγιος τοῦ θεοῦ</w:t>
      </w:r>
      <w:r>
        <w:rPr>
          <w:sz w:val="20"/>
        </w:rPr>
        <w:t xml:space="preserve"> [ho hagios tou theou]</w:t>
      </w:r>
      <w:r>
        <w:rPr>
          <w:sz w:val="20"/>
        </w:rPr>
        <w:br/>
        <w:t>Нечистый дух правильно называет Иисуса «Святым Божьим», но Иисус не принимает демоническое свидетельство как способ раскрытия Своей личности.</w:t>
      </w:r>
    </w:p>
    <w:p>
      <w:r>
        <w:t>35. Иисус строго приказал ему: «Замолчи и выйди из него!» Демон бросил человека посреди собрания и вышел, не причинив ему вреда. [φιμώθητι — Сильная команда буквально имеет оттенок «замолчи/будь заглушён»]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φιμώθητι</w:t>
      </w:r>
      <w:r>
        <w:rPr>
          <w:sz w:val="20"/>
        </w:rPr>
        <w:t xml:space="preserve"> [phimōthēti]</w:t>
      </w:r>
      <w:r>
        <w:rPr>
          <w:sz w:val="20"/>
        </w:rPr>
        <w:br/>
        <w:t>Сильная команда буквально имеет оттенок «замолчи/будь заглушён». Лука подчёркивает не ритуал, а действенность слова Иисуса.</w:t>
      </w:r>
    </w:p>
    <w:p>
      <w:r>
        <w:t>36. Всех охватило изумление, и они говорили друг другу: «Что это за слово? Он с властью и силой приказывает нечистым духам, и они выходят!» [ἐν ἐξουσίᾳ καὶ δυνάμει — Толпа соединяет ἐξουσία («власть/полномочие») и δύναμις («сила»): слово Иисуса не только учит, но и действует]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ἐν ἐξουσίᾳ καὶ δυνάμει</w:t>
      </w:r>
      <w:r>
        <w:rPr>
          <w:sz w:val="20"/>
        </w:rPr>
        <w:t xml:space="preserve"> [en exousia kai dynamei]</w:t>
      </w:r>
      <w:r>
        <w:rPr>
          <w:sz w:val="20"/>
        </w:rPr>
        <w:br/>
        <w:t>Толпа соединяет ἐξουσία («власть/полномочие») и δύναμις («сила»): слово Иисуса не только учит, но и действует.</w:t>
      </w:r>
    </w:p>
    <w:p>
      <w:r>
        <w:t>37. И слух о Нём распространялся по всей окрестности.</w:t>
      </w:r>
    </w:p>
    <w:p>
      <w:r>
        <w:t>38. Выйдя из синагоги, Иисус вошёл в дом Симона. Тёща Симона страдала сильной горячкой, и Его попросили помочь ей.</w:t>
      </w:r>
    </w:p>
    <w:p>
      <w:r>
        <w:t>39. Наклонившись над ней, Он строго приказал горячке, и та оставила её. Женщина сразу встала и стала служить им.</w:t>
      </w:r>
    </w:p>
    <w:p>
      <w:pPr>
        <w:ind w:left="360"/>
      </w:pPr>
      <w:r>
        <w:rPr>
          <w:b/>
          <w:sz w:val="20"/>
        </w:rPr>
        <w:t>Повествование</w:t>
      </w:r>
      <w:r>
        <w:rPr>
          <w:sz w:val="20"/>
        </w:rPr>
        <w:br/>
        <w:t>Лука описывает обращение Иисуса к горячке тем же сильным глаголом «запретил/приказал», но это литературное описание власти над болезнью, а не утверждение, что болезнь была демоном.</w:t>
      </w:r>
    </w:p>
    <w:p>
      <w:r>
        <w:t>40. Когда заходило солнце, все, у кого были больные разными болезнями, приводили их к Иисусу. Он возлагал руки на каждого и исцелял.</w:t>
      </w:r>
    </w:p>
    <w:p>
      <w:r>
        <w:t>41. Из многих выходили и демоны, крича: «Ты — Сын Божий!» Но Он строго запрещал им говорить, потому что они знали, что Он Христос.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sz w:val="20"/>
        </w:rPr>
        <w:br/>
        <w:t>Демоны знают, что Иисус — Христос, но Он запрещает им говорить. У Луки верное знание титула само по себе не является верным ученичеством или свидетельством.</w:t>
      </w:r>
    </w:p>
    <w:p>
      <w:r>
        <w:t>42. Когда наступил день, Иисус вышел и ушёл в безлюдное место. Народ искал Его, пришёл к Нему и старался удержать, чтобы Он не уходил.</w:t>
      </w:r>
    </w:p>
    <w:p>
      <w:r>
        <w:t>43. Но Он сказал: «Мне нужно благовествовать о Царстве Божьем и другим городам, потому что для этого Я послан».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δεῖ με ... εὐαγγελίσασθαι τὴν βασιλείαν τοῦ θεοῦ</w:t>
      </w:r>
      <w:r>
        <w:rPr>
          <w:sz w:val="20"/>
        </w:rPr>
        <w:t xml:space="preserve"> [dei me ... euangelisasthai tēn basileian tou theou]</w:t>
      </w:r>
      <w:r>
        <w:rPr>
          <w:sz w:val="20"/>
        </w:rPr>
        <w:br/>
        <w:t>δεῖ («Мне необходимо») выражает миссионерскую необходимость: Иисус послан благовествовать Царство Божье и другим городам.</w:t>
      </w:r>
    </w:p>
    <w:p>
      <w:r>
        <w:t>44. И Он проповедовал в синагогах Иудеи.</w:t>
      </w:r>
    </w:p>
    <w:p>
      <w:pPr>
        <w:ind w:left="360"/>
      </w:pPr>
      <w:r>
        <w:rPr>
          <w:b/>
          <w:sz w:val="20"/>
        </w:rPr>
        <w:t>Текст</w:t>
      </w:r>
      <w:r>
        <w:rPr>
          <w:i/>
          <w:sz w:val="20"/>
        </w:rPr>
        <w:t xml:space="preserve"> Ἰουδαίας</w:t>
      </w:r>
      <w:r>
        <w:rPr>
          <w:sz w:val="20"/>
        </w:rPr>
        <w:t xml:space="preserve"> [Ioudaias]</w:t>
      </w:r>
      <w:r>
        <w:rPr>
          <w:sz w:val="20"/>
        </w:rPr>
        <w:br/>
        <w:t>Основное чтение — «Иудеи». В рукописной традиции существует «Галилеи»; WGT-T сохраняет running text и не смешивает варианты.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Основной running text читает Ἰουδαίας «Иудеи». Лука может употреблять Иудею шире, чем только южную провинцию; вариант «Галилеи» остаётся в аппарате.</w:t>
      </w:r>
    </w:p>
    <w:p>
      <w:pPr>
        <w:pStyle w:val="Heading2"/>
      </w:pPr>
      <w:r>
        <w:t>Глава 5</w:t>
      </w:r>
    </w:p>
    <w:p>
      <w:r>
        <w:t>1. Однажды, когда народ теснился вокруг Иисуса, чтобы слушать слово Божье, Он стоял у озера Геннисарет. [τὸν λόγον τοῦ θεοῦ — Толпа приходит слушать «слово Божье»; Лука тем самым описывает учение Иисуса как передачу Божьего слова]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τὸν λόγον τοῦ θεοῦ</w:t>
      </w:r>
      <w:r>
        <w:rPr>
          <w:sz w:val="20"/>
        </w:rPr>
        <w:t xml:space="preserve"> [ton logon tou theou]</w:t>
      </w:r>
      <w:r>
        <w:rPr>
          <w:sz w:val="20"/>
        </w:rPr>
        <w:br/>
        <w:t>Толпа приходит слушать «слово Божье»; Лука тем самым описывает учение Иисуса как передачу Божьего слова.</w:t>
      </w:r>
    </w:p>
    <w:p>
      <w:r>
        <w:t>2. Он увидел у берега две лодки. Рыбаки вышли из них и промывали сети.</w:t>
      </w:r>
    </w:p>
    <w:p>
      <w:r>
        <w:t>3. Войдя в одну из лодок, принадлежавшую Симону, Иисус попросил его немного отплыть от берега. Он сел и стал учить народ из лодки.</w:t>
      </w:r>
    </w:p>
    <w:p>
      <w:r>
        <w:t>4. Когда закончил говорить, сказал Симону: «Отплыви на глубину и закиньте сети для улова».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sz w:val="20"/>
        </w:rPr>
        <w:br/>
        <w:t>Сначала Иисус обращается к Симону в единственном числе «отплыви», затем ко всей команде во множественном «закиньте».</w:t>
      </w:r>
    </w:p>
    <w:p>
      <w:r>
        <w:t>5. Симон ответил: «Наставник, мы трудились всю ночь и ничего не поймали. Но по Твоему слову закину сети». [ἐπιστάτα — Характерное для Луки обращение к Иисусу: «Наставник/Руководитель»]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ἐπιστάτα</w:t>
      </w:r>
      <w:r>
        <w:rPr>
          <w:sz w:val="20"/>
        </w:rPr>
        <w:t xml:space="preserve"> [epistata]</w:t>
      </w:r>
      <w:r>
        <w:rPr>
          <w:sz w:val="20"/>
        </w:rPr>
        <w:br/>
        <w:t>Характерное для Луки обращение к Иисусу: «Наставник/Руководитель». Решение Симона действует «по Твоему слову» вопреки неудаче всей ночи.</w:t>
      </w:r>
    </w:p>
    <w:p>
      <w:r>
        <w:t>6. Сделав это, они поймали столько рыбы, что сети начали рваться.</w:t>
      </w:r>
    </w:p>
    <w:p>
      <w:r>
        <w:t>7. Они подали знак товарищам в другой лодке, чтобы те пришли помочь. Те пришли, и обе лодки наполнились так, что стали погружаться.</w:t>
      </w:r>
    </w:p>
    <w:p>
      <w:r>
        <w:t>8. Увидев это, Симон Пётр пал к коленям Иисуса и сказал: «Господи, уйди от меня, потому что я грешный человек».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Реакция Петра на чудесный улов — не самоуверенность, а осознание собственной греховности перед Господом; сцена напоминает библейские призвания у Божьего присутствия.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6:5</w:t>
      </w:r>
    </w:p>
    <w:p>
      <w:r>
        <w:t>9. Потому что его и всех бывших с ним охватило изумление от улова, который они поймали,</w:t>
      </w:r>
    </w:p>
    <w:p>
      <w:r>
        <w:t>10. Иисус сказал Симону: «Не бойся. Отныне ты будешь ловить людей [ζωγρέω — ловить живыми]».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ζωγρῶν</w:t>
      </w:r>
      <w:r>
        <w:rPr>
          <w:sz w:val="20"/>
        </w:rPr>
        <w:t xml:space="preserve"> [zōgrōn]</w:t>
      </w:r>
      <w:r>
        <w:rPr>
          <w:sz w:val="20"/>
        </w:rPr>
        <w:br/>
        <w:t>Глагол буквально означает «ловить живьём/захватывать живым». Образ отличается от обычной рыбалки: люди не предназначены к гибели, а «захватываются» для новой жизни и миссии.</w:t>
      </w:r>
    </w:p>
    <w:p>
      <w:r>
        <w:t>11. Вытащив лодки на берег, они оставили всё и последовали за Ним.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«Оставили всё и последовали» — у Луки радикальная формула ученичества, повторяющаяся в призвании Левия.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5:28</w:t>
      </w:r>
    </w:p>
    <w:p>
      <w:r>
        <w:t>12. Когда Иисус был в одном из городов, к Нему подошёл человек, покрытый проказой. Увидев Иисуса, он пал лицом вниз и попросил: «Господи, если Ты захочешь, Ты можешь меня очистить». [πλήρης λέπρας — Лука усиливает описание: человек «полон» кожного заболевания, традиционно переводимого «проказа»]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πλήρης λέπρας</w:t>
      </w:r>
      <w:r>
        <w:rPr>
          <w:sz w:val="20"/>
        </w:rPr>
        <w:t xml:space="preserve"> [plērēs lepras]</w:t>
      </w:r>
      <w:r>
        <w:rPr>
          <w:sz w:val="20"/>
        </w:rPr>
        <w:br/>
        <w:t>Лука усиливает описание: человек «полон» кожного заболевания, традиционно переводимого «проказа». Библейское λεπρά не тождественно автоматически современной болезни Хансена.</w:t>
      </w:r>
    </w:p>
    <w:p>
      <w:r>
        <w:t>13. Иисус протянул руку, коснулся его и сказал: «Хочу. Очистись!» И проказа сразу сошла с него.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sz w:val="20"/>
        </w:rPr>
        <w:br/>
        <w:t>Прикосновение Иисуса предшествует очищению и демонстрирует Его инициативу по отношению к человеку, которого культовая нечистота обычно отделяла от общества.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13–14</w:t>
      </w:r>
    </w:p>
    <w:p>
      <w:r>
        <w:t>14. Он велел ему никому не рассказывать, а пойти, показаться священнику и принести за очищение то, что повелел Моисей, — им во свидетельство.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sz w:val="20"/>
        </w:rPr>
        <w:br/>
        <w:t>Повеление показаться священнику и принести установленное Моисеем сохраняет процедуру официального признания очищения по Лев 14.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14:2–32</w:t>
      </w:r>
    </w:p>
    <w:p>
      <w:r>
        <w:t>15. Но слух об Иисусе распространялся всё больше, и большие толпы собирались слушать Его и получать исцеление от болезней.</w:t>
      </w:r>
    </w:p>
    <w:p>
      <w:r>
        <w:t>16. А Он уходил в безлюдные места и молился.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ἦν ὑποχωρῶν ... καὶ προσευχόμενος</w:t>
      </w:r>
      <w:r>
        <w:rPr>
          <w:sz w:val="20"/>
        </w:rPr>
        <w:t xml:space="preserve"> [ēn hypochōrōn ... kai proseuchomenos]</w:t>
      </w:r>
      <w:r>
        <w:rPr>
          <w:sz w:val="20"/>
        </w:rPr>
        <w:br/>
        <w:t>Грамматика описывает повторяющееся действие: Иисус имел обычай удаляться в безлюдные места и молиться.</w:t>
      </w:r>
    </w:p>
    <w:p>
      <w:r>
        <w:t>17. Однажды, когда Он учил, рядом сидели фарисеи и учителя Закона, пришедшие из всех селений Галилеи и Иудеи и из Иерусалима. И сила Господа была с Ним, чтобы исцелять. [δύναμις κυρίου — Лука отдельно отмечает присутствие «силы Господа» для исцеления, продолжая тему δύναμις после 4-й главы]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δύναμις κυρίου</w:t>
      </w:r>
      <w:r>
        <w:rPr>
          <w:sz w:val="20"/>
        </w:rPr>
        <w:t xml:space="preserve"> [dynamis kyriou]</w:t>
      </w:r>
      <w:r>
        <w:rPr>
          <w:sz w:val="20"/>
        </w:rPr>
        <w:br/>
        <w:t>Лука отдельно отмечает присутствие «силы Господа» для исцеления, продолжая тему δύναμις после 4-й главы.</w:t>
      </w:r>
    </w:p>
    <w:p>
      <w:r>
        <w:t>18. И вот, люди принесли на постели парализованного и пытались внести его и положить перед Иисусом.</w:t>
      </w:r>
    </w:p>
    <w:p>
      <w:r>
        <w:t>19. Не найдя, как пронести его из-за толпы, они поднялись на крышу и через кровлю спустили его вместе с постелью прямо перед Иисусом.</w:t>
      </w:r>
    </w:p>
    <w:p>
      <w:r>
        <w:t>20. Увидев их веру, Он сказал: «Человек, твои грехи прощены».</w:t>
      </w:r>
    </w:p>
    <w:p>
      <w:pPr>
        <w:ind w:left="360"/>
      </w:pPr>
      <w:r>
        <w:rPr>
          <w:b/>
          <w:sz w:val="20"/>
        </w:rPr>
        <w:t>Повествование</w:t>
      </w:r>
      <w:r>
        <w:rPr>
          <w:i/>
          <w:sz w:val="20"/>
        </w:rPr>
        <w:t xml:space="preserve"> ἰδὼν τὴν πίστιν αὐτῶν</w:t>
      </w:r>
      <w:r>
        <w:rPr>
          <w:sz w:val="20"/>
        </w:rPr>
        <w:t xml:space="preserve"> [idōn tēn pistin autōn]</w:t>
      </w:r>
      <w:r>
        <w:rPr>
          <w:sz w:val="20"/>
        </w:rPr>
        <w:br/>
        <w:t>Иисус видит «их веру» во множественном числе — вера проявляется в совместном действии принесших человека.</w:t>
      </w:r>
    </w:p>
    <w:p>
      <w:r>
        <w:t>21. Книжники и фарисеи стали рассуждать: «Кто Он такой, что говорит богохульство? Кто может прощать грехи, кроме одного Бога?»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Книжники верно формулируют богословскую предпосылку: окончательное прощение грехов принадлежит Богу. Спор возникает из-за того, что Иисус действует с этим полномочием.</w:t>
      </w:r>
    </w:p>
    <w:p>
      <w:r>
        <w:t>22. Иисус понял их рассуждения и сказал: «О чём вы размышляете в своих сердцах?</w:t>
      </w:r>
    </w:p>
    <w:p>
      <w:r>
        <w:t>23. Что легче сказать: “Твои грехи прощены” — или: “Встань и ходи”?</w:t>
      </w:r>
    </w:p>
    <w:p>
      <w:r>
        <w:t>24. Но чтобы вы знали, что Сын Человеческий имеет на земле власть прощать грехи…» — Он сказал парализованному: «Тебе говорю: встань, возьми свою постель и иди домой».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ἐξουσίαν ἔχει ὁ υἱὸς τοῦ ἀνθρώπου ... ἀφιέναι ἁμαρτίας</w:t>
      </w:r>
      <w:r>
        <w:rPr>
          <w:sz w:val="20"/>
        </w:rPr>
        <w:t xml:space="preserve"> [exousian echei ho huios tou anthrōpou ... aphienai hamartias]</w:t>
      </w:r>
      <w:r>
        <w:rPr>
          <w:sz w:val="20"/>
        </w:rPr>
        <w:br/>
        <w:t>Исцеление становится видимым подтверждением невидимого заявления: Сын Человеческий имеет на земле власть прощать грехи.</w:t>
      </w:r>
    </w:p>
    <w:p>
      <w:r>
        <w:t>25. Тот сразу встал перед ними, взял то, на чём лежал, и пошёл домой, прославляя Бога.</w:t>
      </w:r>
    </w:p>
    <w:p>
      <w:r>
        <w:t>26. Всех охватило изумление, и они прославляли Бога. Наполненные страхом, говорили: «Сегодня мы увидели невероятное!» [παράδοξα — означает необыкновенные, неожиданные, поразительные вещи — то, что выходит за обычное ожидание]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παράδοξα</w:t>
      </w:r>
      <w:r>
        <w:rPr>
          <w:sz w:val="20"/>
        </w:rPr>
        <w:t xml:space="preserve"> [paradoxa]</w:t>
      </w:r>
      <w:r>
        <w:rPr>
          <w:sz w:val="20"/>
        </w:rPr>
        <w:br/>
        <w:t>παράδοξα означает необыкновенные, неожиданные, поразительные вещи — то, что выходит за обычное ожидание.</w:t>
      </w:r>
    </w:p>
    <w:p>
      <w:r>
        <w:t>27. После этого Иисус вышел и увидел сборщика пошлин по имени Левий, сидевшего у места сбора пошлин. Он сказал ему: «Следуй за Мной».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ἀκολούθει μοι</w:t>
      </w:r>
      <w:r>
        <w:rPr>
          <w:sz w:val="20"/>
        </w:rPr>
        <w:t xml:space="preserve"> [akolouthei moi]</w:t>
      </w:r>
      <w:r>
        <w:rPr>
          <w:sz w:val="20"/>
        </w:rPr>
        <w:br/>
        <w:t>Краткое повеление «следуй за Мной» становится призывом к ученичеству, а не просто приглашением идти физически следом.</w:t>
      </w:r>
    </w:p>
    <w:p>
      <w:r>
        <w:t>28. Оставив всё, Левий встал и последовал за Ним.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Лука повторяет формулу «оставив всё» из 5:11 и применяет её к Левию, связывая рыбаков и сборщика пошлин одной моделью ответа.</w:t>
      </w:r>
    </w:p>
    <w:p>
      <w:r>
        <w:t>29. Левий устроил для Него большой пир в своём доме. Вместе с ними возлежало много сборщиков пошлин и других людей.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Совместная трапеза означала социальное принятие и общение; именно поэтому пир Левия становится предметом религиозного спора.</w:t>
      </w:r>
    </w:p>
    <w:p>
      <w:r>
        <w:t>30. Фарисеи и их книжники роптали на учеников Иисуса: «Почему вы едите и пьёте со сборщиками пошлин и грешниками?»</w:t>
      </w:r>
    </w:p>
    <w:p>
      <w:r>
        <w:t>31. Иисус ответил: «Не здоровым нужен врач, а больным.</w:t>
      </w:r>
    </w:p>
    <w:p>
      <w:r>
        <w:t>32. Я пришёл призвать не праведных, а грешников к покаянию». [εἰς μετάνοιαν — Цель призыва Иисуса — не просто общение с «грешниками», а покаяние, то есть изменение направления жизни к Богу]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εἰς μετάνοιαν</w:t>
      </w:r>
      <w:r>
        <w:rPr>
          <w:sz w:val="20"/>
        </w:rPr>
        <w:t xml:space="preserve"> [eis metanoian]</w:t>
      </w:r>
      <w:r>
        <w:rPr>
          <w:sz w:val="20"/>
        </w:rPr>
        <w:br/>
        <w:t>Цель призыва Иисуса — не просто общение с «грешниками», а покаяние, то есть изменение направления жизни к Богу.</w:t>
      </w:r>
    </w:p>
    <w:p>
      <w:r>
        <w:t>33. Они сказали Ему: «Ученики Иоанна часто постятся и молятся, так же и ученики фарисеев, а Твои едят и пьют».</w:t>
      </w:r>
    </w:p>
    <w:p>
      <w:r>
        <w:t>34. Иисус ответил: «Можете ли вы заставить гостей на свадьбе поститься, пока жених с ними? [οἱ υἱοὶ τοῦ νυμφῶνος — идиома: участников свадебного праздника]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οἱ υἱοὶ τοῦ νυμφῶνος</w:t>
      </w:r>
      <w:r>
        <w:rPr>
          <w:sz w:val="20"/>
        </w:rPr>
        <w:t xml:space="preserve"> [hoi huioi tou nymphōnos]</w:t>
      </w:r>
      <w:r>
        <w:rPr>
          <w:sz w:val="20"/>
        </w:rPr>
        <w:br/>
        <w:t>Буквально «сыновья брачного чертога» — идиома участников свадебного праздника. Присутствие Жениха делает пост неуместным для этого момента.</w:t>
      </w:r>
    </w:p>
    <w:p>
      <w:r>
        <w:t>35. Но придут дни, когда жениха у них отнимут; тогда, в те дни, они будут поститься».</w:t>
      </w:r>
    </w:p>
    <w:p>
      <w:pPr>
        <w:ind w:left="360"/>
      </w:pPr>
      <w:r>
        <w:rPr>
          <w:b/>
          <w:sz w:val="20"/>
        </w:rPr>
        <w:t>Страдания Христа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ἀπαρθῇ ἀπ᾽ αὐτῶν ὁ νυμφίος</w:t>
      </w:r>
      <w:r>
        <w:rPr>
          <w:sz w:val="20"/>
        </w:rPr>
        <w:t xml:space="preserve"> [aparthē ap' autōn ho nymphios]</w:t>
      </w:r>
      <w:r>
        <w:rPr>
          <w:sz w:val="20"/>
        </w:rPr>
        <w:br/>
        <w:t>Необычно резкое «жених будет отнят» заранее вводит тень будущего удаления Иисуса и связывает последующий пост учеников с Его отсутствием.</w:t>
      </w:r>
    </w:p>
    <w:p>
      <w:r>
        <w:t>36. Он рассказал им и притчу: «Никто не отрывает кусок от новой одежды, чтобы пришить к старой. Иначе и новую порвёт, и к старой не подойдёт заплата от новой. [καινοῦ ... παλαιόν — В образе одежды противопоставлены новое и старое]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καινοῦ ... παλαιόν</w:t>
      </w:r>
      <w:r>
        <w:rPr>
          <w:sz w:val="20"/>
        </w:rPr>
        <w:t xml:space="preserve"> [kainou ... palaion]</w:t>
      </w:r>
      <w:r>
        <w:rPr>
          <w:sz w:val="20"/>
        </w:rPr>
        <w:br/>
        <w:t>В образе одежды противопоставлены новое и старое. Попытка использовать новое лишь как заплату разрушает новое и не решает проблему старого.</w:t>
      </w:r>
    </w:p>
    <w:p>
      <w:r>
        <w:t>37. И никто не наливает молодое вино в старые мехи. Иначе молодое вино разорвёт мехи, само вытечет, а мехи пропадут. [οἶνον νέον ... ἀσκοὺς παλαιούς — Для вина используется νέος — молодое/новое по времени; старые мехи не способны вместить процесс нового брожения]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οἶνον νέον ... ἀσκοὺς παλαιούς</w:t>
      </w:r>
      <w:r>
        <w:rPr>
          <w:sz w:val="20"/>
        </w:rPr>
        <w:t xml:space="preserve"> [oinon neon ... askous palaious]</w:t>
      </w:r>
      <w:r>
        <w:rPr>
          <w:sz w:val="20"/>
        </w:rPr>
        <w:br/>
        <w:t>Для вина используется νέος — молодое/новое по времени; старые мехи не способны вместить процесс нового брожения.</w:t>
      </w:r>
    </w:p>
    <w:p>
      <w:r>
        <w:t>38. Молодое вино нужно наливать в новые мехи.</w:t>
      </w:r>
    </w:p>
    <w:p>
      <w:r>
        <w:t>39. И никто, выпив старого вина, не хочет молодого, потому что говорит: «Старое хорошее [χρηστός]».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χρηστός</w:t>
      </w:r>
      <w:r>
        <w:rPr>
          <w:sz w:val="20"/>
        </w:rPr>
        <w:t xml:space="preserve"> [chrēstos]</w:t>
      </w:r>
      <w:r>
        <w:rPr>
          <w:sz w:val="20"/>
        </w:rPr>
        <w:br/>
        <w:t>χρηστός означает «хороший, приятный». Текст не говорит сравнительную форму «старое лучше», а передаёт естественную привязанность привыкшего к старому.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χρηστός — «хорошее/приятное», не сравнительное «лучше». Исправлено ближе к греческому.</w:t>
      </w:r>
    </w:p>
    <w:p>
      <w:pPr>
        <w:pStyle w:val="Heading2"/>
      </w:pPr>
      <w:r>
        <w:t>Глава 6</w:t>
      </w:r>
    </w:p>
    <w:p>
      <w:r>
        <w:t>1. Однажды в субботу Иисус проходил через засеянные поля. Его ученики срывали колосья, растирали их руками и ели.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sz w:val="20"/>
        </w:rPr>
        <w:br/>
        <w:t>Спор касается не голода как такового, а допустимости срывать и растирать колосья в субботу — действия трактуются оппонентами как работа.</w:t>
      </w:r>
    </w:p>
    <w:p>
      <w:r>
        <w:t>2. Некоторые фарисеи спросили: «Почему вы делаете в субботу то, чего нельзя делать?»</w:t>
      </w:r>
    </w:p>
    <w:p>
      <w:r>
        <w:t>3. Иисус ответил: «Разве вы не читали, что сделал Давид, когда проголодался он и бывшие с ним?</w:t>
      </w:r>
    </w:p>
    <w:p>
      <w:r>
        <w:t>4. Как он вошёл в дом Бога, взял хлебы предложения, ел их и дал своим спутникам, хотя есть их позволено только священникам?»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sz w:val="20"/>
        </w:rPr>
        <w:br/>
        <w:t>Иисус апеллирует к истории Давида и хлебов присутствия, где человеческая нужда оказывается важной для понимания применения священного установления.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1 Цар 21:1–6</w:t>
      </w:r>
    </w:p>
    <w:p>
      <w:r>
        <w:t>5. И сказал им: «Сын Человеческий — Господин субботы».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κύριός ἐστιν τοῦ σαββάτου ὁ υἱὸς τοῦ ἀνθρώπου</w:t>
      </w:r>
      <w:r>
        <w:rPr>
          <w:sz w:val="20"/>
        </w:rPr>
        <w:t xml:space="preserve"> [kyrios estin tou sabbatou ho huios tou anthrōpou]</w:t>
      </w:r>
      <w:r>
        <w:rPr>
          <w:sz w:val="20"/>
        </w:rPr>
        <w:br/>
        <w:t>Заявление идёт дальше казуса Давида: Сын Человеческий назван Господином субботы.</w:t>
      </w:r>
    </w:p>
    <w:p>
      <w:r>
        <w:t>6. В другую субботу Он вошёл в синагогу и стал учить. Там был человек, у которого правая рука была иссохшей.</w:t>
      </w:r>
    </w:p>
    <w:p>
      <w:pPr>
        <w:ind w:left="360"/>
      </w:pPr>
      <w:r>
        <w:rPr>
          <w:b/>
          <w:sz w:val="20"/>
        </w:rPr>
        <w:t>Деталь</w:t>
      </w:r>
      <w:r>
        <w:rPr>
          <w:sz w:val="20"/>
        </w:rPr>
        <w:br/>
        <w:t>Только Лука уточняет, что иссохшей была правая рука — характерная для него конкретизирующая деталь.</w:t>
      </w:r>
    </w:p>
    <w:p>
      <w:r>
        <w:t>7. Книжники и фарисеи наблюдали за Иисусом, исцелит ли Он в субботу, чтобы найти повод обвинить Его.</w:t>
      </w:r>
    </w:p>
    <w:p>
      <w:r>
        <w:t>8. Но Он знал их мысли и сказал человеку с иссохшей рукой: «Встань и выйди на середину». Тот встал.</w:t>
      </w:r>
    </w:p>
    <w:p>
      <w:r>
        <w:t>9. Иисус сказал им: «Я спрашиваю вас: что позволено в субботу — делать добро или зло, спасти жизнь или погубить?»</w:t>
      </w:r>
    </w:p>
    <w:p>
      <w:pPr>
        <w:ind w:left="360"/>
      </w:pPr>
      <w:r>
        <w:rPr>
          <w:b/>
          <w:sz w:val="20"/>
        </w:rPr>
        <w:t>Этика</w:t>
      </w:r>
      <w:r>
        <w:rPr>
          <w:sz w:val="20"/>
        </w:rPr>
        <w:br/>
        <w:t>Иисус переводит спор из уровня запрета в уровень назначения субботы: отказ сделать доступное добро поставлен рядом с причинением вреда.</w:t>
      </w:r>
    </w:p>
    <w:p>
      <w:r>
        <w:t>10. Оглядев всех, Он сказал человеку: «Протяни руку». Тот сделал это, и рука восстановилась.</w:t>
      </w:r>
    </w:p>
    <w:p>
      <w:r>
        <w:t>11. А они пришли в ярость и стали обсуждать между собой, что сделать с Иисусом. [ἀνοίας — может означать безумие, неразумие, яростное помрачение]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ἀνοίας</w:t>
      </w:r>
      <w:r>
        <w:rPr>
          <w:sz w:val="20"/>
        </w:rPr>
        <w:t xml:space="preserve"> [anoias]</w:t>
      </w:r>
      <w:r>
        <w:rPr>
          <w:sz w:val="20"/>
        </w:rPr>
        <w:br/>
        <w:t>Слово может означать безумие, неразумие, яростное помрачение. Реакция оппонентов контрастирует с восстановлением человека.</w:t>
      </w:r>
    </w:p>
    <w:p>
      <w:r>
        <w:t>12. В те дни Иисус поднялся на гору молиться и провёл всю ночь в молитве Богу.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διανυκτερεύων ἐν τῇ προσευχῇ τοῦ θεοῦ</w:t>
      </w:r>
      <w:r>
        <w:rPr>
          <w:sz w:val="20"/>
        </w:rPr>
        <w:t xml:space="preserve"> [dianyktereuōn en tē proseuchē tou theou]</w:t>
      </w:r>
      <w:r>
        <w:rPr>
          <w:sz w:val="20"/>
        </w:rPr>
        <w:br/>
        <w:t>Перед выбором Двенадцати Иисус проводит всю ночь в молитве; у Луки важные переходы служения регулярно связаны с молитвой.</w:t>
      </w:r>
    </w:p>
    <w:p>
      <w:r>
        <w:t>13. Когда наступил день, Он позвал учеников и выбрал из них двенадцать, которых назвал апостолами: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ἀποστόλους</w:t>
      </w:r>
      <w:r>
        <w:rPr>
          <w:sz w:val="20"/>
        </w:rPr>
        <w:t xml:space="preserve"> [apostolous]</w:t>
      </w:r>
      <w:r>
        <w:rPr>
          <w:sz w:val="20"/>
        </w:rPr>
        <w:br/>
        <w:t>ἀπόστολος — посланный, уполномоченный представитель. Лука отличает широкую группу учеников от выбранных Двенадцати.</w:t>
      </w:r>
    </w:p>
    <w:p>
      <w:r>
        <w:t>14. Симона, которого назвал Петром, Андрея, его брата, Иакова, Иоанна, Филиппа, Варфоломея,</w:t>
      </w:r>
    </w:p>
    <w:p>
      <w:r>
        <w:t>15. Матфея, Фому, Иакова, сына Алфея, Симона, называемого Зилотом,</w:t>
      </w:r>
    </w:p>
    <w:p>
      <w:r>
        <w:t>16. Иуду, сына Иакова, и Иуду Искариота, ставшего предателем. [προδότης — Лука ретроспективно характеризует Иуду как того, кто «стал предателем»; это повествовательное предвосхищение будущих событий]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προδότης</w:t>
      </w:r>
      <w:r>
        <w:rPr>
          <w:sz w:val="20"/>
        </w:rPr>
        <w:t xml:space="preserve"> [prodotes]</w:t>
      </w:r>
      <w:r>
        <w:rPr>
          <w:sz w:val="20"/>
        </w:rPr>
        <w:br/>
        <w:t>Лука ретроспективно характеризует Иуду как того, кто «стал предателем»; это повествовательное предвосхищение будущих событий.</w:t>
      </w:r>
    </w:p>
    <w:p>
      <w:r>
        <w:t>17. Спустившись с ними, Иисус остановился на ровном месте. Там было множество Его учеников и огромное число людей со всей Иудеи, из Иерусалима и приморских областей Тира и Сидона.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ἐπὶ τόπου πεδινοῦ</w:t>
      </w:r>
      <w:r>
        <w:rPr>
          <w:sz w:val="20"/>
        </w:rPr>
        <w:t xml:space="preserve"> [epi topou pedinou]</w:t>
      </w:r>
      <w:r>
        <w:rPr>
          <w:sz w:val="20"/>
        </w:rPr>
        <w:br/>
        <w:t>Иисус становится «на ровном месте». Отсюда традиционное название «проповедь на равнине»; Лука не утверждает, что это обязательно иное событие, чем сходный материал у Матфея.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5:1</w:t>
      </w:r>
    </w:p>
    <w:p>
      <w:r>
        <w:t>18. Они пришли послушать Его и исцелиться от болезней. Исцелялись и мучимые нечистыми духами.</w:t>
      </w:r>
    </w:p>
    <w:p>
      <w:r>
        <w:t>19. Весь народ старался прикоснуться к Нему, потому что от Него исходила сила и исцеляла всех. [δύναμις παρ᾽ αὐτοῦ ἐξήρχετο — Лука описывает исцеляющую силу как исходящую от Иисуса; это продолжает тематическую линию δύναμις в 4–5 главах]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δύναμις παρ᾽ αὐτοῦ ἐξήρχετο</w:t>
      </w:r>
      <w:r>
        <w:rPr>
          <w:sz w:val="20"/>
        </w:rPr>
        <w:t xml:space="preserve"> [dynamis par' autou exērcheto]</w:t>
      </w:r>
      <w:r>
        <w:rPr>
          <w:sz w:val="20"/>
        </w:rPr>
        <w:br/>
        <w:t>Лука описывает исцеляющую силу как исходящую от Иисуса; это продолжает тематическую линию δύναμις в 4–5 главах.</w:t>
      </w:r>
    </w:p>
    <w:p>
      <w:r>
        <w:t>20. Подняв глаза на учеников, Он сказал: «Блаженны вы, бедные, потому что ваше Царство Божье.</w:t>
      </w:r>
    </w:p>
    <w:p>
      <w:pPr>
        <w:ind w:left="360"/>
      </w:pPr>
      <w:r>
        <w:rPr>
          <w:b/>
          <w:sz w:val="20"/>
        </w:rPr>
        <w:t>Блаженство</w:t>
      </w:r>
      <w:r>
        <w:rPr>
          <w:sz w:val="20"/>
        </w:rPr>
        <w:br/>
        <w:t>У Луки обращение прямое: «блаженны вы, бедные», а не матфеевское «нищие духом». Не следует автоматически заменять одну формулировку другой.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5:3</w:t>
      </w:r>
    </w:p>
    <w:p>
      <w:r>
        <w:t>21. Блаженны вы, голодные сейчас, потому что насытитесь. Блаженны вы, плачущие сейчас, потому что будете смеяться.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i/>
          <w:sz w:val="20"/>
        </w:rPr>
        <w:t xml:space="preserve"> νῦν</w:t>
      </w:r>
      <w:r>
        <w:rPr>
          <w:sz w:val="20"/>
        </w:rPr>
        <w:t xml:space="preserve"> [nyn]</w:t>
      </w:r>
      <w:r>
        <w:rPr>
          <w:sz w:val="20"/>
        </w:rPr>
        <w:br/>
        <w:t>Повтор «сейчас» подчёркивает переворот между нынешним состоянием и будущим Божьим ответом: голодные насытятся, плачущие будут смеяться.</w:t>
      </w:r>
    </w:p>
    <w:p>
      <w:r>
        <w:t>22. Блаженны вы, когда люди будут ненавидеть вас, отвергать, оскорблять и считать ваше имя позорным из-за Сына Человеческого.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Блаженство связано не с любой неприязнью окружающих, а с отвержением «из-за Сына Человеческого».</w:t>
      </w:r>
    </w:p>
    <w:p>
      <w:r>
        <w:t>23. Радуйтесь в тот день и ликуйте, потому что велика ваша награда на небе. Так же их отцы поступали с пророками.</w:t>
      </w:r>
    </w:p>
    <w:p>
      <w:pPr>
        <w:ind w:left="360"/>
      </w:pPr>
      <w:r>
        <w:rPr>
          <w:b/>
          <w:sz w:val="20"/>
        </w:rPr>
        <w:t>Пророчество</w:t>
      </w:r>
      <w:r>
        <w:rPr>
          <w:sz w:val="20"/>
        </w:rPr>
        <w:br/>
        <w:t>Преследуемые ученики помещаются в линию пророков; верность Сыну Человеческому продолжает пророческое свидетельство.</w:t>
      </w:r>
    </w:p>
    <w:p>
      <w:r>
        <w:t>24. Но горе вам, богатые, потому что вы уже получили своё утешение. [ἀπέχετε τὴν παράκλησιν ὑμῶν — может означать «получить сполна»]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i/>
          <w:sz w:val="20"/>
        </w:rPr>
        <w:t xml:space="preserve"> ἀπέχετε τὴν παράκλησιν ὑμῶν</w:t>
      </w:r>
      <w:r>
        <w:rPr>
          <w:sz w:val="20"/>
        </w:rPr>
        <w:t xml:space="preserve"> [apechete tēn paraklēsin hymōn]</w:t>
      </w:r>
      <w:r>
        <w:rPr>
          <w:sz w:val="20"/>
        </w:rPr>
        <w:br/>
        <w:t>ἀπέχω в расчётном языке может означать «получить сполна». Смысл: богатые уже имеют своё утешение сейчас, что образует зеркальный контраст с бедными.</w:t>
      </w:r>
    </w:p>
    <w:p>
      <w:r>
        <w:t>25. Горе вам, сытые сейчас, потому что будете голодать. Горе вам, смеющиеся сейчас, потому что будете скорбеть и плакать.</w:t>
      </w:r>
    </w:p>
    <w:p>
      <w:r>
        <w:t>26. Горе вам, когда все люди говорят о вас хорошо, потому что так же их отцы поступали с лжепророками.</w:t>
      </w:r>
    </w:p>
    <w:p>
      <w:pPr>
        <w:ind w:left="360"/>
      </w:pPr>
      <w:r>
        <w:rPr>
          <w:b/>
          <w:sz w:val="20"/>
        </w:rPr>
        <w:t>Пророчество</w:t>
      </w:r>
      <w:r>
        <w:rPr>
          <w:sz w:val="20"/>
        </w:rPr>
        <w:br/>
        <w:t>Всеобщее одобрение само по себе не является признаком истинности: Лука сопоставляет его с отношением предков к лжепророкам.</w:t>
      </w:r>
    </w:p>
    <w:p>
      <w:r>
        <w:t>27. Но вам, слушающим, говорю: любите своих врагов, делайте добро ненавидящим вас,</w:t>
      </w:r>
    </w:p>
    <w:p>
      <w:pPr>
        <w:ind w:left="360"/>
      </w:pPr>
      <w:r>
        <w:rPr>
          <w:b/>
          <w:sz w:val="20"/>
        </w:rPr>
        <w:t>Этика</w:t>
      </w:r>
      <w:r>
        <w:rPr>
          <w:i/>
          <w:sz w:val="20"/>
        </w:rPr>
        <w:t xml:space="preserve"> ἀγαπᾶτε τοὺς ἐχθροὺς ὑμῶν</w:t>
      </w:r>
      <w:r>
        <w:rPr>
          <w:sz w:val="20"/>
        </w:rPr>
        <w:t xml:space="preserve"> [agapate tous echthrous hymōn]</w:t>
      </w:r>
      <w:r>
        <w:rPr>
          <w:sz w:val="20"/>
        </w:rPr>
        <w:br/>
        <w:t>Любовь к врагам раскрывается последующими глаголами как активное добро, благословение и молитва, а не как чувство симпатии.</w:t>
      </w:r>
    </w:p>
    <w:p>
      <w:r>
        <w:t>28. благословляйте проклинающих вас, молитесь за оскорбляющих вас.</w:t>
      </w:r>
    </w:p>
    <w:p>
      <w:r>
        <w:t>29. Тому, кто ударит тебя по щеке, подставь и другую; и у того, кто забирает у тебя верхнюю одежду, не удерживай и рубаху.</w:t>
      </w:r>
    </w:p>
    <w:p>
      <w:pPr>
        <w:ind w:left="360"/>
      </w:pPr>
      <w:r>
        <w:rPr>
          <w:b/>
          <w:sz w:val="20"/>
        </w:rPr>
        <w:t>Этика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Образ второй щеки выражает отказ строить ответ вокруг возмездия. Его нельзя превращать в требование оставаться в ситуации продолжающегося насилия или запрещать искать безопасность.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Возвращаем конкретный образ Луки. Это нравственное учение о не-возмездии; перевод не должен заменять его абстрактным пересказом.</w:t>
      </w:r>
    </w:p>
    <w:p>
      <w:r>
        <w:t>30. Всякому просящему у тебя давай, и от взявшего твоё не требуй обратно.</w:t>
      </w:r>
    </w:p>
    <w:p>
      <w:r>
        <w:t>31. Как хотите, чтобы люди поступали с вами, так и вы поступайте с ними.</w:t>
      </w:r>
    </w:p>
    <w:p>
      <w:pPr>
        <w:ind w:left="360"/>
      </w:pPr>
      <w:r>
        <w:rPr>
          <w:b/>
          <w:sz w:val="20"/>
        </w:rPr>
        <w:t>Этика</w:t>
      </w:r>
      <w:r>
        <w:rPr>
          <w:sz w:val="20"/>
        </w:rPr>
        <w:br/>
        <w:t>«Золотое правило» у Луки сформулировано положительно: ученик должен активно поступать с другими так, как хотел бы, чтобы поступали с ним.</w:t>
      </w:r>
    </w:p>
    <w:p>
      <w:r>
        <w:t>32. Если любите любящих вас, какая вам за это благодарность? Даже грешники любят тех, кто любит их. [χάρις — означает признательность/благодарность, а не технический термин «благодать»]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χάρις</w:t>
      </w:r>
      <w:r>
        <w:rPr>
          <w:sz w:val="20"/>
        </w:rPr>
        <w:t xml:space="preserve"> [charis]</w:t>
      </w:r>
      <w:r>
        <w:rPr>
          <w:sz w:val="20"/>
        </w:rPr>
        <w:br/>
        <w:t>В вопросе «какая вам благодарность?» стоит χάρις. Здесь слово означает признательность/благодарность, а не технический термин «благодать».</w:t>
      </w:r>
    </w:p>
    <w:p>
      <w:r>
        <w:t>33. Если делаете добро тем, кто делает добро вам, какая вам за это благодарность? И грешники делают то же.</w:t>
      </w:r>
    </w:p>
    <w:p>
      <w:r>
        <w:t>34. Если даёте взаймы тем, от кого надеетесь получить обратно, какая вам благодарность? И грешники дают грешникам, чтобы получить столько же.</w:t>
      </w:r>
    </w:p>
    <w:p>
      <w:r>
        <w:t>35. Но любите врагов, делайте добро и давайте взаймы, ничего не ожидая взамен. Тогда велика будет ваша награда, и вы будете сынами Всевышнего, потому что Он добр к неблагодарным и злым.</w:t>
      </w:r>
    </w:p>
    <w:p>
      <w:pPr>
        <w:ind w:left="360"/>
      </w:pPr>
      <w:r>
        <w:rPr>
          <w:b/>
          <w:sz w:val="20"/>
        </w:rPr>
        <w:t>Текст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μηδὲν ἀπελπίζοντες</w:t>
      </w:r>
      <w:r>
        <w:rPr>
          <w:sz w:val="20"/>
        </w:rPr>
        <w:t xml:space="preserve"> [mēden apelpizontes]</w:t>
      </w:r>
      <w:r>
        <w:rPr>
          <w:sz w:val="20"/>
        </w:rPr>
        <w:br/>
        <w:t>Фраза трудна: традиционно понимается как «ничего не ожидая взамен»; предлагались и иные оттенки. WGT-T выбирает контекстуально естественное прочтение.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Основание любви к врагам — характер Всевышнего, Который добр к неблагодарным и злым. Этика ученика подражает Отцу.</w:t>
      </w:r>
    </w:p>
    <w:p>
      <w:r>
        <w:t>36. Будьте милосердны [οἰκτίρμονες], как милосерден ваш Отец.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οἰκτίρμονες</w:t>
      </w:r>
      <w:r>
        <w:rPr>
          <w:sz w:val="20"/>
        </w:rPr>
        <w:t xml:space="preserve"> [oiktirmones]</w:t>
      </w:r>
      <w:r>
        <w:rPr>
          <w:sz w:val="20"/>
        </w:rPr>
        <w:br/>
        <w:t>Лука завершает этот блок не матфеевским «будьте совершенны», а «будьте милосердны» — милосердие Отца становится мерой поведения ученика.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5:48</w:t>
      </w:r>
    </w:p>
    <w:p>
      <w:r>
        <w:t>37. Не судите — и не будете судимы; не осуждайте — и не будете осуждены; прощайте — и будете прощены. [ἀπολύετε — буквально «отпускайте/освобождайте»]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ἀπολύετε</w:t>
      </w:r>
      <w:r>
        <w:rPr>
          <w:sz w:val="20"/>
        </w:rPr>
        <w:t xml:space="preserve"> [apolyete]</w:t>
      </w:r>
      <w:r>
        <w:rPr>
          <w:sz w:val="20"/>
        </w:rPr>
        <w:br/>
        <w:t>Последний глагол буквально означает «отпускайте/освобождайте». В данном параллелизме естествен смысл «прощайте», но образ отпускания шире русского юридического «оправдывать».</w:t>
      </w:r>
    </w:p>
    <w:p>
      <w:r>
        <w:t>38. Давайте — и вам будет дано: хорошую меру, утрясённую, утрамбованную и переполненную, насыплют вам. Какой мерой меряете, такой отмерят вам».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sz w:val="20"/>
        </w:rPr>
        <w:br/>
        <w:t>Картина меры — торговый образ щедро наполненной ёмкости. Последняя строка делает принцип взаимности меры главным смыслом образа.</w:t>
      </w:r>
    </w:p>
    <w:p>
      <w:r>
        <w:t>39. Он рассказал им и притчу: «Может ли слепой вести слепого? Разве оба не упадут в яму?</w:t>
      </w:r>
    </w:p>
    <w:p>
      <w:r>
        <w:t>40. Ученик не выше учителя, но каждый, завершив обучение, будет как его учитель. [κατηρτισμένος — означает подготовленного, полностью обученного, приведённого в должное состояние]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κατηρτισμένος</w:t>
      </w:r>
      <w:r>
        <w:rPr>
          <w:sz w:val="20"/>
        </w:rPr>
        <w:t xml:space="preserve"> [katērtismenos]</w:t>
      </w:r>
      <w:r>
        <w:rPr>
          <w:sz w:val="20"/>
        </w:rPr>
        <w:br/>
        <w:t>Причастие означает подготовленного, полностью обученного, приведённого в должное состояние. Цель ученика — стать подобным учителю.</w:t>
      </w:r>
    </w:p>
    <w:p>
      <w:r>
        <w:t>41. Почему ты замечаешь соринку в глазу брата, а бревна в собственном глазу не замечаешь?</w:t>
      </w:r>
    </w:p>
    <w:p>
      <w:pPr>
        <w:ind w:left="360"/>
      </w:pPr>
      <w:r>
        <w:rPr>
          <w:b/>
          <w:sz w:val="20"/>
        </w:rPr>
        <w:t>Гипербола</w:t>
      </w:r>
      <w:r>
        <w:rPr>
          <w:sz w:val="20"/>
        </w:rPr>
        <w:br/>
        <w:t>Соринка и бревно — намеренно комическая гипербола о самоослеплении при осуждении другого.</w:t>
      </w:r>
    </w:p>
    <w:p>
      <w:r>
        <w:t>42. Как можешь сказать брату: “Брат, дай я выну соринку из твоего глаза”, когда сам не видишь бревна в своём? Лицемер! Сначала убери бревно из своего глаза, тогда ясно увидишь, как помочь брату с соринкой.</w:t>
      </w:r>
    </w:p>
    <w:p>
      <w:pPr>
        <w:ind w:left="360"/>
      </w:pPr>
      <w:r>
        <w:rPr>
          <w:b/>
          <w:sz w:val="20"/>
        </w:rPr>
        <w:t>Этика</w:t>
      </w:r>
      <w:r>
        <w:rPr>
          <w:sz w:val="20"/>
        </w:rPr>
        <w:br/>
        <w:t>Иисус не запрещает всякую помощь брату: порядок «сначала своё бревно — затем ясно увидишь, как помочь» требует самопроверки прежде исправления другого.</w:t>
      </w:r>
    </w:p>
    <w:p>
      <w:r>
        <w:t>43. Нет хорошего дерева, приносящего плохой плод, и плохого дерева, приносящего хороший.</w:t>
      </w:r>
    </w:p>
    <w:p>
      <w:r>
        <w:t>44. Каждое дерево узнаётся по плоду. Не собирают инжир с терновника и виноград с колючего кустарника.</w:t>
      </w:r>
    </w:p>
    <w:p>
      <w:r>
        <w:t>45. Добрый человек из доброго сокровища сердца выносит добро, а злой из злого выносит зло. Потому что уста говорят из того, чем наполнено сердце.</w:t>
      </w:r>
    </w:p>
    <w:p>
      <w:pPr>
        <w:ind w:left="360"/>
      </w:pPr>
      <w:r>
        <w:rPr>
          <w:b/>
          <w:sz w:val="20"/>
        </w:rPr>
        <w:t>Человек</w:t>
      </w:r>
      <w:r>
        <w:rPr>
          <w:i/>
          <w:sz w:val="20"/>
        </w:rPr>
        <w:t xml:space="preserve"> ἐκ τοῦ περισσεύματος καρδίας</w:t>
      </w:r>
      <w:r>
        <w:rPr>
          <w:sz w:val="20"/>
        </w:rPr>
        <w:t xml:space="preserve"> [ek tou perisseumatos kardias]</w:t>
      </w:r>
      <w:r>
        <w:rPr>
          <w:sz w:val="20"/>
        </w:rPr>
        <w:br/>
        <w:t>Речь раскрывает внутренний избыток сердца: слова рассматриваются как плод того, чем человек наполнен внутри.</w:t>
      </w:r>
    </w:p>
    <w:p>
      <w:r>
        <w:t>46. Почему вы зовёте Меня: “Господи! Господи!” — и не делаете того, что Я говорю?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Исповедание «Господи, Господи» проверяется исполнением слов Иисуса; титул без послушания не является достаточным ответом.</w:t>
      </w:r>
    </w:p>
    <w:p>
      <w:r>
        <w:t>47. Всякий, кто приходит ко Мне, слышит Мои слова и исполняет их, — покажу вам, кому он подобен.</w:t>
      </w:r>
    </w:p>
    <w:p>
      <w:r>
        <w:t>48. Он подобен человеку, строившему дом: тот углубился, выкопал фундамент и положил его на скале. Когда пришло наводнение, поток обрушился на дом, но не смог поколебать его, потому что он был хорошо построен.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sz w:val="20"/>
        </w:rPr>
        <w:br/>
        <w:t>Устойчивость дома связана не просто со слушанием, а со слушанием и исполнением. Фундамент — практическое послушание словам Иисуса.</w:t>
      </w:r>
    </w:p>
    <w:p>
      <w:r>
        <w:t>49. А слышащий и не исполняющий подобен человеку, построившему дом прямо на земле, без фундамента. Поток обрушился на него, дом сразу рухнул, и разрушение его было велико».</w:t>
      </w:r>
    </w:p>
    <w:p>
      <w:pPr>
        <w:pStyle w:val="Heading2"/>
      </w:pPr>
      <w:r>
        <w:t>Глава 7</w:t>
      </w:r>
    </w:p>
    <w:p>
      <w:r>
        <w:t>1. Когда Иисус закончил говорить народу, Он вошёл в Капернаум.</w:t>
      </w:r>
    </w:p>
    <w:p>
      <w:r>
        <w:t>2. У одного сотника был слуга, которым он дорожил; слуга тяжело заболел и был при смерти.</w:t>
      </w:r>
    </w:p>
    <w:p>
      <w:r>
        <w:t>3. Услышав об Иисусе, сотник послал к Нему иудейских старейшин попросить, чтобы Он пришёл и спас его слугу. [διασώσῃ — означает «спасти/сохранить, довести до безопасности»]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διασώσῃ</w:t>
      </w:r>
      <w:r>
        <w:rPr>
          <w:sz w:val="20"/>
        </w:rPr>
        <w:t xml:space="preserve"> [diasōsē]</w:t>
      </w:r>
      <w:r>
        <w:rPr>
          <w:sz w:val="20"/>
        </w:rPr>
        <w:br/>
        <w:t>Глагол означает «спасти/сохранить, довести до безопасности»; просьба сотника формулирует исцеление как спасительное вмешательство.</w:t>
      </w:r>
    </w:p>
    <w:p>
      <w:r>
        <w:t>4. Они пришли к Иисусу и настойчиво просили: «Он достоин, чтобы Ты это сделал для него,</w:t>
      </w:r>
    </w:p>
    <w:p>
      <w:r>
        <w:t>5. потому что любит наш народ и сам построил для нас синагогу».</w:t>
      </w:r>
    </w:p>
    <w:p>
      <w:r>
        <w:t>6. Иисус пошёл с ними. Когда Он был уже недалеко от дома, сотник послал друзей сказать: «Господи, не утруждай Себя, потому что я недостоин, чтобы Ты вошёл под мою крышу.</w:t>
      </w:r>
    </w:p>
    <w:p>
      <w:r>
        <w:t>7. Поэтому я и себя не счёл достойным прийти к Тебе. Но скажи слово — и мой слуга исцелится.</w:t>
      </w:r>
    </w:p>
    <w:p>
      <w:pPr>
        <w:ind w:left="360"/>
      </w:pPr>
      <w:r>
        <w:rPr>
          <w:b/>
          <w:sz w:val="20"/>
        </w:rPr>
        <w:t>Власть</w:t>
      </w:r>
      <w:r>
        <w:rPr>
          <w:i/>
          <w:sz w:val="20"/>
        </w:rPr>
        <w:t xml:space="preserve"> εἰπὲ λόγῳ</w:t>
      </w:r>
      <w:r>
        <w:rPr>
          <w:sz w:val="20"/>
        </w:rPr>
        <w:t xml:space="preserve"> [eipe logō]</w:t>
      </w:r>
      <w:r>
        <w:rPr>
          <w:sz w:val="20"/>
        </w:rPr>
        <w:br/>
        <w:t>Сотник доверяет действенности одного слова Иисуса без физического присутствия; следующая аналогия строится на понятии делегированной власти.</w:t>
      </w:r>
    </w:p>
    <w:p>
      <w:r>
        <w:t>8. Ведь и я человек под властью, и у меня есть подчинённые воины. Одному говорю: “Иди”, и он идёт; другому: “Приди”, и приходит; слуге: “Сделай это”, и он делает».</w:t>
      </w:r>
    </w:p>
    <w:p>
      <w:r>
        <w:t>9. Услышав это, Иисус удивился ему, повернулся к шедшему за Ним народу и сказал: «Говорю вам: даже в Израиле Я не нашёл такой веры».</w:t>
      </w:r>
    </w:p>
    <w:p>
      <w:pPr>
        <w:ind w:left="360"/>
      </w:pPr>
      <w:r>
        <w:rPr>
          <w:b/>
          <w:sz w:val="20"/>
        </w:rPr>
        <w:t>Вера</w:t>
      </w:r>
      <w:r>
        <w:rPr>
          <w:i/>
          <w:sz w:val="20"/>
        </w:rPr>
        <w:t xml:space="preserve"> τοσαύτην πίστιν</w:t>
      </w:r>
      <w:r>
        <w:rPr>
          <w:sz w:val="20"/>
        </w:rPr>
        <w:t xml:space="preserve"> [tosautēn pistin]</w:t>
      </w:r>
      <w:r>
        <w:rPr>
          <w:sz w:val="20"/>
        </w:rPr>
        <w:br/>
        <w:t>Иисус прямо выделяет веру языческого сотника как исключительную даже в сравнении с Израилем.</w:t>
      </w:r>
    </w:p>
    <w:p>
      <w:r>
        <w:t>10. Вернувшись в дом, посланные нашли слугу здоровым.</w:t>
      </w:r>
    </w:p>
    <w:p>
      <w:r>
        <w:t>11. Вскоре после этого Иисус пошёл в город Наин; с Ним шли Его ученики и большая толпа.</w:t>
      </w:r>
    </w:p>
    <w:p>
      <w:r>
        <w:t>12. Когда Он приблизился к городским воротам, выносили умершего — единственного сына у матери, которая была вдовой. С ней шло много людей из города.</w:t>
      </w:r>
    </w:p>
    <w:p>
      <w:r>
        <w:t>13. Увидев её, Господь сжалился и сказал: «Не плачь». [ἐσπλαγχνίσθη — Сильный глагол сострадания: реакция Иисуса начинается с глубокой жалости к вдове, прежде чем она что-либо просит]</w:t>
      </w:r>
    </w:p>
    <w:p>
      <w:pPr>
        <w:ind w:left="360"/>
      </w:pPr>
      <w:r>
        <w:rPr>
          <w:b/>
          <w:sz w:val="20"/>
        </w:rPr>
        <w:t>Сострадание</w:t>
      </w:r>
      <w:r>
        <w:rPr>
          <w:i/>
          <w:sz w:val="20"/>
        </w:rPr>
        <w:t xml:space="preserve"> ἐσπλαγχνίσθη</w:t>
      </w:r>
      <w:r>
        <w:rPr>
          <w:sz w:val="20"/>
        </w:rPr>
        <w:t xml:space="preserve"> [esplanchnisthē]</w:t>
      </w:r>
      <w:r>
        <w:rPr>
          <w:sz w:val="20"/>
        </w:rPr>
        <w:br/>
        <w:t>Сильный глагол сострадания: реакция Иисуса начинается с глубокой жалости к вдове, прежде чем она что-либо просит.</w:t>
      </w:r>
    </w:p>
    <w:p>
      <w:r>
        <w:t>14. Он подошёл и коснулся носилок; несущие остановились. Иисус сказал: «Юноша, тебе говорю: встань!»</w:t>
      </w:r>
    </w:p>
    <w:p>
      <w:r>
        <w:t>15. Умерший сел и начал говорить. Иисус отдал его матери.</w:t>
      </w:r>
    </w:p>
    <w:p>
      <w:r>
        <w:t>16. Всех охватил страх, и они прославляли Бога: «Великий пророк восстал среди нас!» и: «Бог посетил Свой народ!»</w:t>
      </w:r>
    </w:p>
    <w:p>
      <w:pPr>
        <w:ind w:left="360"/>
      </w:pPr>
      <w:r>
        <w:rPr>
          <w:b/>
          <w:sz w:val="20"/>
        </w:rPr>
        <w:t>Пророчество</w:t>
      </w:r>
      <w:r>
        <w:rPr>
          <w:i/>
          <w:sz w:val="20"/>
        </w:rPr>
        <w:t xml:space="preserve"> ἐπεσκέψατο ὁ θεὸς τὸν λαὸν αὐτοῦ</w:t>
      </w:r>
      <w:r>
        <w:rPr>
          <w:sz w:val="20"/>
        </w:rPr>
        <w:t xml:space="preserve"> [epeskepsato ho theos ton laon autou]</w:t>
      </w:r>
      <w:r>
        <w:rPr>
          <w:sz w:val="20"/>
        </w:rPr>
        <w:br/>
        <w:t>«Бог посетил Свой народ» продолжает тему Божьего посещения из песен Лк 1 и связывает чудо с пророческими ожиданиями.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1:68, Лк 1:78</w:t>
      </w:r>
    </w:p>
    <w:p>
      <w:r>
        <w:t>17. Эта весть об Иисусе распространилась по всей Иудее и всей окрестности.</w:t>
      </w:r>
    </w:p>
    <w:p>
      <w:r>
        <w:t>18. Ученики Иоанна рассказали ему обо всём этом. Тогда Иоанн позвал двоих из них</w:t>
      </w:r>
    </w:p>
    <w:p>
      <w:r>
        <w:t>19. и послал к Господу спросить: «Ты — Тот, Кто должен прийти, или нам ожидать другого?»</w:t>
      </w:r>
    </w:p>
    <w:p>
      <w:r>
        <w:t>20. Придя к Иисусу, они сказали: «Иоанн Креститель послал нас спросить: “Ты — Тот, Кто должен прийти, или нам ожидать другого?”»</w:t>
      </w:r>
    </w:p>
    <w:p>
      <w:r>
        <w:t>21. В тот час Иисус исцелил многих от болезней, страданий и злых духов и многим слепым даровал зрение.</w:t>
      </w:r>
    </w:p>
    <w:p>
      <w:r>
        <w:t>22. Он ответил: «Пойдите и расскажите Иоанну, что увидели и услышали: слепые видят, хромые ходят, прокажённые очищаются, глухие слышат, мёртвые воскресают, бедным благовествуется.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sz w:val="20"/>
        </w:rPr>
        <w:br/>
        <w:t>Ответ Иисуса собран из образов Исаии: зрение, исцеление, восстановление и благовестие бедным. Это ответ действиями и Писанием на вопрос Иоанна.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35:5–6, Ис 61:1</w:t>
      </w:r>
    </w:p>
    <w:p>
      <w:r>
        <w:t>23. И блажен тот, кто не споткнётся из-за Меня». [σκανδαλισθῇ — означает «споткнуться/соблазниться»]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σκανδαλισθῇ</w:t>
      </w:r>
      <w:r>
        <w:rPr>
          <w:sz w:val="20"/>
        </w:rPr>
        <w:t xml:space="preserve"> [skandalisthē]</w:t>
      </w:r>
      <w:r>
        <w:rPr>
          <w:sz w:val="20"/>
        </w:rPr>
        <w:br/>
        <w:t>Глагол означает «споткнуться/соблазниться». Блажен тот, кто не отвергнет Иисуса из-за несоответствия собственным ожиданиям Мессии.</w:t>
      </w:r>
    </w:p>
    <w:p>
      <w:r>
        <w:t>24. Когда посланные Иоанна ушли, Иисус начал говорить народу об Иоанне: «Что вы ходили смотреть в пустыню? Тростник, колеблемый ветром?</w:t>
      </w:r>
    </w:p>
    <w:p>
      <w:r>
        <w:t>25. Что же вы ходили смотреть? Человека в мягкой одежде? Но носящие роскошную одежду и живущие в удовольствиях находятся во дворцах.</w:t>
      </w:r>
    </w:p>
    <w:p>
      <w:r>
        <w:t>26. Так что же вы ходили смотреть? Пророка? Да, говорю вам, и больше пророка.</w:t>
      </w:r>
    </w:p>
    <w:p>
      <w:r>
        <w:t>27. Это тот, о ком написано: “Вот, Я посылаю Моего вестника перед Тобой; он приготовит Тебе путь”.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Цитата соединяет мотивы Мал 3:1 и Исх 23:20; Иоанн представлен как посланник, готовящий путь перед Господом.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Мал 3:1, Исх 23:20</w:t>
      </w:r>
    </w:p>
    <w:p>
      <w:r>
        <w:t>28. Говорю вам: среди рождённых женщинами нет никого больше Иоанна; но наименьший в Царстве Божьем больше него.</w:t>
      </w:r>
    </w:p>
    <w:p>
      <w:r>
        <w:t>29. Весь народ и сборщики пошлин, услышав Иоанна, признали Бога праведным, приняв крещение Иоанна. [ἐδικαίωσαν τὸν θεόν — Буквально «оправдали Бога»: признали Божий путь правым, приняв крещение Иоанна]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ἐδικαίωσαν τὸν θεόν</w:t>
      </w:r>
      <w:r>
        <w:rPr>
          <w:sz w:val="20"/>
        </w:rPr>
        <w:t xml:space="preserve"> [edikaiōsan ton theon]</w:t>
      </w:r>
      <w:r>
        <w:rPr>
          <w:sz w:val="20"/>
        </w:rPr>
        <w:br/>
        <w:t>Буквально «оправдали Бога»: признали Божий путь правым, приняв крещение Иоанна.</w:t>
      </w:r>
    </w:p>
    <w:p>
      <w:r>
        <w:t>30. А фарисеи и знатоки Закона отвергли Божий замысел о себе, не приняв его крещения. [τὴν βουλὴν τοῦ θεοῦ — Фарисеи и законники отвергли «замысел/намерение Бога относительно себя» — отказ от крещения получает богословскую оценку]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τὴν βουλὴν τοῦ θεοῦ</w:t>
      </w:r>
      <w:r>
        <w:rPr>
          <w:sz w:val="20"/>
        </w:rPr>
        <w:t xml:space="preserve"> [tēn boulēn tou theou]</w:t>
      </w:r>
      <w:r>
        <w:rPr>
          <w:sz w:val="20"/>
        </w:rPr>
        <w:br/>
        <w:t>Фарисеи и законники отвергли «замысел/намерение Бога относительно себя» — отказ от крещения получает богословскую оценку.</w:t>
      </w:r>
    </w:p>
    <w:p>
      <w:r>
        <w:t>31. С кем сравнить людей этого поколения? На кого они похожи?</w:t>
      </w:r>
    </w:p>
    <w:p>
      <w:r>
        <w:t>32. Они похожи на детей, сидящих на площади и кричащих друг другу: “Мы играли вам на свирели, а вы не танцевали; пели печальную песню, а вы не плакали”.</w:t>
      </w:r>
    </w:p>
    <w:p>
      <w:r>
        <w:t>33. Пришёл Иоанн Креститель: не ест хлеба и не пьёт вина — и вы говорите: “В нём демон”.</w:t>
      </w:r>
    </w:p>
    <w:p>
      <w:r>
        <w:t>34. Пришёл Сын Человеческий: ест и пьёт — и вы говорите: “Вот обжора и пьяница, друг сборщиков пошлин и грешников”.</w:t>
      </w:r>
    </w:p>
    <w:p>
      <w:r>
        <w:t>35. Но мудрость оправдывается всеми своими детьми».</w:t>
      </w:r>
    </w:p>
    <w:p>
      <w:pPr>
        <w:ind w:left="360"/>
      </w:pPr>
      <w:r>
        <w:rPr>
          <w:b/>
          <w:sz w:val="20"/>
        </w:rPr>
        <w:t>Мудрость</w:t>
      </w:r>
      <w:r>
        <w:rPr>
          <w:i/>
          <w:sz w:val="20"/>
        </w:rPr>
        <w:t xml:space="preserve"> ἐδικαιώθη ἡ σοφία ἀπὸ πάντων τῶν τέκνων αὐτῆς</w:t>
      </w:r>
      <w:r>
        <w:rPr>
          <w:sz w:val="20"/>
        </w:rPr>
        <w:t xml:space="preserve"> [edikaiōthē hē sophia apo pantōn tōn teknōn autēs]</w:t>
      </w:r>
      <w:r>
        <w:rPr>
          <w:sz w:val="20"/>
        </w:rPr>
        <w:br/>
        <w:t>Божья мудрость «оправдывается» своими детьми — её правильность становится видна по плодам и отклику тех, кто ей следует.</w:t>
      </w:r>
    </w:p>
    <w:p>
      <w:r>
        <w:t>36. Один из фарисеев пригласил Иисуса поесть с ним. Он вошёл в дом фарисея и возлёг за столом.</w:t>
      </w:r>
    </w:p>
    <w:p>
      <w:r>
        <w:t>37. И вот, женщина из этого города, известная как грешница, узнав, что Иисус находится за столом в доме фарисея, принесла алебастровый сосуд с ароматическим маслом.</w:t>
      </w:r>
    </w:p>
    <w:p>
      <w:r>
        <w:t>38. Она встала позади у Его ног, плача, и слезами омочила Его ноги, вытирала их своими волосами, целовала Его ноги и помазывала маслом.</w:t>
      </w:r>
    </w:p>
    <w:p>
      <w:r>
        <w:t>39. Увидев это, фарисей, пригласивший Его, подумал: «Если бы Он был пророком, знал бы, кто и какая женщина касается Его, ведь она грешница».</w:t>
      </w:r>
    </w:p>
    <w:p>
      <w:r>
        <w:t>40. Иисус сказал ему: «Симон, Мне нужно тебе кое-что сказать». Тот ответил: «Скажи, Учитель».</w:t>
      </w:r>
    </w:p>
    <w:p>
      <w:r>
        <w:t>41. «У одного заимодавца было два должника: один был должен пятьсот динариев, другой — пятьдесят.</w:t>
      </w:r>
    </w:p>
    <w:p>
      <w:r>
        <w:t>42. Поскольку им нечем было платить, он простил долг обоим. Кто из них будет любить его больше?» [ἐχαρίσατο — означает «милостиво простил/даровал»]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ἐχαρίσατο</w:t>
      </w:r>
      <w:r>
        <w:rPr>
          <w:sz w:val="20"/>
        </w:rPr>
        <w:t xml:space="preserve"> [echarisato]</w:t>
      </w:r>
      <w:r>
        <w:rPr>
          <w:sz w:val="20"/>
        </w:rPr>
        <w:br/>
        <w:t>Глагол связан с χάρις и означает «милостиво простил/даровал». Долг в притче не заработанным образом погашается, а прощается.</w:t>
      </w:r>
    </w:p>
    <w:p>
      <w:r>
        <w:t>43. Симон ответил: «Думаю, тот, кому он простил больше». Иисус сказал: «Ты правильно рассудил».</w:t>
      </w:r>
    </w:p>
    <w:p>
      <w:r>
        <w:t>44. Повернувшись к женщине, Он сказал Симону: «Видишь эту женщину? Я вошёл в твой дом, и ты не дал Мне воды для ног; она же омочила Мои ноги слезами и вытерла своими волосами.</w:t>
      </w:r>
    </w:p>
    <w:p>
      <w:r>
        <w:t>45. Ты не приветствовал Меня поцелуем; она же с тех пор, как Я вошёл, не перестаёт целовать Мои ноги.</w:t>
      </w:r>
    </w:p>
    <w:p>
      <w:r>
        <w:t>46. Ты не помазал Моей головы маслом; она же помазала ароматическим маслом Мои ноги.</w:t>
      </w:r>
    </w:p>
    <w:p>
      <w:r>
        <w:t>47. Поэтому говорю тебе: её многочисленные грехи прощены — и потому она проявила большую любовь. А кому мало прощено, тот мало любит». [ὅτι ἠγάπησεν πολύ — В контексте притчи большая любовь женщины выступает свидетельством большого прощения, а не платой за него]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ὅτι ἠγάπησεν πολύ</w:t>
      </w:r>
      <w:r>
        <w:rPr>
          <w:sz w:val="20"/>
        </w:rPr>
        <w:t xml:space="preserve"> [hoti ēgapēsen poly]</w:t>
      </w:r>
      <w:r>
        <w:rPr>
          <w:sz w:val="20"/>
        </w:rPr>
        <w:br/>
        <w:t>В контексте притчи большая любовь женщины выступает свидетельством большого прощения, а не платой за него.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ὅτι может быть причинным, но притча о двух должниках в 7:41–43 задаёт направление: большая любовь свидетельствует о большом прощении. Русский теперь делает связь ясной, не превращая любовь в основание прощения.</w:t>
      </w:r>
    </w:p>
    <w:p>
      <w:r>
        <w:t>48. Затем сказал женщине: «Твои грехи прощены».</w:t>
      </w:r>
    </w:p>
    <w:p>
      <w:r>
        <w:t>49. Возлежавшие с Ним стали говорить между собой: «Кто Он такой, что даже грехи прощает?»</w:t>
      </w:r>
    </w:p>
    <w:p>
      <w:r>
        <w:t>50. Но Иисус сказал женщине: «Твоя вера спасла [σῴζω] тебя. Иди с миром».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ἡ πίστις σου σέσωκέν σε</w:t>
      </w:r>
      <w:r>
        <w:rPr>
          <w:sz w:val="20"/>
        </w:rPr>
        <w:t xml:space="preserve"> [hē pistis sou sesōken se]</w:t>
      </w:r>
      <w:r>
        <w:rPr>
          <w:sz w:val="20"/>
        </w:rPr>
        <w:br/>
        <w:t>σῴζω здесь шире физического исцеления: «твоя вера спасла тебя». Формула завершается «иди с миром».</w:t>
      </w:r>
    </w:p>
    <w:p>
      <w:pPr>
        <w:pStyle w:val="Heading2"/>
      </w:pPr>
      <w:r>
        <w:t>Глава 8</w:t>
      </w:r>
    </w:p>
    <w:p>
      <w:r>
        <w:t>1. После этого Иисус проходил по городам и селениям, проповедуя и благовествуя о Царстве Божьем. С Ним были двенадцать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κηρύσσων καὶ εὐαγγελιζόμενος</w:t>
      </w:r>
      <w:r>
        <w:rPr>
          <w:sz w:val="20"/>
        </w:rPr>
        <w:t xml:space="preserve"> [kērussōn kai euangelizomenos]</w:t>
      </w:r>
      <w:r>
        <w:rPr>
          <w:sz w:val="20"/>
        </w:rPr>
        <w:br/>
        <w:t>Лука ставит рядом «проповедуя» и «благовествуя» Царство Божье, подчёркивая содержание и публичный характер миссии Иисуса.</w:t>
      </w:r>
    </w:p>
    <w:p>
      <w:r>
        <w:t>2. и некоторые женщины, исцелённые от злых духов и болезней: Мария, называемая Магдалиной, из которой вышли семь демонов,</w:t>
      </w:r>
    </w:p>
    <w:p>
      <w:r>
        <w:t>3. Иоанна, жена Хузы, управляющего Ирода, Сусанна и многие другие, которые служили им своим имуществом.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διηκόνουν αὐτοῖς ἐκ τῶν ὑπαρχόντων αὐταῖς</w:t>
      </w:r>
      <w:r>
        <w:rPr>
          <w:sz w:val="20"/>
        </w:rPr>
        <w:t xml:space="preserve"> [diēkonoun autois ek tōn hyparchontōn autais]</w:t>
      </w:r>
      <w:r>
        <w:rPr>
          <w:sz w:val="20"/>
        </w:rPr>
        <w:br/>
        <w:t>Женщины реально поддерживали служение своими средствами; Лука включает их в круг активных участников миссии.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αὐτοῖς «им» имеет N/S-поддержку в Bible Code corpus; TR имеет иной вариант. Основной перевод «служили им» принят.</w:t>
      </w:r>
    </w:p>
    <w:p>
      <w:r>
        <w:t>4. Когда собралась большая толпа и к Иисусу приходили люди из разных городов, Он рассказал притчу:</w:t>
      </w:r>
    </w:p>
    <w:p>
      <w:r>
        <w:t>5. «Вышел сеятель сеять семя. Когда он сеял, одно упало у дороги, было вытоптано, и небесные птицы склевали его.</w:t>
      </w:r>
    </w:p>
    <w:p>
      <w:r>
        <w:t>6. Другое упало на камень, взошло и засохло, потому что ему не хватило влаги.</w:t>
      </w:r>
    </w:p>
    <w:p>
      <w:r>
        <w:t>7. Другое упало среди терновника; терновник вырос вместе с ним и заглушил его.</w:t>
      </w:r>
    </w:p>
    <w:p>
      <w:r>
        <w:t>8. А другое упало на хорошую землю, выросло и принесло плод во сто раз». Сказав это, Он громко добавил: «У кого есть уши слышать — пусть слышит».</w:t>
      </w:r>
    </w:p>
    <w:p>
      <w:r>
        <w:t>9. Ученики спросили Его, что означает эта притча.</w:t>
      </w:r>
    </w:p>
    <w:p>
      <w:r>
        <w:t>10. Он ответил: «Вам дано знать тайны Царства Божьего, а остальным всё даётся в притчах, чтобы они, глядя, не видели и, слушая, не понимали.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Формулировка о видящих и не видящих отсылает к Ис 6:9. Притчи одновременно открывают тайны воспринимающим и обнажают непонимание отвергающих.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6:9</w:t>
      </w:r>
    </w:p>
    <w:p>
      <w:r>
        <w:t>11. Вот смысл притчи: семя — слово Божье. [ὁ σπόρος ἐστὶν ὁ λόγος τοῦ θεοῦ — Иисус сам даёт ключ: семя в притче — слово Божье]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ὁ σπόρος ἐστὶν ὁ λόγος τοῦ θεοῦ</w:t>
      </w:r>
      <w:r>
        <w:rPr>
          <w:sz w:val="20"/>
        </w:rPr>
        <w:t xml:space="preserve"> [ho sporos estin ho logos tou theou]</w:t>
      </w:r>
      <w:r>
        <w:rPr>
          <w:sz w:val="20"/>
        </w:rPr>
        <w:br/>
        <w:t>Иисус сам даёт ключ: семя в притче — слово Божье.</w:t>
      </w:r>
    </w:p>
    <w:p>
      <w:r>
        <w:t>12. Посеянное у дороги — это слышащие; затем приходит дьявол и забирает слово из их сердца, чтобы они не поверили и не были спасены.</w:t>
      </w:r>
    </w:p>
    <w:p>
      <w:r>
        <w:t>13. Посеянное на камне — те, кто, услышав, с радостью принимают слово, но не имеют корня: некоторое время верят, а во время испытания отпадают.</w:t>
      </w:r>
    </w:p>
    <w:p>
      <w:pPr>
        <w:ind w:left="360"/>
      </w:pPr>
      <w:r>
        <w:rPr>
          <w:b/>
          <w:sz w:val="20"/>
        </w:rPr>
        <w:t>Испытание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ἐν καιρῷ πειρασμοῦ ἀφίστανται</w:t>
      </w:r>
      <w:r>
        <w:rPr>
          <w:sz w:val="20"/>
        </w:rPr>
        <w:t xml:space="preserve"> [en kairō peirasmou aphistantai]</w:t>
      </w:r>
      <w:r>
        <w:rPr>
          <w:sz w:val="20"/>
        </w:rPr>
        <w:br/>
        <w:t>В «время испытания» они отпадают. Лука использует πειρασμός и в истории искушения Иисуса, создавая тематическую связь испытания и стойкости.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4:2</w:t>
      </w:r>
    </w:p>
    <w:p>
      <w:r>
        <w:t>14. Упавшее среди терновника — те, кто услышал, но затем заботы, богатство и удовольствия жизни заглушают их, и плод не созревает.</w:t>
      </w:r>
    </w:p>
    <w:p>
      <w:r>
        <w:t>15. А посеянное на хорошей земле — те, кто, услышав слово, держат его в добром и искреннем сердце и приносят плод с терпением.</w:t>
      </w:r>
    </w:p>
    <w:p>
      <w:pPr>
        <w:ind w:left="360"/>
      </w:pPr>
      <w:r>
        <w:rPr>
          <w:b/>
          <w:sz w:val="20"/>
        </w:rPr>
        <w:t>Стойкость</w:t>
      </w:r>
      <w:r>
        <w:rPr>
          <w:i/>
          <w:sz w:val="20"/>
        </w:rPr>
        <w:t xml:space="preserve"> καρποφοροῦσιν ἐν ὑπομονῇ</w:t>
      </w:r>
      <w:r>
        <w:rPr>
          <w:sz w:val="20"/>
        </w:rPr>
        <w:t xml:space="preserve"> [karpophorousin en hypomonē]</w:t>
      </w:r>
      <w:r>
        <w:rPr>
          <w:sz w:val="20"/>
        </w:rPr>
        <w:br/>
        <w:t>Плод приносится «в терпении/стойкости». Для Луки хорошее слушание включает длительное удержание слова.</w:t>
      </w:r>
    </w:p>
    <w:p>
      <w:r>
        <w:t>16. Никто, зажегши светильник, не накрывает его сосудом и не ставит под кровать; его ставят на подставку, чтобы входящие видели свет.</w:t>
      </w:r>
    </w:p>
    <w:p>
      <w:r>
        <w:t>17. Нет ничего скрытого, что не станет явным, и тайного, что не станет известным и не выйдет наружу.</w:t>
      </w:r>
    </w:p>
    <w:p>
      <w:r>
        <w:t>18. Поэтому смотрите, как [πῶς] вы слушаете. У кого есть, тому будет дано; а у кого нет, у того будет отнято даже то, что он думает иметь».</w:t>
      </w:r>
    </w:p>
    <w:p>
      <w:pPr>
        <w:ind w:left="360"/>
      </w:pPr>
      <w:r>
        <w:rPr>
          <w:b/>
          <w:sz w:val="20"/>
        </w:rPr>
        <w:t>Слушание</w:t>
      </w:r>
      <w:r>
        <w:rPr>
          <w:i/>
          <w:sz w:val="20"/>
        </w:rPr>
        <w:t xml:space="preserve"> βλέπετε οὖν πῶς ἀκούετε</w:t>
      </w:r>
      <w:r>
        <w:rPr>
          <w:sz w:val="20"/>
        </w:rPr>
        <w:t xml:space="preserve"> [blepete oun pōs akouete]</w:t>
      </w:r>
      <w:r>
        <w:rPr>
          <w:sz w:val="20"/>
        </w:rPr>
        <w:br/>
        <w:t>Не просто «что», а «как» слушаете. В этой главе слушание становится критерием истинного ученичества.</w:t>
      </w:r>
    </w:p>
    <w:p>
      <w:r>
        <w:t>19. К Нему пришли Его мать и братья, но не могли подойти из-за толпы.</w:t>
      </w:r>
    </w:p>
    <w:p>
      <w:r>
        <w:t>20. Ему сообщили: «Твоя мать и Твои братья стоят снаружи и хотят Тебя увидеть».</w:t>
      </w:r>
    </w:p>
    <w:p>
      <w:r>
        <w:t>21. Но Он ответил: «Моя мать и Мои братья — те, кто слышит слово Божье и исполняет его».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οἱ τὸν λόγον τοῦ θεοῦ ἀκούοντες καὶ ποιοῦντες</w:t>
      </w:r>
      <w:r>
        <w:rPr>
          <w:sz w:val="20"/>
        </w:rPr>
        <w:t xml:space="preserve"> [hoi ton logon tou theou akouontes kai poiountes]</w:t>
      </w:r>
      <w:r>
        <w:rPr>
          <w:sz w:val="20"/>
        </w:rPr>
        <w:br/>
        <w:t>Духовное родство определяется слушанием и исполнением слова Божьего; формула повторяет тему всей главы.</w:t>
      </w:r>
    </w:p>
    <w:p>
      <w:r>
        <w:t>22. Однажды Иисус вошёл в лодку с учениками и сказал им: «Переправимся на другую сторону озера». И они отплыли.</w:t>
      </w:r>
    </w:p>
    <w:p>
      <w:r>
        <w:t>23. Пока они плыли, Он уснул. На озеро обрушился сильный ветер, лодку стало заливать, и они оказались в опасности.</w:t>
      </w:r>
    </w:p>
    <w:p>
      <w:r>
        <w:t>24. Ученики подошли и разбудили Его: «Наставник! Наставник! Мы погибаем!» Он встал, строго приказал ветру и волнам; они утихли, и наступила тишина.</w:t>
      </w:r>
    </w:p>
    <w:p>
      <w:pPr>
        <w:ind w:left="360"/>
      </w:pPr>
      <w:r>
        <w:rPr>
          <w:b/>
          <w:sz w:val="20"/>
        </w:rPr>
        <w:t>Власть</w:t>
      </w:r>
      <w:r>
        <w:rPr>
          <w:sz w:val="20"/>
        </w:rPr>
        <w:br/>
        <w:t>Иисус запрещает ветру и волнам так же властно, как ранее нечистым духам и болезни; Лука показывает универсальность Его власти.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4:35, Лк 4:39</w:t>
      </w:r>
    </w:p>
    <w:p>
      <w:r>
        <w:t>25. Он спросил: «Где ваша вера?» А они в страхе и изумлении говорили друг другу: «Кто же Он такой, что приказывает даже ветрам и воде, и они повинуются Ему?»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sz w:val="20"/>
        </w:rPr>
        <w:br/>
        <w:t>Вопрос учеников «Кто же Он?» становится христологическим центром сцены: даже стихии повинуются Его приказу.</w:t>
      </w:r>
    </w:p>
    <w:p>
      <w:r>
        <w:t>26. Они приплыли в область Герасин, напротив Галилеи.</w:t>
      </w:r>
    </w:p>
    <w:p>
      <w:pPr>
        <w:ind w:left="360"/>
      </w:pPr>
      <w:r>
        <w:rPr>
          <w:b/>
          <w:sz w:val="20"/>
        </w:rPr>
        <w:t>Текст</w:t>
      </w:r>
      <w:r>
        <w:rPr>
          <w:i/>
          <w:sz w:val="20"/>
        </w:rPr>
        <w:t xml:space="preserve"> Γερασηνῶν</w:t>
      </w:r>
      <w:r>
        <w:rPr>
          <w:sz w:val="20"/>
        </w:rPr>
        <w:t xml:space="preserve"> [Gerasēnōn]</w:t>
      </w:r>
      <w:r>
        <w:rPr>
          <w:sz w:val="20"/>
        </w:rPr>
        <w:br/>
        <w:t>WGT-T следует чтению «область Герасин»; варианты «Гадарин» и «Гергесин» остаются в аппарате.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Основной running text следует Γερασηνῶν «область Герасин». Γαδαρηνῶν / Γεργεσηνῶν остаются в текстовом аппарате; основной перевод фиксируем.</w:t>
      </w:r>
    </w:p>
    <w:p>
      <w:r>
        <w:t>27. Когда Иисус вышел на берег, Ему навстречу вышел мужчина из города, в котором были демоны. Долгое время он не носил одежды и жил не в доме, а среди гробниц.</w:t>
      </w:r>
    </w:p>
    <w:p>
      <w:r>
        <w:t>28. Увидев Иисуса, он закричал, упал перед Ним и громко сказал: «Что Тебе до меня, Иисус, Сын Всевышнего Бога? Прошу Тебя, не мучь меня!»</w:t>
      </w:r>
    </w:p>
    <w:p>
      <w:r>
        <w:t>29. Потому что Иисус приказывал нечистому духу выйти из человека. Дух много раз овладевал им; его связывали и стерегли, но он разрывал путы и был гоним демоном в безлюдные места.</w:t>
      </w:r>
    </w:p>
    <w:p>
      <w:r>
        <w:t>30. Иисус спросил: «Как тебя зовут?» Тот ответил: «Легион», потому что в него вошло много демонов.</w:t>
      </w:r>
    </w:p>
    <w:p>
      <w:r>
        <w:t>31. Они просили Иисуса не приказывать им уходить в бездну. [ἄβυσσον — ἄβυσσος — «бездна», образ места заключения злых духов в апокалиптической традиции]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ἄβυσσον</w:t>
      </w:r>
      <w:r>
        <w:rPr>
          <w:sz w:val="20"/>
        </w:rPr>
        <w:t xml:space="preserve"> [abysson]</w:t>
      </w:r>
      <w:r>
        <w:rPr>
          <w:sz w:val="20"/>
        </w:rPr>
        <w:br/>
        <w:t>ἄβυσσος — «бездна», образ места заключения злых духов в апокалиптической традиции.</w:t>
      </w:r>
    </w:p>
    <w:p>
      <w:r>
        <w:t>32. На горе паслось большое стадо свиней. Демоны просили разрешить им войти в свиней, и Он позволил.</w:t>
      </w:r>
    </w:p>
    <w:p>
      <w:r>
        <w:t>33. Демоны вышли из человека и вошли в свиней; стадо бросилось по склону в озеро и утонуло.</w:t>
      </w:r>
    </w:p>
    <w:p>
      <w:r>
        <w:t>34. Пастухи, увидев произошедшее, убежали и рассказали в городе и селениях.</w:t>
      </w:r>
    </w:p>
    <w:p>
      <w:r>
        <w:t>35. Люди вышли посмотреть, что произошло, пришли к Иисусу и нашли человека, из которого вышли демоны, сидящим у ног Иисуса, одетым и в здравом уме. Они испугались.</w:t>
      </w:r>
    </w:p>
    <w:p>
      <w:pPr>
        <w:ind w:left="360"/>
      </w:pPr>
      <w:r>
        <w:rPr>
          <w:b/>
          <w:sz w:val="20"/>
        </w:rPr>
        <w:t>Восстановление</w:t>
      </w:r>
      <w:r>
        <w:rPr>
          <w:sz w:val="20"/>
        </w:rPr>
        <w:br/>
        <w:t>Освобождённый человек описан сидящим у ног Иисуса, одетым и в здравом уме — тройной образ восстановленного состояния.</w:t>
      </w:r>
    </w:p>
    <w:p>
      <w:r>
        <w:t>36. Очевидцы рассказали им, как был спасён одержимый.</w:t>
      </w:r>
    </w:p>
    <w:p>
      <w:r>
        <w:t>37. Тогда все жители окрестности Герасин попросили Иисуса уйти от них, потому что их охватил сильный страх. Он вошёл в лодку и отплыл.</w:t>
      </w:r>
    </w:p>
    <w:p>
      <w:r>
        <w:t>38. Человек, из которого вышли демоны, просил позволить ему остаться с Иисусом, но Он отпустил его, сказав:</w:t>
      </w:r>
    </w:p>
    <w:p>
      <w:r>
        <w:t>39. «Вернись домой и рассказывай, сколько сделал для тебя Бог». Тот ушёл и по всему городу рассказывал, сколько сделал для него Иисус.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sz w:val="20"/>
        </w:rPr>
        <w:br/>
        <w:t>Иисус говорит: «рассказывай, сколько сделал для тебя Бог», а человек рассказывает, сколько сделал для него Иисус. Лука ставит эти формулировки рядом без пояснения.</w:t>
      </w:r>
    </w:p>
    <w:p>
      <w:r>
        <w:t>40. Когда Иисус вернулся, народ встретил Его, потому что все ждали Его.</w:t>
      </w:r>
    </w:p>
    <w:p>
      <w:r>
        <w:t>41. И вот, пришёл человек по имени Иаир, начальник синагоги. Он упал к ногам Иисуса и просил войти в его дом,</w:t>
      </w:r>
    </w:p>
    <w:p>
      <w:r>
        <w:t>42. потому что у него была единственная дочь, лет двенадцати, и она умирала. Пока Иисус шёл, толпы теснили Его.</w:t>
      </w:r>
    </w:p>
    <w:p>
      <w:r>
        <w:t>43. Там была женщина, двенадцать лет страдавшая кровотечением. Она потратила на врачей всё, что имела, но никто не смог её исцелить.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Основной смысл стиха устойчив: женщина двенадцать лет страдала кровотечением и не могла получить исцеление. Фраза о расходах на врачей имеет внутреннюю вариантность корпуса; оставляем её в основном тексте как выбранное чтение.</w:t>
      </w:r>
    </w:p>
    <w:p>
      <w:r>
        <w:t>44. Она подошла сзади, прикоснулась к краю Его одежды, и кровотечение сразу прекратилось.</w:t>
      </w:r>
    </w:p>
    <w:p>
      <w:r>
        <w:t>45. Иисус спросил: «Кто прикоснулся ко Мне?» Когда все отрицали, Пётр сказал: «Наставник, толпы окружают и теснят Тебя».</w:t>
      </w:r>
    </w:p>
    <w:p>
      <w:r>
        <w:t>46. Но Иисус сказал: «Кто-то прикоснулся ко Мне, потому что Я почувствовал, что из Меня вышла сила». [δύναμιν ἐξεληλυθυῖαν ἀπ᾽ ἐμοῦ — Иисус говорит, что от Него вышла δύναμις — сила]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δύναμιν ἐξεληλυθυῖαν ἀπ᾽ ἐμοῦ</w:t>
      </w:r>
      <w:r>
        <w:rPr>
          <w:sz w:val="20"/>
        </w:rPr>
        <w:t xml:space="preserve"> [dynamin exelēlythyian ap' emou]</w:t>
      </w:r>
      <w:r>
        <w:rPr>
          <w:sz w:val="20"/>
        </w:rPr>
        <w:br/>
        <w:t>Иисус говорит, что от Него вышла δύναμις — сила. Это продолжает одну из ключевых тем Луки о действующей Божьей силе.</w:t>
      </w:r>
    </w:p>
    <w:p>
      <w:r>
        <w:t>47. Женщина, увидев, что не осталась незамеченной, дрожа, подошла, упала перед Ним и при всём народе рассказала, почему прикоснулась и как сразу исцелилась.</w:t>
      </w:r>
    </w:p>
    <w:p>
      <w:r>
        <w:t>48. Он сказал ей: «Дочь, твоя вера спасла тебя. Иди с миром».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ἡ πίστις σου σέσωκέν σε</w:t>
      </w:r>
      <w:r>
        <w:rPr>
          <w:sz w:val="20"/>
        </w:rPr>
        <w:t xml:space="preserve"> [hē pistis sou sesōken se]</w:t>
      </w:r>
      <w:r>
        <w:rPr>
          <w:sz w:val="20"/>
        </w:rPr>
        <w:br/>
        <w:t>Та же формула, что в 7:50: «твоя вера спасла тебя». В данном контексте спасение включает исцеление, но формулировка шире медицинского термина.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7:50</w:t>
      </w:r>
    </w:p>
    <w:p>
      <w:r>
        <w:t>49. Пока Он ещё говорил, пришёл человек из дома начальника синагоги и сказал: «Твоя дочь умерла. Не беспокой больше Учителя».</w:t>
      </w:r>
    </w:p>
    <w:p>
      <w:r>
        <w:t>50. Но Иисус, услышав это, ответил Иаиру: «Не бойся. Только верь, и она будет спасена». [πίστευσον, καὶ σωθήσεται — «Только верь — и она будет спасена»: тот же глагол σῴζω связывает веру, исцеление и возвращение к жизни]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πίστευσον, καὶ σωθήσεται</w:t>
      </w:r>
      <w:r>
        <w:rPr>
          <w:sz w:val="20"/>
        </w:rPr>
        <w:t xml:space="preserve"> [pisteuson kai sōthēsetai]</w:t>
      </w:r>
      <w:r>
        <w:rPr>
          <w:sz w:val="20"/>
        </w:rPr>
        <w:br/>
        <w:t>«Только верь — и она будет спасена»: тот же глагол σῴζω связывает веру, исцеление и возвращение к жизни.</w:t>
      </w:r>
    </w:p>
    <w:p>
      <w:r>
        <w:t>51. Придя в дом, Он никому не позволил войти с Собой, кроме Петра, Иоанна, Иакова и отца с матерью ребёнка.</w:t>
      </w:r>
    </w:p>
    <w:p>
      <w:r>
        <w:t>52. Все плакали и оплакивали её. Но Он сказал: «Не плачьте. Она не умерла, а спит».</w:t>
      </w:r>
    </w:p>
    <w:p>
      <w:r>
        <w:t>53. Они смеялись над Ним, зная, что она умерла.</w:t>
      </w:r>
    </w:p>
    <w:p>
      <w:r>
        <w:t>54. Но Он взял её за руку и громко сказал: «Девочка, встань!»</w:t>
      </w:r>
    </w:p>
    <w:p>
      <w:r>
        <w:t>55. Её дух вернулся, и она сразу встала. Иисус велел дать ей поесть.</w:t>
      </w:r>
    </w:p>
    <w:p>
      <w:r>
        <w:t>56. Её родители были потрясены, но Он велел никому не рассказывать о произошедшем.</w:t>
      </w:r>
    </w:p>
    <w:p>
      <w:pPr>
        <w:pStyle w:val="Heading2"/>
      </w:pPr>
      <w:r>
        <w:t>Глава 9</w:t>
      </w:r>
    </w:p>
    <w:p>
      <w:r>
        <w:t>1. Иисус созвал двенадцать и дал им силу и власть над всеми демонами и исцелять болезни.</w:t>
      </w:r>
    </w:p>
    <w:p>
      <w:pPr>
        <w:ind w:left="360"/>
      </w:pPr>
      <w:r>
        <w:rPr>
          <w:b/>
          <w:sz w:val="20"/>
        </w:rPr>
        <w:t>Власть</w:t>
      </w:r>
      <w:r>
        <w:rPr>
          <w:i/>
          <w:sz w:val="20"/>
        </w:rPr>
        <w:t xml:space="preserve"> δύναμιν καὶ ἐξουσίαν</w:t>
      </w:r>
      <w:r>
        <w:rPr>
          <w:sz w:val="20"/>
        </w:rPr>
        <w:t xml:space="preserve"> [dynamin kai exousian]</w:t>
      </w:r>
      <w:r>
        <w:rPr>
          <w:sz w:val="20"/>
        </w:rPr>
        <w:br/>
        <w:t>Иисус делится с Двенадцатью «силой и властью», теми же категориями, которыми Лука ранее описывал Его собственное служение.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4:36</w:t>
      </w:r>
    </w:p>
    <w:p>
      <w:r>
        <w:t>2. Он послал их проповедовать Царство Божье и исцелять больных.</w:t>
      </w:r>
    </w:p>
    <w:p>
      <w:pPr>
        <w:ind w:left="360"/>
      </w:pPr>
      <w:r>
        <w:rPr>
          <w:b/>
          <w:sz w:val="20"/>
        </w:rPr>
        <w:t>Миссия</w:t>
      </w:r>
      <w:r>
        <w:rPr>
          <w:sz w:val="20"/>
        </w:rPr>
        <w:br/>
        <w:t>Миссия Двенадцати повторяет служение Иисуса: провозглашать Царство и исцелять.</w:t>
      </w:r>
    </w:p>
    <w:p>
      <w:r>
        <w:t>3. Он сказал им: «Ничего не берите в дорогу: ни посоха, ни сумки, ни хлеба, ни денег; и не имейте по две одежды.</w:t>
      </w:r>
    </w:p>
    <w:p>
      <w:r>
        <w:t>4. В какой дом войдёте, там оставайтесь и оттуда уходите.</w:t>
      </w:r>
    </w:p>
    <w:p>
      <w:r>
        <w:t>5. А если вас не примут, уходя из того города, стряхните пыль с ваших ног — им во свидетельство».</w:t>
      </w:r>
    </w:p>
    <w:p>
      <w:r>
        <w:t>6. Они отправились и проходили по селениям, повсюду благовествуя и исцеляя.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εὐαγγελιζόμενοι</w:t>
      </w:r>
      <w:r>
        <w:rPr>
          <w:sz w:val="20"/>
        </w:rPr>
        <w:t xml:space="preserve"> [euangelizomenoi]</w:t>
      </w:r>
      <w:r>
        <w:rPr>
          <w:sz w:val="20"/>
        </w:rPr>
        <w:br/>
        <w:t>Ученики не только исцеляют, но «благовествуют»; миссия Иисуса передаётся Его посланникам.</w:t>
      </w:r>
    </w:p>
    <w:p>
      <w:r>
        <w:t>7. Правитель Ирод услышал обо всём происходящем и был в недоумении, потому что одни говорили, будто Иоанн воскрес из мёртвых,</w:t>
      </w:r>
    </w:p>
    <w:p>
      <w:r>
        <w:t>8. другие — что явился Илия, а некоторые — что воскрес один из древних пророков.</w:t>
      </w:r>
    </w:p>
    <w:p>
      <w:r>
        <w:t>9. Ирод сказал: «Иоанна я казнил. Кто же Этот, о Ком я слышу такое?» И искал возможности увидеть Его.</w:t>
      </w:r>
    </w:p>
    <w:p>
      <w:r>
        <w:t>10. Апостолы, вернувшись, рассказали Иисусу обо всём, что сделали. Он взял их с Собой и удалился отдельно к городу Вифсаида.</w:t>
      </w:r>
    </w:p>
    <w:p>
      <w:r>
        <w:t>11. Но народ узнал и пошёл за Ним. Иисус принял людей, говорил им о Царстве Божьем и исцелял нуждавшихся в лечении.</w:t>
      </w:r>
    </w:p>
    <w:p>
      <w:r>
        <w:t>12. День стал клониться к вечеру. Двенадцать подошли и сказали: «Отпусти народ, чтобы они пошли в окрестные селения и хутора, нашли ночлег и пищу, потому что мы здесь в безлюдном месте».</w:t>
      </w:r>
    </w:p>
    <w:p>
      <w:r>
        <w:t>13. Он сказал им: «Вы дайте им есть». Они ответили: «У нас нет больше пяти хлебов и двух рыб. Разве что нам самим пойти купить еды для всего этого народа».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δότε αὐτοῖς ... φαγεῖν</w:t>
      </w:r>
      <w:r>
        <w:rPr>
          <w:sz w:val="20"/>
        </w:rPr>
        <w:t xml:space="preserve"> [dote autois ... phagein]</w:t>
      </w:r>
      <w:r>
        <w:rPr>
          <w:sz w:val="20"/>
        </w:rPr>
        <w:br/>
        <w:t>«Вы дайте им есть» вовлекает учеников в действие Иисуса: обеспечение приходит от Него, но раздача поручена им.</w:t>
      </w:r>
    </w:p>
    <w:p>
      <w:r>
        <w:t>14. А мужчин было около пяти тысяч. Он сказал ученикам: «Рассадите их группами примерно по пятьдесят».</w:t>
      </w:r>
    </w:p>
    <w:p>
      <w:r>
        <w:t>15. Они так и сделали и рассадили всех.</w:t>
      </w:r>
    </w:p>
    <w:p>
      <w:r>
        <w:t>16. Взяв пять хлебов и две рыбы, Иисус посмотрел на небо, благословил их, разломил и стал давать ученикам, чтобы они раздавали народу.</w:t>
      </w:r>
    </w:p>
    <w:p>
      <w:pPr>
        <w:ind w:left="360"/>
      </w:pPr>
      <w:r>
        <w:rPr>
          <w:b/>
          <w:sz w:val="20"/>
        </w:rPr>
        <w:t>Трапеза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Последовательность «взял — благословил — преломил — давал» станет важной луканской трапезной формулой и позже появится в рассказе о последних событиях и Эммаусе.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22:19, Лк 24:30</w:t>
      </w:r>
    </w:p>
    <w:p>
      <w:r>
        <w:t>17. Все ели и насытились; оставшихся кусков собрали двенадцать корзин.</w:t>
      </w:r>
    </w:p>
    <w:p>
      <w:r>
        <w:t>18. Однажды, когда Иисус молился в уединении и рядом были ученики, Он спросил их: «За кого принимают Меня люди?»</w:t>
      </w:r>
    </w:p>
    <w:p>
      <w:pPr>
        <w:ind w:left="360"/>
      </w:pPr>
      <w:r>
        <w:rPr>
          <w:b/>
          <w:sz w:val="20"/>
        </w:rPr>
        <w:t>Молитва</w:t>
      </w:r>
      <w:r>
        <w:rPr>
          <w:sz w:val="20"/>
        </w:rPr>
        <w:br/>
        <w:t>Исповедание Петра у Луки вводится сценой молитвы Иисуса — характерный для Луки способ отмечать поворотные моменты.</w:t>
      </w:r>
    </w:p>
    <w:p>
      <w:r>
        <w:t>19. Они ответили: «За Иоанна Крестителя; другие — за Илию; а некоторые говорят, что воскрес один из древних пророков».</w:t>
      </w:r>
    </w:p>
    <w:p>
      <w:r>
        <w:t>20. Он спросил: «А вы за кого Меня принимаете?» Пётр ответил: «За Христа Божьего».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τὸν χριστὸν τοῦ θεοῦ</w:t>
      </w:r>
      <w:r>
        <w:rPr>
          <w:sz w:val="20"/>
        </w:rPr>
        <w:t xml:space="preserve"> [ton christon tou theou]</w:t>
      </w:r>
      <w:r>
        <w:rPr>
          <w:sz w:val="20"/>
        </w:rPr>
        <w:br/>
        <w:t>Пётр исповедует Иисуса как «Христа Божьего» — Божьего Помазанника.</w:t>
      </w:r>
    </w:p>
    <w:p>
      <w:r>
        <w:t>21. Но Он строго запретил им говорить об этом кому-либо</w:t>
      </w:r>
    </w:p>
    <w:p>
      <w:r>
        <w:t>22. и сказал: «Сыну Человеческому предстоит много пострадать, быть отвергнутым старейшинами, первосвященниками и книжниками, быть убитым и на третий день воскреснуть».</w:t>
      </w:r>
    </w:p>
    <w:p>
      <w:pPr>
        <w:ind w:left="360"/>
      </w:pPr>
      <w:r>
        <w:rPr>
          <w:b/>
          <w:sz w:val="20"/>
        </w:rPr>
        <w:t>Страдания Христа</w:t>
      </w:r>
      <w:r>
        <w:rPr>
          <w:i/>
          <w:sz w:val="20"/>
        </w:rPr>
        <w:t xml:space="preserve"> δεῖ</w:t>
      </w:r>
      <w:r>
        <w:rPr>
          <w:sz w:val="20"/>
        </w:rPr>
        <w:t xml:space="preserve"> [dei]</w:t>
      </w:r>
      <w:r>
        <w:rPr>
          <w:sz w:val="20"/>
        </w:rPr>
        <w:br/>
        <w:t>«Предстоит/должно» выражает не случайность страданий, а необходимость в рамках Божьего замысла.</w:t>
      </w:r>
    </w:p>
    <w:p>
      <w:r>
        <w:t>23. Всем Он говорил: «Если кто хочет идти за Мной, пусть откажется от себя, каждый день принимает свой крест и следует за Мной.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καθ᾽ ἡμέραν</w:t>
      </w:r>
      <w:r>
        <w:rPr>
          <w:sz w:val="20"/>
        </w:rPr>
        <w:t xml:space="preserve"> [kath' hēmeran]</w:t>
      </w:r>
      <w:r>
        <w:rPr>
          <w:sz w:val="20"/>
        </w:rPr>
        <w:br/>
        <w:t>Лука добавляет характерное «каждый день»: следование Иисусу описано как ежедневное самоотречение, а не разовый жест.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καθ᾽ ἡμέραν «каждый день» входит в выбранный критический текст Луки. Основной перевод сохраняет отличительную луканскую формулировку; вариант без слов остаётся в аппарате.</w:t>
      </w:r>
    </w:p>
    <w:p>
      <w:r>
        <w:t>24. Потому что кто хочет спасти свою жизнь, потеряет её; а кто потеряет свою жизнь ради Меня, тот спасёт её. [ψυχή — может означать жизнь/самого человека]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ψυχή</w:t>
      </w:r>
      <w:r>
        <w:rPr>
          <w:sz w:val="20"/>
        </w:rPr>
        <w:t xml:space="preserve"> [psychē]</w:t>
      </w:r>
      <w:r>
        <w:rPr>
          <w:sz w:val="20"/>
        </w:rPr>
        <w:br/>
        <w:t>ψυχή может означать жизнь/самого человека. Парадокс строится на попытке сохранить жизнь ценой ученичества и истинном спасении через верность Иисусу.</w:t>
      </w:r>
    </w:p>
    <w:p>
      <w:r>
        <w:t>25. Какая польза человеку приобрести весь мир, но погубить или потерять самого себя?</w:t>
      </w:r>
    </w:p>
    <w:p>
      <w:r>
        <w:t>26. Кто постыдится Меня и Моих слов, того постыдится и Сын Человеческий, когда придёт в Своей славе, славе Отца и святых ангелов.</w:t>
      </w:r>
    </w:p>
    <w:p>
      <w:r>
        <w:t>27. Истинно говорю вам: некоторые из стоящих здесь не вкусят смерти, пока не увидят Царство Божье».</w:t>
      </w:r>
    </w:p>
    <w:p>
      <w:r>
        <w:t>28. Примерно через восемь дней после этих слов Иисус взял Петра, Иоанна и Иакова и поднялся на гору молиться.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sz w:val="20"/>
        </w:rPr>
        <w:br/>
        <w:t>Преображение у Луки происходит в контексте молитвы: Иисус поднимается на гору именно молиться.</w:t>
      </w:r>
    </w:p>
    <w:p>
      <w:r>
        <w:t>29. Пока Он молился, вид Его лица изменился, а одежда стала ослепительно белой.</w:t>
      </w:r>
    </w:p>
    <w:p>
      <w:r>
        <w:t>30. И вот, с Ним разговаривали двое мужчин — Моисей и Илия.</w:t>
      </w:r>
    </w:p>
    <w:p>
      <w:r>
        <w:t>31. Они явились в славе и говорили о Его исходе [ἔξοδος], который Ему предстояло совершить в Иерусалиме.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τὴν ἔξοδον αὐτοῦ</w:t>
      </w:r>
      <w:r>
        <w:rPr>
          <w:sz w:val="20"/>
        </w:rPr>
        <w:t xml:space="preserve"> [tēn exodon autou]</w:t>
      </w:r>
      <w:r>
        <w:rPr>
          <w:sz w:val="20"/>
        </w:rPr>
        <w:br/>
        <w:t>ἔξοδος означает «исход/уход». В присутствии Моисея слово естественно вызывает ассоциацию с Исходом и описывает предстоящее завершение миссии Иисуса в Иерусалиме.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12–14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ἔξοδος сознательно сохраняется как «исход»: слово одновременно обозначает уход Иисуса и вызывает библейскую ассоциацию с Исходом. Переводческий вопрос закрыт.</w:t>
      </w:r>
    </w:p>
    <w:p>
      <w:r>
        <w:t>32. Пётр и бывшие с ним были отягощены сном, но, окончательно проснувшись, увидели Его славу и двух мужчин, стоявших с Ним.</w:t>
      </w:r>
    </w:p>
    <w:p>
      <w:r>
        <w:t>33. Когда те стали отходить от Иисуса, Пётр сказал: «Наставник, хорошо нам здесь быть. Давай сделаем три шатра: один Тебе, один Моисею и один Илии», — не понимая, что говорит.</w:t>
      </w:r>
    </w:p>
    <w:p>
      <w:r>
        <w:t>34. Пока он говорил, появилось облако и покрыло их; когда они вошли в облако, ученики испугались.</w:t>
      </w:r>
    </w:p>
    <w:p>
      <w:r>
        <w:t>35. Из облака прозвучал голос: «Это Мой Сын, Избранный [ὁ ἐκλελεγμένος]. Слушайте Его!»</w:t>
      </w:r>
    </w:p>
    <w:p>
      <w:pPr>
        <w:ind w:left="360"/>
      </w:pPr>
      <w:r>
        <w:rPr>
          <w:b/>
          <w:sz w:val="20"/>
        </w:rPr>
        <w:t>Текст</w:t>
      </w:r>
      <w:r>
        <w:rPr>
          <w:i/>
          <w:sz w:val="20"/>
        </w:rPr>
        <w:t xml:space="preserve"> ὁ ἐκλελεγμένος</w:t>
      </w:r>
      <w:r>
        <w:rPr>
          <w:sz w:val="20"/>
        </w:rPr>
        <w:t xml:space="preserve"> [ho eklelegmenos]</w:t>
      </w:r>
      <w:r>
        <w:rPr>
          <w:sz w:val="20"/>
        </w:rPr>
        <w:br/>
        <w:t>Основное критическое чтение Луки — «Избранный». «Возлюбленный» — гармонизирующий вариант по параллельным Евангелиям.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«Слушайте Его» отзывается Втор 18:15 о пророке, которого должен слушать народ.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18:15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ὁ ἐκλελεγμένος «Избранный» — основное критическое чтение Луки; «Возлюбленный» относится к гармонизирующей традиции. Основной текст принят.</w:t>
      </w:r>
    </w:p>
    <w:p>
      <w:r>
        <w:t>36. Когда голос смолк, они увидели одного Иисуса. Они молчали и в те дни никому не рассказывали о том, что видели.</w:t>
      </w:r>
    </w:p>
    <w:p>
      <w:r>
        <w:t>37. На следующий день, когда они спустились с горы, Иисуса встретила большая толпа.</w:t>
      </w:r>
    </w:p>
    <w:p>
      <w:r>
        <w:t>38. И вот, человек из толпы закричал: «Учитель, прошу Тебя, посмотри на моего сына — он у меня единственный.</w:t>
      </w:r>
    </w:p>
    <w:p>
      <w:r>
        <w:t>39. Дух овладевает им, и тот внезапно кричит; дух тяжело потрясает его, и лишь с трудом отступает.</w:t>
      </w:r>
    </w:p>
    <w:p>
      <w:r>
        <w:t>40. Я просил Твоих учеников изгнать его, но они не смогли».</w:t>
      </w:r>
    </w:p>
    <w:p>
      <w:r>
        <w:t>41. Иисус ответил: «О неверующее и испорченное поколение! Сколько ещё Мне быть с вами и терпеть вас? Приведи сюда своего сына».</w:t>
      </w:r>
    </w:p>
    <w:p>
      <w:r>
        <w:t>42. Пока мальчик подходил, демон сильно потряс его. Но Иисус строго приказал нечистому духу, исцелил ребёнка и отдал его отцу.</w:t>
      </w:r>
    </w:p>
    <w:p>
      <w:r>
        <w:t>43. И все были поражены величием Бога. Пока все удивлялись всему, что Он делал, Иисус сказал ученикам: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μεγαλειότητι τοῦ θεοῦ</w:t>
      </w:r>
      <w:r>
        <w:rPr>
          <w:sz w:val="20"/>
        </w:rPr>
        <w:t xml:space="preserve"> [megaleiotēti tou theou]</w:t>
      </w:r>
      <w:r>
        <w:rPr>
          <w:sz w:val="20"/>
        </w:rPr>
        <w:br/>
        <w:t>Толпа поражена «величием/величественностью Бога»; чудо направляет внимание к Божьему величию.</w:t>
      </w:r>
    </w:p>
    <w:p>
      <w:r>
        <w:t>44. «Пусть эти слова глубоко запомнятся вам: Сын Человеческий будет предан в руки людей».</w:t>
      </w:r>
    </w:p>
    <w:p>
      <w:r>
        <w:t>45. Но они не понимали этих слов; смысл был скрыт от них, чтобы они не поняли, и они боялись спросить Его.</w:t>
      </w:r>
    </w:p>
    <w:p>
      <w:r>
        <w:t>46. Между учениками возник спор, кто из них больше.</w:t>
      </w:r>
    </w:p>
    <w:p>
      <w:r>
        <w:t>47. Иисус, зная мысли их сердца, взял ребёнка, поставил рядом с Собой</w:t>
      </w:r>
    </w:p>
    <w:p>
      <w:r>
        <w:t>48. и сказал: «Кто принимает этого ребёнка во имя Моё, принимает Меня; а кто принимает Меня, принимает Пославшего Меня. Кто среди вас всех наименьший, тот велик».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sz w:val="20"/>
        </w:rPr>
        <w:br/>
        <w:t>«Кто среди вас всех наименьший, тот велик» переворачивает спор учеников о статусе и задаёт критерий величия через принятие малых.</w:t>
      </w:r>
    </w:p>
    <w:p>
      <w:r>
        <w:t>49. Иоанн сказал: «Наставник, мы видели человека, который Твоим именем изгоняет демонов, и пытались помешать ему, потому что он не ходит с нами».</w:t>
      </w:r>
    </w:p>
    <w:p>
      <w:r>
        <w:t>50. Но Иисус сказал ему: «Не мешайте, потому что кто не против вас, тот за вас».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Ответ Иисуса расширяет круг допустимого служения: отсутствие принадлежности к ближайшей группе учеников не равнозначно противостоянию Иисусу.</w:t>
      </w:r>
    </w:p>
    <w:p>
      <w:r>
        <w:t>51. Когда приближались дни Его вознесения, Иисус твёрдо решил идти в Иерусалим. [ἐστήρισεν τὸ πρόσωπον τοῦ πορεύεσθαι εἰς Ἰερουσαλήμ — Идиома буквально «утвердил лицо идти в Иерусалим» выражает решительное направление]</w:t>
      </w:r>
    </w:p>
    <w:p>
      <w:pPr>
        <w:ind w:left="360"/>
      </w:pPr>
      <w:r>
        <w:rPr>
          <w:b/>
          <w:sz w:val="20"/>
        </w:rPr>
        <w:t>Путешествие</w:t>
      </w:r>
      <w:r>
        <w:rPr>
          <w:i/>
          <w:sz w:val="20"/>
        </w:rPr>
        <w:t xml:space="preserve"> ἐστήρισεν τὸ πρόσωπον τοῦ πορεύεσθαι εἰς Ἰερουσαλήμ</w:t>
      </w:r>
      <w:r>
        <w:rPr>
          <w:sz w:val="20"/>
        </w:rPr>
        <w:t xml:space="preserve"> [estērisen to prosōpon tou poreuesthai eis Ierousalēm]</w:t>
      </w:r>
      <w:r>
        <w:rPr>
          <w:sz w:val="20"/>
        </w:rPr>
        <w:br/>
        <w:t>Идиома буквально «утвердил лицо идти в Иерусалим» выражает решительное направление. С этого стиха начинается большой луканский раздел пути к Иерусалиму.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ἀνάλημψις — взятие/вознесение. «Вознесение» естественно связывает начало пути в Иерусалим с завершением Евангелия и Деяниями.</w:t>
      </w:r>
    </w:p>
    <w:p>
      <w:r>
        <w:t>52. Он послал перед Собой вестников. Они пошли и вошли в самарянское селение, чтобы приготовить всё для Него.</w:t>
      </w:r>
    </w:p>
    <w:p>
      <w:r>
        <w:t>53. Но жители не приняли Его, потому что Он направлялся в Иерусалим.</w:t>
      </w:r>
    </w:p>
    <w:p>
      <w:r>
        <w:t>54. Увидев это, ученики Иаков и Иоанн сказали: «Господи, хочешь, мы попросим, чтобы огонь сошёл с неба и уничтожил их?»</w:t>
      </w:r>
    </w:p>
    <w:p>
      <w:pPr>
        <w:ind w:left="360"/>
      </w:pPr>
      <w:r>
        <w:rPr>
          <w:b/>
          <w:sz w:val="20"/>
        </w:rPr>
        <w:t>Текст</w:t>
      </w:r>
      <w:r>
        <w:rPr>
          <w:sz w:val="20"/>
        </w:rPr>
        <w:br/>
        <w:t>Фраза «как сделал Илия» отсутствует в основном критическом тексте и рассматривается как позднее поясняющее добавление.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Фраза «как сделал Илия» относится к поздней гармонизирующей традиции. Краткий основной текст принят.</w:t>
      </w:r>
    </w:p>
    <w:p>
      <w:r>
        <w:t>55. Но Он повернулся и запретил им.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Иисус не принимает предложенный учениками ответ возмездием и прямо запрещает им.</w:t>
      </w:r>
    </w:p>
    <w:p>
      <w:r>
        <w:t>56. И они пошли в другое селение.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Длинное добавление о Сыне Человеческом, пришедшем спасать, не входит в основной критический текст. Основная краткая форма принята.</w:t>
      </w:r>
    </w:p>
    <w:p>
      <w:r>
        <w:t>57. Когда они шли дорогой, кто-то сказал Ему: «Я последую за Тобой, куда бы Ты ни пошёл».</w:t>
      </w:r>
    </w:p>
    <w:p>
      <w:r>
        <w:t>58. Иисус ответил: «У лис есть норы, у небесных птиц — гнёзда, а Сыну Человеческому негде склонить голову».</w:t>
      </w:r>
    </w:p>
    <w:p>
      <w:r>
        <w:t>59. Другому Он сказал: «Следуй за Мной». Тот ответил: «Господи, позволь мне прежде пойти и похоронить отца».</w:t>
      </w:r>
    </w:p>
    <w:p>
      <w:r>
        <w:t>60. Но Иисус сказал: «Оставь мёртвым хоронить своих мёртвых, а ты иди и возвещай Царство Божье».</w:t>
      </w:r>
    </w:p>
    <w:p>
      <w:pPr>
        <w:ind w:left="360"/>
      </w:pPr>
      <w:r>
        <w:rPr>
          <w:b/>
          <w:sz w:val="20"/>
        </w:rPr>
        <w:t>Миссия</w:t>
      </w:r>
      <w:r>
        <w:rPr>
          <w:sz w:val="20"/>
        </w:rPr>
        <w:br/>
        <w:t>Жёсткая формулировка подчёркивает безотлагательность призвания: приоритет ученика — идти и возвещать Царство Божье.</w:t>
      </w:r>
    </w:p>
    <w:p>
      <w:r>
        <w:t>61. Ещё один сказал: «Я последую за Тобой, Господи, но сначала позволь мне попрощаться с домашними».</w:t>
      </w:r>
    </w:p>
    <w:p>
      <w:r>
        <w:t>62. Иисус сказал: «Никто, взявшийся за плуг и оглядывающийся назад, не пригоден для Царства Божьего».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Образ пахаря требует направленного вперёд внимания; ученичество несовместимо с постоянным оглядыванием назад.</w:t>
      </w:r>
    </w:p>
    <w:p>
      <w:pPr>
        <w:pStyle w:val="Heading2"/>
      </w:pPr>
      <w:r>
        <w:t>Глава 10</w:t>
      </w:r>
    </w:p>
    <w:p>
      <w:r>
        <w:t>1. После этого Господь назначил ещё семьдесят два человека и послал их по двое перед Собой во всякий город и место, куда Сам собирался идти.</w:t>
      </w:r>
    </w:p>
    <w:p>
      <w:pPr>
        <w:ind w:left="360"/>
      </w:pPr>
      <w:r>
        <w:rPr>
          <w:b/>
          <w:sz w:val="20"/>
        </w:rPr>
        <w:t>Текст</w:t>
      </w:r>
      <w:r>
        <w:rPr>
          <w:i/>
          <w:sz w:val="20"/>
        </w:rPr>
        <w:t xml:space="preserve"> ἑβδομήκοντα δύο</w:t>
      </w:r>
      <w:r>
        <w:rPr>
          <w:sz w:val="20"/>
        </w:rPr>
        <w:t xml:space="preserve"> [hebdomēkonta dyo]</w:t>
      </w:r>
      <w:r>
        <w:rPr>
          <w:sz w:val="20"/>
        </w:rPr>
        <w:br/>
        <w:t>Основное чтение корпуса — «семьдесят два». В рукописной традиции также широко засвидетельствовано «семьдесят»; WGT-T сохраняет выбранный running text, а вариант остаётся в аппарате.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Bible Code corpus имеет ἑβδομήκοντα δύο с N/S-поддержкой; TR передаёт семьдесят. Основной текст фиксируем как «семьдесят два», альтернативу оставляем в аппарате.</w:t>
      </w:r>
    </w:p>
    <w:p>
      <w:r>
        <w:t>2. Он сказал им: «Жатвы много, а работников мало. Поэтому просите Господина жатвы послать работников на Свою жатву.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δεήθητε ... τοῦ κυρίου τοῦ θερισμοῦ</w:t>
      </w:r>
      <w:r>
        <w:rPr>
          <w:sz w:val="20"/>
        </w:rPr>
        <w:t xml:space="preserve"> [deēthēte ... tou kyriou tou therismou]</w:t>
      </w:r>
      <w:r>
        <w:rPr>
          <w:sz w:val="20"/>
        </w:rPr>
        <w:br/>
        <w:t>Миссия начинается не с стратегии, а с молитвы Господину жатвы о работниках.</w:t>
      </w:r>
    </w:p>
    <w:p>
      <w:r>
        <w:t>3. Идите. Вот, Я посылаю вас как ягнят среди волков.</w:t>
      </w:r>
    </w:p>
    <w:p>
      <w:r>
        <w:t>4. Не берите ни кошелька, ни сумки, ни сандалий и никого не приветствуйте в дороге.</w:t>
      </w:r>
    </w:p>
    <w:p>
      <w:r>
        <w:t>5. В какой дом войдёте, сначала говорите: “Мир этому дому”.</w:t>
      </w:r>
    </w:p>
    <w:p>
      <w:r>
        <w:t>6. Если там будет человек мира, ваш мир останется на нём; если нет — вернётся к вам. [υἱὸς εἰρήνης — Буквально «сын мира» — семитская идиома человека, восприимчивого к миру/шалому, который несут посланники]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υἱὸς εἰρήνης</w:t>
      </w:r>
      <w:r>
        <w:rPr>
          <w:sz w:val="20"/>
        </w:rPr>
        <w:t xml:space="preserve"> [huios eirēnēs]</w:t>
      </w:r>
      <w:r>
        <w:rPr>
          <w:sz w:val="20"/>
        </w:rPr>
        <w:br/>
        <w:t>Буквально «сын мира» — семитская идиома человека, восприимчивого к миру/шалому, который несут посланники.</w:t>
      </w:r>
    </w:p>
    <w:p>
      <w:r>
        <w:t>7. Оставайтесь в том доме, ешьте и пейте то, что вам дают, потому что работник достоин платы. Не переходите из дома в дом.</w:t>
      </w:r>
    </w:p>
    <w:p>
      <w:r>
        <w:t>8. Если войдёте в город и вас примут, ешьте то, что поставят перед вами.</w:t>
      </w:r>
    </w:p>
    <w:p>
      <w:r>
        <w:t>9. Исцеляйте находящихся там больных и говорите: “Царство Божье приблизилось к вам”.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ἤγγικεν ἐφ᾽ ὑμᾶς ἡ βασιλεία τοῦ θεοῦ</w:t>
      </w:r>
      <w:r>
        <w:rPr>
          <w:sz w:val="20"/>
        </w:rPr>
        <w:t xml:space="preserve"> [ēngiken eph' hymas hē basileia tou theou]</w:t>
      </w:r>
      <w:r>
        <w:rPr>
          <w:sz w:val="20"/>
        </w:rPr>
        <w:br/>
        <w:t>Царство Божье «приблизилось к вам»: исцеление и весть вместе свидетельствуют о близости Божьего царствования.</w:t>
      </w:r>
    </w:p>
    <w:p>
      <w:r>
        <w:t>10. Но если войдёте в город и вас не примут, выйдите на его улицы и скажите:</w:t>
      </w:r>
    </w:p>
    <w:p>
      <w:r>
        <w:t>11. “Даже пыль вашего города, приставшую к нашим ногам, мы отряхиваем вам. Но знайте: Царство Божье приблизилось”.</w:t>
      </w:r>
    </w:p>
    <w:p>
      <w:r>
        <w:t>12. Говорю вам: в тот день Содому будет легче, чем тому городу.</w:t>
      </w:r>
    </w:p>
    <w:p>
      <w:r>
        <w:t>13. Горе тебе, Хоразин! Горе тебе, Вифсаида! Если бы чудеса, совершённые у вас, произошли в Тире и Сидоне, они давно покаялись бы, сидя в мешковине и пепле.</w:t>
      </w:r>
    </w:p>
    <w:p>
      <w:r>
        <w:t>14. Но Тиру и Сидону будет легче на суде, чем вам.</w:t>
      </w:r>
    </w:p>
    <w:p>
      <w:r>
        <w:t>15. И ты, Капернаум, неужели будешь возвышен до неба? До Аида будешь низведён.</w:t>
      </w:r>
    </w:p>
    <w:p>
      <w:r>
        <w:t>16. Кто слушает вас, слушает Меня; кто отвергает вас, отвергает Меня; а отвергающий Меня отвергает Пославшего Меня».</w:t>
      </w:r>
    </w:p>
    <w:p>
      <w:pPr>
        <w:ind w:left="360"/>
      </w:pPr>
      <w:r>
        <w:rPr>
          <w:b/>
          <w:sz w:val="20"/>
        </w:rPr>
        <w:t>Миссия</w:t>
      </w:r>
      <w:r>
        <w:rPr>
          <w:sz w:val="20"/>
        </w:rPr>
        <w:br/>
        <w:t>Посланники представляют Иисуса настолько тесно, что принятие или отвержение их связывается с принятием или отвержением Самого Иисуса и Пославшего Его.</w:t>
      </w:r>
    </w:p>
    <w:p>
      <w:r>
        <w:t>17. Семьдесят два вернулись с радостью и сказали: «Господи, даже демоны повинуются нам в Твоём имени!»</w:t>
      </w:r>
    </w:p>
    <w:p>
      <w:r>
        <w:t>18. Он сказал им: «Я видел сатану, падающего с неба как молния.</w:t>
      </w:r>
    </w:p>
    <w:p>
      <w:pPr>
        <w:ind w:left="360"/>
      </w:pPr>
      <w:r>
        <w:rPr>
          <w:b/>
          <w:sz w:val="20"/>
        </w:rPr>
        <w:t>Видение</w:t>
      </w:r>
      <w:r>
        <w:rPr>
          <w:i/>
          <w:sz w:val="20"/>
        </w:rPr>
        <w:t xml:space="preserve"> ἐθεώρουν τὸν σατανᾶν ... πεσόντα</w:t>
      </w:r>
      <w:r>
        <w:rPr>
          <w:sz w:val="20"/>
        </w:rPr>
        <w:t xml:space="preserve"> [etheōroun ton satanan ... pesonta]</w:t>
      </w:r>
      <w:r>
        <w:rPr>
          <w:sz w:val="20"/>
        </w:rPr>
        <w:br/>
        <w:t>Фраза описывает видение падения сатаны как следствие наступления Божьей власти; грамматика подчёркивает наблюдаемое действие.</w:t>
      </w:r>
    </w:p>
    <w:p>
      <w:r>
        <w:t>19. Вот, Я дал вам власть наступать на змей и скорпионов и над всей силой врага, и ничто не причинит вам вреда.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Образы змей и скорпионов принадлежат самому тексту и символизируют власть над силой врага. Перевод сохраняет их буквально; практическое применение относится к толкованию.</w:t>
      </w:r>
    </w:p>
    <w:p>
      <w:r>
        <w:t>20. Однако радуйтесь не тому, что духи вам повинуются, а тому, что ваши имена записаны на небесах».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Главная причина радости учеников — не переживание духовной власти, а принадлежность Богу: «имена записаны на небесах».</w:t>
      </w:r>
    </w:p>
    <w:p>
      <w:r>
        <w:t>21. В тот час Иисус возрадовался Святым Духом и сказал: «Благодарю Тебя, Отец, Господь неба и земли, что Ты скрыл это от мудрых и разумных и открыл младенцам. Да, Отец, потому что так было угодно Тебе.</w:t>
      </w:r>
    </w:p>
    <w:p>
      <w:pPr>
        <w:ind w:left="360"/>
      </w:pPr>
      <w:r>
        <w:rPr>
          <w:b/>
          <w:sz w:val="20"/>
        </w:rPr>
        <w:t>Дух</w:t>
      </w:r>
      <w:r>
        <w:rPr>
          <w:i/>
          <w:sz w:val="20"/>
        </w:rPr>
        <w:t xml:space="preserve"> ἠγαλλιάσατο τῷ πνεύματι τῷ ἁγίῳ</w:t>
      </w:r>
      <w:r>
        <w:rPr>
          <w:sz w:val="20"/>
        </w:rPr>
        <w:t xml:space="preserve"> [ēgalliasato tō pneumati tō hagiō]</w:t>
      </w:r>
      <w:r>
        <w:rPr>
          <w:sz w:val="20"/>
        </w:rPr>
        <w:br/>
        <w:t>Иисус «возрадовался в Святом Духе»; Лука прямо связывает Его радость и благодарение Отцу с действием Духа.</w:t>
      </w:r>
    </w:p>
    <w:p>
      <w:r>
        <w:t>22. Всё передано Мне Моим Отцом. Никто не знает, кто Сын, кроме Отца, и кто Отец, кроме Сына и того, кому Сын захочет Его открыть».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sz w:val="20"/>
        </w:rPr>
        <w:br/>
        <w:t>Высокое христологическое высказывание: взаимное знание Отца и Сына уникально, а познание Отца зависит от откровения Сына.</w:t>
      </w:r>
    </w:p>
    <w:p>
      <w:r>
        <w:t>23. Повернувшись к ученикам, Он сказал им наедине: «Блаженны глаза, видящие то, что видите вы.</w:t>
      </w:r>
    </w:p>
    <w:p>
      <w:r>
        <w:t>24. Говорю вам: многие пророки и цари хотели увидеть то, что видите вы, но не увидели, и услышать то, что слышите вы, но не услышали».</w:t>
      </w:r>
    </w:p>
    <w:p>
      <w:r>
        <w:t>25. И вот, один знаток Закона встал и, испытывая Иисуса, спросил: «Учитель, что мне сделать, чтобы унаследовать вечную жизнь?» [ζωὴν αἰώνιον κληρονομήσω — «Унаследовать вечную жизнь» использует язык наследства, а не заработанной платы]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ζωὴν αἰώνιον κληρονομήσω</w:t>
      </w:r>
      <w:r>
        <w:rPr>
          <w:sz w:val="20"/>
        </w:rPr>
        <w:t xml:space="preserve"> [zōēn aiōnion klēronomēsō]</w:t>
      </w:r>
      <w:r>
        <w:rPr>
          <w:sz w:val="20"/>
        </w:rPr>
        <w:br/>
        <w:t>«Унаследовать вечную жизнь» использует язык наследства, а не заработанной платы.</w:t>
      </w:r>
    </w:p>
    <w:p>
      <w:r>
        <w:t>26. Он ответил: «Что написано в Законе? Как ты читаешь?»</w:t>
      </w:r>
    </w:p>
    <w:p>
      <w:r>
        <w:t>27. Тот сказал: «Люби Господа, Бога твоего, всем сердцем, всей душой, всей силой и всем разумом, и своего ближнего — как самого себя».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Ответ соединяет Втор 6:5 и Лев 19:18: любовь к Богу всем существом и любовь к ближнему как к себе.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6:5, Лев 19:18</w:t>
      </w:r>
    </w:p>
    <w:p>
      <w:r>
        <w:t>28. Иисус сказал: «Ты ответил правильно. Делай это — и будешь жить».</w:t>
      </w:r>
    </w:p>
    <w:p>
      <w:r>
        <w:t>29. Но тот, желая оправдать себя, спросил Иисуса: «А кто мой ближний?»</w:t>
      </w:r>
    </w:p>
    <w:p>
      <w:pPr>
        <w:ind w:left="360"/>
      </w:pPr>
      <w:r>
        <w:rPr>
          <w:b/>
          <w:sz w:val="20"/>
        </w:rPr>
        <w:t>Самооправдание</w:t>
      </w:r>
      <w:r>
        <w:rPr>
          <w:i/>
          <w:sz w:val="20"/>
        </w:rPr>
        <w:t xml:space="preserve"> θέλων δικαιῶσαι ἑαυτόν</w:t>
      </w:r>
      <w:r>
        <w:rPr>
          <w:sz w:val="20"/>
        </w:rPr>
        <w:t xml:space="preserve"> [thelōn dikaiōsai heauton]</w:t>
      </w:r>
      <w:r>
        <w:rPr>
          <w:sz w:val="20"/>
        </w:rPr>
        <w:br/>
        <w:t>Вопрос «кто мой ближний?» возникает из желания «оправдать себя» — ограничить практическую меру заповеди.</w:t>
      </w:r>
    </w:p>
    <w:p>
      <w:r>
        <w:t>30. Иисус ответил: «Один человек шёл из Иерусалима в Иерихон и попал к разбойникам. Они ограбили его, жестоко избили и ушли, оставив едва живым.</w:t>
      </w:r>
    </w:p>
    <w:p>
      <w:r>
        <w:t>31. Случайно той дорогой шёл священник. Увидев человека, он прошёл мимо по другой стороне.</w:t>
      </w:r>
    </w:p>
    <w:p>
      <w:r>
        <w:t>32. Так же и левит, оказавшись там, подошёл, увидел и прошёл мимо по другой стороне.</w:t>
      </w:r>
    </w:p>
    <w:p>
      <w:r>
        <w:t>33. А один самарянин, ехавший той дорогой, увидел его и сжалился. [ἐσπλαγχνίσθη — Самарянин реагирует тем же сильным глаголом сострадания, который Лука употребляет о самом Иисусе]</w:t>
      </w:r>
    </w:p>
    <w:p>
      <w:pPr>
        <w:ind w:left="360"/>
      </w:pPr>
      <w:r>
        <w:rPr>
          <w:b/>
          <w:sz w:val="20"/>
        </w:rPr>
        <w:t>Сострадание</w:t>
      </w:r>
      <w:r>
        <w:rPr>
          <w:i/>
          <w:sz w:val="20"/>
        </w:rPr>
        <w:t xml:space="preserve"> ἐσπλαγχνίσθη</w:t>
      </w:r>
      <w:r>
        <w:rPr>
          <w:sz w:val="20"/>
        </w:rPr>
        <w:t xml:space="preserve"> [esplanchnisthē]</w:t>
      </w:r>
      <w:r>
        <w:rPr>
          <w:sz w:val="20"/>
        </w:rPr>
        <w:br/>
        <w:t>Самарянин реагирует тем же сильным глаголом сострадания, который Лука употребляет о самом Иисусе.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7:13</w:t>
      </w:r>
    </w:p>
    <w:p>
      <w:r>
        <w:t>34. Он подошёл, перевязал ему раны, поливая их маслом и вином; затем посадил его на своё животное, привёз в гостиницу и позаботился о нём.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Возвращаем конкретные детали греческого текста. Это описание древнего ухода в притче, а не медицинская инструкция.</w:t>
      </w:r>
    </w:p>
    <w:p>
      <w:r>
        <w:t>35. На следующий день он дал хозяину гостиницы две серебряные монеты и сказал: “Позаботься о нём. Если потратишь больше, я возмещу тебе, когда вернусь”.</w:t>
      </w:r>
    </w:p>
    <w:p>
      <w:r>
        <w:t>36. Кто из этих троих, по-твоему, оказался ближним человеку, попавшему к разбойникам?»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sz w:val="20"/>
        </w:rPr>
        <w:br/>
        <w:t>Иисус меняет вопрос с «кто входит в категорию моего ближнего?» на «кто сам оказался ближним?». Акцент переходит с границы обязанности на действие милости.</w:t>
      </w:r>
    </w:p>
    <w:p>
      <w:r>
        <w:t>37. Тот ответил: «Проявивший к нему милость». Иисус сказал: «Иди и поступай так же». [ὁ ποιήσας τὸ ἔλεος — Буквально «сделавший милость»]</w:t>
      </w:r>
    </w:p>
    <w:p>
      <w:pPr>
        <w:ind w:left="360"/>
      </w:pPr>
      <w:r>
        <w:rPr>
          <w:b/>
          <w:sz w:val="20"/>
        </w:rPr>
        <w:t>Этика</w:t>
      </w:r>
      <w:r>
        <w:rPr>
          <w:i/>
          <w:sz w:val="20"/>
        </w:rPr>
        <w:t xml:space="preserve"> ὁ ποιήσας τὸ ἔλεος</w:t>
      </w:r>
      <w:r>
        <w:rPr>
          <w:sz w:val="20"/>
        </w:rPr>
        <w:t xml:space="preserve"> [ho poiēsas to eleos]</w:t>
      </w:r>
      <w:r>
        <w:rPr>
          <w:sz w:val="20"/>
        </w:rPr>
        <w:br/>
        <w:t>Буквально «сделавший милость». Итог притчи — не восхищение примером, а повеление «иди и поступай так же».</w:t>
      </w:r>
    </w:p>
    <w:p>
      <w:r>
        <w:t>38. Когда они продолжили путь, Иисус вошёл в одно селение. Женщина по имени Марфа приняла Его в свой дом.</w:t>
      </w:r>
    </w:p>
    <w:p>
      <w:r>
        <w:t>39. У неё была сестра по имени Мария, которая села у ног Господа и слушала Его слово.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παρακαθεσθεῖσα πρὸς τοὺς πόδας τοῦ κυρίου</w:t>
      </w:r>
      <w:r>
        <w:rPr>
          <w:sz w:val="20"/>
        </w:rPr>
        <w:t xml:space="preserve"> [parakathestheisa pros tous podas tou kyriou]</w:t>
      </w:r>
      <w:r>
        <w:rPr>
          <w:sz w:val="20"/>
        </w:rPr>
        <w:br/>
        <w:t>Сесть у ног учителя — позиция ученика. Лука изображает Марию именно как слушающую ученицу Иисуса.</w:t>
      </w:r>
    </w:p>
    <w:p>
      <w:r>
        <w:t>40. Марфа была поглощена множеством забот по служению. Подойдя, она сказала: «Господи, Тебе нет дела, что моя сестра оставила меня одну служить? Скажи ей, чтобы помогла мне».</w:t>
      </w:r>
    </w:p>
    <w:p>
      <w:r>
        <w:t>41. Господь ответил: «Марфа, Марфа, ты заботишься и тревожишься о многом,</w:t>
      </w:r>
    </w:p>
    <w:p>
      <w:r>
        <w:t>42. а нужно одно. Мария выбрала лучшую часть, и она не будет отнята у неё».</w:t>
      </w:r>
    </w:p>
    <w:p>
      <w:pPr>
        <w:ind w:left="360"/>
      </w:pPr>
      <w:r>
        <w:rPr>
          <w:b/>
          <w:sz w:val="20"/>
        </w:rPr>
        <w:t>Текст</w:t>
      </w:r>
      <w:r>
        <w:rPr>
          <w:i/>
          <w:sz w:val="20"/>
        </w:rPr>
        <w:t xml:space="preserve"> ἑνὸς δέ ἐστιν χρεία</w:t>
      </w:r>
      <w:r>
        <w:rPr>
          <w:sz w:val="20"/>
        </w:rPr>
        <w:t xml:space="preserve"> [henos de estin chreia]</w:t>
      </w:r>
      <w:r>
        <w:rPr>
          <w:sz w:val="20"/>
        </w:rPr>
        <w:br/>
        <w:t>Основное чтение — «нужно одно». Расширенное «немного или одно» относится к иной текстовой традиции.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 corpus ἑνὸς δέ ἐστιν χρεία имеет полное NST-членство; расширение «немного или одно» представлено лишь частью традиции. Основной текст — «нужно одно».</w:t>
      </w:r>
    </w:p>
    <w:p>
      <w:pPr>
        <w:pStyle w:val="Heading2"/>
      </w:pPr>
      <w:r>
        <w:t>Глава 11</w:t>
      </w:r>
    </w:p>
    <w:p>
      <w:r>
        <w:t>1. Однажды Иисус молился в одном месте. Когда Он закончил, один из учеников сказал: «Господи, научи нас молиться, как и Иоанн научил своих учеников».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sz w:val="20"/>
        </w:rPr>
        <w:br/>
        <w:t>Ученики просят научить их молиться после того, как видят молящегося Иисуса; у Луки молитва Иисуса становится школой молитвы учеников.</w:t>
      </w:r>
    </w:p>
    <w:p>
      <w:r>
        <w:t>2. Он сказал им: «Когда молитесь, говорите: “Отец, пусть святится Твоё имя. Пусть придёт Твоё Царство. [ἁγιασθήτω τὸ ὄνομά σου — просьба о том, чтобы Божье имя признавалось и являлось святым]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ἁγιασθήτω τὸ ὄνομά σου</w:t>
      </w:r>
      <w:r>
        <w:rPr>
          <w:sz w:val="20"/>
        </w:rPr>
        <w:t xml:space="preserve"> [hagiasthētō to onoma sou]</w:t>
      </w:r>
      <w:r>
        <w:rPr>
          <w:sz w:val="20"/>
        </w:rPr>
        <w:br/>
        <w:t>«Пусть святится Твоё имя» — просьба, чтобы Божье имя признавалось и являлось святым; это не только запрет произносить его легкомысленно.</w:t>
      </w:r>
    </w:p>
    <w:p>
      <w:r>
        <w:t>3. Давай нам каждый день наш насущный хлеб [ἐπιούσιος].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ἐπιούσιον</w:t>
      </w:r>
      <w:r>
        <w:rPr>
          <w:sz w:val="20"/>
        </w:rPr>
        <w:t xml:space="preserve"> [epiousion]</w:t>
      </w:r>
      <w:r>
        <w:rPr>
          <w:sz w:val="20"/>
        </w:rPr>
        <w:br/>
        <w:t>Редкое слово ἐπιούσιος встречается в НЗ только в молитве Господней. Возможны оттенки «насущный», «необходимый на день», «на наступающий день»; WGT-T сохраняет традиционно понятное «насущный».</w:t>
      </w:r>
    </w:p>
    <w:p>
      <w:r>
        <w:t>4. Прощай нам наши грехи, потому что и мы прощаем каждому, кто должен нам; и не введи нас в испытание”». [πειρασμόν — может означать испытание или искушение]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πειρασμόν</w:t>
      </w:r>
      <w:r>
        <w:rPr>
          <w:sz w:val="20"/>
        </w:rPr>
        <w:t xml:space="preserve"> [peirasmon]</w:t>
      </w:r>
      <w:r>
        <w:rPr>
          <w:sz w:val="20"/>
        </w:rPr>
        <w:br/>
        <w:t>πειρασμός может означать испытание или искушение. WGT-T выбирает более широкое «испытание», не исключая нравственного искушения по контексту.</w:t>
      </w:r>
    </w:p>
    <w:p>
      <w:pPr>
        <w:ind w:left="360"/>
      </w:pPr>
      <w:r>
        <w:rPr>
          <w:b/>
          <w:sz w:val="20"/>
        </w:rPr>
        <w:t>Текст</w:t>
      </w:r>
      <w:r>
        <w:rPr>
          <w:sz w:val="20"/>
        </w:rPr>
        <w:br/>
        <w:t>Луканская форма молитвы здесь заканчивается просьбой о невведении в испытание; длинное окончание известно из иной текстовой традиции.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Основная молитва Луки в Bible Code заканчивается на «не введи нас в испытание»; добавление «но избавь нас от Злого» имеет только TR-членство. Основной короткий текст принят.</w:t>
      </w:r>
    </w:p>
    <w:p>
      <w:r>
        <w:t>5. И Он сказал им: «Предположим, у кого-то из вас есть друг, и он приходит к нему в полночь и говорит: “Друг, одолжи мне три хлеба,</w:t>
      </w:r>
    </w:p>
    <w:p>
      <w:r>
        <w:t>6. потому что ко мне с дороги пришёл друг, а мне нечего ему предложить”.</w:t>
      </w:r>
    </w:p>
    <w:p>
      <w:r>
        <w:t>7. А тот изнутри отвечает: “Не беспокой меня. Дверь уже заперта, дети со мной в постели. Я не могу встать и дать тебе”.</w:t>
      </w:r>
    </w:p>
    <w:p>
      <w:r>
        <w:t>8. Говорю вам: даже если он не встанет и не даст ему потому, что тот его друг, то из-за его бесстыдной настойчивости всё же встанет и даст всё необходимое. [ἀναίδειαν — буквально бесстыдство/беззастенчивость; здесь настойчивость, которая не стесняется продолжать просить]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ἀναίδειαν</w:t>
      </w:r>
      <w:r>
        <w:rPr>
          <w:sz w:val="20"/>
        </w:rPr>
        <w:t xml:space="preserve"> [anaideian]</w:t>
      </w:r>
      <w:r>
        <w:rPr>
          <w:sz w:val="20"/>
        </w:rPr>
        <w:br/>
        <w:t>ἀναίδεια буквально означает бесстыдство/беззастенчивость; в контексте — настойчивость, которая не стесняется продолжать просить.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ἀναίδεια — буквально бесстыдство/беззастенчивая настойчивость. «Бесстыдная настойчивость» лучше сохраняет резкость слова.</w:t>
      </w:r>
    </w:p>
    <w:p>
      <w:r>
        <w:t>9. И Я говорю вам: просите — и вам будет дано; ищите — и найдёте; стучите — и вам откроют.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sz w:val="20"/>
        </w:rPr>
        <w:br/>
        <w:t>Тройной ряд «просите — ищите — стучите» подчёркивает настойчивую направленность молитвы, а не механическую формулу получения любого желания.</w:t>
      </w:r>
    </w:p>
    <w:p>
      <w:r>
        <w:t>10. Потому что всякий просящий получает, ищущий находит, а стучащему открывают.</w:t>
      </w:r>
    </w:p>
    <w:p>
      <w:r>
        <w:t>11. Есть ли среди вас отец, который, когда сын попросит рыбу, вместо рыбы даст ему змею?</w:t>
      </w:r>
    </w:p>
    <w:p>
      <w:r>
        <w:t>12. Или, если попросит яйцо, даст ему скорпиона?</w:t>
      </w:r>
    </w:p>
    <w:p>
      <w:r>
        <w:t>13. Итак, если вы, будучи злыми, умеете давать детям хорошие дары, тем более Небесный Отец даст Святого Духа просящим у Него».</w:t>
      </w:r>
    </w:p>
    <w:p>
      <w:pPr>
        <w:ind w:left="360"/>
      </w:pPr>
      <w:r>
        <w:rPr>
          <w:b/>
          <w:sz w:val="20"/>
        </w:rPr>
        <w:t>Дух</w:t>
      </w:r>
      <w:r>
        <w:rPr>
          <w:sz w:val="20"/>
        </w:rPr>
        <w:br/>
        <w:t>В параллели с Матфеем Лука конкретизирует высший дар Отца как Святого Духа. Это важная для Луки связка молитвы и Духа.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7:11</w:t>
      </w:r>
    </w:p>
    <w:p>
      <w:r>
        <w:t>14. Однажды Иисус изгонял демона, лишавшего человека речи. Когда демон вышел, немой заговорил, и народ удивился.</w:t>
      </w:r>
    </w:p>
    <w:p>
      <w:r>
        <w:t>15. Но некоторые сказали: «Он изгоняет демонов силой Веельзевула, правителя демонов».</w:t>
      </w:r>
    </w:p>
    <w:p>
      <w:r>
        <w:t>16. Другие, испытывая Его, требовали от Него знамения с неба.</w:t>
      </w:r>
    </w:p>
    <w:p>
      <w:r>
        <w:t>17. Но Он, зная их мысли, сказал: «Всякое царство, разделившееся против самого себя, опустошается, и дом падает на дом.</w:t>
      </w:r>
    </w:p>
    <w:p>
      <w:r>
        <w:t>18. Если и сатана разделился против самого себя, как устоит его царство? Ведь вы говорите, что Я изгоняю демонов силой Веельзевула.</w:t>
      </w:r>
    </w:p>
    <w:p>
      <w:r>
        <w:t>19. Если Я изгоняю демонов силой Веельзевула, то чьей силой изгоняют их ваши последователи? Поэтому они будут вашими судьями.</w:t>
      </w:r>
    </w:p>
    <w:p>
      <w:r>
        <w:t>20. Но если Я изгоняю демонов перстом Божьим [ἐν δακτύλῳ θεοῦ], значит, Царство Божье уже пришло к вам.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ἐν δακτύλῳ θεοῦ</w:t>
      </w:r>
      <w:r>
        <w:rPr>
          <w:sz w:val="20"/>
        </w:rPr>
        <w:t xml:space="preserve"> [en daktylō theou]</w:t>
      </w:r>
      <w:r>
        <w:rPr>
          <w:sz w:val="20"/>
        </w:rPr>
        <w:br/>
        <w:t>«Перстом Божьим» напоминает Исх 8:19, где египетские волхвы признают действие Бога. У Луки изгнание демонов становится знаком прихода Царства.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8:19</w:t>
      </w:r>
    </w:p>
    <w:p>
      <w:r>
        <w:t>21. Когда сильный человек с оружием охраняет свой двор, его имущество в безопасности.</w:t>
      </w:r>
    </w:p>
    <w:p>
      <w:r>
        <w:t>22. Но когда приходит тот, кто сильнее него, и побеждает, он отнимает оружие, на которое тот полагался, и распределяет добычу.</w:t>
      </w:r>
    </w:p>
    <w:p>
      <w:r>
        <w:t>23. Кто не со Мной, тот против Меня; и кто не собирает со Мной, тот разбрасывает.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В контексте столкновения царств нейтральной позиции нет: не собирать с Иисусом означает рассеивать.</w:t>
      </w:r>
    </w:p>
    <w:p>
      <w:r>
        <w:t>24. Когда нечистый дух выходит из человека, он проходит по безводным местам, ища покоя, и, не находя, говорит: “Вернусь в мой дом, откуда вышел”.</w:t>
      </w:r>
    </w:p>
    <w:p>
      <w:r>
        <w:t>25. Придя, находит его выметенным и приведённым в порядок.</w:t>
      </w:r>
    </w:p>
    <w:p>
      <w:r>
        <w:t>26. Тогда идёт и берёт семь других духов, хуже себя; они входят и живут там, и последнее состояние того человека становится хуже первого».</w:t>
      </w:r>
    </w:p>
    <w:p>
      <w:r>
        <w:t>27. Когда Он говорил это, одна женщина из народа громко сказала: «Блаженна утроба, носившая Тебя, и грудь, кормившая Тебя!»</w:t>
      </w:r>
    </w:p>
    <w:p>
      <w:r>
        <w:t>28. Но Он ответил: «Блаженны скорее те, кто слышит слово Божье и соблюдает его».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ἀκούοντες τὸν λόγον τοῦ θεοῦ καὶ φυλάσσοντες</w:t>
      </w:r>
      <w:r>
        <w:rPr>
          <w:sz w:val="20"/>
        </w:rPr>
        <w:t xml:space="preserve"> [akouontes ton logon tou theou kai phylassontes]</w:t>
      </w:r>
      <w:r>
        <w:rPr>
          <w:sz w:val="20"/>
        </w:rPr>
        <w:br/>
        <w:t>Иисус переносит блаженство с биологической близости на слушание и хранение слова Божьего.</w:t>
      </w:r>
    </w:p>
    <w:p>
      <w:r>
        <w:t>29. Когда народ всё больше собирался вокруг Него, Он начал говорить: «Это поколение — злое. Оно ищет знамения, но никакого знамения ему не будет дано, кроме знамения Ионы.</w:t>
      </w:r>
    </w:p>
    <w:p>
      <w:pPr>
        <w:ind w:left="360"/>
      </w:pPr>
      <w:r>
        <w:rPr>
          <w:b/>
          <w:sz w:val="20"/>
        </w:rPr>
        <w:t>Знамение</w:t>
      </w:r>
      <w:r>
        <w:rPr>
          <w:sz w:val="20"/>
        </w:rPr>
        <w:br/>
        <w:t>Поколение требует знамения, но Иисус отказывается подчинять Себя логике требования доказательств и указывает на «знамение Ионы».</w:t>
      </w:r>
    </w:p>
    <w:p>
      <w:r>
        <w:t>30. Как Иона стал знамением для ниневитян, так и Сын Человеческий будет для этого поколения.</w:t>
      </w:r>
    </w:p>
    <w:p>
      <w:r>
        <w:t>31. Царица Юга встанет на суде с людьми этого поколения и осудит их, потому что она пришла от края земли послушать мудрость Соломона. Но здесь — Тот, Кто больше Соломона.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πλεῖον Σολομῶνος</w:t>
      </w:r>
      <w:r>
        <w:rPr>
          <w:sz w:val="20"/>
        </w:rPr>
        <w:t xml:space="preserve"> [pleion Solomōnos]</w:t>
      </w:r>
      <w:r>
        <w:rPr>
          <w:sz w:val="20"/>
        </w:rPr>
        <w:br/>
        <w:t>«Здесь больше Соломона»: Иисус ставит Себя выше величайшего образа царской мудрости Израиля.</w:t>
      </w:r>
    </w:p>
    <w:p>
      <w:r>
        <w:t>32. Жители Ниневии встанут на суде с этим поколением и осудят его, потому что они покаялись после проповеди Ионы. Но здесь — Тот, Кто больше Ионы.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πλεῖον Ἰωνᾶ</w:t>
      </w:r>
      <w:r>
        <w:rPr>
          <w:sz w:val="20"/>
        </w:rPr>
        <w:t xml:space="preserve"> [pleion Iōna]</w:t>
      </w:r>
      <w:r>
        <w:rPr>
          <w:sz w:val="20"/>
        </w:rPr>
        <w:br/>
        <w:t>«Здесь больше Ионы»: Его призыв требует ещё более серьёзного отклика, чем проповедь пророка Ниневии.</w:t>
      </w:r>
    </w:p>
    <w:p>
      <w:r>
        <w:t>33. Никто, зажегши светильник, не ставит его в укрытие или под сосуд, а на подставку, чтобы входящие видели свет.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Фраза о светильнике под сосудом входит в выбранный основной текст. Основной перевод принят.</w:t>
      </w:r>
    </w:p>
    <w:p>
      <w:r>
        <w:t>34. Светильник тела — твой глаз. Когда глаз здоров, всё твоё тело светло; а когда дурен, тело во тьме. [ὁ ὀφθαλμός σου ἁπλοῦς — ἁπλοῦς буквально «простой/единый», а в данном образе — здоровый, цельный глаз, пропускающий свет]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ὀφθαλμός σου ἁπλοῦς</w:t>
      </w:r>
      <w:r>
        <w:rPr>
          <w:sz w:val="20"/>
        </w:rPr>
        <w:t xml:space="preserve"> [ho ophthalmos sou haplous]</w:t>
      </w:r>
      <w:r>
        <w:rPr>
          <w:sz w:val="20"/>
        </w:rPr>
        <w:br/>
        <w:t>ἁπλοῦς буквально «простой/единый», а в данном образе — здоровый, цельный глаз, пропускающий свет. Возможен также нравственный оттенок щедрости/нераздвоенности.</w:t>
      </w:r>
    </w:p>
    <w:p>
      <w:r>
        <w:t>35. Поэтому смотри, чтобы свет в тебе не оказался тьмой.</w:t>
      </w:r>
    </w:p>
    <w:p>
      <w:r>
        <w:t>36. Если всё твоё тело светло и в нём нет тёмной части, оно будет полностью светлым, как когда светильник освещает тебя своим сиянием».</w:t>
      </w:r>
    </w:p>
    <w:p>
      <w:r>
        <w:t>37. Когда Иисус закончил говорить, один фарисей пригласил Его поесть. Он вошёл и возлёг за столом.</w:t>
      </w:r>
    </w:p>
    <w:p>
      <w:r>
        <w:t>38. Фарисей удивился, увидев, что Иисус не совершил омовения перед едой. [ἐβαπτίσθη — Здесь глагол описывает ритуальное омовение перед едой, а не христианское крещение]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ἐβαπτίσθη</w:t>
      </w:r>
      <w:r>
        <w:rPr>
          <w:sz w:val="20"/>
        </w:rPr>
        <w:t xml:space="preserve"> [ebaptisthē]</w:t>
      </w:r>
      <w:r>
        <w:rPr>
          <w:sz w:val="20"/>
        </w:rPr>
        <w:br/>
        <w:t>Здесь глагол описывает ритуальное омовение перед едой, а не христианское крещение.</w:t>
      </w:r>
    </w:p>
    <w:p>
      <w:r>
        <w:t>39. Господь сказал ему: «Вы, фарисеи, очищаете чашу и блюдо снаружи, а внутри полны жадности и зла.</w:t>
      </w:r>
    </w:p>
    <w:p>
      <w:r>
        <w:t>40. Неразумные! Разве Создавший внешнее не создал и внутреннее?</w:t>
      </w:r>
    </w:p>
    <w:p>
      <w:r>
        <w:t>41. Но то, что внутри, отдавайте как милостыню — и тогда всё у вас будет чисто. [τὰ ἐνόντα δότε ἐλεημοσύνην — Необычная конструкция допускает несколько пониманий]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τὰ ἐνόντα δότε ἐλεημοσύνην</w:t>
      </w:r>
      <w:r>
        <w:rPr>
          <w:sz w:val="20"/>
        </w:rPr>
        <w:t xml:space="preserve"> [ta enonta dote eleēmosynēn]</w:t>
      </w:r>
      <w:r>
        <w:rPr>
          <w:sz w:val="20"/>
        </w:rPr>
        <w:br/>
        <w:t>Необычная конструкция допускает несколько пониманий. WGT-T сохраняет буквальную странность: «то, что внутри, отдавайте как милостыню», не навязывая одно толкование.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τὰ ἐνόντα δότε ἐλεημοσύνην буквально допускает передачу «то, что внутри, отдавайте как милостыню». Предлагались также понимания «давайте милостыню от сердца» и «давайте из того, что у вас есть». Основной перевод сознательно сохраняет необычность греческой конструкции вместо выбора одного толкования.</w:t>
      </w:r>
    </w:p>
    <w:p>
      <w:r>
        <w:t>42. Горе вам, фарисеи! Вы отдаёте десятину с мяты, руты и всякой зелени, но пренебрегаете справедливостью и любовью Бога. Это надо было делать, не оставляя и другого.</w:t>
      </w:r>
    </w:p>
    <w:p>
      <w:pPr>
        <w:ind w:left="360"/>
      </w:pPr>
      <w:r>
        <w:rPr>
          <w:b/>
          <w:sz w:val="20"/>
        </w:rPr>
        <w:t>Этика</w:t>
      </w:r>
      <w:r>
        <w:rPr>
          <w:i/>
          <w:sz w:val="20"/>
        </w:rPr>
        <w:t xml:space="preserve"> τὴν κρίσιν καὶ τὴν ἀγάπην τοῦ θεοῦ</w:t>
      </w:r>
      <w:r>
        <w:rPr>
          <w:sz w:val="20"/>
        </w:rPr>
        <w:t xml:space="preserve"> [tēn krisin kai tēn agapēn tou theou]</w:t>
      </w:r>
      <w:r>
        <w:rPr>
          <w:sz w:val="20"/>
        </w:rPr>
        <w:br/>
        <w:t>Иисус не отменяет десятину, но ставит в центр справедливость и любовь Бога; внешняя точность без этого искажает приоритеты.</w:t>
      </w:r>
    </w:p>
    <w:p>
      <w:r>
        <w:t>43. Горе вам, фарисеи! Вы любите лучшие места в синагогах и приветствия на площадях.</w:t>
      </w:r>
    </w:p>
    <w:p>
      <w:r>
        <w:t>44. Горе вам! Вы как незаметные гробницы, по которым люди ходят и не знают этого».</w:t>
      </w:r>
    </w:p>
    <w:p>
      <w:r>
        <w:t>45. Один из знатоков Закона ответил: «Учитель, говоря это, Ты оскорбляешь и нас».</w:t>
      </w:r>
    </w:p>
    <w:p>
      <w:r>
        <w:t>46. Иисус сказал: «Горе и вам, знатоки Закона! Вы нагружаете людей тяжёлыми ношами, а сами не касаетесь этих нош и пальцем.</w:t>
      </w:r>
    </w:p>
    <w:p>
      <w:r>
        <w:t>47. Горе вам! Вы строите гробницы пророкам, которых убили ваши отцы.</w:t>
      </w:r>
    </w:p>
    <w:p>
      <w:r>
        <w:t>48. Так вы свидетельствуете, что согласны с делами ваших отцов: они убивали пророков, а вы строите им гробницы.</w:t>
      </w:r>
    </w:p>
    <w:p>
      <w:r>
        <w:t>49. Поэтому и Мудрость Бога сказала: “Я пошлю к ним пророков и апостолов; одних из них они погубят, других будут преследовать”,</w:t>
      </w:r>
    </w:p>
    <w:p>
      <w:r>
        <w:t>50. чтобы с этого поколения была взыскана кровь всех пророков, пролитая от основания мира,</w:t>
      </w:r>
    </w:p>
    <w:p>
      <w:r>
        <w:t>51. от крови Авеля до крови Захарии, погибшего между жертвенником и святилищем. Да, говорю вам: это будет взыскано с этого поколения.</w:t>
      </w:r>
    </w:p>
    <w:p>
      <w:r>
        <w:t>52. Горе вам, знатоки Закона! Вы взяли ключ знания: сами не вошли и входящим помешали». [τὴν κλεῖδα τῆς γνώσεως — образ доступа к познанию Божьей воли]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τὴν κλεῖδα τῆς γνώσεως</w:t>
      </w:r>
      <w:r>
        <w:rPr>
          <w:sz w:val="20"/>
        </w:rPr>
        <w:t xml:space="preserve"> [tēn kleida tēs gnōseōs]</w:t>
      </w:r>
      <w:r>
        <w:rPr>
          <w:sz w:val="20"/>
        </w:rPr>
        <w:br/>
        <w:t>«Ключ знания» — образ доступа к познанию Божьей воли. Учителя обвиняются не только в собственном отказе войти, но и в препятствовании другим.</w:t>
      </w:r>
    </w:p>
    <w:p>
      <w:r>
        <w:t>53. Когда Иисус вышел оттуда, книжники и фарисеи стали яростно нападать на Него и засыпать вопросами,</w:t>
      </w:r>
    </w:p>
    <w:p>
      <w:r>
        <w:t>54. стараясь поймать Его на слове.</w:t>
      </w:r>
    </w:p>
    <w:p>
      <w:pPr>
        <w:pStyle w:val="Heading2"/>
      </w:pPr>
      <w:r>
        <w:t>Глава 12</w:t>
      </w:r>
    </w:p>
    <w:p>
      <w:r>
        <w:t>1. Тем временем собрались тысячи людей, так что теснили друг друга. Иисус прежде всего сказал ученикам: «Берегитесь закваски фарисеев, то есть лицемерия.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sz w:val="20"/>
        </w:rPr>
        <w:br/>
        <w:t>Закваска обозначает распространяющееся влияние; Иисус прямо определяет её здесь как лицемерие фарисеев.</w:t>
      </w:r>
    </w:p>
    <w:p>
      <w:r>
        <w:t>2. Нет ничего скрытого, что не откроется, и тайного, что не станет известно.</w:t>
      </w:r>
    </w:p>
    <w:p>
      <w:r>
        <w:t>3. Поэтому сказанное вами во тьме будет услышано при свете, и прошептанное на ухо в закрытых комнатах будет проповедано с крыш.</w:t>
      </w:r>
    </w:p>
    <w:p>
      <w:r>
        <w:t>4. Говорю вам, Моим друзьям: не бойтесь тех, кто может причинить вред телу, но после этого больше ничего сделать не может.</w:t>
      </w:r>
    </w:p>
    <w:p>
      <w:r>
        <w:t>5. Я покажу вам, кого бояться: бойтесь Того, Кто после смерти имеет власть бросить в геенну. Да, говорю вам: Его бойтесь.</w:t>
      </w:r>
    </w:p>
    <w:p>
      <w:pPr>
        <w:ind w:left="360"/>
      </w:pPr>
      <w:r>
        <w:rPr>
          <w:b/>
          <w:sz w:val="20"/>
        </w:rPr>
        <w:t>Суд</w:t>
      </w:r>
      <w:r>
        <w:rPr>
          <w:i/>
          <w:sz w:val="20"/>
        </w:rPr>
        <w:t xml:space="preserve"> γέενναν</w:t>
      </w:r>
      <w:r>
        <w:rPr>
          <w:sz w:val="20"/>
        </w:rPr>
        <w:t xml:space="preserve"> [geennan]</w:t>
      </w:r>
      <w:r>
        <w:rPr>
          <w:sz w:val="20"/>
        </w:rPr>
        <w:br/>
        <w:t>Геенна — собственный термин текста для Божьего окончательного суда. WGT-T сохраняет его без разворачивания богословской системы внутри перевода.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Возвращаем собственный образ Луки. «Геенна» сохраняется как термин, а его богословское содержание раскрывается в справочном слое.</w:t>
      </w:r>
    </w:p>
    <w:p>
      <w:r>
        <w:t>6. Разве пять воробьёв не продают за две мелкие монеты? И ни один из них не забыт перед Богом.</w:t>
      </w:r>
    </w:p>
    <w:p>
      <w:r>
        <w:t>7. А у вас даже все волосы на голове сосчитаны. Не бойтесь: вы ценнее многих воробьёв.</w:t>
      </w:r>
    </w:p>
    <w:p>
      <w:pPr>
        <w:ind w:left="360"/>
      </w:pPr>
      <w:r>
        <w:rPr>
          <w:b/>
          <w:sz w:val="20"/>
        </w:rPr>
        <w:t>Утешение</w:t>
      </w:r>
      <w:r>
        <w:rPr>
          <w:sz w:val="20"/>
        </w:rPr>
        <w:br/>
        <w:t>Призыв не бояться основан не на отрицании опасности, а на Божьем знании и ценности учеников перед Ним.</w:t>
      </w:r>
    </w:p>
    <w:p>
      <w:r>
        <w:t>8. Говорю вам: всякого, кто признает Меня перед людьми, Сын Человеческий признает перед ангелами Бога.</w:t>
      </w:r>
    </w:p>
    <w:p>
      <w:r>
        <w:t>9. А кто отречётся от Меня перед людьми, от того отрекутся перед ангелами Бога.</w:t>
      </w:r>
    </w:p>
    <w:p>
      <w:r>
        <w:t>10. Всякому, кто скажет слово против Сына Человеческого, будет прощено; но хулящему Святого Духа не будет прощено.</w:t>
      </w:r>
    </w:p>
    <w:p>
      <w:pPr>
        <w:ind w:left="360"/>
      </w:pPr>
      <w:r>
        <w:rPr>
          <w:b/>
          <w:sz w:val="20"/>
        </w:rPr>
        <w:t>Дух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Лука различает слово против Сына Человеческого и хулу на Святого Духа. Контекст 11–12 глав связывает противление Духу с сознательным переопределением Божьего действия как злого.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11:15–20</w:t>
      </w:r>
    </w:p>
    <w:p>
      <w:r>
        <w:t>11. Когда вас приведут в синагоги, к начальствам и властям, не тревожьтесь, как или что отвечать и что говорить.</w:t>
      </w:r>
    </w:p>
    <w:p>
      <w:r>
        <w:t>12. Святой Дух научит вас в тот час, что нужно сказать».</w:t>
      </w:r>
    </w:p>
    <w:p>
      <w:pPr>
        <w:ind w:left="360"/>
      </w:pPr>
      <w:r>
        <w:rPr>
          <w:b/>
          <w:sz w:val="20"/>
        </w:rPr>
        <w:t>Дух</w:t>
      </w:r>
      <w:r>
        <w:rPr>
          <w:sz w:val="20"/>
        </w:rPr>
        <w:br/>
        <w:t>Святой Дух не только даётся просящим (11:13), но и учит учеников, что говорить под давлением. Так Лука связывает молитву, свидетельство и Духа.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11:13</w:t>
      </w:r>
    </w:p>
    <w:p>
      <w:r>
        <w:t>13. Кто-то из народа сказал Ему: «Учитель, скажи моему брату разделить со мной наследство».</w:t>
      </w:r>
    </w:p>
    <w:p>
      <w:r>
        <w:t>14. Иисус ответил: «Человек, кто поставил Меня судьёй или разделителем над вами?»</w:t>
      </w:r>
    </w:p>
    <w:p>
      <w:r>
        <w:t>15. И сказал им: «Смотрите, берегитесь всякой жадности, потому что жизнь человека не определяется изобилием имущества». [πλεονεξίας — πλεονεξία — стремление иметь больше, жадность]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πλεονεξίας</w:t>
      </w:r>
      <w:r>
        <w:rPr>
          <w:sz w:val="20"/>
        </w:rPr>
        <w:t xml:space="preserve"> [pleonexias]</w:t>
      </w:r>
      <w:r>
        <w:rPr>
          <w:sz w:val="20"/>
        </w:rPr>
        <w:br/>
        <w:t>πλεονεξία — стремление иметь больше, жадность. Иисус отделяет ценность жизни от количества собственности.</w:t>
      </w:r>
    </w:p>
    <w:p>
      <w:r>
        <w:t>16. И рассказал притчу: «У одного богатого человека земля принесла хороший урожай.</w:t>
      </w:r>
    </w:p>
    <w:p>
      <w:r>
        <w:t>17. Он рассуждал: “Что мне делать? Мне некуда складывать урожай”.</w:t>
      </w:r>
    </w:p>
    <w:p>
      <w:r>
        <w:t>18. И сказал: “Вот что сделаю: сломаю амбары, построю большие, соберу туда всё зерно и имущество</w:t>
      </w:r>
    </w:p>
    <w:p>
      <w:r>
        <w:t>19. и скажу своей душе: ‘Душа, у тебя много добра запасено на многие годы. Отдыхай, ешь, пей и веселись’”.</w:t>
      </w:r>
    </w:p>
    <w:p>
      <w:r>
        <w:t>20. Но Бог сказал ему: “Безумец! В эту ночь от тебя потребуют твою жизнь. Кому достанется приготовленное тобой?” [ἄφρων — не характеристика интеллекта, а библейская нравственная оценка жизни без учёта Бога и собственной смертности]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ἄφρων</w:t>
      </w:r>
      <w:r>
        <w:rPr>
          <w:sz w:val="20"/>
        </w:rPr>
        <w:t xml:space="preserve"> [aphrōn]</w:t>
      </w:r>
      <w:r>
        <w:rPr>
          <w:sz w:val="20"/>
        </w:rPr>
        <w:br/>
        <w:t>«Безумец» — не характеристика интеллекта, а библейская нравственная оценка жизни без учёта Бога и собственной смертности.</w:t>
      </w:r>
    </w:p>
    <w:p>
      <w:r>
        <w:t>21. Так бывает с тем, кто собирает сокровища для себя, но не богат перед Богом».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sz w:val="20"/>
        </w:rPr>
        <w:br/>
        <w:t>Контраст не между богатством и бедностью как таковыми, а между накоплением «для себя» и богатством «перед Богом».</w:t>
      </w:r>
    </w:p>
    <w:p>
      <w:r>
        <w:t>22. Затем Он сказал ученикам: «Поэтому говорю вам: не тревожьтесь о жизни — что есть, и о теле — во что одеться.</w:t>
      </w:r>
    </w:p>
    <w:p>
      <w:r>
        <w:t>23. Жизнь больше пищи, а тело — одежды.</w:t>
      </w:r>
    </w:p>
    <w:p>
      <w:r>
        <w:t>24. Посмотрите на воронов: они не сеют, не жнут, у них нет кладовой и амбара, но Бог кормит их. Насколько же вы ценнее птиц!</w:t>
      </w:r>
    </w:p>
    <w:p>
      <w:r>
        <w:t>25. Кто из вас своей тревогой может прибавить к своему росту хотя бы один локоть? [ἡλικίαν ... πῆχυν — может означать рост или возраст, πῆχυς — локоть]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ἡλικίαν ... πῆχυν</w:t>
      </w:r>
      <w:r>
        <w:rPr>
          <w:sz w:val="20"/>
        </w:rPr>
        <w:t xml:space="preserve"> [hēlikian ... pēchyn]</w:t>
      </w:r>
      <w:r>
        <w:rPr>
          <w:sz w:val="20"/>
        </w:rPr>
        <w:br/>
        <w:t>ἡλικία может означать рост или возраст, πῆχυς — локоть. WGT-T сохраняет конкретный образ «прибавить к росту один локоть», хотя возможна интерпретация о продолжительности жизни.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ἡλικία и πῆχυς допускают несколько образных прочтений, но буквальная пара естественно передаётся как «рост» и «локоть».</w:t>
      </w:r>
    </w:p>
    <w:p>
      <w:r>
        <w:t>26. Если вы не можете сделать даже малого, зачем тревожитесь об остальном?</w:t>
      </w:r>
    </w:p>
    <w:p>
      <w:r>
        <w:t>27. Посмотрите на лилии, как они растут: не трудятся и не прядут. Но говорю вам: даже Соломон во всей своей славе не одевался так, как одна из них.</w:t>
      </w:r>
    </w:p>
    <w:p>
      <w:r>
        <w:t>28. Если Бог так одевает траву, которая сегодня в поле, а завтра будет брошена в печь, насколько больше Он оденет вас, маловерные!</w:t>
      </w:r>
    </w:p>
    <w:p>
      <w:r>
        <w:t>29. И вы не ищите, что вам есть и что пить, и не живите в тревоге.</w:t>
      </w:r>
    </w:p>
    <w:p>
      <w:r>
        <w:t>30. Ведь всего этого ищут народы мира, а ваш Отец знает, что вы нуждаетесь в этом.</w:t>
      </w:r>
    </w:p>
    <w:p>
      <w:r>
        <w:t>31. Ищите Его Царства, и всё это будет дано вам.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sz w:val="20"/>
        </w:rPr>
        <w:br/>
        <w:t>Положительный центр раздела — не просто «не тревожьтесь», а «ищите Его Царства»; доверие Отцу перенаправляет приоритеты.</w:t>
      </w:r>
    </w:p>
    <w:p>
      <w:r>
        <w:t>32. Не бойся, малое стадо, потому что вашему Отцу было угодно дать вам Царство.</w:t>
      </w:r>
    </w:p>
    <w:p>
      <w:pPr>
        <w:ind w:left="360"/>
      </w:pPr>
      <w:r>
        <w:rPr>
          <w:b/>
          <w:sz w:val="20"/>
        </w:rPr>
        <w:t>Благодать</w:t>
      </w:r>
      <w:r>
        <w:rPr>
          <w:i/>
          <w:sz w:val="20"/>
        </w:rPr>
        <w:t xml:space="preserve"> εὐδόκησεν ὁ πατὴρ ὑμῶν δοῦναι ὑμῖν τὴν βασιλείαν</w:t>
      </w:r>
      <w:r>
        <w:rPr>
          <w:sz w:val="20"/>
        </w:rPr>
        <w:t xml:space="preserve"> [eudokēsen ho patēr hymōn dounai hymin tēn basileian]</w:t>
      </w:r>
      <w:r>
        <w:rPr>
          <w:sz w:val="20"/>
        </w:rPr>
        <w:br/>
        <w:t>Царство представлено как дар Отца: Ему «было угодно дать» его малому стаду.</w:t>
      </w:r>
    </w:p>
    <w:p>
      <w:r>
        <w:t>33. Продайте своё имущество и раздайте нуждающимся. Сделайте себе кошельки, которые не изнашиваются, сокровище на небесах, которое не иссякает, куда вор не добирается и моль не уничтожает.</w:t>
      </w:r>
    </w:p>
    <w:p>
      <w:r>
        <w:t>34. Потому что где ваше сокровище, там будет и ваше сердце.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Сокровище и сердце взаимосвязаны: направление вложений формирует направление внутренней привязанности.</w:t>
      </w:r>
    </w:p>
    <w:p>
      <w:r>
        <w:t>35. Пусть ваши чресла будут препоясаны и светильники горят. [ἔστωσαν ὑμῶν αἱ ὀσφύες περιεζωσμέναι — древний образ готовности немедленно действовать, особенно перед дорогой или служением]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ἔστωσαν ὑμῶν αἱ ὀσφύες περιεζωσμέναι</w:t>
      </w:r>
      <w:r>
        <w:rPr>
          <w:sz w:val="20"/>
        </w:rPr>
        <w:t xml:space="preserve"> [estōsan hymōn hai osphyes periezōsmenai]</w:t>
      </w:r>
      <w:r>
        <w:rPr>
          <w:sz w:val="20"/>
        </w:rPr>
        <w:br/>
        <w:t>«Пусть чресла будут препоясаны» — древний образ готовности немедленно действовать, особенно перед дорогой или служением.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12:11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Возвращаем буквальную библейскую идиому готовности. Значение легко раскрывается в примечании, но сам образ принадлежит тексту.</w:t>
      </w:r>
    </w:p>
    <w:p>
      <w:r>
        <w:t>36. Будьте как люди, ожидающие господина с брачного пира, чтобы, когда он придёт и постучит, сразу открыть ему.</w:t>
      </w:r>
    </w:p>
    <w:p>
      <w:r>
        <w:t>37. Блаженны те рабы, которых господин, придя, найдёт бодрствующими. Истинно говорю вам: он сам приготовится служить, посадит их за стол и станет обслуживать.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sz w:val="20"/>
        </w:rPr>
        <w:br/>
        <w:t>Необычный переворот ролей: верный господин сам усаживает бодрствующих рабов и служит им. Это усиливает тему благодати внутри призыва к готовности.</w:t>
      </w:r>
    </w:p>
    <w:p>
      <w:r>
        <w:t>38. И если придёт во вторую или третью стражу и найдёт их такими — блаженны они.</w:t>
      </w:r>
    </w:p>
    <w:p>
      <w:r>
        <w:t>39. Но знайте: если бы хозяин дома знал, в какой час придёт вор, не позволил бы проникнуть в дом.</w:t>
      </w:r>
    </w:p>
    <w:p>
      <w:r>
        <w:t>40. И вы будьте готовы, потому что Сын Человеческий придёт в час, когда не ожидаете».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sz w:val="20"/>
        </w:rPr>
        <w:br/>
        <w:t>Готовность требуется именно потому, что время прихода Сына Человеческого не определяется человеческим ожиданием.</w:t>
      </w:r>
    </w:p>
    <w:p>
      <w:r>
        <w:t>41. Пётр спросил: «Господи, Ты рассказываешь эту притчу нам или всем?»</w:t>
      </w:r>
    </w:p>
    <w:p>
      <w:r>
        <w:t>42. Господь ответил: «Кто же верный и разумный управляющий, которого господин поставит над слугами, чтобы вовремя выдавать им положенную пищу?</w:t>
      </w:r>
    </w:p>
    <w:p>
      <w:r>
        <w:t>43. Блажен тот раб, которого господин, придя, найдёт поступающим так.</w:t>
      </w:r>
    </w:p>
    <w:p>
      <w:r>
        <w:t>44. Истинно говорю вам: он поставит его над всем своим имуществом.</w:t>
      </w:r>
    </w:p>
    <w:p>
      <w:r>
        <w:t>45. Но если тот раб скажет в сердце: “Мой господин задерживается”, и начнёт плохо обращаться с другими слугами, есть, пить и напиваться,</w:t>
      </w:r>
    </w:p>
    <w:p>
      <w:r>
        <w:t>46. господин того раба придёт в день, когда тот не ожидает, и в час, которого не знает, и сурово накажет его, определив ему участь с неверными.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διχοτομήσει — очень резкий образ наказания. Основной текст сохраняет судебный смысл без физиологической детализации; филологической неопределённости нет.</w:t>
      </w:r>
    </w:p>
    <w:p>
      <w:r>
        <w:t>47. Раб, который знал волю господина, но не приготовился и не поступил по его воле, понесёт строгое наказание.</w:t>
      </w:r>
    </w:p>
    <w:p>
      <w:r>
        <w:t>48. А тот, кто не знал и сделал заслуживающее наказания, понесёт меньшее. Кому много дано, с того много потребуется; кому много доверено, с того больше спросят.</w:t>
      </w:r>
    </w:p>
    <w:p>
      <w:pPr>
        <w:ind w:left="360"/>
      </w:pPr>
      <w:r>
        <w:rPr>
          <w:b/>
          <w:sz w:val="20"/>
        </w:rPr>
        <w:t>Ответственность</w:t>
      </w:r>
      <w:r>
        <w:rPr>
          <w:sz w:val="20"/>
        </w:rPr>
        <w:br/>
        <w:t>Ответственность соразмерна полученному знанию и доверию: большее поручение означает большую подотчётность.</w:t>
      </w:r>
    </w:p>
    <w:p>
      <w:r>
        <w:t>49. Я пришёл принести огонь на землю, и как Я желаю, чтобы он уже разгорелся! [πῦρ ἦλθον βαλεῖν ἐπὶ τὴν γῆν — «Огонь» намеренно многозначен]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πῦρ ἦλθον βαλεῖν ἐπὶ τὴν γῆν</w:t>
      </w:r>
      <w:r>
        <w:rPr>
          <w:sz w:val="20"/>
        </w:rPr>
        <w:t xml:space="preserve"> [pyr ēlthon balein epi tēn gēn]</w:t>
      </w:r>
      <w:r>
        <w:rPr>
          <w:sz w:val="20"/>
        </w:rPr>
        <w:br/>
        <w:t>«Огонь» намеренно многозначен. В ближайшем контексте он связан с кризисом миссии, судом и разделением; перевод не сводит метафору к одному значению.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«Огонь» — собственная метафора Иисуса. Возможные значения — суд, очищение, кризис исполнения миссии — относятся к комментарию, не к переводу.</w:t>
      </w:r>
    </w:p>
    <w:p>
      <w:r>
        <w:t>50. Мне предстоит крещение, которым Я должен креститься, и как Я стеснён, пока оно не совершится! [βάπτισμα ... βαπτισθῆναι — означает предстоящее погружение Иисуса в страдание и завершение миссии, а не водный обряд]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βάπτισμα ... βαπτισθῆναι</w:t>
      </w:r>
      <w:r>
        <w:rPr>
          <w:sz w:val="20"/>
        </w:rPr>
        <w:t xml:space="preserve"> [baptisma ... baptisthēnai]</w:t>
      </w:r>
      <w:r>
        <w:rPr>
          <w:sz w:val="20"/>
        </w:rPr>
        <w:br/>
        <w:t>«Крещение» здесь метафорически обозначает предстоящее погружение Иисуса в страдание и завершение миссии, а не водный обряд.</w:t>
      </w:r>
    </w:p>
    <w:p>
      <w:r>
        <w:t>51. Думаете, что Я пришёл дать мир земле? Нет, говорю вам, но разделение.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sz w:val="20"/>
        </w:rPr>
        <w:br/>
        <w:t>Иисус не отрицает мир как Божью цель вообще; здесь Он говорит о неизбежном разделении, которое вызывает решение относительно Его личности.</w:t>
      </w:r>
    </w:p>
    <w:p>
      <w:r>
        <w:t>52. Отныне пятеро в одном доме будут разделены: трое против двух и двое против трёх.</w:t>
      </w:r>
    </w:p>
    <w:p>
      <w:r>
        <w:t>53. Отец будет против сына и сын против отца, мать против дочери и дочь против матери, свекровь против невестки и невестка против свекрови».</w:t>
      </w:r>
    </w:p>
    <w:p>
      <w:r>
        <w:t>54. Он сказал и народу: «Когда видите облако, поднимающееся с запада, сразу говорите: “Будет дождь”, — и так происходит.</w:t>
      </w:r>
    </w:p>
    <w:p>
      <w:r>
        <w:t>55. А когда дует южный ветер, говорите: “Будет жара”, — и происходит.</w:t>
      </w:r>
    </w:p>
    <w:p>
      <w:r>
        <w:t>56. Лицемеры! Вид земли и неба вы умеете распознавать; почему же это время не умеете распознать?</w:t>
      </w:r>
    </w:p>
    <w:p>
      <w:pPr>
        <w:ind w:left="360"/>
      </w:pPr>
      <w:r>
        <w:rPr>
          <w:b/>
          <w:sz w:val="20"/>
        </w:rPr>
        <w:t>Особое время (кайрос)</w:t>
      </w:r>
      <w:r>
        <w:rPr>
          <w:i/>
          <w:sz w:val="20"/>
        </w:rPr>
        <w:t xml:space="preserve"> τὸν καιρὸν τοῦτον</w:t>
      </w:r>
      <w:r>
        <w:rPr>
          <w:sz w:val="20"/>
        </w:rPr>
        <w:t xml:space="preserve"> [ton kairon touton]</w:t>
      </w:r>
      <w:r>
        <w:rPr>
          <w:sz w:val="20"/>
        </w:rPr>
        <w:br/>
        <w:t>Иисус укоряет аудиторию за неспособность распознать «это время» — решающий момент Божьего действия в Его служении.</w:t>
      </w:r>
    </w:p>
    <w:p>
      <w:r>
        <w:t>57. Почему вы и сами не судите, что справедливо?</w:t>
      </w:r>
    </w:p>
    <w:p>
      <w:r>
        <w:t>58. Когда идёшь со своим противником к начальнику, постарайся ещё по дороге уладить дело, чтобы он не потащил тебя к судье, судья не передал служителю и служитель не посадил тебя в тюрьму.</w:t>
      </w:r>
    </w:p>
    <w:p>
      <w:r>
        <w:t>59. Говорю тебе: ты не выйдешь оттуда, пока не отдашь всё до последней монеты». [λεπτόν — λεπτόν — очень мелкая монета]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λεπτόν</w:t>
      </w:r>
      <w:r>
        <w:rPr>
          <w:sz w:val="20"/>
        </w:rPr>
        <w:t xml:space="preserve"> [lepton]</w:t>
      </w:r>
      <w:r>
        <w:rPr>
          <w:sz w:val="20"/>
        </w:rPr>
        <w:br/>
        <w:t>λεπτόν — очень мелкая монета. Образ подчёркивает полную меру расчёта: «до последней монеты».</w:t>
      </w:r>
    </w:p>
    <w:p>
      <w:pPr>
        <w:pStyle w:val="Heading2"/>
      </w:pPr>
      <w:r>
        <w:t>Глава 13</w:t>
      </w:r>
    </w:p>
    <w:p>
      <w:r>
        <w:t>1. В то время пришли люди и рассказали Иисусу о галилеянах, чью кровь Пилат смешал с их жертвами.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sz w:val="20"/>
        </w:rPr>
        <w:br/>
        <w:t>Лука не даёт внешней идентификации этого эпизода с Пилатом; Иисус использует известие не для реконструкции причины трагедии, а для призыва к покаянию.</w:t>
      </w:r>
    </w:p>
    <w:p>
      <w:r>
        <w:t>2. Он ответил: «Думаете, эти галилеяне были грешнее всех остальных галилеян, потому что так пострадали?</w:t>
      </w:r>
    </w:p>
    <w:p>
      <w:r>
        <w:t>3. Нет, говорю вам. Но если не покаетесь, все так же погибнете.</w:t>
      </w:r>
    </w:p>
    <w:p>
      <w:pPr>
        <w:ind w:left="360"/>
      </w:pPr>
      <w:r>
        <w:rPr>
          <w:b/>
          <w:sz w:val="20"/>
        </w:rPr>
        <w:t>Покаяние</w:t>
      </w:r>
      <w:r>
        <w:rPr>
          <w:i/>
          <w:sz w:val="20"/>
        </w:rPr>
        <w:t xml:space="preserve"> ἐὰν μὴ μετανοῆτε</w:t>
      </w:r>
      <w:r>
        <w:rPr>
          <w:sz w:val="20"/>
        </w:rPr>
        <w:t xml:space="preserve"> [ean mē metanoēte]</w:t>
      </w:r>
      <w:r>
        <w:rPr>
          <w:sz w:val="20"/>
        </w:rPr>
        <w:br/>
        <w:t>Иисус отвергает вывод, будто погибшие были хуже других, и переводит вопрос к универсальной необходимости покаяния.</w:t>
      </w:r>
    </w:p>
    <w:p>
      <w:r>
        <w:t>4. Или те восемнадцать, на которых упала башня в Силоаме и убила их, — думаете, они были виновнее всех жителей Иерусалима?</w:t>
      </w:r>
    </w:p>
    <w:p>
      <w:r>
        <w:t>5. Нет, говорю вам. Но если не покаетесь, все так же погибнете».</w:t>
      </w:r>
    </w:p>
    <w:p>
      <w:r>
        <w:t>6. И Он рассказал притчу: «У одного человека в винограднике росла смоковница. Он пришёл искать на ней плод, но не нашёл.</w:t>
      </w:r>
    </w:p>
    <w:p>
      <w:pPr>
        <w:ind w:left="360"/>
      </w:pPr>
      <w:r>
        <w:rPr>
          <w:b/>
          <w:sz w:val="20"/>
        </w:rPr>
        <w:t>Притча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Смоковница развивает предыдущий призыв к покаянию: время милости реально, но оно направлено к плоду, а не к бесконечной отсрочке.</w:t>
      </w:r>
    </w:p>
    <w:p>
      <w:r>
        <w:t>7. Тогда сказал виноградарю: “Вот уже три года я прихожу искать плод на этой смоковнице и не нахожу. Сруби её. Зачем она ещё истощает землю?”</w:t>
      </w:r>
    </w:p>
    <w:p>
      <w:r>
        <w:t>8. Но тот ответил: “Господин, оставь её ещё на этот год. Я окопаю её и удобрю.</w:t>
      </w:r>
    </w:p>
    <w:p>
      <w:pPr>
        <w:ind w:left="360"/>
      </w:pPr>
      <w:r>
        <w:rPr>
          <w:b/>
          <w:sz w:val="20"/>
        </w:rPr>
        <w:t>Благодать</w:t>
      </w:r>
      <w:r>
        <w:rPr>
          <w:sz w:val="20"/>
        </w:rPr>
        <w:br/>
        <w:t>Просьба виноградаря оставить дерево ещё на год подчёркивает терпение и дополнительную заботу перед судом.</w:t>
      </w:r>
    </w:p>
    <w:p>
      <w:r>
        <w:t>9. Если принесёт плод в будущем — хорошо; если нет, тогда срубишь”».</w:t>
      </w:r>
    </w:p>
    <w:p>
      <w:r>
        <w:t>10. В одну из суббот Иисус учил в синагоге.</w:t>
      </w:r>
    </w:p>
    <w:p>
      <w:r>
        <w:t>11. Там была женщина, восемнадцать лет имевшая духа немощи. Она была согнута и не могла полностью выпрямиться.</w:t>
      </w:r>
    </w:p>
    <w:p>
      <w:r>
        <w:t>12. Увидев её, Иисус позвал и сказал: «Женщина, ты освобождена от своей немощи». [ἀπολέλυσαι — Перфект пассив: «ты освобождена»]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ἀπολέλυσαι</w:t>
      </w:r>
      <w:r>
        <w:rPr>
          <w:sz w:val="20"/>
        </w:rPr>
        <w:t xml:space="preserve"> [apolelysai]</w:t>
      </w:r>
      <w:r>
        <w:rPr>
          <w:sz w:val="20"/>
        </w:rPr>
        <w:br/>
        <w:t>Перфект пассив: «ты освобождена». Исцеление описано языком освобождения, который затем усиливается образом развязывания уз.</w:t>
      </w:r>
    </w:p>
    <w:p>
      <w:r>
        <w:t>13. Он возложил на неё руки, и она сразу выпрямилась и стала прославлять Бога.</w:t>
      </w:r>
    </w:p>
    <w:p>
      <w:r>
        <w:t>14. Начальник синагоги, возмущённый тем, что Иисус исцелил в субботу, сказал народу: «Есть шесть дней, в которые следует работать. В эти дни приходите исцеляться, а не в субботу».</w:t>
      </w:r>
    </w:p>
    <w:p>
      <w:r>
        <w:t>15. Господь ответил: «Лицемеры! Разве каждый из вас в субботу не отвязывает вола или осла от кормушки и не ведёт поить?</w:t>
      </w:r>
    </w:p>
    <w:p>
      <w:r>
        <w:t>16. А эту дочь Авраама, которую сатана держал связанной восемнадцать лет, разве не следовало освободить от этой связи в день субботний?»</w:t>
      </w:r>
    </w:p>
    <w:p>
      <w:pPr>
        <w:ind w:left="360"/>
      </w:pPr>
      <w:r>
        <w:rPr>
          <w:b/>
          <w:sz w:val="20"/>
        </w:rPr>
        <w:t>Завет</w:t>
      </w:r>
      <w:r>
        <w:rPr>
          <w:i/>
          <w:sz w:val="20"/>
        </w:rPr>
        <w:t xml:space="preserve"> θυγατέρα Ἀβραάμ</w:t>
      </w:r>
      <w:r>
        <w:rPr>
          <w:sz w:val="20"/>
        </w:rPr>
        <w:t xml:space="preserve"> [thygatera Abraam]</w:t>
      </w:r>
      <w:r>
        <w:rPr>
          <w:sz w:val="20"/>
        </w:rPr>
        <w:br/>
        <w:t>«Дочь Авраама» подчёркивает её принадлежность к Божьему народу и достоинство освобождения именно в субботу.</w:t>
      </w:r>
    </w:p>
    <w:p>
      <w:pPr>
        <w:ind w:left="360"/>
      </w:pPr>
      <w:r>
        <w:rPr>
          <w:b/>
          <w:sz w:val="20"/>
        </w:rPr>
        <w:t>Суббота</w:t>
      </w:r>
      <w:r>
        <w:rPr>
          <w:i/>
          <w:sz w:val="20"/>
        </w:rPr>
        <w:t xml:space="preserve"> λυθῆναι</w:t>
      </w:r>
      <w:r>
        <w:rPr>
          <w:sz w:val="20"/>
        </w:rPr>
        <w:t xml:space="preserve"> [lythēnai]</w:t>
      </w:r>
      <w:r>
        <w:rPr>
          <w:sz w:val="20"/>
        </w:rPr>
        <w:br/>
        <w:t>Иисус строит аргумент на игре «отвязывать» животное и «освободить» женщину от связи: суббота становится подходящим днём освобождения.</w:t>
      </w:r>
    </w:p>
    <w:p>
      <w:r>
        <w:t>17. Когда Он говорил это, все противники Его были пристыжены, а весь народ радовался всем славным делам, совершавшимся Им.</w:t>
      </w:r>
    </w:p>
    <w:p>
      <w:r>
        <w:t>18. И Он говорил: «Чему подобно Царство Божье? С чем его сравнить?</w:t>
      </w:r>
    </w:p>
    <w:p>
      <w:r>
        <w:t>19. Оно подобно горчичному зерну, которое человек взял и посадил в своём саду. Оно выросло и стало деревом, и небесные птицы поселились в его ветвях».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Малое начало горчичного зерна контрастирует с большим итогом; образ птиц в ветвях может напоминать царственные деревья ВЗ.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Иез 17:23, Дан 4:12</w:t>
      </w:r>
    </w:p>
    <w:p>
      <w:r>
        <w:t>20. И снова сказал: «С чем сравнить Царство Божье?</w:t>
      </w:r>
    </w:p>
    <w:p>
      <w:r>
        <w:t>21. Оно подобно закваске, которую женщина взяла и смешала с тремя мерами муки, пока не заквасилось всё».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ἐγκρύπτω</w:t>
      </w:r>
      <w:r>
        <w:rPr>
          <w:sz w:val="20"/>
        </w:rPr>
        <w:t xml:space="preserve"> [enkryptō]</w:t>
      </w:r>
      <w:r>
        <w:rPr>
          <w:sz w:val="20"/>
        </w:rPr>
        <w:br/>
        <w:t>Женщина «скрывает/вмешивает» закваску в большую массу муки, пока действие не охватывает всё; акцент на скрытом, но проникающем росте Царства.</w:t>
      </w:r>
    </w:p>
    <w:p>
      <w:r>
        <w:t>22. Иисус проходил по городам и селениям, учил и продолжал путь в Иерусалим.</w:t>
      </w:r>
    </w:p>
    <w:p>
      <w:r>
        <w:t>23. Кто-то спросил Его: «Господи, неужели спасутся лишь немногие?» Он ответил: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sz w:val="20"/>
        </w:rPr>
        <w:br/>
        <w:t>На вопрос о количестве спасаемых Иисус не даёт статистики, а обращает слушателя к личной необходимости войти.</w:t>
      </w:r>
    </w:p>
    <w:p>
      <w:r>
        <w:t>24. «Старайтесь [ἀγωνίζεσθε] войти через узкую дверь, потому что, говорю вам, многие постараются войти и не смогут.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ἀγωνίζεσθε</w:t>
      </w:r>
      <w:r>
        <w:rPr>
          <w:sz w:val="20"/>
        </w:rPr>
        <w:t xml:space="preserve"> [agōnizesthe]</w:t>
      </w:r>
      <w:r>
        <w:rPr>
          <w:sz w:val="20"/>
        </w:rPr>
        <w:br/>
        <w:t>Глагол означает «боритесь, прилагайте усилие». Он описывает серьёзность ответа на Божий призыв, а не способ заслужить спасение.</w:t>
      </w:r>
    </w:p>
    <w:p>
      <w:r>
        <w:t>25. Когда хозяин дома встанет и закроет дверь, вы, стоя снаружи, начнёте стучать и говорить: “Господи, открой нам!” А он ответит: “Не знаю, откуда вы”.</w:t>
      </w:r>
    </w:p>
    <w:p>
      <w:r>
        <w:t>26. Тогда вы начнёте говорить: “Мы ели и пили перед Тобой, и Ты учил на наших улицах”.</w:t>
      </w:r>
    </w:p>
    <w:p>
      <w:r>
        <w:t>27. Но он скажет: “Не знаю, откуда вы. Отойдите от меня, все делающие неправду”.</w:t>
      </w:r>
    </w:p>
    <w:p>
      <w:r>
        <w:t>28. Там будут плач и скрежет зубов, когда увидите Авраама, Исаака, Иакова и всех пророков в Царстве Божьем, а себя — оставленными снаружи.</w:t>
      </w:r>
    </w:p>
    <w:p>
      <w:r>
        <w:t>29. И придут с востока и запада, с севера и юга и возлягут в Царстве Божьем.</w:t>
      </w:r>
    </w:p>
    <w:p>
      <w:pPr>
        <w:ind w:left="360"/>
      </w:pPr>
      <w:r>
        <w:rPr>
          <w:b/>
          <w:sz w:val="20"/>
        </w:rPr>
        <w:t>Всеобщность</w:t>
      </w:r>
      <w:r>
        <w:rPr>
          <w:sz w:val="20"/>
        </w:rPr>
        <w:br/>
        <w:t>Приходящие со всех четырёх сторон света и возлежащие в Царстве расширяют образ Божьего народа за пределы ожидаемых социальных и этнических границ.</w:t>
      </w:r>
    </w:p>
    <w:p>
      <w:r>
        <w:t>30. И вот, есть последние, которые станут первыми, и первые, которые станут последними».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sz w:val="20"/>
        </w:rPr>
        <w:br/>
        <w:t>Формула «последние — первые / первые — последние» выражает характерный для Луки переворот статуса в Божьем Царстве.</w:t>
      </w:r>
    </w:p>
    <w:p>
      <w:r>
        <w:t>31. В тот час подошли некоторые фарисеи и сказали: «Уходи отсюда, потому что Ирод хочет Тебя убить».</w:t>
      </w:r>
    </w:p>
    <w:p>
      <w:r>
        <w:t>32. Он ответил: «Идите и скажите этой лисе: вот, Я изгоняю демонов и совершаю исцеления сегодня и завтра, а на третий день достигаю завершения [τελειοῦμαι].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τελειοῦμαι</w:t>
      </w:r>
      <w:r>
        <w:rPr>
          <w:sz w:val="20"/>
        </w:rPr>
        <w:t xml:space="preserve"> [teleioumai]</w:t>
      </w:r>
      <w:r>
        <w:rPr>
          <w:sz w:val="20"/>
        </w:rPr>
        <w:br/>
        <w:t>Глагол означает «достигаю завершения/довожусь до полноты». Здесь он охватывает завершение миссии Иисуса и не должен механически сводиться только к смерти.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τελειοῦμαι — «достигаю завершения/довожусь до полноты». Основной перевод сохраняет идею завершения миссии без сведения её только к смерти.</w:t>
      </w:r>
    </w:p>
    <w:p>
      <w:r>
        <w:t>33. Но Мне нужно идти сегодня, завтра и в следующий день, потому что невозможно, чтобы пророк погиб вне Иерусалима.</w:t>
      </w:r>
    </w:p>
    <w:p>
      <w:pPr>
        <w:ind w:left="360"/>
      </w:pPr>
      <w:r>
        <w:rPr>
          <w:b/>
          <w:sz w:val="20"/>
        </w:rPr>
        <w:t>Божественная необходимость</w:t>
      </w:r>
      <w:r>
        <w:rPr>
          <w:i/>
          <w:sz w:val="20"/>
        </w:rPr>
        <w:t xml:space="preserve"> δεῖ</w:t>
      </w:r>
      <w:r>
        <w:rPr>
          <w:sz w:val="20"/>
        </w:rPr>
        <w:t xml:space="preserve"> [dei]</w:t>
      </w:r>
      <w:r>
        <w:rPr>
          <w:sz w:val="20"/>
        </w:rPr>
        <w:br/>
        <w:t>«Мне нужно» выражает божественную необходимость пути Иисуса к Иерусалиму — ключевой мотив Луки.</w:t>
      </w:r>
    </w:p>
    <w:p>
      <w:r>
        <w:t>34. Иерусалим, Иерусалим, убивающий пророков и побивающий камнями посланных к тебе! Сколько раз Я хотел собрать твоих детей, как птица собирает птенцов под крылья, но вы не захотели.</w:t>
      </w:r>
    </w:p>
    <w:p>
      <w:pPr>
        <w:ind w:left="360"/>
      </w:pPr>
      <w:r>
        <w:rPr>
          <w:b/>
          <w:sz w:val="20"/>
        </w:rPr>
        <w:t>Плач</w:t>
      </w:r>
      <w:r>
        <w:rPr>
          <w:sz w:val="20"/>
        </w:rPr>
        <w:br/>
        <w:t>Повтор «Иерусалим, Иерусалим» — плач, а не холодный приговор. Образ птицы под крыльями выражает желаемую защиту, отвергнутую городом.</w:t>
      </w:r>
    </w:p>
    <w:p>
      <w:r>
        <w:t>35. Вот, ваш дом оставляется вам. Говорю вам: вы не увидите Меня, пока не скажете: “Благословен Идущий во имя Господа!”».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«Благословен Идущий во имя Господа» цитирует Пс 118:26 и заранее направляет повествование к входу Иисуса в Иерусалим.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118:26, Лк 19:38</w:t>
      </w:r>
    </w:p>
    <w:p>
      <w:pPr>
        <w:pStyle w:val="Heading2"/>
      </w:pPr>
      <w:r>
        <w:t>Глава 14</w:t>
      </w:r>
    </w:p>
    <w:p>
      <w:r>
        <w:t>1. Однажды в субботу Иисус вошёл в дом одного из начальников фарисеев поесть, и за Ним внимательно наблюдали.</w:t>
      </w:r>
    </w:p>
    <w:p>
      <w:r>
        <w:t>2. И вот, перед Ним был человек, страдавший от водянки.</w:t>
      </w:r>
    </w:p>
    <w:p>
      <w:r>
        <w:t>3. Иисус спросил знатоков Закона и фарисеев: «Позволено ли исцелять в субботу или нет?»</w:t>
      </w:r>
    </w:p>
    <w:p>
      <w:pPr>
        <w:ind w:left="360"/>
      </w:pPr>
      <w:r>
        <w:rPr>
          <w:b/>
          <w:sz w:val="20"/>
        </w:rPr>
        <w:t>Суббота</w:t>
      </w:r>
      <w:r>
        <w:rPr>
          <w:sz w:val="20"/>
        </w:rPr>
        <w:br/>
        <w:t>Иисус сам формулирует юридико-богословский вопрос о субботе и исцелении, вынуждая оппонентов отвечать не на нарушение традиции, а на цель Божьего дня.</w:t>
      </w:r>
    </w:p>
    <w:p>
      <w:r>
        <w:t>4. Они молчали. Тогда Он коснулся больного, исцелил его и отпустил.</w:t>
      </w:r>
    </w:p>
    <w:p>
      <w:r>
        <w:t>5. А им сказал: «Если у кого из вас сын или вол упадёт в колодец в субботу, разве вы не вытащите его сразу?»</w:t>
      </w:r>
    </w:p>
    <w:p>
      <w:pPr>
        <w:ind w:left="360"/>
      </w:pPr>
      <w:r>
        <w:rPr>
          <w:b/>
          <w:sz w:val="20"/>
        </w:rPr>
        <w:t>Текст</w:t>
      </w:r>
      <w:r>
        <w:rPr>
          <w:i/>
          <w:sz w:val="20"/>
        </w:rPr>
        <w:t xml:space="preserve"> υἱὸς ἢ βοῦς</w:t>
      </w:r>
      <w:r>
        <w:rPr>
          <w:sz w:val="20"/>
        </w:rPr>
        <w:t xml:space="preserve"> [huios ē bous]</w:t>
      </w:r>
      <w:r>
        <w:rPr>
          <w:sz w:val="20"/>
        </w:rPr>
        <w:br/>
        <w:t>Основной текст WGT-T следует чтению «сын или вол»; «осёл» относится к иной текстовой традиции.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Bible Code corpus поддерживает «сын или вол» в N/S; вариант «осёл» относится к другой традиции. Основной текст принят.</w:t>
      </w:r>
    </w:p>
    <w:p>
      <w:r>
        <w:t>6. И они не смогли ничего ответить.</w:t>
      </w:r>
    </w:p>
    <w:p>
      <w:r>
        <w:t>7. Заметив, как приглашённые выбирают лучшие места, Он рассказал им притчу:</w:t>
      </w:r>
    </w:p>
    <w:p>
      <w:r>
        <w:t>8. «Когда тебя пригласят на свадебный пир, не садись на самое почётное место: возможно, приглашён кто-то почётнее тебя.</w:t>
      </w:r>
    </w:p>
    <w:p>
      <w:r>
        <w:t>9. Тогда пригласивший вас обоих подойдёт и скажет: “Уступи ему место”, и тебе со стыдом придётся занять последнее.</w:t>
      </w:r>
    </w:p>
    <w:p>
      <w:r>
        <w:t>10. Но когда тебя пригласят, пойди и сядь на последнее место, чтобы пригласивший подошёл и сказал: “Друг, пересядь выше”. Тогда тебе будет честь перед всеми возлежащими с тобой.</w:t>
      </w:r>
    </w:p>
    <w:p>
      <w:r>
        <w:t>11. Потому что всякий возвышающий себя будет смирён, а смиряющий себя будет возвышен».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i/>
          <w:sz w:val="20"/>
        </w:rPr>
        <w:t xml:space="preserve"> ὑψῶν ... ταπεινωθήσεται ... ταπεινῶν ... ὑψωθήσεται</w:t>
      </w:r>
      <w:r>
        <w:rPr>
          <w:sz w:val="20"/>
        </w:rPr>
        <w:t xml:space="preserve"> [hypsōn ... tapeinōthēsetai ... tapeinōn ... hypsōthēsetai]</w:t>
      </w:r>
      <w:r>
        <w:rPr>
          <w:sz w:val="20"/>
        </w:rPr>
        <w:br/>
        <w:t>Параллель построена на перевороте: самовозвышение ведёт к унижению, смирение — к возвышению.</w:t>
      </w:r>
    </w:p>
    <w:p>
      <w:r>
        <w:t>12. Тому, кто пригласил Его, Иисус сказал: «Когда устраиваешь обед или ужин, не зови только друзей, братьев, родственников и богатых соседей, чтобы они не пригласили тебя в ответ и ты не получил вознаграждение.</w:t>
      </w:r>
    </w:p>
    <w:p>
      <w:r>
        <w:t>13. Но когда устраиваешь пир, приглашай бедных, людей с увечьями, хромых и слепых.</w:t>
      </w:r>
    </w:p>
    <w:p>
      <w:pPr>
        <w:ind w:left="360"/>
      </w:pPr>
      <w:r>
        <w:rPr>
          <w:b/>
          <w:sz w:val="20"/>
        </w:rPr>
        <w:t>Гостеприимство</w:t>
      </w:r>
      <w:r>
        <w:rPr>
          <w:sz w:val="20"/>
        </w:rPr>
        <w:br/>
        <w:t>Иисус переносит гостеприимство от сети взаимной выгоды к тем, кто не может вернуть приглашение.</w:t>
      </w:r>
    </w:p>
    <w:p>
      <w:r>
        <w:t>14. И ты будешь блажен, потому что им нечем воздать тебе; тебе воздастся при воскресении праведных».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i/>
          <w:sz w:val="20"/>
        </w:rPr>
        <w:t xml:space="preserve"> ἐν τῇ ἀναστάσει τῶν δικαίων</w:t>
      </w:r>
      <w:r>
        <w:rPr>
          <w:sz w:val="20"/>
        </w:rPr>
        <w:t xml:space="preserve"> [en tē anastasei tōn dikaiōn]</w:t>
      </w:r>
      <w:r>
        <w:rPr>
          <w:sz w:val="20"/>
        </w:rPr>
        <w:br/>
        <w:t>Воздаяние переносится из немедленной социальной взаимности к «воскресению праведных».</w:t>
      </w:r>
    </w:p>
    <w:p>
      <w:r>
        <w:t>15. Услышав это, один из возлежавших сказал: «Блажен тот, кто будет есть хлеб в Царстве Божьем!»</w:t>
      </w:r>
    </w:p>
    <w:p>
      <w:r>
        <w:t>16. Иисус ответил: «Один человек устроил большой ужин и пригласил многих.</w:t>
      </w:r>
    </w:p>
    <w:p>
      <w:r>
        <w:t>17. Когда наступило время ужина, он послал раба сказать приглашённым: “Приходите, уже всё готово”.</w:t>
      </w:r>
    </w:p>
    <w:p>
      <w:r>
        <w:t>18. Но все как один начали отказываться. Первый сказал: “Я купил поле и должен пойти посмотреть его. Прошу, извини меня”.</w:t>
      </w:r>
    </w:p>
    <w:p>
      <w:pPr>
        <w:ind w:left="360"/>
      </w:pPr>
      <w:r>
        <w:rPr>
          <w:b/>
          <w:sz w:val="20"/>
        </w:rPr>
        <w:t>Притча</w:t>
      </w:r>
      <w:r>
        <w:rPr>
          <w:i/>
          <w:sz w:val="20"/>
        </w:rPr>
        <w:t xml:space="preserve"> ἀπὸ μιᾶς</w:t>
      </w:r>
      <w:r>
        <w:rPr>
          <w:sz w:val="20"/>
        </w:rPr>
        <w:t xml:space="preserve"> [apo mias]</w:t>
      </w:r>
      <w:r>
        <w:rPr>
          <w:sz w:val="20"/>
        </w:rPr>
        <w:br/>
        <w:t>Все приглашённые «как один» начинают отказываться; Лука подчёркивает коллективность отказа.</w:t>
      </w:r>
    </w:p>
    <w:p>
      <w:r>
        <w:t>19. Другой сказал: “Я купил пять пар волов и иду испытывать их. Прошу, извини меня”.</w:t>
      </w:r>
    </w:p>
    <w:p>
      <w:r>
        <w:t>20. Третий сказал: “Я женился и поэтому не могу прийти”.</w:t>
      </w:r>
    </w:p>
    <w:p>
      <w:r>
        <w:t>21. Раб вернулся и рассказал господину. Тогда хозяин дома разгневался и сказал: “Скорее выйди на улицы и переулки города и приведи сюда бедных, людей с увечьями, слепых и хромых”.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sz w:val="20"/>
        </w:rPr>
        <w:br/>
        <w:t>Места первоначально приглашённых занимают социально исключённые: бедные, люди с увечьями, слепые и хромые.</w:t>
      </w:r>
    </w:p>
    <w:p>
      <w:r>
        <w:t>22. Раб сказал: “Господин, твоё приказание исполнено, и ещё есть место”.</w:t>
      </w:r>
    </w:p>
    <w:p>
      <w:r>
        <w:t>23. Господин сказал: “Выйди на дороги и к изгородям и принуждай войти, чтобы мой дом наполнился. [ἀνάγκασον — Глагол может быть сильным — «побуждай/настойчиво убеждай»]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ἀνάγκασον</w:t>
      </w:r>
      <w:r>
        <w:rPr>
          <w:sz w:val="20"/>
        </w:rPr>
        <w:t xml:space="preserve"> [anankason]</w:t>
      </w:r>
      <w:r>
        <w:rPr>
          <w:sz w:val="20"/>
        </w:rPr>
        <w:br/>
        <w:t>Глагол может быть сильным — «побуждай/настойчиво убеждай». Контекст приглашения и заполнения дома не требует физического насилия.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ἀνάγκασον здесь «побуждай/настойчиво убеждай». Контекст приглашения не требует физического принуждения; формулировка принята.</w:t>
      </w:r>
    </w:p>
    <w:p>
      <w:r>
        <w:t>24. Потому что говорю вам: никто из тех первоначально приглашённых не попробует моего ужина”».</w:t>
      </w:r>
    </w:p>
    <w:p>
      <w:r>
        <w:t>25. Вместе с Иисусом шли большие толпы. Он повернулся и сказал им:</w:t>
      </w:r>
    </w:p>
    <w:p>
      <w:r>
        <w:t>26. «Если кто приходит ко Мне и не возненавидит своего отца и мать, жену и детей, братьев и сестёр, и даже собственную жизнь, тот не может быть Моим учеником. [μισεῖ — Буквально «ненавидит», но в семитском сравнительном употреблении выражает радикальный приоритет: верность Иисусу должна…]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μισεῖ</w:t>
      </w:r>
      <w:r>
        <w:rPr>
          <w:sz w:val="20"/>
        </w:rPr>
        <w:t xml:space="preserve"> [misei]</w:t>
      </w:r>
      <w:r>
        <w:rPr>
          <w:sz w:val="20"/>
        </w:rPr>
        <w:br/>
        <w:t>Буквально «ненавидит», но в семитском сравнительном употреблении выражает радикальный приоритет: верность Иисусу должна быть выше самых близких отношений и собственной жизни.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μισεῖ буквально «ненавидит», но в семитском сравнительном употреблении выражает резкий контраст приоритетов. «Любит Меня больше» передаёт функцию идиомы, не приписывая Иисусу заповедь эмоциональной ненависти.</w:t>
      </w:r>
    </w:p>
    <w:p>
      <w:r>
        <w:t>27. Кто не несёт свой крест и не идёт за Мной, тот не может быть Моим учеником.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Нести свой крест здесь — образ готовности к цене ученичества и позору ради следования за Иисусом.</w:t>
      </w:r>
    </w:p>
    <w:p>
      <w:r>
        <w:t>28. Кто из вас, желая построить башню, не сядет прежде подсчитать расходы, хватит ли ему средств завершить?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Образ строительства требует заранее считать цену; Иисус отговаривает от поверхностного, неосмысленного ученичества.</w:t>
      </w:r>
    </w:p>
    <w:p>
      <w:r>
        <w:t>29. Иначе, заложив основание и не сумев закончить, он станет предметом насмешек для всех увидевших.</w:t>
      </w:r>
    </w:p>
    <w:p>
      <w:r>
        <w:t>30. Они будут говорить: “Этот человек начал строить и не смог закончить”.</w:t>
      </w:r>
    </w:p>
    <w:p>
      <w:r>
        <w:t>31. Или какой царь, собираясь воевать с другим царём, не сядет прежде обсудить, сможет ли он с десятью тысячами противостоять идущему на него с двадцатью тысячами?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Пример царя усиливает ту же мысль: решение следовать требует трезво оценить последствия, а не начать импульсивно.</w:t>
      </w:r>
    </w:p>
    <w:p>
      <w:r>
        <w:t>32. Если нет, то, пока тот ещё далеко, пошлёт посольство просить мира.</w:t>
      </w:r>
    </w:p>
    <w:p>
      <w:r>
        <w:t>33. Так и всякий из вас, кто не отказывается [ἀποτάσσεται] от всего, что имеет, не может быть Моим учеником.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ἀποτάσσεται</w:t>
      </w:r>
      <w:r>
        <w:rPr>
          <w:sz w:val="20"/>
        </w:rPr>
        <w:t xml:space="preserve"> [apotassetai]</w:t>
      </w:r>
      <w:r>
        <w:rPr>
          <w:sz w:val="20"/>
        </w:rPr>
        <w:br/>
        <w:t>Глагол означает «прощается/отказывается, отрекается от притязания». Ученик должен отказаться от права считать своё имущество высшим приоритетом.</w:t>
      </w:r>
    </w:p>
    <w:p>
      <w:r>
        <w:t>34. Соль хороша. Но если соль потеряет вкус, чем её сделать солёной?</w:t>
      </w:r>
    </w:p>
    <w:p>
      <w:pPr>
        <w:ind w:left="360"/>
      </w:pPr>
      <w:r>
        <w:rPr>
          <w:b/>
          <w:sz w:val="20"/>
        </w:rPr>
        <w:t>Метафора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Образ соли завершает раздел: ученичество, утратившее свою отличительную верность, становится бессодержательным.</w:t>
      </w:r>
    </w:p>
    <w:p>
      <w:r>
        <w:t>35. Она уже не годится ни для земли, ни для удобрения — её выбрасывают. У кого есть уши слышать — пусть слышит».</w:t>
      </w:r>
    </w:p>
    <w:p>
      <w:pPr>
        <w:pStyle w:val="Heading2"/>
      </w:pPr>
      <w:r>
        <w:t>Глава 15</w:t>
      </w:r>
    </w:p>
    <w:p>
      <w:r>
        <w:t>1. К Иисусу подходили все сборщики пошлин и грешники, чтобы слушать Его.</w:t>
      </w:r>
    </w:p>
    <w:p>
      <w:pPr>
        <w:ind w:left="360"/>
      </w:pPr>
      <w:r>
        <w:rPr>
          <w:b/>
          <w:sz w:val="20"/>
        </w:rPr>
        <w:t>Обстановка</w:t>
      </w:r>
      <w:r>
        <w:rPr>
          <w:sz w:val="20"/>
        </w:rPr>
        <w:br/>
        <w:t>Все три притчи отвечают на одну ситуацию: «грешники» приближаются слушать Иисуса, а религиозные лидеры ропщут из-за Его принятия и совместной трапезы.</w:t>
      </w:r>
    </w:p>
    <w:p>
      <w:r>
        <w:t>2. Фарисеи и книжники роптали: «Он принимает грешников и ест с ними».</w:t>
      </w:r>
    </w:p>
    <w:p>
      <w:pPr>
        <w:ind w:left="360"/>
      </w:pPr>
      <w:r>
        <w:rPr>
          <w:b/>
          <w:sz w:val="20"/>
        </w:rPr>
        <w:t>Трапеза и общение</w:t>
      </w:r>
      <w:r>
        <w:rPr>
          <w:i/>
          <w:sz w:val="20"/>
        </w:rPr>
        <w:t xml:space="preserve"> προσδέχεται ἁμαρτωλοὺς καὶ συνεσθίει αὐτοῖς</w:t>
      </w:r>
      <w:r>
        <w:rPr>
          <w:sz w:val="20"/>
        </w:rPr>
        <w:t xml:space="preserve"> [prosdechetai hamartōlous kai synesthiei autois]</w:t>
      </w:r>
      <w:r>
        <w:rPr>
          <w:sz w:val="20"/>
        </w:rPr>
        <w:br/>
        <w:t>Обвинение формулирует саму тему главы: Иисус принимает грешников и ест с ними. Три притчи объясняют Божью радость о возвращении потерянного.</w:t>
      </w:r>
    </w:p>
    <w:p>
      <w:r>
        <w:t>3. Тогда Он рассказал им эту притчу:</w:t>
      </w:r>
    </w:p>
    <w:p>
      <w:r>
        <w:t>4. «Кто из вас, имея сто овец и потеряв одну, не оставит девяносто девять в пустынной местности и не пойдёт за потерянной, пока не найдёт её?</w:t>
      </w:r>
    </w:p>
    <w:p>
      <w:pPr>
        <w:ind w:left="360"/>
      </w:pPr>
      <w:r>
        <w:rPr>
          <w:b/>
          <w:sz w:val="20"/>
        </w:rPr>
        <w:t>Потерянное и найденное</w:t>
      </w:r>
      <w:r>
        <w:rPr>
          <w:i/>
          <w:sz w:val="20"/>
        </w:rPr>
        <w:t xml:space="preserve"> ἀπολέσας ... ἕως εὕρῃ</w:t>
      </w:r>
      <w:r>
        <w:rPr>
          <w:sz w:val="20"/>
        </w:rPr>
        <w:t xml:space="preserve"> [apolesas ... heōs heurē]</w:t>
      </w:r>
      <w:r>
        <w:rPr>
          <w:sz w:val="20"/>
        </w:rPr>
        <w:br/>
        <w:t>Пастух ищет «пока не найдёт». Настойчивость поиска — важная часть образа Божьего отношения к потерянному.</w:t>
      </w:r>
    </w:p>
    <w:p>
      <w:r>
        <w:t>5. Найдя, он с радостью кладёт её на плечи</w:t>
      </w:r>
    </w:p>
    <w:p>
      <w:pPr>
        <w:ind w:left="360"/>
      </w:pPr>
      <w:r>
        <w:rPr>
          <w:b/>
          <w:sz w:val="20"/>
        </w:rPr>
        <w:t>Радость</w:t>
      </w:r>
      <w:r>
        <w:rPr>
          <w:i/>
          <w:sz w:val="20"/>
        </w:rPr>
        <w:t xml:space="preserve"> χαίρων</w:t>
      </w:r>
      <w:r>
        <w:rPr>
          <w:sz w:val="20"/>
        </w:rPr>
        <w:t xml:space="preserve"> [chairōn]</w:t>
      </w:r>
      <w:r>
        <w:rPr>
          <w:sz w:val="20"/>
        </w:rPr>
        <w:br/>
        <w:t>Найденная овца несётся на плечах «с радостью»; радость появляется ещё до приглашения общины праздновать.</w:t>
      </w:r>
    </w:p>
    <w:p>
      <w:r>
        <w:t>6. и, придя домой, зовёт друзей и соседей: “Порадуйтесь со мной, потому что я нашёл мою потерянную овцу”.</w:t>
      </w:r>
    </w:p>
    <w:p>
      <w:r>
        <w:t>7. Говорю вам: так на небе будет больше радости об одном грешнике, который кается, чем о девяноста девяти праведниках, не нуждающихся в покаянии.</w:t>
      </w:r>
    </w:p>
    <w:p>
      <w:pPr>
        <w:ind w:left="360"/>
      </w:pPr>
      <w:r>
        <w:rPr>
          <w:b/>
          <w:sz w:val="20"/>
        </w:rPr>
        <w:t>Покаяние</w:t>
      </w:r>
      <w:r>
        <w:rPr>
          <w:sz w:val="20"/>
        </w:rPr>
        <w:br/>
        <w:t>Небесная радость напрямую связана с покаянием одного грешника; это объясняет, почему Иисус принимает тех, кого другие избегают.</w:t>
      </w:r>
    </w:p>
    <w:p>
      <w:r>
        <w:t>8. Или какая женщина, имея десять серебряных монет и потеряв одну, не зажжёт светильник, не выметет дом и не станет тщательно искать, пока не найдёт?</w:t>
      </w:r>
    </w:p>
    <w:p>
      <w:pPr>
        <w:ind w:left="360"/>
      </w:pPr>
      <w:r>
        <w:rPr>
          <w:b/>
          <w:sz w:val="20"/>
        </w:rPr>
        <w:t>Потерянное и найденное</w:t>
      </w:r>
      <w:r>
        <w:rPr>
          <w:sz w:val="20"/>
        </w:rPr>
        <w:br/>
        <w:t>Вторая притча повторяет ту же структуру в домашнем женском образе: потеря → тщательный поиск → находка → совместная радость.</w:t>
      </w:r>
    </w:p>
    <w:p>
      <w:r>
        <w:t>9. Найдя, она зовёт подруг и соседок: “Порадуйтесь со мной, потому что я нашла потерянную монету”.</w:t>
      </w:r>
    </w:p>
    <w:p>
      <w:r>
        <w:t>10. Так, говорю вам, бывает радость перед ангелами Божьими об одном грешнике, который кается».</w:t>
      </w:r>
    </w:p>
    <w:p>
      <w:pPr>
        <w:ind w:left="360"/>
      </w:pPr>
      <w:r>
        <w:rPr>
          <w:b/>
          <w:sz w:val="20"/>
        </w:rPr>
        <w:t>Радость</w:t>
      </w:r>
      <w:r>
        <w:rPr>
          <w:i/>
          <w:sz w:val="20"/>
        </w:rPr>
        <w:t xml:space="preserve"> χαρὰ ... ἐνώπιον τῶν ἀγγέλων τοῦ θεοῦ</w:t>
      </w:r>
      <w:r>
        <w:rPr>
          <w:sz w:val="20"/>
        </w:rPr>
        <w:t xml:space="preserve"> [chara ... enōpion tōn angelōn tou theou]</w:t>
      </w:r>
      <w:r>
        <w:rPr>
          <w:sz w:val="20"/>
        </w:rPr>
        <w:br/>
        <w:t>Радость «перед ангелами Божьими» — небесная перспектива на покаяние, контрастирующая с ропотом фарисеев.</w:t>
      </w:r>
    </w:p>
    <w:p>
      <w:r>
        <w:t>11. И Он сказал: «У одного человека было два сына.</w:t>
      </w:r>
    </w:p>
    <w:p>
      <w:r>
        <w:t>12. Младший сказал отцу: “Отец, дай мне причитающуюся часть имущества”. И отец разделил между ними своё состояние.</w:t>
      </w:r>
    </w:p>
    <w:p>
      <w:pPr>
        <w:ind w:left="360"/>
      </w:pPr>
      <w:r>
        <w:rPr>
          <w:b/>
          <w:sz w:val="20"/>
        </w:rPr>
        <w:t>Наследие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τὸ ἐπιβάλλον μέρος τῆς οὐσίας</w:t>
      </w:r>
      <w:r>
        <w:rPr>
          <w:sz w:val="20"/>
        </w:rPr>
        <w:t xml:space="preserve"> [to epiballon meros tēs ousias]</w:t>
      </w:r>
      <w:r>
        <w:rPr>
          <w:sz w:val="20"/>
        </w:rPr>
        <w:br/>
        <w:t>Младший сын просит свою долю имущества ещё при живом отце; повествовательно это радикальный разрыв отношений и дома.</w:t>
      </w:r>
    </w:p>
    <w:p>
      <w:r>
        <w:t>13. Через несколько дней младший сын собрал всё, ушёл в далёкую страну и там растратил имущество, живя безрассудно. [ζῶν ἀσώτως — означает расточительно, безрассудно, распущенно]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ζῶν ἀσώτως</w:t>
      </w:r>
      <w:r>
        <w:rPr>
          <w:sz w:val="20"/>
        </w:rPr>
        <w:t xml:space="preserve"> [zōn asōtōs]</w:t>
      </w:r>
      <w:r>
        <w:rPr>
          <w:sz w:val="20"/>
        </w:rPr>
        <w:br/>
        <w:t>ἀσώτως означает расточительно, безрассудно, распущенно. Текст не перечисляет конкретные грехи; позднейшее обвинение старшего брата нельзя автоматически читать назад как рассказ повествователя.</w:t>
      </w:r>
    </w:p>
    <w:p>
      <w:r>
        <w:t>14. Когда он всё потратил, в той стране начался сильный голод, и он стал нуждаться.</w:t>
      </w:r>
    </w:p>
    <w:p>
      <w:r>
        <w:t>15. Он пошёл и нанялся к одному из жителей той страны, а тот отправил его на поля пасти свиней.</w:t>
      </w:r>
    </w:p>
    <w:p>
      <w:r>
        <w:t>16. Он желал насытиться стручками, которые ели свиньи, но никто ничего ему не давал.</w:t>
      </w:r>
    </w:p>
    <w:p>
      <w:r>
        <w:t>17. Тогда он пришёл в себя [εἰς ἑαυτὸν ἐλθών] и сказал: “Сколько работников у моего отца имеют хлеба в изобилии, а я здесь погибаю от голода!</w:t>
      </w:r>
    </w:p>
    <w:p>
      <w:pPr>
        <w:ind w:left="360"/>
      </w:pPr>
      <w:r>
        <w:rPr>
          <w:b/>
          <w:sz w:val="20"/>
        </w:rPr>
        <w:t>Покаяние</w:t>
      </w:r>
      <w:r>
        <w:rPr>
          <w:i/>
          <w:sz w:val="20"/>
        </w:rPr>
        <w:t xml:space="preserve"> εἰς ἑαυτὸν δὲ ἐλθὼν</w:t>
      </w:r>
      <w:r>
        <w:rPr>
          <w:sz w:val="20"/>
        </w:rPr>
        <w:t xml:space="preserve"> [eis heauton de elthōn]</w:t>
      </w:r>
      <w:r>
        <w:rPr>
          <w:sz w:val="20"/>
        </w:rPr>
        <w:br/>
        <w:t>Идиома «придя в себя» отмечает внутренний поворот, из которого рождается решение вернуться к отцу.</w:t>
      </w:r>
    </w:p>
    <w:p>
      <w:r>
        <w:t>18. Встану, пойду к отцу и скажу ему: ‘Отец, я согрешил против неба и перед тобой.</w:t>
      </w:r>
    </w:p>
    <w:p>
      <w:pPr>
        <w:ind w:left="360"/>
      </w:pPr>
      <w:r>
        <w:rPr>
          <w:b/>
          <w:sz w:val="20"/>
        </w:rPr>
        <w:t>Покаяние</w:t>
      </w:r>
      <w:r>
        <w:rPr>
          <w:sz w:val="20"/>
        </w:rPr>
        <w:br/>
        <w:t>Покаяние выражено конкретно: сын признаёт грех «против неба и перед тобой» и возвращается, а не только испытывает сожаление.</w:t>
      </w:r>
    </w:p>
    <w:p>
      <w:r>
        <w:t>19. Я больше недостоин называться твоим сыном. Прими меня как одного из твоих работников’”.</w:t>
      </w:r>
    </w:p>
    <w:p>
      <w:r>
        <w:t>20. Он встал и пошёл к отцу. Когда он был ещё далеко, отец увидел его, сжалился, побежал навстречу, обнял и поцеловал. [ἐσπλαγχνίσθη — Отец «сжалился» — тот же сильный глагол сострадания, который Лука употребляет об Иисусе и добром самарянине]</w:t>
      </w:r>
    </w:p>
    <w:p>
      <w:pPr>
        <w:ind w:left="360"/>
      </w:pPr>
      <w:r>
        <w:rPr>
          <w:b/>
          <w:sz w:val="20"/>
        </w:rPr>
        <w:t>Сострадание</w:t>
      </w:r>
      <w:r>
        <w:rPr>
          <w:i/>
          <w:sz w:val="20"/>
        </w:rPr>
        <w:t xml:space="preserve"> ἐσπλαγχνίσθη</w:t>
      </w:r>
      <w:r>
        <w:rPr>
          <w:sz w:val="20"/>
        </w:rPr>
        <w:t xml:space="preserve"> [esplanchnisthē]</w:t>
      </w:r>
      <w:r>
        <w:rPr>
          <w:sz w:val="20"/>
        </w:rPr>
        <w:br/>
        <w:t>Отец «сжалился» — тот же сильный глагол сострадания, который Лука употребляет об Иисусе и добром самарянине.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7:13, Лк 10:33</w:t>
      </w:r>
    </w:p>
    <w:p>
      <w:r>
        <w:t>21. Сын сказал: “Отец, я согрешил против неба и перед тобой. Я больше недостоин называться твоим сыном”.</w:t>
      </w:r>
    </w:p>
    <w:p>
      <w:pPr>
        <w:ind w:left="360"/>
      </w:pPr>
      <w:r>
        <w:rPr>
          <w:b/>
          <w:sz w:val="20"/>
        </w:rPr>
        <w:t>Текст и повествование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В произнесённой речи сына отсутствует заранее подготовленная просьба «прими меня как работника» из 15:19; отец прерывает логику возвращения как наёмника и восстанавливает его как сына.</w:t>
      </w:r>
    </w:p>
    <w:p>
      <w:r>
        <w:t>22. Но отец сказал рабам: “Скорее принесите лучшую одежду и оденьте его, дайте кольцо на руку и обувь на ноги.</w:t>
      </w:r>
    </w:p>
    <w:p>
      <w:pPr>
        <w:ind w:left="360"/>
      </w:pPr>
      <w:r>
        <w:rPr>
          <w:b/>
          <w:sz w:val="20"/>
        </w:rPr>
        <w:t>Восстановление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Одежда, кольцо и обувь — повествовательные знаки публичного восстановления статуса сына, а не испытательного периода перед принятием.</w:t>
      </w:r>
    </w:p>
    <w:p>
      <w:r>
        <w:t>23. Приведите откормленного телёнка и приготовьте пир: будем есть и радоваться,</w:t>
      </w:r>
    </w:p>
    <w:p>
      <w:r>
        <w:t>24. потому что этот мой сын был мёртв и ожил, был потерян и нашёлся”. И они начали праздновать.</w:t>
      </w:r>
    </w:p>
    <w:p>
      <w:pPr>
        <w:ind w:left="360"/>
      </w:pPr>
      <w:r>
        <w:rPr>
          <w:b/>
          <w:sz w:val="20"/>
        </w:rPr>
        <w:t>Потерянное и найденное</w:t>
      </w:r>
      <w:r>
        <w:rPr>
          <w:i/>
          <w:sz w:val="20"/>
        </w:rPr>
        <w:t xml:space="preserve"> νεκρὸς ... ἀνέζησεν ... ἀπολωλὼς ... εὑρέθη</w:t>
      </w:r>
      <w:r>
        <w:rPr>
          <w:sz w:val="20"/>
        </w:rPr>
        <w:t xml:space="preserve"> [nekros ... anezēsen ... apolōlōs ... heurethē]</w:t>
      </w:r>
      <w:r>
        <w:rPr>
          <w:sz w:val="20"/>
        </w:rPr>
        <w:br/>
        <w:t>Отец соединяет две пары: «мёртв — ожил» и «потерян — найден». Это кульминация первых двух притч в истории сына.</w:t>
      </w:r>
    </w:p>
    <w:p>
      <w:r>
        <w:t>25. Старший сын был в поле. Возвращаясь и подходя к дому, он услышал музыку и танцы.</w:t>
      </w:r>
    </w:p>
    <w:p>
      <w:r>
        <w:t>26. Он позвал одного из слуг и спросил, что происходит.</w:t>
      </w:r>
    </w:p>
    <w:p>
      <w:r>
        <w:t>27. Тот ответил: “Твой брат вернулся, и твой отец приготовил откормленного телёнка, потому что получил его обратно живым и здоровым”.</w:t>
      </w:r>
    </w:p>
    <w:p>
      <w:r>
        <w:t>28. Старший сын разгневался и не хотел входить. Отец вышел и стал уговаривать его.</w:t>
      </w:r>
    </w:p>
    <w:p>
      <w:pPr>
        <w:ind w:left="360"/>
      </w:pPr>
      <w:r>
        <w:rPr>
          <w:b/>
          <w:sz w:val="20"/>
        </w:rPr>
        <w:t>Благодать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Отец выходит не только к младшему, но и к разгневанному старшему сыну. Милость ищет обоих потерянных по-разному.</w:t>
      </w:r>
    </w:p>
    <w:p>
      <w:r>
        <w:t>29. Но он ответил отцу: “Вот, столько лет я служу тебе и никогда не нарушал твоего приказания, но ты ни разу не дал мне даже козлёнка, чтобы повеселиться с друзьями. [δουλεύω — Старший говорит буквально «столько лет я рабски служу тебе», раскрывая своё восприятие отношений с отцом через заслугу и…]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δουλεύω</w:t>
      </w:r>
      <w:r>
        <w:rPr>
          <w:sz w:val="20"/>
        </w:rPr>
        <w:t xml:space="preserve"> [douleuō]</w:t>
      </w:r>
      <w:r>
        <w:rPr>
          <w:sz w:val="20"/>
        </w:rPr>
        <w:br/>
        <w:t>Старший говорит буквально «столько лет я рабски служу тебе», раскрывая своё восприятие отношений с отцом через заслугу и вознаграждение.</w:t>
      </w:r>
    </w:p>
    <w:p>
      <w:r>
        <w:t>30. А когда пришёл этот твой сын, расточивший твоё имущество, ты приготовил для него откормленного телёнка!”</w:t>
      </w:r>
    </w:p>
    <w:p>
      <w:r>
        <w:t>31. Отец сказал: “Сын, ты всегда со мной, и всё моё — твоё.</w:t>
      </w:r>
    </w:p>
    <w:p>
      <w:pPr>
        <w:ind w:left="360"/>
      </w:pPr>
      <w:r>
        <w:rPr>
          <w:b/>
          <w:sz w:val="20"/>
        </w:rPr>
        <w:t>Благодать</w:t>
      </w:r>
      <w:r>
        <w:rPr>
          <w:i/>
          <w:sz w:val="20"/>
        </w:rPr>
        <w:t xml:space="preserve"> τέκνον, σὺ πάντοτε μετ᾽ ἐμοῦ εἶ</w:t>
      </w:r>
      <w:r>
        <w:rPr>
          <w:sz w:val="20"/>
        </w:rPr>
        <w:t xml:space="preserve"> [teknon sy pantote met' emou ei]</w:t>
      </w:r>
      <w:r>
        <w:rPr>
          <w:sz w:val="20"/>
        </w:rPr>
        <w:br/>
        <w:t>Отец отвечает ласковым «дитя/сын» и напоминает о постоянном присутствии и общем достоянии, не отвергая старшего.</w:t>
      </w:r>
    </w:p>
    <w:p>
      <w:r>
        <w:t>32. Но нужно было [ἔδει] радоваться и праздновать, потому что этот твой брат был мёртв и ожил, был потерян и нашёлся”».</w:t>
      </w:r>
    </w:p>
    <w:p>
      <w:pPr>
        <w:ind w:left="360"/>
      </w:pPr>
      <w:r>
        <w:rPr>
          <w:b/>
          <w:sz w:val="20"/>
        </w:rPr>
        <w:t>Божественная необходимость</w:t>
      </w:r>
      <w:r>
        <w:rPr>
          <w:i/>
          <w:sz w:val="20"/>
        </w:rPr>
        <w:t xml:space="preserve"> εὐφρανθῆναι δὲ καὶ χαρῆναι ἔδει</w:t>
      </w:r>
      <w:r>
        <w:rPr>
          <w:sz w:val="20"/>
        </w:rPr>
        <w:t xml:space="preserve"> [euphranthēnai de kai charēnai edei]</w:t>
      </w:r>
      <w:r>
        <w:rPr>
          <w:sz w:val="20"/>
        </w:rPr>
        <w:br/>
        <w:t>«Нужно было радоваться»: δεῖ делает праздник нравственно необходимым ответом на возвращение брата.</w:t>
      </w:r>
    </w:p>
    <w:p>
      <w:pPr>
        <w:ind w:left="360"/>
      </w:pPr>
      <w:r>
        <w:rPr>
          <w:b/>
          <w:sz w:val="20"/>
        </w:rPr>
        <w:t>Примирение</w:t>
      </w:r>
      <w:r>
        <w:rPr>
          <w:i/>
          <w:sz w:val="20"/>
        </w:rPr>
        <w:t xml:space="preserve"> ὁ ἀδελφός σου</w:t>
      </w:r>
      <w:r>
        <w:rPr>
          <w:sz w:val="20"/>
        </w:rPr>
        <w:t xml:space="preserve"> [ho adelphos sou]</w:t>
      </w:r>
      <w:r>
        <w:rPr>
          <w:sz w:val="20"/>
        </w:rPr>
        <w:br/>
        <w:t>Отец исправляет дистанцирующее «этот твой сын» словами «этот твой брат», возвращая старшего к семейной связи.</w:t>
      </w:r>
    </w:p>
    <w:p>
      <w:pPr>
        <w:pStyle w:val="Heading2"/>
      </w:pPr>
      <w:r>
        <w:t>Глава 16</w:t>
      </w:r>
    </w:p>
    <w:p>
      <w:r>
        <w:t>1. Иисус сказал ученикам: «У одного богатого человека был управляющий, которого обвинили в растрате его имущества.</w:t>
      </w:r>
    </w:p>
    <w:p>
      <w:pPr>
        <w:ind w:left="360"/>
      </w:pPr>
      <w:r>
        <w:rPr>
          <w:b/>
          <w:sz w:val="20"/>
        </w:rPr>
        <w:t>Управление домом Божьим</w:t>
      </w:r>
      <w:r>
        <w:rPr>
          <w:i/>
          <w:sz w:val="20"/>
        </w:rPr>
        <w:t xml:space="preserve"> οἰκονόμον</w:t>
      </w:r>
      <w:r>
        <w:rPr>
          <w:sz w:val="20"/>
        </w:rPr>
        <w:t xml:space="preserve"> [oikonomon]</w:t>
      </w:r>
      <w:r>
        <w:rPr>
          <w:sz w:val="20"/>
        </w:rPr>
        <w:br/>
        <w:t>οἰκονόμος — управляющий чужим хозяйством. Вся притча строится вокруг подотчётности за вверенное имущество.</w:t>
      </w:r>
    </w:p>
    <w:p>
      <w:r>
        <w:t>2. Он позвал его и сказал: “Что я слышу о тебе? Дай отчёт о своём управлении, потому что ты больше не можешь быть управляющим”.</w:t>
      </w:r>
    </w:p>
    <w:p>
      <w:r>
        <w:t>3. Управляющий сказал про себя: “Что мне делать? Господин отнимает у меня управление. Копать я не способен, просить милостыню стыдно.</w:t>
      </w:r>
    </w:p>
    <w:p>
      <w:r>
        <w:t>4. Знаю, что сделаю, чтобы, когда лишусь управления, люди приняли меня в свои дома”.</w:t>
      </w:r>
    </w:p>
    <w:p>
      <w:r>
        <w:t>5. Он позвал должников господина по одному. Первого спросил: “Сколько ты должен моему господину?”</w:t>
      </w:r>
    </w:p>
    <w:p>
      <w:r>
        <w:t>6. Тот ответил: “Сто мер масла”. Управляющий сказал: “Возьми расписку, садись скорее и напиши пятьдесят”.</w:t>
      </w:r>
    </w:p>
    <w:p>
      <w:r>
        <w:t>7. Другого спросил: “А ты сколько должен?” Тот ответил: “Сто мер пшеницы”. Он сказал: “Возьми расписку и напиши восемьдесят”.</w:t>
      </w:r>
    </w:p>
    <w:p>
      <w:r>
        <w:t>8. И хозяин похвалил нечестного управляющего за то, что тот поступил предусмотрительно. Ведь сыны этого века в отношениях между собой предусмотрительнее сынов света. [φρονίμως — Хозяин хвалит не нечестность, а предусмотрительность/практическую дальновидность управляющего перед лицом скорой потери…]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φρονίμως</w:t>
      </w:r>
      <w:r>
        <w:rPr>
          <w:sz w:val="20"/>
        </w:rPr>
        <w:t xml:space="preserve"> [phronimōs]</w:t>
      </w:r>
      <w:r>
        <w:rPr>
          <w:sz w:val="20"/>
        </w:rPr>
        <w:br/>
        <w:t>Хозяин хвалит не нечестность, а предусмотрительность/практическую дальновидность управляющего перед лицом скорой потери должности.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κύριος в ближайшем повествовательном контексте естественнее понимать как хозяина из притчи. Основной перевод фиксируем так; богословский комментарий не требуется внутри стиха.</w:t>
      </w:r>
    </w:p>
    <w:p>
      <w:r>
        <w:t>9. И Я говорю вам: приобретайте себе друзей посредством неправедной маммоны [μαμωνᾶς], чтобы, когда она исчезнет, вас приняли в вечные жилища.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μαμωνᾶ τῆς ἀδικίας</w:t>
      </w:r>
      <w:r>
        <w:rPr>
          <w:sz w:val="20"/>
        </w:rPr>
        <w:t xml:space="preserve"> [mamōna tēs adikias]</w:t>
      </w:r>
      <w:r>
        <w:rPr>
          <w:sz w:val="20"/>
        </w:rPr>
        <w:br/>
        <w:t>«Маммона неправедности» — семитское обозначение богатства/имущества в падшем мире. Иисус требует использовать временные ресурсы в перспективе вечности.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Греческий текст здесь ясен: «создавайте себе друзей из маммоны неправедности». Кто именно «примет» и как практически понимать это наставление — вопрос экзегезы, не перевода.</w:t>
      </w:r>
    </w:p>
    <w:p>
      <w:r>
        <w:t>10. Верный в малом верен и во многом, а несправедливый в малом несправедлив и во многом.</w:t>
      </w:r>
    </w:p>
    <w:p>
      <w:r>
        <w:t>11. Итак, если вы не были верны в неправедном богатстве, кто доверит вам истинное?</w:t>
      </w:r>
    </w:p>
    <w:p>
      <w:pPr>
        <w:ind w:left="360"/>
      </w:pPr>
      <w:r>
        <w:rPr>
          <w:b/>
          <w:sz w:val="20"/>
        </w:rPr>
        <w:t>Управление домом Божьим</w:t>
      </w:r>
      <w:r>
        <w:rPr>
          <w:sz w:val="20"/>
        </w:rPr>
        <w:br/>
        <w:t>«Истинное» противопоставлено «неправедной маммоне»: материальное богатство становится тестом верности перед более глубоким Божьим доверием.</w:t>
      </w:r>
    </w:p>
    <w:p>
      <w:r>
        <w:t>12. И если не были верны в чужом, кто даст вам ваше?</w:t>
      </w:r>
    </w:p>
    <w:p>
      <w:r>
        <w:t>13. Никакой слуга не может служить двум господам: либо одного будет ненавидеть, а другого любить, либо одному будет предан, а другим пренебрегать. Вы не можете служить Богу и маммоне». [δουλεύειν ... θεῷ καὶ μαμωνᾷ — означает служить как раб]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δουλεύειν ... θεῷ καὶ μαμωνᾷ</w:t>
      </w:r>
      <w:r>
        <w:rPr>
          <w:sz w:val="20"/>
        </w:rPr>
        <w:t xml:space="preserve"> [douleuein ... theō kai mamōna]</w:t>
      </w:r>
      <w:r>
        <w:rPr>
          <w:sz w:val="20"/>
        </w:rPr>
        <w:br/>
        <w:t>Глагол δουλεύω означает служить как раб. Бог и богатство предъявляют конкурирующие притязания на господство, поэтому двойное служение невозможно.</w:t>
      </w:r>
    </w:p>
    <w:p>
      <w:r>
        <w:t>14. Всё это слышали фарисеи, которые любили деньги, и насмехались над Ним.</w:t>
      </w:r>
    </w:p>
    <w:p>
      <w:pPr>
        <w:ind w:left="360"/>
      </w:pPr>
      <w:r>
        <w:rPr>
          <w:b/>
          <w:sz w:val="20"/>
        </w:rPr>
        <w:t>Обстановка</w:t>
      </w:r>
      <w:r>
        <w:rPr>
          <w:i/>
          <w:sz w:val="20"/>
        </w:rPr>
        <w:t xml:space="preserve"> φιλάργυροι</w:t>
      </w:r>
      <w:r>
        <w:rPr>
          <w:sz w:val="20"/>
        </w:rPr>
        <w:t xml:space="preserve"> [philargyroi]</w:t>
      </w:r>
      <w:r>
        <w:rPr>
          <w:sz w:val="20"/>
        </w:rPr>
        <w:br/>
        <w:t>Лука прямо называет фарисеев «любящими деньги», связывая их насмешку с предыдущим учением о маммоне.</w:t>
      </w:r>
    </w:p>
    <w:p>
      <w:r>
        <w:t>15. Он сказал им: «Вы выставляете себя праведными перед людьми, но Бог знает ваши сердца. То, что высоко ценится среди людей, отвратительно перед Богом.</w:t>
      </w:r>
    </w:p>
    <w:p>
      <w:r>
        <w:t>16. Закон и Пророки — до Иоанна. С тех пор благовествуется Царство Божье, и каждый с силой стремится [βιάζεται] войти в него.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πᾶς εἰς αὐτὴν βιάζεται</w:t>
      </w:r>
      <w:r>
        <w:rPr>
          <w:sz w:val="20"/>
        </w:rPr>
        <w:t xml:space="preserve"> [pas eis autēn biazetai]</w:t>
      </w:r>
      <w:r>
        <w:rPr>
          <w:sz w:val="20"/>
        </w:rPr>
        <w:br/>
        <w:t>У Луки есть явный субъект «каждый». Средний залог естественно позволяет активный смысл: «каждый настойчиво стремится войти». Формула трудна и имеет историю разных толкований.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πᾶς εἰς αὐτὴν βιάζεται у Луки имеет явный субъект «каждый» и естественно понимается активно: «каждый силой/настойчиво стремится в него». Основной перевод принят.</w:t>
      </w:r>
    </w:p>
    <w:p>
      <w:r>
        <w:t>17. Но легче небу и земле пройти, чем одной черте Закона отпасть.</w:t>
      </w:r>
    </w:p>
    <w:p>
      <w:pPr>
        <w:ind w:left="360"/>
      </w:pPr>
      <w:r>
        <w:rPr>
          <w:b/>
          <w:sz w:val="20"/>
        </w:rPr>
        <w:t>Закон</w:t>
      </w:r>
      <w:r>
        <w:rPr>
          <w:sz w:val="20"/>
        </w:rPr>
        <w:br/>
        <w:t>Переход к Царству не означает отмену Писания: Иисус подчёркивает устойчивость Закона даже на уровне малой черты.</w:t>
      </w:r>
    </w:p>
    <w:p>
      <w:r>
        <w:t>18. Всякий, кто разводится с женой и женится на другой, нарушает супружескую верность; и женящийся на разведённой нарушает супружескую верность.</w:t>
      </w:r>
    </w:p>
    <w:p>
      <w:r>
        <w:t>19. Жил один богатый человек. Он одевался в пурпур и тонкий лён и каждый день роскошно пировал.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sz w:val="20"/>
        </w:rPr>
        <w:br/>
        <w:t>История богатого и Лазаря продолжает луканский переворот богатых и бедных: нынешний статус не определяет Божью окончательную оценку.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6:20, Лк 6:24</w:t>
      </w:r>
    </w:p>
    <w:p>
      <w:r>
        <w:t>20. А у его ворот лежал бедняк по имени Лазарь, покрытый язвами.</w:t>
      </w:r>
    </w:p>
    <w:p>
      <w:pPr>
        <w:ind w:left="360"/>
      </w:pPr>
      <w:r>
        <w:rPr>
          <w:b/>
          <w:sz w:val="20"/>
        </w:rPr>
        <w:t>Имя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Λάζαρος</w:t>
      </w:r>
      <w:r>
        <w:rPr>
          <w:sz w:val="20"/>
        </w:rPr>
        <w:t xml:space="preserve"> [Lazaros]</w:t>
      </w:r>
      <w:r>
        <w:rPr>
          <w:sz w:val="20"/>
        </w:rPr>
        <w:br/>
        <w:t>Это единственная притчевая история Иисуса, где бедный персонаж назван по имени; имя Лазарь связано с еврейским Элеазар — «Бог помог».</w:t>
      </w:r>
    </w:p>
    <w:p>
      <w:r>
        <w:t>21. Он мечтал насытиться тем, что падало со стола богатого. Даже собаки приходили и лизали его язвы.</w:t>
      </w:r>
    </w:p>
    <w:p>
      <w:r>
        <w:t>22. Бедняк умер, и ангелы отнесли его к Аврааму. Умер и богатый, и его похоронили. [εἰς τὸν κόλπον Ἀβραάμ — образ близости, почётного места и принадлежности к Авраамовой семье, а не техническое название географической зоны]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εἰς τὸν κόλπον Ἀβραάμ</w:t>
      </w:r>
      <w:r>
        <w:rPr>
          <w:sz w:val="20"/>
        </w:rPr>
        <w:t xml:space="preserve"> [eis ton kolpon Abraam]</w:t>
      </w:r>
      <w:r>
        <w:rPr>
          <w:sz w:val="20"/>
        </w:rPr>
        <w:br/>
        <w:t>«К Аврааму/на лоно Авраама» — образ близости, почётного места и принадлежности к Авраамовой семье, а не техническое название географической зоны.</w:t>
      </w:r>
    </w:p>
    <w:p>
      <w:r>
        <w:t>23. Находясь в Аиде и испытывая мучение, он поднял глаза и увидел вдали Авраама и Лазаря рядом с ним. [ᾅδῃ — ᾅδης — греческий термин мира мёртвых]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ᾅδῃ</w:t>
      </w:r>
      <w:r>
        <w:rPr>
          <w:sz w:val="20"/>
        </w:rPr>
        <w:t xml:space="preserve"> [hadē]</w:t>
      </w:r>
      <w:r>
        <w:rPr>
          <w:sz w:val="20"/>
        </w:rPr>
        <w:br/>
        <w:t>ᾅδης — греческий термин мира мёртвых. Его не следует автоматически отождествлять со словом γέεννα, которое Лука использует отдельно.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12:5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ᾅδης передаём «мир мёртвых», не позднейшим узким термином «ад». Основной перевод принят.</w:t>
      </w:r>
    </w:p>
    <w:p>
      <w:r>
        <w:t>24. Он закричал: “Отец Авраам, помилуй меня! Пошли Лазаря, чтобы он хоть немного облегчил мою муку, потому что я страдаю в этом пламени”.</w:t>
      </w:r>
    </w:p>
    <w:p>
      <w:r>
        <w:t>25. Но Авраам сказал: “Сын, вспомни: ты получил доброе при жизни, а Лазарь — плохое. Теперь он здесь утешается, а ты страдаешь.</w:t>
      </w:r>
    </w:p>
    <w:p>
      <w:r>
        <w:t>26. Кроме того, между нами и вами установлена великая пропасть, так что желающие перейти отсюда к вам не могут, и оттуда к нам не переходят”.</w:t>
      </w:r>
    </w:p>
    <w:p>
      <w:r>
        <w:t>27. Тогда богатый сказал: “Прошу тебя, отец, пошли его в дом моего отца,</w:t>
      </w:r>
    </w:p>
    <w:p>
      <w:r>
        <w:t>28. потому что у меня пять братьев. Пусть предупредит их, чтобы и они не пришли в это место мучения”.</w:t>
      </w:r>
    </w:p>
    <w:p>
      <w:r>
        <w:t>29. Авраам ответил: “У них есть Моисей и Пророки. Пусть слушают их”.</w:t>
      </w:r>
    </w:p>
    <w:p>
      <w:pPr>
        <w:ind w:left="360"/>
      </w:pPr>
      <w:r>
        <w:rPr>
          <w:b/>
          <w:sz w:val="20"/>
        </w:rPr>
        <w:t>Писание</w:t>
      </w:r>
      <w:r>
        <w:rPr>
          <w:sz w:val="20"/>
        </w:rPr>
        <w:br/>
        <w:t>Ответ Авраама направляет братьев к уже данному откровению — «Моисею и Пророкам». Проблема не в отсутствии свидетельства, а в нежелании слушать.</w:t>
      </w:r>
    </w:p>
    <w:p>
      <w:r>
        <w:t>30. Тот сказал: “Нет, отец Авраам. Но если кто-то из мёртвых придёт к ним, они покаются”.</w:t>
      </w:r>
    </w:p>
    <w:p>
      <w:r>
        <w:t>31. Авраам ответил: “Если они не слушают Моисея и Пророков, то не убедятся, даже если кто-нибудь воскреснет из мёртвых”».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sz w:val="20"/>
        </w:rPr>
        <w:br/>
        <w:t>Кульминация подчёркивает: чудо само по себе не гарантирует покаяния тому, кто отказывается слушать Писание.</w:t>
      </w:r>
    </w:p>
    <w:p>
      <w:pPr>
        <w:pStyle w:val="Heading2"/>
      </w:pPr>
      <w:r>
        <w:t>Глава 17</w:t>
      </w:r>
    </w:p>
    <w:p>
      <w:r>
        <w:t>1. Иисус сказал ученикам: «Причины для падения неизбежно приходят, но горе тому, через кого они приходят. [σκάνδαλα — σκάνδαλα — причины спотыкания/падения]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σκάνδαλα</w:t>
      </w:r>
      <w:r>
        <w:rPr>
          <w:sz w:val="20"/>
        </w:rPr>
        <w:t xml:space="preserve"> [skandala]</w:t>
      </w:r>
      <w:r>
        <w:rPr>
          <w:sz w:val="20"/>
        </w:rPr>
        <w:br/>
        <w:t>σκάνδαλα — причины спотыкания/падения. Иисус признаёт их неизбежность в мире, но возлагает ответственность на того, кто становится их источником.</w:t>
      </w:r>
    </w:p>
    <w:p>
      <w:r>
        <w:t>2. Для него было бы лучше, если бы ему повесили на шею жернов и бросили в море, чем если бы он стал причиной падения одного из этих малых.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Возвращаем суровый образ самого текста без дополнительных деталей. Это гиперболическое предупреждение, а не практическая инструкция.</w:t>
      </w:r>
    </w:p>
    <w:p>
      <w:r>
        <w:t>3. Следите за собой. Если твой брат согрешит, обличи его; и если покается, прости.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Прощение не отделено от нравственной ясности: согрешившего брата следует обличить, а покаявшегося — простить.</w:t>
      </w:r>
    </w:p>
    <w:p>
      <w:r>
        <w:t>4. Даже если семь раз в день согрешит против тебя и семь раз вернётся, говоря: “Каюсь”, прости его».</w:t>
      </w:r>
    </w:p>
    <w:p>
      <w:r>
        <w:t>5. Апостолы сказали Господу: «Умножь нашу веру!» [Πρόσθες ἡμῖν πίστιν — Апостолы просят буквально «добавь нам веры»]</w:t>
      </w:r>
    </w:p>
    <w:p>
      <w:pPr>
        <w:ind w:left="360"/>
      </w:pPr>
      <w:r>
        <w:rPr>
          <w:b/>
          <w:sz w:val="20"/>
        </w:rPr>
        <w:t>Вера</w:t>
      </w:r>
      <w:r>
        <w:rPr>
          <w:i/>
          <w:sz w:val="20"/>
        </w:rPr>
        <w:t xml:space="preserve"> Πρόσθες ἡμῖν πίστιν</w:t>
      </w:r>
      <w:r>
        <w:rPr>
          <w:sz w:val="20"/>
        </w:rPr>
        <w:t xml:space="preserve"> [prosthes hēmin pistin]</w:t>
      </w:r>
      <w:r>
        <w:rPr>
          <w:sz w:val="20"/>
        </w:rPr>
        <w:br/>
        <w:t>Апостолы просят буквально «добавь нам веры». Ответ Иисуса смещает акцент с количества веры на её подлинность.</w:t>
      </w:r>
    </w:p>
    <w:p>
      <w:r>
        <w:t>6. Господь ответил: «Если бы у вас была вера с горчичное зерно, вы сказали бы этой шелковице: “Вырвись с корнем и пересадись в море”, — и она послушалась бы вас».</w:t>
      </w:r>
    </w:p>
    <w:p>
      <w:pPr>
        <w:ind w:left="360"/>
      </w:pPr>
      <w:r>
        <w:rPr>
          <w:b/>
          <w:sz w:val="20"/>
        </w:rPr>
        <w:t>Гипербола</w:t>
      </w:r>
      <w:r>
        <w:rPr>
          <w:sz w:val="20"/>
        </w:rPr>
        <w:br/>
        <w:t>Горчичное зерно и пересаженная шелковица — намеренная гипербола о силе доверия Богу, а не обещание техники для физических чудес.</w:t>
      </w:r>
    </w:p>
    <w:p>
      <w:r>
        <w:t>7. «Кто из вас, имея раба, который пашет или пасёт, скажет ему, когда тот вернётся с поля: “Скорее проходи и садись за стол”?</w:t>
      </w:r>
    </w:p>
    <w:p>
      <w:r>
        <w:t>8. Разве не скажет: “Приготовь мне ужин, приведи себя в порядок и служи мне, пока я ем и пью, а потом будешь есть и пить ты”?</w:t>
      </w:r>
    </w:p>
    <w:p>
      <w:r>
        <w:t>9. Разве он благодарит раба за то, что тот исполнил приказанное?</w:t>
      </w:r>
    </w:p>
    <w:p>
      <w:r>
        <w:t>10. Так и вы, когда исполните всё, что вам приказано, говорите: “Мы ничего не заслуживающие рабы; мы сделали лишь то, что должны были сделать”».</w:t>
      </w:r>
    </w:p>
    <w:p>
      <w:pPr>
        <w:ind w:left="360"/>
      </w:pPr>
      <w:r>
        <w:rPr>
          <w:b/>
          <w:sz w:val="20"/>
        </w:rPr>
        <w:t>Смирение</w:t>
      </w:r>
      <w:r>
        <w:rPr>
          <w:i/>
          <w:sz w:val="20"/>
        </w:rPr>
        <w:t xml:space="preserve"> ἀχρεῖοι δοῦλοί ἐσμεν</w:t>
      </w:r>
      <w:r>
        <w:rPr>
          <w:sz w:val="20"/>
        </w:rPr>
        <w:t xml:space="preserve"> [achreioi douloi esmen]</w:t>
      </w:r>
      <w:r>
        <w:rPr>
          <w:sz w:val="20"/>
        </w:rPr>
        <w:br/>
        <w:t>Фраза выражает отсутствие заслуги перед хозяином: исполнение долга не делает Бога должником ученика.</w:t>
      </w:r>
    </w:p>
    <w:p>
      <w:r>
        <w:t>11. По пути в Иерусалим Иисус проходил между Самарией и Галилеей.</w:t>
      </w:r>
    </w:p>
    <w:p>
      <w:r>
        <w:t>12. Когда Он входил в одно селение, Его встретили десять прокажённых. Они остановились вдали</w:t>
      </w:r>
    </w:p>
    <w:p>
      <w:r>
        <w:t>13. и громко сказали: «Иисус, Наставник, помилуй нас!»</w:t>
      </w:r>
    </w:p>
    <w:p>
      <w:r>
        <w:t>14. Увидев их, Он сказал: «Пойдите покажитесь священникам». И пока они шли, очистились.</w:t>
      </w:r>
    </w:p>
    <w:p>
      <w:pPr>
        <w:ind w:left="360"/>
      </w:pPr>
      <w:r>
        <w:rPr>
          <w:b/>
          <w:sz w:val="20"/>
        </w:rPr>
        <w:t>Послушание</w:t>
      </w:r>
      <w:r>
        <w:rPr>
          <w:sz w:val="20"/>
        </w:rPr>
        <w:br/>
        <w:t>Очищение происходит «по пути»: десять начинают исполнять повеление Иисуса ещё до видимого результата.</w:t>
      </w:r>
    </w:p>
    <w:p>
      <w:r>
        <w:t>15. Один из них, увидев, что исцелился, вернулся, громко прославляя Бога.</w:t>
      </w:r>
    </w:p>
    <w:p>
      <w:r>
        <w:t>16. Он пал лицом к ногам Иисуса и благодарил Его. Это был самарянин.</w:t>
      </w:r>
    </w:p>
    <w:p>
      <w:pPr>
        <w:ind w:left="360"/>
      </w:pPr>
      <w:r>
        <w:rPr>
          <w:b/>
          <w:sz w:val="20"/>
        </w:rPr>
        <w:t>Чужой</w:t>
      </w:r>
      <w:r>
        <w:rPr>
          <w:sz w:val="20"/>
        </w:rPr>
        <w:br/>
        <w:t>Лука специально отмечает, что вернувшийся благодарить был самарянином, вновь делая outsider положительным примером отклика Богу.</w:t>
      </w:r>
    </w:p>
    <w:p>
      <w:r>
        <w:t>17. Иисус сказал: «Разве не десять очистились? Где остальные девять?</w:t>
      </w:r>
    </w:p>
    <w:p>
      <w:r>
        <w:t>18. Не нашлось никого, кто вернулся бы воздать славу Богу, кроме этого чужеземца?» [ἀλλογενής — означает «чужеземец/инородец»]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ἀλλογενής</w:t>
      </w:r>
      <w:r>
        <w:rPr>
          <w:sz w:val="20"/>
        </w:rPr>
        <w:t xml:space="preserve"> [allogenēs]</w:t>
      </w:r>
      <w:r>
        <w:rPr>
          <w:sz w:val="20"/>
        </w:rPr>
        <w:br/>
        <w:t>Редкое слово означает «чужеземец/инородец». Здесь оно подчёркивает неожиданность того, кто вернулся прославить Бога.</w:t>
      </w:r>
    </w:p>
    <w:p>
      <w:r>
        <w:t>19. И сказал ему: «Встань и иди. Твоя вера спасла [σῴζω] тебя».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ἡ πίστις σου σέσωκέν σε</w:t>
      </w:r>
      <w:r>
        <w:rPr>
          <w:sz w:val="20"/>
        </w:rPr>
        <w:t xml:space="preserve"> [hē pistis sou sesōken se]</w:t>
      </w:r>
      <w:r>
        <w:rPr>
          <w:sz w:val="20"/>
        </w:rPr>
        <w:br/>
        <w:t>«Твоя вера спасла тебя» шире физического очищения: все десять очистились, но эта формула произнесена к вернувшемуся в благодарности.</w:t>
      </w:r>
    </w:p>
    <w:p>
      <w:r>
        <w:t>20. Фарисеи спросили Его, когда придёт Царство Божье. Он ответил: «Царство Божье не приходит так, чтобы его можно было вычислить по наблюдаемым признакам.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μετὰ παρατηρήσεως</w:t>
      </w:r>
      <w:r>
        <w:rPr>
          <w:sz w:val="20"/>
        </w:rPr>
        <w:t xml:space="preserve"> [meta paratērēseōs]</w:t>
      </w:r>
      <w:r>
        <w:rPr>
          <w:sz w:val="20"/>
        </w:rPr>
        <w:br/>
        <w:t>Царство не приходит как объект вычисления по внешним наблюдаемым признакам. Термин предполагает пристальное отслеживание/наблюдение.</w:t>
      </w:r>
    </w:p>
    <w:p>
      <w:r>
        <w:t>21. И не скажут: «Вот оно здесь» или «Там». Потому что Царство Божье среди вас [ἐντὸς ὑμῶν].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ἐντὸς ὑμῶν</w:t>
      </w:r>
      <w:r>
        <w:rPr>
          <w:sz w:val="20"/>
        </w:rPr>
        <w:t xml:space="preserve"> [entos hymōn]</w:t>
      </w:r>
      <w:r>
        <w:rPr>
          <w:sz w:val="20"/>
        </w:rPr>
        <w:br/>
        <w:t>Фраза допускает «внутри вас» и «среди вас». Поскольку Иисус отвечает фарисеям и говорит о уже присутствующем Царстве, WGT-T выбирает «среди вас».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ἐντὸς ὑμῶν может означать «внутри вас», «среди вас» или «в вашей досягаемости». Поскольку Иисус отвечает фарисеям и противопоставляет поиску внешних признаков уже присутствующую реальность Царства, основным выбран вариант «среди вас»; альтернативы сохраняются в примечании.</w:t>
      </w:r>
    </w:p>
    <w:p>
      <w:r>
        <w:t>22. Затем Он сказал ученикам: «Придут дни, когда вы захотите увидеть хотя бы один из дней Сына Человеческого, но не увидите.</w:t>
      </w:r>
    </w:p>
    <w:p>
      <w:r>
        <w:t>23. Вам будут говорить: “Вот там!” или “Вот здесь!” Не идите и не бегите за ними.</w:t>
      </w:r>
    </w:p>
    <w:p>
      <w:r>
        <w:t>24. Потому что как молния сверкает от одного края неба до другого, так будет и Сын Человеческий в Свой день.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sz w:val="20"/>
        </w:rPr>
        <w:br/>
        <w:t>Образ молнии подчёркивает явность и всеохватность дня Сына Человеческого — ученикам не нужно бегать за локальными слухами.</w:t>
      </w:r>
    </w:p>
    <w:p>
      <w:r>
        <w:t>25. Но прежде Ему предстоит много пострадать и быть отвергнутым этим поколением.</w:t>
      </w:r>
    </w:p>
    <w:p>
      <w:pPr>
        <w:ind w:left="360"/>
      </w:pPr>
      <w:r>
        <w:rPr>
          <w:b/>
          <w:sz w:val="20"/>
        </w:rPr>
        <w:t>Божественная необходимость</w:t>
      </w:r>
      <w:r>
        <w:rPr>
          <w:i/>
          <w:sz w:val="20"/>
        </w:rPr>
        <w:t xml:space="preserve"> δεῖ</w:t>
      </w:r>
      <w:r>
        <w:rPr>
          <w:sz w:val="20"/>
        </w:rPr>
        <w:t xml:space="preserve"> [dei]</w:t>
      </w:r>
      <w:r>
        <w:rPr>
          <w:sz w:val="20"/>
        </w:rPr>
        <w:br/>
        <w:t>До славного явления Сын Человеческий «должен» пройти путь страдания и отвержения; снова звучит луканская божественная необходимость.</w:t>
      </w:r>
    </w:p>
    <w:p>
      <w:r>
        <w:t>26. Как было во дни Ноя, так будет и во дни Сына Человеческого:</w:t>
      </w:r>
    </w:p>
    <w:p>
      <w:r>
        <w:t>27. люди ели, пили, женились и выходили замуж до того дня, когда Ной вошёл в ковчег; пришёл потоп и погубил всех.</w:t>
      </w:r>
    </w:p>
    <w:p>
      <w:r>
        <w:t>28. Так же было во дни Лота: ели, пили, покупали, продавали, сажали, строили.</w:t>
      </w:r>
    </w:p>
    <w:p>
      <w:r>
        <w:t>29. Но в день, когда Лот вышел из Содома, с неба пролились огонь и сера и уничтожили всех.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Возвращаем образ самого греческого текста. Это повествовательная отсылка к Быт 19, не инструкция и не отдельная переводческая проблема.</w:t>
      </w:r>
    </w:p>
    <w:p>
      <w:r>
        <w:t>30. Так будет и в день, когда откроется Сын Человеческий.</w:t>
      </w:r>
    </w:p>
    <w:p>
      <w:r>
        <w:t>31. В тот день кто будет на крыше, а вещи его в доме, пусть не спускается за ними; и кто будет в поле, пусть не возвращается назад.</w:t>
      </w:r>
    </w:p>
    <w:p>
      <w:r>
        <w:t>32. Помните жену Лота.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sz w:val="20"/>
        </w:rPr>
        <w:br/>
        <w:t>Короткое «помните жену Лота» делает Быт 19 предупреждением против возврата к оставляемому миру в момент Божьего действия.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19:26</w:t>
      </w:r>
    </w:p>
    <w:p>
      <w:r>
        <w:t>33. Кто стремится сохранить свою жизнь, потеряет её; а кто потеряет, сохранит. [περιποιήσασθαι ... ζωογονήσει — Парадокс жизни: пытающийся сохранить её для себя потеряет, а отпускающий ради Божьего призыва сохранит живой]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περιποιήσασθαι ... ζωογονήσει</w:t>
      </w:r>
      <w:r>
        <w:rPr>
          <w:sz w:val="20"/>
        </w:rPr>
        <w:t xml:space="preserve"> [peripoiēsasthai ... zōogonēsei]</w:t>
      </w:r>
      <w:r>
        <w:rPr>
          <w:sz w:val="20"/>
        </w:rPr>
        <w:br/>
        <w:t>Парадокс жизни: пытающийся сохранить её для себя потеряет, а отпускающий ради Божьего призыва сохранит живой.</w:t>
      </w:r>
    </w:p>
    <w:p>
      <w:r>
        <w:t>34. Говорю вам: в ту ночь двое будут на одной постели — один будет взят, другой оставлен.</w:t>
      </w:r>
    </w:p>
    <w:p>
      <w:r>
        <w:t>35. Две женщины будут молоть вместе — одна будет взята, другая оставлена».</w:t>
      </w:r>
    </w:p>
    <w:p>
      <w:pPr>
        <w:ind w:left="360"/>
      </w:pPr>
      <w:r>
        <w:rPr>
          <w:b/>
          <w:sz w:val="20"/>
        </w:rPr>
        <w:t>Текст</w:t>
      </w:r>
      <w:r>
        <w:rPr>
          <w:sz w:val="20"/>
        </w:rPr>
        <w:br/>
        <w:t>17:35 входит в выбранный running text; 17:36 отсутствует в нём и сохраняется только как поздняя гармонизирующая традиция.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Стих входит в выбранный NST running text. Основной перевод принят; 17:36 остаётся поздним TR-добавлением и исключён.</w:t>
      </w:r>
    </w:p>
    <w:p>
      <w:r>
        <w:t xml:space="preserve">36. 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 Bible Code corpus стих имеет только TR-членство. Поэтому не входит в основной текст Луки и сохраняется как поздняя гармонизация с Матфеем.</w:t>
      </w:r>
    </w:p>
    <w:p>
      <w:r>
        <w:t>37. Они спросили: «Где, Господи?» Он ответил: «Где тело, там соберутся орлы».</w:t>
      </w:r>
    </w:p>
    <w:p>
      <w:pPr>
        <w:ind w:left="360"/>
      </w:pPr>
      <w:r>
        <w:rPr>
          <w:b/>
          <w:sz w:val="20"/>
        </w:rPr>
        <w:t>Пословица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ὅπου τὸ σῶμα, ἐκεῖ καὶ οἱ ἀετοὶ</w:t>
      </w:r>
      <w:r>
        <w:rPr>
          <w:sz w:val="20"/>
        </w:rPr>
        <w:t xml:space="preserve"> [hopou to sōma ekei kai hoi aetoi]</w:t>
      </w:r>
      <w:r>
        <w:rPr>
          <w:sz w:val="20"/>
        </w:rPr>
        <w:br/>
        <w:t>Пословичный образ отвечает на вопрос «где?» не картографией, а принципом очевидности: событие будет распознаваемо по своим явным признакам.</w:t>
      </w:r>
    </w:p>
    <w:p>
      <w:pPr>
        <w:pStyle w:val="Heading2"/>
      </w:pPr>
      <w:r>
        <w:t>Глава 18</w:t>
      </w:r>
    </w:p>
    <w:p>
      <w:r>
        <w:t>1. Иисус рассказал им притчу о том, что нужно всегда молиться и не падать духом.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πάντοτε προσεύχεσθαι ... μὴ ἐγκακεῖν</w:t>
      </w:r>
      <w:r>
        <w:rPr>
          <w:sz w:val="20"/>
        </w:rPr>
        <w:t xml:space="preserve"> [pantote proseuchesthai ... mē enkakein]</w:t>
      </w:r>
      <w:r>
        <w:rPr>
          <w:sz w:val="20"/>
        </w:rPr>
        <w:br/>
        <w:t>Лука сам даёт цель притчи: всегда молиться и не падать духом. Это важный ключ к чтению истории о вдове и судье.</w:t>
      </w:r>
    </w:p>
    <w:p>
      <w:r>
        <w:t>2. Он сказал: «В одном городе был судья, который Бога не боялся и людей не уважал.</w:t>
      </w:r>
    </w:p>
    <w:p>
      <w:r>
        <w:t>3. В том же городе была вдова. Она постоянно приходила к нему и говорила: “Защити меня от моего противника”.</w:t>
      </w:r>
    </w:p>
    <w:p>
      <w:r>
        <w:t>4. Некоторое время он не хотел, но потом сказал себе: “Хотя Бога я не боюсь и людей не уважаю,</w:t>
      </w:r>
    </w:p>
    <w:p>
      <w:r>
        <w:t>5. но эта вдова не даёт мне покоя. Добьюсь для неё справедливости, чтобы она не приходила без конца и не изматывала меня”». [ὑπωπιάζῃ με — означает изматывать/донимать]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ὑπωπιάζῃ με</w:t>
      </w:r>
      <w:r>
        <w:rPr>
          <w:sz w:val="20"/>
        </w:rPr>
        <w:t xml:space="preserve"> [hypōpiazē me]</w:t>
      </w:r>
      <w:r>
        <w:rPr>
          <w:sz w:val="20"/>
        </w:rPr>
        <w:br/>
        <w:t>Глагол образно означает изматывать/донимать; в контексте судья боится её непрекращающихся обращений.</w:t>
      </w:r>
    </w:p>
    <w:p>
      <w:r>
        <w:t>6. Господь сказал: «Слышите, что говорит неправедный судья?</w:t>
      </w:r>
    </w:p>
    <w:p>
      <w:r>
        <w:t>7. Разве Бог не восстановит справедливость для Своих избранных, которые взывают к Нему день и ночь? Разве станет долго медлить?</w:t>
      </w:r>
    </w:p>
    <w:p>
      <w:pPr>
        <w:ind w:left="360"/>
      </w:pPr>
      <w:r>
        <w:rPr>
          <w:b/>
          <w:sz w:val="20"/>
        </w:rPr>
        <w:t>Справедливость</w:t>
      </w:r>
      <w:r>
        <w:rPr>
          <w:i/>
          <w:sz w:val="20"/>
        </w:rPr>
        <w:t xml:space="preserve"> ποιήσῃ τὴν ἐκδίκησιν</w:t>
      </w:r>
      <w:r>
        <w:rPr>
          <w:sz w:val="20"/>
        </w:rPr>
        <w:t xml:space="preserve"> [poiēsē tēn ekdikēsin]</w:t>
      </w:r>
      <w:r>
        <w:rPr>
          <w:sz w:val="20"/>
        </w:rPr>
        <w:br/>
        <w:t>Здесь речь о восстановлении справедливости/защите избранных, а не о личной мести.</w:t>
      </w:r>
    </w:p>
    <w:p>
      <w:r>
        <w:t>8. Говорю вам: Он быстро восстановит для них справедливость. Но когда придёт Сын Человеческий, найдёт ли Он веру на земле?»</w:t>
      </w:r>
    </w:p>
    <w:p>
      <w:pPr>
        <w:ind w:left="360"/>
      </w:pPr>
      <w:r>
        <w:rPr>
          <w:b/>
          <w:sz w:val="20"/>
        </w:rPr>
        <w:t>Вера</w:t>
      </w:r>
      <w:r>
        <w:rPr>
          <w:sz w:val="20"/>
        </w:rPr>
        <w:br/>
        <w:t>Притча заканчивается не вопросом о Божьей готовности действовать, а вопросом о стойкой вере учеников до прихода Сына Человеческого.</w:t>
      </w:r>
    </w:p>
    <w:p>
      <w:r>
        <w:t>9. Некоторым, уверенным в собственной праведности и презиравшим других, Он рассказал такую притчу:</w:t>
      </w:r>
    </w:p>
    <w:p>
      <w:pPr>
        <w:ind w:left="360"/>
      </w:pPr>
      <w:r>
        <w:rPr>
          <w:b/>
          <w:sz w:val="20"/>
        </w:rPr>
        <w:t>Обстановка</w:t>
      </w:r>
      <w:r>
        <w:rPr>
          <w:sz w:val="20"/>
        </w:rPr>
        <w:br/>
        <w:t>Лука точно обозначает адресатов: люди, уверенные в собственной праведности и презирающие остальных. Это определяет смысл следующей молитвенной сцены.</w:t>
      </w:r>
    </w:p>
    <w:p>
      <w:r>
        <w:t>10. «Два человека вошли в храм помолиться: один фарисей, другой сборщик пошлин.</w:t>
      </w:r>
    </w:p>
    <w:p>
      <w:r>
        <w:t>11. Фарисей, встав, молился о себе так: “Боже, благодарю Тебя, что я не такой, как остальные люди: вымогатели, неправедные, нарушители супружеской верности, или как этот сборщик пошлин. [πρὸς ἑαυτὸν — Фраза может оттенять, что фарисей молился «про себя/к себе»; его молитва фактически вращается вокруг собственного достижения]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πρὸς ἑαυτὸν</w:t>
      </w:r>
      <w:r>
        <w:rPr>
          <w:sz w:val="20"/>
        </w:rPr>
        <w:t xml:space="preserve"> [pros heauton]</w:t>
      </w:r>
      <w:r>
        <w:rPr>
          <w:sz w:val="20"/>
        </w:rPr>
        <w:br/>
        <w:t>Фраза может оттенять, что фарисей молился «про себя/к себе»; его молитва фактически вращается вокруг собственного достижения.</w:t>
      </w:r>
    </w:p>
    <w:p>
      <w:r>
        <w:t>12. Я пощусь дважды в неделю и отдаю десятину со всего, что приобретаю”.</w:t>
      </w:r>
    </w:p>
    <w:p>
      <w:r>
        <w:t>13. А сборщик пошлин, стоя вдали, не смел даже поднять глаза к небу, но просил: «Боже, будь милостив [ἱλάσθητί] ко мне, грешнику!»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ἱλάσθητί μοι τῷ ἁμαρτωλῷ</w:t>
      </w:r>
      <w:r>
        <w:rPr>
          <w:sz w:val="20"/>
        </w:rPr>
        <w:t xml:space="preserve"> [hilasthēti moi tō hamartōlō]</w:t>
      </w:r>
      <w:r>
        <w:rPr>
          <w:sz w:val="20"/>
        </w:rPr>
        <w:br/>
        <w:t>Просьба сильнее простого «пожалей»: ἱλάσκομαι связано с умилостивлением/милостивым устранением вины. Мытарь просит Бога о милости как виновный.</w:t>
      </w:r>
    </w:p>
    <w:p>
      <w:r>
        <w:t>14. Говорю вам: этот человек пошёл домой оправданным [δεδικαιωμένος] перед Богом, а не тот. Потому что всякий возвышающий себя будет смирён, а смиряющий себя будет возвышен».</w:t>
      </w:r>
    </w:p>
    <w:p>
      <w:pPr>
        <w:ind w:left="360"/>
      </w:pPr>
      <w:r>
        <w:rPr>
          <w:b/>
          <w:sz w:val="20"/>
        </w:rPr>
        <w:t>Оправдание</w:t>
      </w:r>
      <w:r>
        <w:rPr>
          <w:i/>
          <w:sz w:val="20"/>
        </w:rPr>
        <w:t xml:space="preserve"> δεδικαιωμένος</w:t>
      </w:r>
      <w:r>
        <w:rPr>
          <w:sz w:val="20"/>
        </w:rPr>
        <w:t xml:space="preserve"> [dedikaiōmenos]</w:t>
      </w:r>
      <w:r>
        <w:rPr>
          <w:sz w:val="20"/>
        </w:rPr>
        <w:br/>
        <w:t>Перфект пассив: он уходит домой «оправданным» — признанным правым Богом. Это прямой переворот между самоправедностью и смиренным прошением.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sz w:val="20"/>
        </w:rPr>
        <w:br/>
        <w:t>Формула возвышения/смирения повторяет Лк 14:11 и связывает социальную и духовную гордость одной логикой Царства.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14:11</w:t>
      </w:r>
    </w:p>
    <w:p>
      <w:r>
        <w:t>15. К Иисусу приносили и младенцев, чтобы Он прикоснулся к ним. Ученики, увидев это, запрещали.</w:t>
      </w:r>
    </w:p>
    <w:p>
      <w:pPr>
        <w:ind w:left="360"/>
      </w:pPr>
      <w:r>
        <w:rPr>
          <w:b/>
          <w:sz w:val="20"/>
        </w:rPr>
        <w:t>Дети</w:t>
      </w:r>
      <w:r>
        <w:rPr>
          <w:i/>
          <w:sz w:val="20"/>
        </w:rPr>
        <w:t xml:space="preserve"> βρέφη</w:t>
      </w:r>
      <w:r>
        <w:rPr>
          <w:sz w:val="20"/>
        </w:rPr>
        <w:t xml:space="preserve"> [brephē]</w:t>
      </w:r>
      <w:r>
        <w:rPr>
          <w:sz w:val="20"/>
        </w:rPr>
        <w:br/>
        <w:t>Лука говорит именно о младенцах, а затем Иисус расширяет ответ до «детей». Это усиливает образ беспомощного принятия Царства как дара.</w:t>
      </w:r>
    </w:p>
    <w:p>
      <w:r>
        <w:t>16. Но Иисус позвал детей и сказал: «Позвольте детям приходить ко Мне и не мешайте им, потому что таким принадлежит Царство Божье.</w:t>
      </w:r>
    </w:p>
    <w:p>
      <w:r>
        <w:t>17. Истинно говорю вам: кто не примет Царство Божье как ребёнок, тот не войдёт в него».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sz w:val="20"/>
        </w:rPr>
        <w:br/>
        <w:t>Царство нужно «принять как ребёнок»: акцент на принятии, а не на достижении статуса.</w:t>
      </w:r>
    </w:p>
    <w:p>
      <w:r>
        <w:t>18. Один начальник спросил Его: «Добрый Учитель, что мне сделать, чтобы унаследовать вечную жизнь?»</w:t>
      </w:r>
    </w:p>
    <w:p>
      <w:pPr>
        <w:ind w:left="360"/>
      </w:pPr>
      <w:r>
        <w:rPr>
          <w:b/>
          <w:sz w:val="20"/>
        </w:rPr>
        <w:t>Наследие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Начальник, как и законник в 10:25, спрашивает, что «сделать», чтобы «унаследовать» вечную жизнь — напряжение между достижением и наследством становится частью сцены.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10:25</w:t>
      </w:r>
    </w:p>
    <w:p>
      <w:r>
        <w:t>19. Иисус ответил: «Почему ты называешь Меня добрым? Никто не добр, кроме одного Бога.</w:t>
      </w:r>
    </w:p>
    <w:p>
      <w:r>
        <w:t>20. Ты знаешь заповеди: не нарушай супружескую верность, не убивай, не кради, не лжесвидетельствуй, почитай отца и мать».</w:t>
      </w:r>
    </w:p>
    <w:p>
      <w:r>
        <w:t>21. Тот сказал: «Всё это я соблюдал с юности».</w:t>
      </w:r>
    </w:p>
    <w:p>
      <w:r>
        <w:t>22. Услышав это, Иисус сказал ему: «Одного тебе ещё не хватает: продай всё, что имеешь, раздай бедным — и у тебя будет сокровище на небесах. Потом приходи и следуй за Мной».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Иисус переводит вопрос из уровня соблюдённого списка в область господства богатства, щедрости к бедным и личного следования за Ним.</w:t>
      </w:r>
    </w:p>
    <w:p>
      <w:r>
        <w:t>23. Услышав это, тот сильно опечалился, потому что был очень богат.</w:t>
      </w:r>
    </w:p>
    <w:p>
      <w:r>
        <w:t>24. Иисус, увидев его, сказал: «Как трудно имеющим богатство войти в Царство Божье!</w:t>
      </w:r>
    </w:p>
    <w:p>
      <w:r>
        <w:t>25. Легче верблюду пройти через игольное ушко, чем богатому войти в Царство Божье».</w:t>
      </w:r>
    </w:p>
    <w:p>
      <w:pPr>
        <w:ind w:left="360"/>
      </w:pPr>
      <w:r>
        <w:rPr>
          <w:b/>
          <w:sz w:val="20"/>
        </w:rPr>
        <w:t>Гипербола</w:t>
      </w:r>
      <w:r>
        <w:rPr>
          <w:sz w:val="20"/>
        </w:rPr>
        <w:br/>
        <w:t>Верблюд и игольное ушко — намеренно невозможный образ. Следующий вопрос учеников и ответ Иисуса подтверждают именно невозможность для человека, а не поиск скрытой «узкой калитки».</w:t>
      </w:r>
    </w:p>
    <w:p>
      <w:r>
        <w:t>26. Слышавшие спросили: «Кто же тогда может быть спасён?»</w:t>
      </w:r>
    </w:p>
    <w:p>
      <w:r>
        <w:t>27. Он ответил: «Невозможное для людей возможно для Бога».</w:t>
      </w:r>
    </w:p>
    <w:p>
      <w:pPr>
        <w:ind w:left="360"/>
      </w:pPr>
      <w:r>
        <w:rPr>
          <w:b/>
          <w:sz w:val="20"/>
        </w:rPr>
        <w:t>Благодать</w:t>
      </w:r>
      <w:r>
        <w:rPr>
          <w:i/>
          <w:sz w:val="20"/>
        </w:rPr>
        <w:t xml:space="preserve"> τὰ ἀδύνατα παρὰ ἀνθρώποις δυνατὰ παρὰ τῷ θεῷ</w:t>
      </w:r>
      <w:r>
        <w:rPr>
          <w:sz w:val="20"/>
        </w:rPr>
        <w:t xml:space="preserve"> [ta adynata para anthrōpois dynata para tō theō]</w:t>
      </w:r>
      <w:r>
        <w:rPr>
          <w:sz w:val="20"/>
        </w:rPr>
        <w:br/>
        <w:t>Спасение, невозможное человеческими ресурсами, возможно у Бога; это ответ на проблему, поставленную образом верблюда.</w:t>
      </w:r>
    </w:p>
    <w:p>
      <w:r>
        <w:t>28. Пётр сказал: «Вот, мы оставили своё и последовали за Тобой».</w:t>
      </w:r>
    </w:p>
    <w:p>
      <w:r>
        <w:t>29. Иисус ответил: «Истинно говорю вам: нет никого, кто оставил дом, жену, братьев, родителей или детей ради Царства Божьего,</w:t>
      </w:r>
    </w:p>
    <w:p>
      <w:r>
        <w:t>30. и не получил бы во много раз больше уже в это время, а в грядущем веке — вечную жизнь».</w:t>
      </w:r>
    </w:p>
    <w:p>
      <w:r>
        <w:t>31. Взяв двенадцать, Он сказал: «Вот, мы поднимаемся в Иерусалим, и исполнится всё написанное пророками о Сыне Человеческом.</w:t>
      </w:r>
    </w:p>
    <w:p>
      <w:pPr>
        <w:ind w:left="360"/>
      </w:pPr>
      <w:r>
        <w:rPr>
          <w:b/>
          <w:sz w:val="20"/>
        </w:rPr>
        <w:t>Страдания Христа</w:t>
      </w:r>
      <w:r>
        <w:rPr>
          <w:sz w:val="20"/>
        </w:rPr>
        <w:br/>
        <w:t>Третий крупный поворот к Иерусалиму связывает предстоящие события с исполнением написанного пророками о Сыне Человеческом.</w:t>
      </w:r>
    </w:p>
    <w:p>
      <w:r>
        <w:t>32. Его передадут язычникам, над Ним будут насмехаться, Его оскорбят и будут плевать в Него,</w:t>
      </w:r>
    </w:p>
    <w:p>
      <w:r>
        <w:t>33. будут бичевать и убьют, а на третий день Он воскреснет».</w:t>
      </w:r>
    </w:p>
    <w:p>
      <w:r>
        <w:t>34. Но они ничего из этого не поняли. Смысл был скрыт от них, и они не понимали сказанного.</w:t>
      </w:r>
    </w:p>
    <w:p>
      <w:pPr>
        <w:ind w:left="360"/>
      </w:pPr>
      <w:r>
        <w:rPr>
          <w:b/>
          <w:sz w:val="20"/>
        </w:rPr>
        <w:t>Повествование</w:t>
      </w:r>
      <w:r>
        <w:rPr>
          <w:sz w:val="20"/>
        </w:rPr>
        <w:br/>
        <w:t>Тройное описание непонимания подчёркивает, насколько ученики ещё не способны встроить страдание в своё представление о Мессии.</w:t>
      </w:r>
    </w:p>
    <w:p>
      <w:r>
        <w:t>35. Когда Иисус приближался к Иерихону, у дороги сидел слепой и просил милостыню.</w:t>
      </w:r>
    </w:p>
    <w:p>
      <w:r>
        <w:t>36. Услышав, что мимо проходит толпа, он спросил, что происходит.</w:t>
      </w:r>
    </w:p>
    <w:p>
      <w:r>
        <w:t>37. Ему сказали: «Идёт Иисус Назарянин».</w:t>
      </w:r>
    </w:p>
    <w:p>
      <w:r>
        <w:t>38. Он закричал: «Иисус, Сын Давида, помилуй меня!»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υἱὲ Δαυίδ</w:t>
      </w:r>
      <w:r>
        <w:rPr>
          <w:sz w:val="20"/>
        </w:rPr>
        <w:t xml:space="preserve"> [huie Dauid]</w:t>
      </w:r>
      <w:r>
        <w:rPr>
          <w:sz w:val="20"/>
        </w:rPr>
        <w:br/>
        <w:t>Слепой публично обращается к Иисусу как «Сын Давида» — мессианский царский титул, особенно значимый на подходе к Иерусалиму.</w:t>
      </w:r>
    </w:p>
    <w:p>
      <w:r>
        <w:t>39. Шедшие впереди требовали, чтобы он замолчал, но он кричал ещё громче: «Сын Давида, помилуй меня!»</w:t>
      </w:r>
    </w:p>
    <w:p>
      <w:r>
        <w:t>40. Иисус остановился и велел привести его. Когда тот подошёл, спросил:</w:t>
      </w:r>
    </w:p>
    <w:p>
      <w:r>
        <w:t>41. «Что ты хочешь, чтобы Я сделал для тебя?» Он ответил: «Господи, хочу видеть».</w:t>
      </w:r>
    </w:p>
    <w:p>
      <w:r>
        <w:t>42. Иисус сказал: «Прозри. Твоя вера спасла тебя».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ἡ πίστις σου σέσωκέν σε</w:t>
      </w:r>
      <w:r>
        <w:rPr>
          <w:sz w:val="20"/>
        </w:rPr>
        <w:t xml:space="preserve"> [hē pistis sou sesōken se]</w:t>
      </w:r>
      <w:r>
        <w:rPr>
          <w:sz w:val="20"/>
        </w:rPr>
        <w:br/>
        <w:t>Повторяется луканская формула «твоя вера спасла тебя»; в этой сцене она сопровождает восстановление зрения и последующее ученичество.</w:t>
      </w:r>
    </w:p>
    <w:p>
      <w:r>
        <w:t>43. Он сразу прозрел и пошёл за Иисусом, прославляя Бога. И весь народ, увидев это, воздал хвалу Богу.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sz w:val="20"/>
        </w:rPr>
        <w:br/>
        <w:t>Исцелённый не просто получает зрение: он следует за Иисусом и прославляет Бога, а народ присоединяется к хвале.</w:t>
      </w:r>
    </w:p>
    <w:p>
      <w:pPr>
        <w:pStyle w:val="Heading2"/>
      </w:pPr>
      <w:r>
        <w:t>Глава 19</w:t>
      </w:r>
    </w:p>
    <w:p>
      <w:r>
        <w:t>1. Иисус вошёл в Иерихон и проходил через город.</w:t>
      </w:r>
    </w:p>
    <w:p>
      <w:r>
        <w:t>2. Там был человек по имени Закхей, начальник сборщиков пошлин, богатый человек.</w:t>
      </w:r>
    </w:p>
    <w:p>
      <w:r>
        <w:t>3. Он хотел увидеть, кто такой Иисус, но не мог из-за толпы, потому что был невысок ростом.</w:t>
      </w:r>
    </w:p>
    <w:p>
      <w:r>
        <w:t>4. Тогда он забежал вперёд и взобрался на смоковницу, чтобы увидеть Иисуса, Который должен был проходить там.</w:t>
      </w:r>
    </w:p>
    <w:p>
      <w:r>
        <w:t>5. Подойдя к этому месту, Иисус посмотрел вверх и сказал: «Закхей, скорее спускайся, потому что сегодня Мне нужно быть в твоём доме».</w:t>
      </w:r>
    </w:p>
    <w:p>
      <w:pPr>
        <w:ind w:left="360"/>
      </w:pPr>
      <w:r>
        <w:rPr>
          <w:b/>
          <w:sz w:val="20"/>
        </w:rPr>
        <w:t>Божественная необходимость</w:t>
      </w:r>
      <w:r>
        <w:rPr>
          <w:i/>
          <w:sz w:val="20"/>
        </w:rPr>
        <w:t xml:space="preserve"> σήμερον ... δεῖ</w:t>
      </w:r>
      <w:r>
        <w:rPr>
          <w:sz w:val="20"/>
        </w:rPr>
        <w:t xml:space="preserve"> [sēmeron ... dei]</w:t>
      </w:r>
      <w:r>
        <w:rPr>
          <w:sz w:val="20"/>
        </w:rPr>
        <w:br/>
        <w:t>«Сегодня» и «Мне нужно» соединяют две важные луканские темы: Божье спасение приходит в настоящее и совершается как часть божественной необходимости.</w:t>
      </w:r>
    </w:p>
    <w:p>
      <w:r>
        <w:t>6. Он поспешно спустился и с радостью принял Иисуса.</w:t>
      </w:r>
    </w:p>
    <w:p>
      <w:r>
        <w:t>7. Увидев это, все роптали: «Он вошёл в дом к грешному человеку».</w:t>
      </w:r>
    </w:p>
    <w:p>
      <w:r>
        <w:t>8. Закхей встал и сказал Господу: «Господи, половину моего имущества я отдаю бедным, а если кого-то в чём-то обманул, возвращаю вчетверо».</w:t>
      </w:r>
    </w:p>
    <w:p>
      <w:pPr>
        <w:ind w:left="360"/>
      </w:pPr>
      <w:r>
        <w:rPr>
          <w:b/>
          <w:sz w:val="20"/>
        </w:rPr>
        <w:t>Покаяние</w:t>
      </w:r>
      <w:r>
        <w:rPr>
          <w:sz w:val="20"/>
        </w:rPr>
        <w:br/>
        <w:t>Ответ Закхея выражает покаяние конкретными действиями: щедростью к бедным и возмещением причинённого вреда.</w:t>
      </w:r>
    </w:p>
    <w:p>
      <w:r>
        <w:t>9. Иисус сказал ему: «Сегодня [σήμερον] спасение [σωτηρία] пришло в этот дом, потому что и он — сын Авраама.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σήμερον σωτηρία τῷ οἴκῳ τούτῳ ἐγένετο</w:t>
      </w:r>
      <w:r>
        <w:rPr>
          <w:sz w:val="20"/>
        </w:rPr>
        <w:t xml:space="preserve"> [sēmeron sōtēria tō oikō toutō egeneto]</w:t>
      </w:r>
      <w:r>
        <w:rPr>
          <w:sz w:val="20"/>
        </w:rPr>
        <w:br/>
        <w:t>«Сегодня спасение пришло в этот дом» — одна из программных формул Луки: спасение становится настоящей реальностью.</w:t>
      </w:r>
    </w:p>
    <w:p>
      <w:pPr>
        <w:ind w:left="360"/>
      </w:pPr>
      <w:r>
        <w:rPr>
          <w:b/>
          <w:sz w:val="20"/>
        </w:rPr>
        <w:t>Завет</w:t>
      </w:r>
      <w:r>
        <w:rPr>
          <w:i/>
          <w:sz w:val="20"/>
        </w:rPr>
        <w:t xml:space="preserve"> υἱὸς Ἀβραάμ</w:t>
      </w:r>
      <w:r>
        <w:rPr>
          <w:sz w:val="20"/>
        </w:rPr>
        <w:t xml:space="preserve"> [huios Abraam]</w:t>
      </w:r>
      <w:r>
        <w:rPr>
          <w:sz w:val="20"/>
        </w:rPr>
        <w:br/>
        <w:t>Иисус восстанавливает Закхея в идентичности «сына Авраама», несмотря на общественное отвержение.</w:t>
      </w:r>
    </w:p>
    <w:p>
      <w:r>
        <w:t>10. Ведь Сын Человеческий пришёл искать и спасать потерянное».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ζητῆσαι καὶ σῶσαι τὸ ἀπολωλός</w:t>
      </w:r>
      <w:r>
        <w:rPr>
          <w:sz w:val="20"/>
        </w:rPr>
        <w:t xml:space="preserve"> [zētēsai kai sōsai to apolōlos]</w:t>
      </w:r>
      <w:r>
        <w:rPr>
          <w:sz w:val="20"/>
        </w:rPr>
        <w:br/>
        <w:t>«Искать и спасать потерянное» формулирует миссию Сына Человеческого и напрямую связывает Закхея с темой Лк 15.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15</w:t>
      </w:r>
    </w:p>
    <w:p>
      <w:r>
        <w:t>11. Когда они слушали это, Иисус рассказал ещё одну притчу, потому что был близко к Иерусалиму, а люди думали, что Царство Божье должно явиться немедленно.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sz w:val="20"/>
        </w:rPr>
        <w:br/>
        <w:t>Притча о минах дана именно потому, что слушатели ожидали немедленного явления Царства; сюжет вводит период ответственности до возвращения царя.</w:t>
      </w:r>
    </w:p>
    <w:p>
      <w:r>
        <w:t>12. Он сказал: «Один человек благородного происхождения отправился в далёкую страну получить царскую власть и затем вернуться.</w:t>
      </w:r>
    </w:p>
    <w:p>
      <w:r>
        <w:t>13. Он позвал десять рабов, дал им десять мин и сказал: “Пустите их в дело, пока я не вернусь”.</w:t>
      </w:r>
    </w:p>
    <w:p>
      <w:r>
        <w:t>14. Но сограждане ненавидели его и отправили вслед за ним посольство сказать: “Мы не хотим, чтобы он царствовал над нами”.</w:t>
      </w:r>
    </w:p>
    <w:p>
      <w:r>
        <w:t>15. Получив царскую власть, он вернулся и велел позвать рабов, которым дал деньги, чтобы узнать, кто сколько приобрёл.</w:t>
      </w:r>
    </w:p>
    <w:p>
      <w:r>
        <w:t>16. Первый пришёл и сказал: “Господин, твоя мина принесла ещё десять мин”.</w:t>
      </w:r>
    </w:p>
    <w:p>
      <w:r>
        <w:t>17. Он ответил: “Хорошо, добрый раб! За то, что ты оказался верным в малом, получи власть над десятью городами”.</w:t>
      </w:r>
    </w:p>
    <w:p>
      <w:pPr>
        <w:ind w:left="360"/>
      </w:pPr>
      <w:r>
        <w:rPr>
          <w:b/>
          <w:sz w:val="20"/>
        </w:rPr>
        <w:t>Управление домом Божьим</w:t>
      </w:r>
      <w:r>
        <w:rPr>
          <w:sz w:val="20"/>
        </w:rPr>
        <w:br/>
        <w:t>Верность в малом получает более широкую ответственность; это повторяет логику управления из Лк 16.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16:10</w:t>
      </w:r>
    </w:p>
    <w:p>
      <w:r>
        <w:t>18. Пришёл второй и сказал: “Твоя мина, господин, принесла ещё пять мин”.</w:t>
      </w:r>
    </w:p>
    <w:p>
      <w:r>
        <w:t>19. И этому он сказал: “Ты будешь над пятью городами”.</w:t>
      </w:r>
    </w:p>
    <w:p>
      <w:r>
        <w:t>20. Другой пришёл и сказал: “Господин, вот твоя мина. Я хранил её завернутой в платок,</w:t>
      </w:r>
    </w:p>
    <w:p>
      <w:r>
        <w:t>21. потому что боялся тебя: ты человек суровый, берёшь то, чего не вкладывал, и жнёшь то, чего не сеял”.</w:t>
      </w:r>
    </w:p>
    <w:p>
      <w:r>
        <w:t>22. Он ответил: “Твоими же словами буду судить тебя, злой раб. Ты знал, что я человек суровый, беру то, чего не вкладывал, и жну то, чего не сеял.</w:t>
      </w:r>
    </w:p>
    <w:p>
      <w:r>
        <w:t>23. Почему же ты не отдал мои деньги в банк? Тогда, вернувшись, я получил бы их с прибылью”.</w:t>
      </w:r>
    </w:p>
    <w:p>
      <w:r>
        <w:t>24. И сказал стоявшим рядом: “Возьмите у него мину и отдайте имеющему десять”.</w:t>
      </w:r>
    </w:p>
    <w:p>
      <w:r>
        <w:t>25. Они сказали: “Господин, у него уже десять мин!”</w:t>
      </w:r>
    </w:p>
    <w:p>
      <w:r>
        <w:t>26. “Говорю вам: всякому имеющему будет дано ещё; а у неимеющего будет отнято даже то, что имеет.</w:t>
      </w:r>
    </w:p>
    <w:p>
      <w:r>
        <w:t>27. А тех моих врагов, которые не хотели, чтобы я царствовал над ними, приведите сюда и убейте передо мной”».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Притча заканчивается суровой сценой суда над врагами царя. Сам перевод греческого не двусмыслен; вопрос богословского применения относится к толкованию.</w:t>
      </w:r>
    </w:p>
    <w:p>
      <w:r>
        <w:t>28. Сказав это, Иисус пошёл впереди, поднимаясь в Иерусалим.</w:t>
      </w:r>
    </w:p>
    <w:p>
      <w:pPr>
        <w:ind w:left="360"/>
      </w:pPr>
      <w:r>
        <w:rPr>
          <w:b/>
          <w:sz w:val="20"/>
        </w:rPr>
        <w:t>Путешествие</w:t>
      </w:r>
      <w:r>
        <w:rPr>
          <w:sz w:val="20"/>
        </w:rPr>
        <w:br/>
        <w:t>После длительного раздела пути Иисус идёт впереди, поднимаясь в Иерусалим: путешествие достигает своей повествовательной цели.</w:t>
      </w:r>
    </w:p>
    <w:p>
      <w:r>
        <w:t>29. Когда Он приблизился к Вифагии и Вифании, у горы, называемой Масличной, послал двух учеников</w:t>
      </w:r>
    </w:p>
    <w:p>
      <w:r>
        <w:t>30. и сказал: «Идите в селение напротив. Войдя в него, найдёте привязанного молодого осла, на которого ещё никто не садился. Отвяжите его и приведите.</w:t>
      </w:r>
    </w:p>
    <w:p>
      <w:r>
        <w:t>31. Если кто-нибудь спросит: “Зачем отвязываете?”, ответьте: “Он нужен Господу”».</w:t>
      </w:r>
    </w:p>
    <w:p>
      <w:r>
        <w:t>32. Посланные пошли и нашли всё так, как Он сказал.</w:t>
      </w:r>
    </w:p>
    <w:p>
      <w:r>
        <w:t>33. Когда они отвязывали осла, его хозяева спросили: «Зачем вы отвязываете осла?»</w:t>
      </w:r>
    </w:p>
    <w:p>
      <w:r>
        <w:t>34. Они ответили: «Он нужен Господу».</w:t>
      </w:r>
    </w:p>
    <w:p>
      <w:r>
        <w:t>35. Они привели осла к Иисусу, набросили на него свои одежды и посадили Иисуса.</w:t>
      </w:r>
    </w:p>
    <w:p>
      <w:r>
        <w:t>36. Когда Он ехал, люди расстилали свои одежды на дороге.</w:t>
      </w:r>
    </w:p>
    <w:p>
      <w:r>
        <w:t>37. Когда Он приблизился к спуску с Масличной горы, всё множество учеников стало громко и радостно славить Бога за все чудеса, которые видели.</w:t>
      </w:r>
    </w:p>
    <w:p>
      <w:r>
        <w:t>38. Они говорили: «Благословен Царь, Идущий во имя Господа! Мир на небе и слава в вышних!»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Возглас основан на Пс 118:26, но Лука добавляет «Царь» и «мир на небе», связывая вход в Иерусалим с мессианской царственностью.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118:26</w:t>
      </w:r>
    </w:p>
    <w:p>
      <w:r>
        <w:t>39. Некоторые фарисеи из толпы сказали Ему: «Учитель, запрети Твоим ученикам!»</w:t>
      </w:r>
    </w:p>
    <w:p>
      <w:r>
        <w:t>40. Он ответил: «Говорю вам: если они замолчат, камни закричат».</w:t>
      </w:r>
    </w:p>
    <w:p>
      <w:pPr>
        <w:ind w:left="360"/>
      </w:pPr>
      <w:r>
        <w:rPr>
          <w:b/>
          <w:sz w:val="20"/>
        </w:rPr>
        <w:t>Пророчество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Ответ о камнях подчёркивает неудержимость свидетельства о царском приходе Иисуса.</w:t>
      </w:r>
    </w:p>
    <w:p>
      <w:r>
        <w:t>41. Когда Иисус приблизился и увидел город, Он заплакал о нём</w:t>
      </w:r>
    </w:p>
    <w:p>
      <w:pPr>
        <w:ind w:left="360"/>
      </w:pPr>
      <w:r>
        <w:rPr>
          <w:b/>
          <w:sz w:val="20"/>
        </w:rPr>
        <w:t>Плач</w:t>
      </w:r>
      <w:r>
        <w:rPr>
          <w:sz w:val="20"/>
        </w:rPr>
        <w:br/>
        <w:t>Иисус плачет над Иерусалимом; грядущий суд у Луки помещён внутри сострадания, а не злорадства.</w:t>
      </w:r>
    </w:p>
    <w:p>
      <w:r>
        <w:t>42. и сказал: «Если бы и ты в этот день понял, что ведёт к миру! Но теперь это скрыто от твоих глаз.</w:t>
      </w:r>
    </w:p>
    <w:p>
      <w:r>
        <w:t>43. Придут дни, когда враги окружат тебя укреплениями, замкнут со всех сторон</w:t>
      </w:r>
    </w:p>
    <w:p>
      <w:r>
        <w:t>44. и разрушат тебя и твоих детей внутри тебя; не оставят в тебе камня на камне, потому что ты не распознал время своего посещения».</w:t>
      </w:r>
    </w:p>
    <w:p>
      <w:pPr>
        <w:ind w:left="360"/>
      </w:pPr>
      <w:r>
        <w:rPr>
          <w:b/>
          <w:sz w:val="20"/>
        </w:rPr>
        <w:t>Посещение</w:t>
      </w:r>
      <w:r>
        <w:rPr>
          <w:i/>
          <w:sz w:val="20"/>
        </w:rPr>
        <w:t xml:space="preserve"> τὸν καιρὸν τῆς ἐπισκοπῆς σου</w:t>
      </w:r>
      <w:r>
        <w:rPr>
          <w:sz w:val="20"/>
        </w:rPr>
        <w:t xml:space="preserve"> [ton kairon tēs episkopēs sou]</w:t>
      </w:r>
      <w:r>
        <w:rPr>
          <w:sz w:val="20"/>
        </w:rPr>
        <w:br/>
        <w:t>«Время твоего посещения» — момент Божьего спасительного приближения, который город не распознал.</w:t>
      </w:r>
    </w:p>
    <w:p>
      <w:r>
        <w:t>45. Войдя в храм, Иисус начал выгонять продающих</w:t>
      </w:r>
    </w:p>
    <w:p>
      <w:r>
        <w:t>46. и сказал: «Написано: “Мой дом будет домом молитвы”, а вы сделали его убежищем разбойников».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Иисус соединяет Ис 56:7 («дом молитвы») и Иер 7:11 («убежище разбойников»), толкуя храм пророчески.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56:7, Иер 7:11</w:t>
      </w:r>
    </w:p>
    <w:p>
      <w:r>
        <w:t>47. Каждый день Он учил в храме. Первосвященники, книжники и влиятельные люди народа искали способ погубить Его,</w:t>
      </w:r>
    </w:p>
    <w:p>
      <w:r>
        <w:t>48. но не находили, что сделать, потому что весь народ неотрывно слушал Его. [ἐξεκρέματο αὐτοῦ ἀκούων — Яркий глагол буквально передаёт, что народ «висел на Нём, слушая» — слушал неотрывно]</w:t>
      </w:r>
    </w:p>
    <w:p>
      <w:pPr>
        <w:ind w:left="360"/>
      </w:pPr>
      <w:r>
        <w:rPr>
          <w:b/>
          <w:sz w:val="20"/>
        </w:rPr>
        <w:t>Слушание</w:t>
      </w:r>
      <w:r>
        <w:rPr>
          <w:i/>
          <w:sz w:val="20"/>
        </w:rPr>
        <w:t xml:space="preserve"> ἐξεκρέματο αὐτοῦ ἀκούων</w:t>
      </w:r>
      <w:r>
        <w:rPr>
          <w:sz w:val="20"/>
        </w:rPr>
        <w:t xml:space="preserve"> [exekremato autou akouōn]</w:t>
      </w:r>
      <w:r>
        <w:rPr>
          <w:sz w:val="20"/>
        </w:rPr>
        <w:br/>
        <w:t>Яркий глагол буквально передаёт, что народ «висел на Нём, слушая» — слушал неотрывно.</w:t>
      </w:r>
    </w:p>
    <w:p>
      <w:pPr>
        <w:pStyle w:val="Heading2"/>
      </w:pPr>
      <w:r>
        <w:t>Глава 20</w:t>
      </w:r>
    </w:p>
    <w:p>
      <w:r>
        <w:t>1. Однажды, когда Иисус учил народ в храме и благовествовал, подошли первосвященники и книжники со старейшинами</w:t>
      </w:r>
    </w:p>
    <w:p>
      <w:r>
        <w:t>2. и спросили: «Скажи нам, какой властью Ты это делаешь? Кто дал Тебе эту власть?»</w:t>
      </w:r>
    </w:p>
    <w:p>
      <w:pPr>
        <w:ind w:left="360"/>
      </w:pPr>
      <w:r>
        <w:rPr>
          <w:b/>
          <w:sz w:val="20"/>
        </w:rPr>
        <w:t>Власть</w:t>
      </w:r>
      <w:r>
        <w:rPr>
          <w:i/>
          <w:sz w:val="20"/>
        </w:rPr>
        <w:t xml:space="preserve"> ἐν ποίᾳ ἐξουσίᾳ</w:t>
      </w:r>
      <w:r>
        <w:rPr>
          <w:sz w:val="20"/>
        </w:rPr>
        <w:t xml:space="preserve"> [en poia exousia]</w:t>
      </w:r>
      <w:r>
        <w:rPr>
          <w:sz w:val="20"/>
        </w:rPr>
        <w:br/>
        <w:t>Спор сосредоточен на ἐξουσία — праве и полномочии Иисуса действовать в храме.</w:t>
      </w:r>
    </w:p>
    <w:p>
      <w:r>
        <w:t>3. Он ответил: «Я тоже задам вам вопрос. Скажите Мне:</w:t>
      </w:r>
    </w:p>
    <w:p>
      <w:r>
        <w:t>4. крещение Иоанна было с неба или от людей?»</w:t>
      </w:r>
    </w:p>
    <w:p>
      <w:r>
        <w:t>5. Они стали рассуждать между собой: «Если скажем: “С неба”, Он спросит: “Почему же вы ему не поверили?”</w:t>
      </w:r>
    </w:p>
    <w:p>
      <w:r>
        <w:t>6. А если скажем: “От людей”, весь народ побьёт нас камнями, потому что убеждён, что Иоанн был пророком».</w:t>
      </w:r>
    </w:p>
    <w:p>
      <w:r>
        <w:t>7. И они ответили, что не знают, откуда оно было.</w:t>
      </w:r>
    </w:p>
    <w:p>
      <w:r>
        <w:t>8. Иисус сказал: «Тогда и Я не скажу вам, какой властью это делаю».</w:t>
      </w:r>
    </w:p>
    <w:p>
      <w:pPr>
        <w:ind w:left="360"/>
      </w:pPr>
      <w:r>
        <w:rPr>
          <w:b/>
          <w:sz w:val="20"/>
        </w:rPr>
        <w:t>Власть</w:t>
      </w:r>
      <w:r>
        <w:rPr>
          <w:sz w:val="20"/>
        </w:rPr>
        <w:br/>
        <w:t>Иисус отказывается отвечать тем, кто уклоняется от честной оценки Иоанна; вопрос об источнике власти остаётся связанным с их отказом поверить Божьему посланнику.</w:t>
      </w:r>
    </w:p>
    <w:p>
      <w:r>
        <w:t>9. Он начал рассказывать народу притчу: «Один человек посадил виноградник, отдал его арендаторам и надолго уехал.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Образ виноградника естественно вызывает Ис 5, где виноградник представляет Божий народ и тему ответственности за плод.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5:1–7</w:t>
      </w:r>
    </w:p>
    <w:p>
      <w:r>
        <w:t>10. В положенное время он послал к арендаторам раба, чтобы они дали ему часть плодов. Но арендаторы избили его и отправили ни с чем.</w:t>
      </w:r>
    </w:p>
    <w:p>
      <w:r>
        <w:t>11. Он послал другого раба; того тоже избили, унизили и отправили ни с чем.</w:t>
      </w:r>
    </w:p>
    <w:p>
      <w:r>
        <w:t>12. Он послал третьего; и этого ранили и выгнали.</w:t>
      </w:r>
    </w:p>
    <w:p>
      <w:r>
        <w:t>13. Тогда хозяин виноградника сказал: “Что мне делать? Пошлю моего любимого сына. Может быть, его они постыдятся”.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τὸν υἱόν μου τὸν ἀγαπητόν</w:t>
      </w:r>
      <w:r>
        <w:rPr>
          <w:sz w:val="20"/>
        </w:rPr>
        <w:t xml:space="preserve"> [ton huion mou ton agapēton]</w:t>
      </w:r>
      <w:r>
        <w:rPr>
          <w:sz w:val="20"/>
        </w:rPr>
        <w:br/>
        <w:t>Хозяин посылает «моего любимого сына» после рабов; притча резко отличает Сына от предыдущих посланников.</w:t>
      </w:r>
    </w:p>
    <w:p>
      <w:r>
        <w:t>14. Но арендаторы, увидев его, стали рассуждать: “Это наследник. Давайте убьём его, чтобы наследство стало нашим”.</w:t>
      </w:r>
    </w:p>
    <w:p>
      <w:r>
        <w:t>15. Они вывели его из виноградника и убили. Что же сделает с ними хозяин виноградника?</w:t>
      </w:r>
    </w:p>
    <w:p>
      <w:r>
        <w:t>16. Он придёт, погубит этих арендаторов и отдаст виноградник другим». Услышав это, люди сказали: «Да не будет!»</w:t>
      </w:r>
    </w:p>
    <w:p>
      <w:r>
        <w:t>17. Но Он посмотрел на них и сказал: «Что же тогда означает написанное: “Камень, который отвергли строители, стал краеугольным”?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Пс 118:22 о отвергнутом камне применяется к Иисусу: отвержение не отменяет Божьего решения сделать Его краеугольным.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118:22</w:t>
      </w:r>
    </w:p>
    <w:p>
      <w:r>
        <w:t>18. Каждый, кто упадёт на этот камень, разобьётся; а на кого он упадёт, того сокрушит».</w:t>
      </w:r>
    </w:p>
    <w:p>
      <w:r>
        <w:t>19. Книжники и первосвященники хотели схватить Его в тот же час, потому что поняли, что Он рассказал эту притчу о них, но боялись народа.</w:t>
      </w:r>
    </w:p>
    <w:p>
      <w:r>
        <w:t>20. Они стали следить за Ним и подослали людей, притворявшихся праведными, чтобы поймать Его на слове и передать власти правителя.</w:t>
      </w:r>
    </w:p>
    <w:p>
      <w:pPr>
        <w:ind w:left="360"/>
      </w:pPr>
      <w:r>
        <w:rPr>
          <w:b/>
          <w:sz w:val="20"/>
        </w:rPr>
        <w:t>Ловушка</w:t>
      </w:r>
      <w:r>
        <w:rPr>
          <w:sz w:val="20"/>
        </w:rPr>
        <w:br/>
        <w:t>Посланные изображают себя праведными, чтобы передать Иисуса власти; Лука раскрывает мотив до начала вопроса о налоге.</w:t>
      </w:r>
    </w:p>
    <w:p>
      <w:r>
        <w:t>21. Те спросили: «Учитель, мы знаем, что Ты правильно говоришь и учишь, не смотришь на положение человека, а истинно учишь пути Бога.</w:t>
      </w:r>
    </w:p>
    <w:p>
      <w:r>
        <w:t>22. Позволено ли нам платить налог кесарю или нет?»</w:t>
      </w:r>
    </w:p>
    <w:p>
      <w:r>
        <w:t>23. Поняв их хитрость, Иисус сказал:</w:t>
      </w:r>
    </w:p>
    <w:p>
      <w:r>
        <w:t>24. «Покажите Мне динарий. Чьё на нём изображение и надпись?» Они ответили: «Кесаря».</w:t>
      </w:r>
    </w:p>
    <w:p>
      <w:pPr>
        <w:ind w:left="360"/>
      </w:pPr>
      <w:r>
        <w:rPr>
          <w:b/>
          <w:sz w:val="20"/>
        </w:rPr>
        <w:t>Образ</w:t>
      </w:r>
      <w:r>
        <w:rPr>
          <w:i/>
          <w:sz w:val="20"/>
        </w:rPr>
        <w:t xml:space="preserve"> εἰκόνα καὶ ἐπιγραφήν</w:t>
      </w:r>
      <w:r>
        <w:rPr>
          <w:sz w:val="20"/>
        </w:rPr>
        <w:t xml:space="preserve"> [eikona kai epigraphēn]</w:t>
      </w:r>
      <w:r>
        <w:rPr>
          <w:sz w:val="20"/>
        </w:rPr>
        <w:br/>
        <w:t>Иисус заставляет оппонентов назвать «изображение и надпись» на монете, прежде чем сформулировать принцип принадлежности.</w:t>
      </w:r>
    </w:p>
    <w:p>
      <w:r>
        <w:t>25. Он сказал: «Тогда отдавайте кесарю то, что принадлежит кесарю, а Богу — то, что принадлежит Богу».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Ответ не просто делит жизнь на «политическое» и «религиозное»: монета несёт образ кесаря, а человек — Божий образ. Последняя часть требования шире первой.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1:26–27</w:t>
      </w:r>
    </w:p>
    <w:p>
      <w:r>
        <w:t>26. Они не смогли поймать Его на слове перед народом и, удивившись ответу, замолчали.</w:t>
      </w:r>
    </w:p>
    <w:p>
      <w:r>
        <w:t>27. К Нему подошли некоторые саддукеи, которые отрицают воскресение, и спросили:</w:t>
      </w:r>
    </w:p>
    <w:p>
      <w:pPr>
        <w:ind w:left="360"/>
      </w:pPr>
      <w:r>
        <w:rPr>
          <w:b/>
          <w:sz w:val="20"/>
        </w:rPr>
        <w:t>Обстановка</w:t>
      </w:r>
      <w:r>
        <w:rPr>
          <w:sz w:val="20"/>
        </w:rPr>
        <w:br/>
        <w:t>Лука заранее напоминает ключевую позицию саддукеев: они отрицают воскресение, поэтому их пример направлен против самой идеи воскресения.</w:t>
      </w:r>
    </w:p>
    <w:p>
      <w:r>
        <w:t>28. «Учитель, Моисей написал нам: если у кого умрёт брат, имевший жену, но бездетный, его брат должен взять жену и продолжить род умершего.</w:t>
      </w:r>
    </w:p>
    <w:p>
      <w:r>
        <w:t>29. Было семь братьев. Первый женился и умер бездетным.</w:t>
      </w:r>
    </w:p>
    <w:p>
      <w:r>
        <w:t>30. Второй</w:t>
      </w:r>
    </w:p>
    <w:p>
      <w:r>
        <w:t>31. и третий взяли её; и так все семеро умерли, не оставив детей.</w:t>
      </w:r>
    </w:p>
    <w:p>
      <w:r>
        <w:t>32. После всех умерла и женщина.</w:t>
      </w:r>
    </w:p>
    <w:p>
      <w:r>
        <w:t>33. Итак, при воскресении чьей женой она будет? Ведь все семеро были её мужьями».</w:t>
      </w:r>
    </w:p>
    <w:p>
      <w:r>
        <w:t>34. Иисус сказал им: «Люди этого века женятся и выходят замуж.</w:t>
      </w:r>
    </w:p>
    <w:p>
      <w:r>
        <w:t>35. Но те, кто будет признан достойным участвовать в том веке и воскресении из мёртвых, не женятся и не выходят замуж.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sz w:val="20"/>
        </w:rPr>
        <w:br/>
        <w:t>Иисус не описывает воскресение как простое продолжение нынешнего социального порядка; «тот век» имеет иной порядок жизни.</w:t>
      </w:r>
    </w:p>
    <w:p>
      <w:r>
        <w:t>36. Они уже не могут умереть, потому что подобны ангелам и, будучи детьми воскресения, являются детьми Божьими.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i/>
          <w:sz w:val="20"/>
        </w:rPr>
        <w:t xml:space="preserve"> υἱοί εἰσιν θεοῦ τῆς ἀναστάσεως υἱοὶ ὄντες</w:t>
      </w:r>
      <w:r>
        <w:rPr>
          <w:sz w:val="20"/>
        </w:rPr>
        <w:t xml:space="preserve"> [huioi eisin theou tēs anastaseōs huioi ontes]</w:t>
      </w:r>
      <w:r>
        <w:rPr>
          <w:sz w:val="20"/>
        </w:rPr>
        <w:br/>
        <w:t>«Дети Божьи» объясняются как «дети воскресения»: бессмертная воскресшая жизнь определяет их новый статус.</w:t>
      </w:r>
    </w:p>
    <w:p>
      <w:r>
        <w:t>37. А что мёртвые воскресают, показал и Моисей в рассказе о кусте, когда называет Господа Богом Авраама, Богом Исаака и Богом Иакова.</w:t>
      </w:r>
    </w:p>
    <w:p>
      <w:r>
        <w:t>38. Он Бог не мёртвых, а живых, потому что для Него все живы».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πάντες γὰρ αὐτῷ ζῶσιν</w:t>
      </w:r>
      <w:r>
        <w:rPr>
          <w:sz w:val="20"/>
        </w:rPr>
        <w:t xml:space="preserve"> [pantes gar autō zōsin]</w:t>
      </w:r>
      <w:r>
        <w:rPr>
          <w:sz w:val="20"/>
        </w:rPr>
        <w:br/>
        <w:t>«Для Него все живы» — аргумент строится на верности Бога Своему завету и реальности жизни перед Ним.</w:t>
      </w:r>
    </w:p>
    <w:p>
      <w:r>
        <w:t>39. Некоторые книжники сказали: «Учитель, Ты хорошо ответил».</w:t>
      </w:r>
    </w:p>
    <w:p>
      <w:r>
        <w:t>40. И больше они не решались ничего спрашивать у Него.</w:t>
      </w:r>
    </w:p>
    <w:p>
      <w:r>
        <w:t>41. Тогда Он спросил их: «Как говорят, что Христос — сын Давида?</w:t>
      </w:r>
    </w:p>
    <w:p>
      <w:r>
        <w:t>42. Ведь сам Давид говорит в книге Псалмов: “Господь сказал моему Господу: сядь справа от Меня,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Иисус цитирует Пс 110:1, важнейший царский псалом, где Давид называет Мессию «моим Господом».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110:1</w:t>
      </w:r>
    </w:p>
    <w:p>
      <w:r>
        <w:t>43. пока Я не положу Твоих врагов под Твои ноги”.</w:t>
      </w:r>
    </w:p>
    <w:p>
      <w:r>
        <w:t>44. Итак, Давид называет Его Господом. Как же Он его сын?»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sz w:val="20"/>
        </w:rPr>
        <w:br/>
        <w:t>Вопрос не отрицает Давидово происхождение Мессии, а показывает, что титул «сын Давида» недостаточен для описания Его статуса.</w:t>
      </w:r>
    </w:p>
    <w:p>
      <w:r>
        <w:t>45. Когда весь народ слушал, Он сказал ученикам:</w:t>
      </w:r>
    </w:p>
    <w:p>
      <w:r>
        <w:t>46. «Берегитесь книжников, которые любят ходить в длинных одеждах, приветствия на площадях, лучшие места в синагогах и почётные места на пирах.</w:t>
      </w:r>
    </w:p>
    <w:p>
      <w:r>
        <w:t>47. Они пожирают дома вдов и для вида долго молятся. Они получат более суровый суд».</w:t>
      </w:r>
    </w:p>
    <w:p>
      <w:pPr>
        <w:ind w:left="360"/>
      </w:pPr>
      <w:r>
        <w:rPr>
          <w:b/>
          <w:sz w:val="20"/>
        </w:rPr>
        <w:t>Суд</w:t>
      </w:r>
      <w:r>
        <w:rPr>
          <w:sz w:val="20"/>
        </w:rPr>
        <w:br/>
        <w:t>Показная религиозность соединяется с эксплуатацией уязвимых; поэтому более суровый суд связан не с длиной молитвы самой по себе, а с лицемерием.</w:t>
      </w:r>
    </w:p>
    <w:p>
      <w:pPr>
        <w:pStyle w:val="Heading2"/>
      </w:pPr>
      <w:r>
        <w:t>Глава 21</w:t>
      </w:r>
    </w:p>
    <w:p>
      <w:r>
        <w:t>1. Подняв глаза, Иисус увидел богатых, кладших свои дары в храмовую сокровищницу.</w:t>
      </w:r>
    </w:p>
    <w:p>
      <w:r>
        <w:t>2. Он увидел и бедную вдову, положившую туда две мелкие монеты,</w:t>
      </w:r>
    </w:p>
    <w:p>
      <w:r>
        <w:t>3. и сказал: «Истинно говорю вам: эта бедная вдова положила больше всех.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sz w:val="20"/>
        </w:rPr>
        <w:br/>
        <w:t>Иисус оценивает дар не по абсолютной сумме, а по отношению к возможностям дающего: бедная вдова «положила больше всех».</w:t>
      </w:r>
    </w:p>
    <w:p>
      <w:r>
        <w:t>4. Потому что все клали дары из своего избытка, а она из своей нужды положила всё, что имела на жизнь». [πάντα τὸν βίον ὃν εἶχεν — означает средства к жизни/жизненное содержание: она отдала всё, чем располагала для жизни]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πάντα τὸν βίον ὃν εἶχεν</w:t>
      </w:r>
      <w:r>
        <w:rPr>
          <w:sz w:val="20"/>
        </w:rPr>
        <w:t xml:space="preserve"> [panta ton bion hon eichen]</w:t>
      </w:r>
      <w:r>
        <w:rPr>
          <w:sz w:val="20"/>
        </w:rPr>
        <w:br/>
        <w:t>βίος здесь означает средства к жизни/жизненное содержание: она отдала всё, чем располагала для жизни.</w:t>
      </w:r>
    </w:p>
    <w:p>
      <w:r>
        <w:t>5. Когда некоторые говорили о храме, украшенном прекрасными камнями и дарами, Он сказал:</w:t>
      </w:r>
    </w:p>
    <w:p>
      <w:r>
        <w:t>6. «Придут дни, когда из того, что вы видите, не останется камня на камне — всё будет разрушено».</w:t>
      </w:r>
    </w:p>
    <w:p>
      <w:pPr>
        <w:ind w:left="360"/>
      </w:pPr>
      <w:r>
        <w:rPr>
          <w:b/>
          <w:sz w:val="20"/>
        </w:rPr>
        <w:t>Храм</w:t>
      </w:r>
      <w:r>
        <w:rPr>
          <w:sz w:val="20"/>
        </w:rPr>
        <w:br/>
        <w:t>Предсказание разрушения храма продолжает плач над Иерусалимом в 19 главе и переводит внимание от величия здания к Божьему суду и верности.</w:t>
      </w:r>
    </w:p>
    <w:p>
      <w:r>
        <w:t>7. Его спросили: «Учитель, когда это произойдёт и какой будет знак того, что это начинает исполняться?»</w:t>
      </w:r>
    </w:p>
    <w:p>
      <w:r>
        <w:t>8. Он сказал: «Смотрите, чтобы вас не обманули. Многие придут под Моим именем и будут говорить: “Это Я” и “Время приблизилось”. Не идите за ними.</w:t>
      </w:r>
    </w:p>
    <w:p>
      <w:pPr>
        <w:ind w:left="360"/>
      </w:pPr>
      <w:r>
        <w:rPr>
          <w:b/>
          <w:sz w:val="20"/>
        </w:rPr>
        <w:t>Предостережение</w:t>
      </w:r>
      <w:r>
        <w:rPr>
          <w:sz w:val="20"/>
        </w:rPr>
        <w:br/>
        <w:t>Первое эсхатологическое повеление — не вычислять дату, а не дать себя обмануть лжемессиями и заявлениями «время приблизилось».</w:t>
      </w:r>
    </w:p>
    <w:p>
      <w:r>
        <w:t>9. Когда услышите о войнах и беспорядках, не пугайтесь. Это должно произойти прежде, но конец придёт не сразу».</w:t>
      </w:r>
    </w:p>
    <w:p>
      <w:pPr>
        <w:ind w:left="360"/>
      </w:pPr>
      <w:r>
        <w:rPr>
          <w:b/>
          <w:sz w:val="20"/>
        </w:rPr>
        <w:t>Божественная необходимость</w:t>
      </w:r>
      <w:r>
        <w:rPr>
          <w:i/>
          <w:sz w:val="20"/>
        </w:rPr>
        <w:t xml:space="preserve"> δεῖ γὰρ ταῦτα γενέσθαι πρῶτον</w:t>
      </w:r>
      <w:r>
        <w:rPr>
          <w:sz w:val="20"/>
        </w:rPr>
        <w:t xml:space="preserve"> [dei gar tauta genesthai prōton]</w:t>
      </w:r>
      <w:r>
        <w:rPr>
          <w:sz w:val="20"/>
        </w:rPr>
        <w:br/>
        <w:t>Войны и беспорядки «должны произойти прежде», но Иисус немедленно запрещает делать вывод, будто конец наступает сразу.</w:t>
      </w:r>
    </w:p>
    <w:p>
      <w:r>
        <w:t>10. Тогда Он сказал им: «Народ восстанет против народа и царство против царства.</w:t>
      </w:r>
    </w:p>
    <w:p>
      <w:r>
        <w:t>11. Будут сильные землетрясения, а в разных местах — голод и эпидемии; будут страшные явления и великие знамения с неба.</w:t>
      </w:r>
    </w:p>
    <w:p>
      <w:r>
        <w:t>12. Но прежде всего этого вас будут хватать и преследовать, предавать в синагоги и тюрьмы и приводить к царям и правителям из-за Моего имени.</w:t>
      </w:r>
    </w:p>
    <w:p>
      <w:r>
        <w:t>13. Это даст вам возможность свидетельствовать.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ἀποβήσεται ὑμῖν εἰς μαρτύριον</w:t>
      </w:r>
      <w:r>
        <w:rPr>
          <w:sz w:val="20"/>
        </w:rPr>
        <w:t xml:space="preserve"> [apobēsetai hymin eis martyrion]</w:t>
      </w:r>
      <w:r>
        <w:rPr>
          <w:sz w:val="20"/>
        </w:rPr>
        <w:br/>
        <w:t>Преследование становится «к свидетельству»: кризис превращается в возможность публично свидетельствовать об Иисусе.</w:t>
      </w:r>
    </w:p>
    <w:p>
      <w:r>
        <w:t>14. Поэтому решите заранее не готовить себе защитную речь,</w:t>
      </w:r>
    </w:p>
    <w:p>
      <w:r>
        <w:t>15. потому что Я дам вам слова и мудрость, которым не смогут противостоять или возразить ваши противники.</w:t>
      </w:r>
    </w:p>
    <w:p>
      <w:pPr>
        <w:ind w:left="360"/>
      </w:pPr>
      <w:r>
        <w:rPr>
          <w:b/>
          <w:sz w:val="20"/>
        </w:rPr>
        <w:t>Обетование</w:t>
      </w:r>
      <w:r>
        <w:rPr>
          <w:i/>
          <w:sz w:val="20"/>
        </w:rPr>
        <w:t xml:space="preserve"> στόμα καὶ σοφίαν</w:t>
      </w:r>
      <w:r>
        <w:rPr>
          <w:sz w:val="20"/>
        </w:rPr>
        <w:t xml:space="preserve"> [stoma kai sophian]</w:t>
      </w:r>
      <w:r>
        <w:rPr>
          <w:sz w:val="20"/>
        </w:rPr>
        <w:br/>
        <w:t>Иисус обещает «уста и мудрость» — способность говорить и содержание ответа перед противниками.</w:t>
      </w:r>
    </w:p>
    <w:p>
      <w:r>
        <w:t>16. Вас будут предавать даже родители, братья, родственники и друзья, и некоторых из вас убьют.</w:t>
      </w:r>
    </w:p>
    <w:p>
      <w:r>
        <w:t>17. Все будут ненавидеть вас из-за Моего имени.</w:t>
      </w:r>
    </w:p>
    <w:p>
      <w:r>
        <w:t>18. Но ни один волос с вашей головы не пропадёт.</w:t>
      </w:r>
    </w:p>
    <w:p>
      <w:pPr>
        <w:ind w:left="360"/>
      </w:pPr>
      <w:r>
        <w:rPr>
          <w:b/>
          <w:sz w:val="20"/>
        </w:rPr>
        <w:t>Заверение</w:t>
      </w:r>
      <w:r>
        <w:rPr>
          <w:sz w:val="20"/>
        </w:rPr>
        <w:br/>
        <w:t>Фраза о волосе не отменяет 21:16, где некоторые будут убиты. Смысл — окончательная сохранность ученика перед Богом, а не отсутствие земного вреда.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Фраза переводится буквально. Соседний контекст о гибели некоторых учеников показывает, что речь об окончательной сохранности перед Богом, а не обещании отсутствия физического вреда.</w:t>
      </w:r>
    </w:p>
    <w:p>
      <w:r>
        <w:t>19. Своей стойкостью [ὑπομονή] вы приобретёте свою жизнь.</w:t>
      </w:r>
    </w:p>
    <w:p>
      <w:pPr>
        <w:ind w:left="360"/>
      </w:pPr>
      <w:r>
        <w:rPr>
          <w:b/>
          <w:sz w:val="20"/>
        </w:rPr>
        <w:t>Стойкость</w:t>
      </w:r>
      <w:r>
        <w:rPr>
          <w:i/>
          <w:sz w:val="20"/>
        </w:rPr>
        <w:t xml:space="preserve"> ἐν τῇ ὑπομονῇ ὑμῶν κτήσεσθε τὰς ψυχὰς ὑμῶν</w:t>
      </w:r>
      <w:r>
        <w:rPr>
          <w:sz w:val="20"/>
        </w:rPr>
        <w:t xml:space="preserve"> [en tē hypomonē hymōn ktēsesthe tas psychas hymōn]</w:t>
      </w:r>
      <w:r>
        <w:rPr>
          <w:sz w:val="20"/>
        </w:rPr>
        <w:br/>
        <w:t>Стойкость/терпение становится способом «приобрести свою жизнь»: ученичество требует длительной верности в давлении.</w:t>
      </w:r>
    </w:p>
    <w:p>
      <w:r>
        <w:t>20. Когда увидите Иерусалим, окружённый войсками, знайте: его опустошение приблизилось.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sz w:val="20"/>
        </w:rPr>
        <w:br/>
        <w:t>В отличие от более символической формулировки у Марка/Матфея, Лука прямо говорит об Иерусалиме, окружённом войсками, делая ближайший исторический горизонт особенно явным.</w:t>
      </w:r>
    </w:p>
    <w:p>
      <w:r>
        <w:t>21. Тогда находящиеся в Иудее пусть бегут в горы, находящиеся в городе — выходят, а находящиеся в окрестностях — не входят в него.</w:t>
      </w:r>
    </w:p>
    <w:p>
      <w:r>
        <w:t>22. Потому что это дни воздаяния, когда исполнится всё написанное.</w:t>
      </w:r>
    </w:p>
    <w:p>
      <w:pPr>
        <w:ind w:left="360"/>
      </w:pPr>
      <w:r>
        <w:rPr>
          <w:b/>
          <w:sz w:val="20"/>
        </w:rPr>
        <w:t>Писание</w:t>
      </w:r>
      <w:r>
        <w:rPr>
          <w:i/>
          <w:sz w:val="20"/>
        </w:rPr>
        <w:t xml:space="preserve"> ἡμέραι ἐκδικήσεως</w:t>
      </w:r>
      <w:r>
        <w:rPr>
          <w:sz w:val="20"/>
        </w:rPr>
        <w:t xml:space="preserve"> [hēmerai ekdikēseōs]</w:t>
      </w:r>
      <w:r>
        <w:rPr>
          <w:sz w:val="20"/>
        </w:rPr>
        <w:br/>
        <w:t>«Дни воздаяния/правосудия» связаны с исполнением написанного; Лука читает катастрофу Иерусалима в пророческой рамке.</w:t>
      </w:r>
    </w:p>
    <w:p>
      <w:r>
        <w:t>23. Тяжело будет беременным и кормящим в те дни, потому что на земле будет великое бедствие и гнев на этот народ.</w:t>
      </w:r>
    </w:p>
    <w:p>
      <w:r>
        <w:t>24. Одни падут от меча, других уведут пленниками во все народы, а Иерусалим будут попирать народы, пока не завершатся времена народов. [καιροὶ ἐθνῶν — «Времена народов» обозначают определённый Богом период, связанный с Иерусалимом и господством народов; Лука не даёт здесь…]</w:t>
      </w:r>
    </w:p>
    <w:p>
      <w:pPr>
        <w:ind w:left="360"/>
      </w:pPr>
      <w:r>
        <w:rPr>
          <w:b/>
          <w:sz w:val="20"/>
        </w:rPr>
        <w:t>Времена язычников</w:t>
      </w:r>
      <w:r>
        <w:rPr>
          <w:i/>
          <w:sz w:val="20"/>
        </w:rPr>
        <w:t xml:space="preserve"> καιροὶ ἐθνῶν</w:t>
      </w:r>
      <w:r>
        <w:rPr>
          <w:sz w:val="20"/>
        </w:rPr>
        <w:t xml:space="preserve"> [kairoi ethnōn]</w:t>
      </w:r>
      <w:r>
        <w:rPr>
          <w:sz w:val="20"/>
        </w:rPr>
        <w:br/>
        <w:t>«Времена народов» обозначают определённый Богом период, связанный с Иерусалимом и господством народов; Лука не даёт здесь календарной длины этого периода.</w:t>
      </w:r>
    </w:p>
    <w:p>
      <w:r>
        <w:t>25. Будут знамения на солнце, луне и звёздах, а на земле народы будут в смятении из-за шума моря и волн.</w:t>
      </w:r>
    </w:p>
    <w:p>
      <w:r>
        <w:t>26. Люди будут изнемогать от страха и ожидания того, что надвигается на мир, потому что небесные силы поколеблются.</w:t>
      </w:r>
    </w:p>
    <w:p>
      <w:r>
        <w:t>27. Тогда увидят Сына Человеческого, приходящего в облаке с силой и великой славой.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sz w:val="20"/>
        </w:rPr>
        <w:br/>
        <w:t>«Сын Человеческий, приходящий в облаке» отсылает к Дан 7:13 и переводит речь от судьбы Иерусалима к явлению Сына Человеческого в славе.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7:13</w:t>
      </w:r>
    </w:p>
    <w:p>
      <w:r>
        <w:t>28. Когда это начнёт происходить, распрямитесь и поднимите головы, потому что ваше избавление [ἀπολύτρωσις] приближается».</w:t>
      </w:r>
    </w:p>
    <w:p>
      <w:pPr>
        <w:ind w:left="360"/>
      </w:pPr>
      <w:r>
        <w:rPr>
          <w:b/>
          <w:sz w:val="20"/>
        </w:rPr>
        <w:t>Надежда</w:t>
      </w:r>
      <w:r>
        <w:rPr>
          <w:i/>
          <w:sz w:val="20"/>
        </w:rPr>
        <w:t xml:space="preserve"> ἡ ἀπολύτρωσις ὑμῶν</w:t>
      </w:r>
      <w:r>
        <w:rPr>
          <w:sz w:val="20"/>
        </w:rPr>
        <w:t xml:space="preserve"> [hē apolytrōsis hymōn]</w:t>
      </w:r>
      <w:r>
        <w:rPr>
          <w:sz w:val="20"/>
        </w:rPr>
        <w:br/>
        <w:t>Для учеников начало этих событий означает приближение «искупления/освобождения», поэтому поза не паники, а поднятой головы.</w:t>
      </w:r>
    </w:p>
    <w:p>
      <w:r>
        <w:t>29. Он рассказал им притчу: «Посмотрите на смоковницу и все деревья.</w:t>
      </w:r>
    </w:p>
    <w:p>
      <w:r>
        <w:t>30. Когда они распускаются, вы сами видите и знаете, что лето уже близко.</w:t>
      </w:r>
    </w:p>
    <w:p>
      <w:r>
        <w:t>31. Так и вы, когда увидите, что это происходит, знайте: Царство Божье близко.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sz w:val="20"/>
        </w:rPr>
        <w:br/>
        <w:t>Как распускающиеся деревья указывают на близость лета, так наблюдаемые события указывают на близость Царства Божьего.</w:t>
      </w:r>
    </w:p>
    <w:p>
      <w:r>
        <w:t>32. Истинно говорю вам: это поколение не пройдёт, пока всё не произойдёт.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ἡ γενεὰ αὕτη</w:t>
      </w:r>
      <w:r>
        <w:rPr>
          <w:sz w:val="20"/>
        </w:rPr>
        <w:t xml:space="preserve"> [hē genea hautē]</w:t>
      </w:r>
      <w:r>
        <w:rPr>
          <w:sz w:val="20"/>
        </w:rPr>
        <w:br/>
        <w:t>«Это поколение» — одна из главных экзегетических трудностей речи. WGT-T сохраняет прямую формулировку без подмены её конкретной теорией.</w:t>
      </w:r>
    </w:p>
    <w:p>
      <w:r>
        <w:t>33. Небо и земля пройдут, но Мои слова не пройдут.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sz w:val="20"/>
        </w:rPr>
        <w:br/>
        <w:t>Иисус ставит долговечность Своих слов выше неба и земли — чрезвычайно сильное утверждение об авторитете Его речи.</w:t>
      </w:r>
    </w:p>
    <w:p>
      <w:r>
        <w:t>34. Следите за собой, чтобы ваши сердца не отяжелели от беспутной жизни, пьянства и житейских забот и тот день не застал вас неожиданно,</w:t>
      </w:r>
    </w:p>
    <w:p>
      <w:pPr>
        <w:ind w:left="360"/>
      </w:pPr>
      <w:r>
        <w:rPr>
          <w:b/>
          <w:sz w:val="20"/>
        </w:rPr>
        <w:t>Бодрствование</w:t>
      </w:r>
      <w:r>
        <w:rPr>
          <w:sz w:val="20"/>
        </w:rPr>
        <w:br/>
        <w:t>Опасность для ученика — не только внешние катастрофы, но и внутреннее притупление сердца беспутством, пьянством и житейскими заботами.</w:t>
      </w:r>
    </w:p>
    <w:p>
      <w:r>
        <w:t>35. потому что он придёт на всех живущих по всей земле.</w:t>
      </w:r>
    </w:p>
    <w:p>
      <w:r>
        <w:t>36. Бодрствуйте и молитесь во всякое время, чтобы иметь силу пройти через всё, что должно произойти, и предстать перед Сыном Человеческим».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ἀγρυπνεῖτε ... δεόμενοι</w:t>
      </w:r>
      <w:r>
        <w:rPr>
          <w:sz w:val="20"/>
        </w:rPr>
        <w:t xml:space="preserve"> [agrypneite ... deomenoi]</w:t>
      </w:r>
      <w:r>
        <w:rPr>
          <w:sz w:val="20"/>
        </w:rPr>
        <w:br/>
        <w:t>Финальный призыв соединяет бодрствование и постоянную молитву; эсхатология у Луки ведёт к верности, а не к спекулятивному календарю.</w:t>
      </w:r>
    </w:p>
    <w:p>
      <w:r>
        <w:t>37. Днём Иисус учил в храме, а ночью выходил и проводил время на горе, называемой Масличной.</w:t>
      </w:r>
    </w:p>
    <w:p>
      <w:r>
        <w:t>38. И весь народ с раннего утра приходил к Нему в храм слушать Его.</w:t>
      </w:r>
    </w:p>
    <w:p>
      <w:pPr>
        <w:pStyle w:val="Heading2"/>
      </w:pPr>
      <w:r>
        <w:t>Глава 22</w:t>
      </w:r>
    </w:p>
    <w:p>
      <w:r>
        <w:t>1. Приближался праздник Пресных хлебов, называемый Пасхой.</w:t>
      </w:r>
    </w:p>
    <w:p>
      <w:r>
        <w:t>2. Первосвященники и книжники искали способ погубить Иисуса, потому что боялись народа.</w:t>
      </w:r>
    </w:p>
    <w:p>
      <w:r>
        <w:t>3. Тогда сатана вошёл в Иуду, называемого Искариотом, одного из двенадцати.</w:t>
      </w:r>
    </w:p>
    <w:p>
      <w:r>
        <w:t>4. Он пошёл и договорился с первосвященниками и начальниками храмовой стражи, как предать им Иисуса.</w:t>
      </w:r>
    </w:p>
    <w:p>
      <w:r>
        <w:t>5. Они обрадовались и согласились дать ему денег.</w:t>
      </w:r>
    </w:p>
    <w:p>
      <w:r>
        <w:t>6. Он согласился и стал искать удобного случая предать Иисуса им без народа.</w:t>
      </w:r>
    </w:p>
    <w:p>
      <w:r>
        <w:t>7. Наступил день Пресных хлебов, когда нужно было приносить пасхальную жертву.</w:t>
      </w:r>
    </w:p>
    <w:p>
      <w:r>
        <w:t>8. Иисус послал Петра и Иоанна, сказав: «Пойдите и приготовьте нам Пасху, чтобы мы ели».</w:t>
      </w:r>
    </w:p>
    <w:p>
      <w:r>
        <w:t>9. Они спросили: «Где Ты хочешь, чтобы мы приготовили?»</w:t>
      </w:r>
    </w:p>
    <w:p>
      <w:r>
        <w:t>10. Он ответил: «Когда войдёте в город, вам встретится человек, несущий кувшин воды. Идите за ним в дом, куда он войдёт,</w:t>
      </w:r>
    </w:p>
    <w:p>
      <w:r>
        <w:t>11. и скажите хозяину дома: “Учитель спрашивает: где гостевая комната, в которой Я буду есть Пасху с Моими учениками?”</w:t>
      </w:r>
    </w:p>
    <w:p>
      <w:r>
        <w:t>12. Он покажет вам большую верхнюю комнату, уже приготовленную. Там приготовьте».</w:t>
      </w:r>
    </w:p>
    <w:p>
      <w:r>
        <w:t>13. Они пошли, нашли всё так, как Он сказал, и приготовили Пасху.</w:t>
      </w:r>
    </w:p>
    <w:p>
      <w:r>
        <w:t>14. Когда настал час, Иисус возлёг за столом, и апостолы с Ним.</w:t>
      </w:r>
    </w:p>
    <w:p>
      <w:r>
        <w:t>15. Он сказал им: «Я очень желал есть эту Пасху с вами прежде Моих страданий. [ἐπιθυμίᾳ ἐπεθύμησα — Семитская усилительная конструкция буквально «желанием возжелал» — очень сильное выражение желания разделить эту Пасху с…]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ἐπιθυμίᾳ ἐπεθύμησα</w:t>
      </w:r>
      <w:r>
        <w:rPr>
          <w:sz w:val="20"/>
        </w:rPr>
        <w:t xml:space="preserve"> [epithymia epethymēsa]</w:t>
      </w:r>
      <w:r>
        <w:rPr>
          <w:sz w:val="20"/>
        </w:rPr>
        <w:br/>
        <w:t>Семитская усилительная конструкция буквально «желанием возжелал» — очень сильное выражение желания разделить эту Пасху с учениками.</w:t>
      </w:r>
    </w:p>
    <w:p>
      <w:r>
        <w:t>16. Говорю вам: Я больше не буду есть её, пока она не исполнится в Царстве Божьем».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sz w:val="20"/>
        </w:rPr>
        <w:br/>
        <w:t>Пасха получает эсхатологическую перспективу: Иисус ожидает её исполнения в Царстве Божьем.</w:t>
      </w:r>
    </w:p>
    <w:p>
      <w:r>
        <w:t>17. Взяв чашу и поблагодарив, Он сказал: «Возьмите её и разделите между собой.</w:t>
      </w:r>
    </w:p>
    <w:p>
      <w:r>
        <w:t>18. Говорю вам: отныне Я не буду пить от плода виноградной лозы, пока не придёт Царство Божье».</w:t>
      </w:r>
    </w:p>
    <w:p>
      <w:r>
        <w:t>19. Затем Он взял хлеб, поблагодарил, разломил, дал им и сказал: «Это Моё тело, отдаваемое за вас. Делайте это в память обо Мне».</w:t>
      </w:r>
    </w:p>
    <w:p>
      <w:pPr>
        <w:ind w:left="360"/>
      </w:pPr>
      <w:r>
        <w:rPr>
          <w:b/>
          <w:sz w:val="20"/>
        </w:rPr>
        <w:t>Память</w:t>
      </w:r>
      <w:r>
        <w:rPr>
          <w:i/>
          <w:sz w:val="20"/>
        </w:rPr>
        <w:t xml:space="preserve"> τοῦτο ποιεῖτε εἰς τὴν ἐμὴν ἀνάμνησιν</w:t>
      </w:r>
      <w:r>
        <w:rPr>
          <w:sz w:val="20"/>
        </w:rPr>
        <w:t xml:space="preserve"> [touto poieite eis tēn emēn anamnēsin]</w:t>
      </w:r>
      <w:r>
        <w:rPr>
          <w:sz w:val="20"/>
        </w:rPr>
        <w:br/>
        <w:t>Повеление «делайте это в память обо Мне» связывает трапезу учеников с постоянным воспоминанием о самоотдаче Иисуса.</w:t>
      </w:r>
    </w:p>
    <w:p>
      <w:r>
        <w:t>20. Так же после ужина Он взял чашу и сказал: «Эта чаша — новый завет [διαθήκη] в Моей крови, проливаемой за вас».</w:t>
      </w:r>
    </w:p>
    <w:p>
      <w:pPr>
        <w:ind w:left="360"/>
      </w:pPr>
      <w:r>
        <w:rPr>
          <w:b/>
          <w:sz w:val="20"/>
        </w:rPr>
        <w:t>Завет</w:t>
      </w:r>
      <w:r>
        <w:rPr>
          <w:i/>
          <w:sz w:val="20"/>
        </w:rPr>
        <w:t xml:space="preserve"> ἡ καινὴ διαθήκη ἐν τῷ αἵματί μου</w:t>
      </w:r>
      <w:r>
        <w:rPr>
          <w:sz w:val="20"/>
        </w:rPr>
        <w:t xml:space="preserve"> [hē kainē diathēkē en tō haimati mou]</w:t>
      </w:r>
      <w:r>
        <w:rPr>
          <w:sz w:val="20"/>
        </w:rPr>
        <w:br/>
        <w:t>διαθήκη — завет. «Новый завет» отсылает к обещанию нового завета у Иеремии и связывается с кровью Иисуса, отдаваемой за учеников.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Иер 31:31–34</w:t>
      </w:r>
    </w:p>
    <w:p>
      <w:pPr>
        <w:ind w:left="360"/>
      </w:pPr>
      <w:r>
        <w:rPr>
          <w:b/>
          <w:sz w:val="20"/>
        </w:rPr>
        <w:t>Текст</w:t>
      </w:r>
      <w:r>
        <w:rPr>
          <w:sz w:val="20"/>
        </w:rPr>
        <w:br/>
        <w:t>22:19b–20 входят в выбранный NST running text; западное опущение фиксируется только в аппарате.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Лк 22:19b–20 в Bible Code corpus имеет полное NST-членство. Для выбранного running text длинная форма входит в основной текст; западное опущение сохраняется в аппарате.</w:t>
      </w:r>
    </w:p>
    <w:p>
      <w:r>
        <w:t>21. «Но вот, рука предающего Меня со Мной за столом.</w:t>
      </w:r>
    </w:p>
    <w:p>
      <w:r>
        <w:t>22. Сын Человеческий уходит, как определено, но горе тому человеку, через которого Он предаётся».</w:t>
      </w:r>
    </w:p>
    <w:p>
      <w:pPr>
        <w:ind w:left="360"/>
      </w:pPr>
      <w:r>
        <w:rPr>
          <w:b/>
          <w:sz w:val="20"/>
        </w:rPr>
        <w:t>Божественная необходимость</w:t>
      </w:r>
      <w:r>
        <w:rPr>
          <w:i/>
          <w:sz w:val="20"/>
        </w:rPr>
        <w:t xml:space="preserve"> κατὰ τὸ ὡρισμένον</w:t>
      </w:r>
      <w:r>
        <w:rPr>
          <w:sz w:val="20"/>
        </w:rPr>
        <w:t xml:space="preserve"> [kata to hōrismenon]</w:t>
      </w:r>
      <w:r>
        <w:rPr>
          <w:sz w:val="20"/>
        </w:rPr>
        <w:br/>
        <w:t>Сын Человеческий идёт «как определено»: предательство входит в Божий замысел, но человеческая ответственность предателя не снимается.</w:t>
      </w:r>
    </w:p>
    <w:p>
      <w:r>
        <w:t>23. И они стали спрашивать друг друга, кто из них собирается это сделать.</w:t>
      </w:r>
    </w:p>
    <w:p>
      <w:r>
        <w:t>24. Между ними возник и спор, кто из них считается больше.</w:t>
      </w:r>
    </w:p>
    <w:p>
      <w:r>
        <w:t>25. Иисус сказал: «Цари народов господствуют над ними, и властвующие называются благодетелями.</w:t>
      </w:r>
    </w:p>
    <w:p>
      <w:r>
        <w:t>26. Но среди вас пусть будет не так. Больший среди вас пусть станет как младший, а руководящий — как служащий.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sz w:val="20"/>
        </w:rPr>
        <w:br/>
        <w:t>Величие в общине учеников переопределяется через младшинство и служение, в контрасте с моделью власти народов.</w:t>
      </w:r>
    </w:p>
    <w:p>
      <w:r>
        <w:t>27. Кто больше: возлежащий за столом или служащий? Разве не возлежащий? Но Я среди вас как служащий.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ἐγὼ δὲ ἐν μέσῳ ὑμῶν εἰμι ὡς ὁ διακονῶν</w:t>
      </w:r>
      <w:r>
        <w:rPr>
          <w:sz w:val="20"/>
        </w:rPr>
        <w:t xml:space="preserve"> [egō de en mesō hymōn eimi hōs ho diakonōn]</w:t>
      </w:r>
      <w:r>
        <w:rPr>
          <w:sz w:val="20"/>
        </w:rPr>
        <w:br/>
        <w:t>Сам Иисус — образец новой модели величия: «Я среди вас как служащий».</w:t>
      </w:r>
    </w:p>
    <w:p>
      <w:r>
        <w:t>28. Вы остались со Мной в Моих испытаниях.</w:t>
      </w:r>
    </w:p>
    <w:p>
      <w:r>
        <w:t>29. И Я завещаю вам Царство, как Мой Отец завещал его Мне,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διατίθεμαι ὑμῖν ... βασιλείαν</w:t>
      </w:r>
      <w:r>
        <w:rPr>
          <w:sz w:val="20"/>
        </w:rPr>
        <w:t xml:space="preserve"> [diatithemai hymin ... basileian]</w:t>
      </w:r>
      <w:r>
        <w:rPr>
          <w:sz w:val="20"/>
        </w:rPr>
        <w:br/>
        <w:t>Глагол родственен διαθήκη и может означать «устанавливаю/завещаю». Иисус дарует ученикам участие в Царстве по образцу дара Отца.</w:t>
      </w:r>
    </w:p>
    <w:p>
      <w:r>
        <w:t>30. чтобы вы ели и пили за Моим столом в Моём Царстве и сидели на престолах, судя двенадцать племён Израиля.</w:t>
      </w:r>
    </w:p>
    <w:p>
      <w:r>
        <w:t>31. Симон, Симон! Вот, сатана потребовал просеять вас, как пшеницу. [ἐξῃτήσατο ὑμᾶς — «Потребовал вас» стоит во множественном числе: сатана просит испытать всю группу учеников, хотя далее Иисус обращается…]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ἐξῃτήσατο ὑμᾶς</w:t>
      </w:r>
      <w:r>
        <w:rPr>
          <w:sz w:val="20"/>
        </w:rPr>
        <w:t xml:space="preserve"> [exētēsato hymas]</w:t>
      </w:r>
      <w:r>
        <w:rPr>
          <w:sz w:val="20"/>
        </w:rPr>
        <w:br/>
        <w:t>«Потребовал вас» стоит во множественном числе: сатана просит испытать всю группу учеников, хотя далее Иисус обращается лично к Петру.</w:t>
      </w:r>
    </w:p>
    <w:p>
      <w:r>
        <w:t>32. Но Я молился о тебе, чтобы твоя вера не угасла. И ты, когда вернёшься, укрепи братьев».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ἐδεήθην περὶ σοῦ ἵνα μὴ ἐκλίπῃ ἡ πίστις σου</w:t>
      </w:r>
      <w:r>
        <w:rPr>
          <w:sz w:val="20"/>
        </w:rPr>
        <w:t xml:space="preserve"> [edeēthēn peri sou hina mē eklipē hē pistis sou]</w:t>
      </w:r>
      <w:r>
        <w:rPr>
          <w:sz w:val="20"/>
        </w:rPr>
        <w:br/>
        <w:t>Иисус говорит, что молился именно о Петре, чтобы его вера не прекратилась окончательно; падение не становится последним словом.</w:t>
      </w:r>
    </w:p>
    <w:p>
      <w:r>
        <w:t>33. Пётр сказал: «Господи, я готов идти с Тобой и в тюрьму, и на смерть».</w:t>
      </w:r>
    </w:p>
    <w:p>
      <w:r>
        <w:t>34. Но Иисус ответил: «Говорю тебе, Пётр: сегодня петух не пропоёт, пока ты трижды не отречёшься, что знаешь Меня».</w:t>
      </w:r>
    </w:p>
    <w:p>
      <w:r>
        <w:t>35. И Он спросил их: «Когда Я посылал вас без кошелька, сумки и сандалий, нуждались ли вы в чём-нибудь?» Они ответили: «Ни в чём».</w:t>
      </w:r>
    </w:p>
    <w:p>
      <w:r>
        <w:t>36. Тогда Он сказал: «Но теперь у кого есть кошелёк, пусть возьмёт его, так же и сумку; а у кого нет, пусть продаст верхнюю одежду и купит меч.</w:t>
      </w:r>
    </w:p>
    <w:p>
      <w:pPr>
        <w:ind w:left="360"/>
      </w:pPr>
      <w:r>
        <w:rPr>
          <w:b/>
          <w:sz w:val="20"/>
        </w:rPr>
        <w:t>Истолкование текста</w:t>
      </w:r>
      <w:r>
        <w:rPr>
          <w:sz w:val="20"/>
        </w:rPr>
        <w:br/>
        <w:t>Повеление о мече нужно читать вместе с 22:37–38 и немедленным запретом насилия в 22:49–51; перевод сохраняет греческий, а толкование не превращает его в инструкцию вооружаться.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Греческая формулировка переводится прямо. Как понимать функцию «меча» в контексте 22:37–38 и 22:49–51 — экзегетический вопрос, а не неопределённость перевода.</w:t>
      </w:r>
    </w:p>
    <w:p>
      <w:r>
        <w:t>37. Потому что говорю вам: должно исполниться на Мне написанное: “И к беззаконникам был причислен”. Всё написанное обо Мне приходит к завершению».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Иисус цитирует Ис 53:12: «к беззаконникам причислен». Страсти интерпретируются через образ Страдающего Раба.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53:12</w:t>
      </w:r>
    </w:p>
    <w:p>
      <w:r>
        <w:t>38. Они сказали: «Господи, вот здесь два меча». Он ответил: «Довольно». [ἱκανόν ἐστιν — Естественное значение здесь — резкое «довольно», прекращающее непонимающий разговор, а не одобрение двух мечей как…]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ἱκανόν ἐστιν</w:t>
      </w:r>
      <w:r>
        <w:rPr>
          <w:sz w:val="20"/>
        </w:rPr>
        <w:t xml:space="preserve"> [hikanon estin]</w:t>
      </w:r>
      <w:r>
        <w:rPr>
          <w:sz w:val="20"/>
        </w:rPr>
        <w:br/>
        <w:t>Естественное значение здесь — резкое «довольно», прекращающее непонимающий разговор, а не одобрение двух мечей как достаточного вооружения.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ἱκανόν ἐστιν естественно может быть резким прекращением разговора — «довольно». Это лучше избегает ложного смысла, будто Иисус подтверждает достаточность двух мечей для вооружённой защиты.</w:t>
      </w:r>
    </w:p>
    <w:p>
      <w:r>
        <w:t>39. Выйдя, Иисус по обычаю пошёл на Масличную гору; ученики последовали за Ним.</w:t>
      </w:r>
    </w:p>
    <w:p>
      <w:r>
        <w:t>40. Придя на место, Он сказал им: «Молитесь, чтобы не войти в искушение».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μὴ εἰσελθεῖν εἰς πειρασμόν</w:t>
      </w:r>
      <w:r>
        <w:rPr>
          <w:sz w:val="20"/>
        </w:rPr>
        <w:t xml:space="preserve"> [mē eiselthein eis peirasmon]</w:t>
      </w:r>
      <w:r>
        <w:rPr>
          <w:sz w:val="20"/>
        </w:rPr>
        <w:br/>
        <w:t>Формулировка перекликается с молитвой Господней: ученики должны молиться, чтобы не войти в испытание/искушение.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11:4</w:t>
      </w:r>
    </w:p>
    <w:p>
      <w:r>
        <w:t>41. Сам отошёл от них примерно на расстояние броска камня, встал на колени и молился:</w:t>
      </w:r>
    </w:p>
    <w:p>
      <w:r>
        <w:t>42. «Отец, если Ты хочешь, пронеси эту чашу мимо Меня. Но пусть будет не Моя воля, а Твоя».</w:t>
      </w:r>
    </w:p>
    <w:p>
      <w:pPr>
        <w:ind w:left="360"/>
      </w:pPr>
      <w:r>
        <w:rPr>
          <w:b/>
          <w:sz w:val="20"/>
        </w:rPr>
        <w:t>Покорность</w:t>
      </w:r>
      <w:r>
        <w:rPr>
          <w:sz w:val="20"/>
        </w:rPr>
        <w:br/>
        <w:t>Молитва Иисуса не отрицает тяжести предстоящего, но подчиняет собственное желание воле Отца.</w:t>
      </w:r>
    </w:p>
    <w:p>
      <w:r>
        <w:t>43. Тогда Ему явился ангел с неба и укреплял Его.</w:t>
      </w:r>
    </w:p>
    <w:p>
      <w:pPr>
        <w:ind w:left="360"/>
      </w:pPr>
      <w:r>
        <w:rPr>
          <w:b/>
          <w:sz w:val="20"/>
        </w:rPr>
        <w:t>Текст</w:t>
      </w:r>
      <w:r>
        <w:rPr>
          <w:sz w:val="20"/>
        </w:rPr>
        <w:br/>
        <w:t>22:43–44 имеют важную внешнюю текстовую дискуссию, однако входят в выбранный NST running text проекта и поэтому сохраняются в основном тексте.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Лк 22:43 имеет NST-членство в Bible Code corpus. Несмотря на важное внешнее опущение в части ранних свидетелей, в выбранном running text стих сохраняется; вариант отмечается в аппарате.</w:t>
      </w:r>
    </w:p>
    <w:p>
      <w:r>
        <w:t>44. Находясь в глубокой внутренней борьбе, Он молился ещё усерднее, и Его пот падал на землю крупными каплями.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Лк 22:44 также входит в выбранный NST running text. Внешнюю дискуссию о 22:43–44 сохраняем в аппарате, но red снимаем.</w:t>
      </w:r>
    </w:p>
    <w:p>
      <w:r>
        <w:t>45. Поднявшись после молитвы, Он пришёл к ученикам и нашёл их спящими от печали.</w:t>
      </w:r>
    </w:p>
    <w:p>
      <w:pPr>
        <w:ind w:left="360"/>
      </w:pPr>
      <w:r>
        <w:rPr>
          <w:b/>
          <w:sz w:val="20"/>
        </w:rPr>
        <w:t>Психология</w:t>
      </w:r>
      <w:r>
        <w:rPr>
          <w:i/>
          <w:sz w:val="20"/>
        </w:rPr>
        <w:t xml:space="preserve"> κοιμωμένους ... ἀπὸ τῆς λύπης</w:t>
      </w:r>
      <w:r>
        <w:rPr>
          <w:sz w:val="20"/>
        </w:rPr>
        <w:t xml:space="preserve"> [koimōmenous ... apo tēs lypēs]</w:t>
      </w:r>
      <w:r>
        <w:rPr>
          <w:sz w:val="20"/>
        </w:rPr>
        <w:br/>
        <w:t>Лука объясняет сон учеников «от печали», добавляя эмоциональную причину их истощения.</w:t>
      </w:r>
    </w:p>
    <w:p>
      <w:r>
        <w:t>46. Он сказал им: «Почему вы спите? Встаньте и молитесь, чтобы не войти в искушение».</w:t>
      </w:r>
    </w:p>
    <w:p>
      <w:r>
        <w:t>47. Пока Он ещё говорил, появилась толпа. Впереди шёл Иуда, один из двенадцати. Он подошёл к Иисусу, чтобы поцеловать Его.</w:t>
      </w:r>
    </w:p>
    <w:p>
      <w:r>
        <w:t>48. Иисус сказал: «Иуда, поцелуем ты предаёшь Сына Человеческого?»</w:t>
      </w:r>
    </w:p>
    <w:p>
      <w:r>
        <w:t>49. Бывшие с Ним, увидев, к чему идёт дело, спросили: «Господи, ударить мечом?»</w:t>
      </w:r>
    </w:p>
    <w:p>
      <w:r>
        <w:t>50. И один из них ранил слугу первосвященника.</w:t>
      </w:r>
    </w:p>
    <w:p>
      <w:r>
        <w:t>51. Но Иисус сказал: «Остановитесь». Он коснулся его уха и исцелил его.</w:t>
      </w:r>
    </w:p>
    <w:p>
      <w:pPr>
        <w:ind w:left="360"/>
      </w:pPr>
      <w:r>
        <w:rPr>
          <w:b/>
          <w:sz w:val="20"/>
        </w:rPr>
        <w:t>Ненасилие</w:t>
      </w:r>
      <w:r>
        <w:rPr>
          <w:sz w:val="20"/>
        </w:rPr>
        <w:br/>
        <w:t>Иисус прекращает применение меча и исцеляет пострадавшего, не позволяя ученикам превратить Его арест в вооружённую защиту.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Возвращаем конкретную деталь οὖς «ухо». Филологической неопределённости нет.</w:t>
      </w:r>
    </w:p>
    <w:p>
      <w:r>
        <w:t>52. Иисус сказал пришедшим против Него первосвященникам, начальникам храмовой стражи и старейшинам: «Вы вышли с мечами и палками, словно против разбойника?</w:t>
      </w:r>
    </w:p>
    <w:p>
      <w:r>
        <w:t>53. Каждый день Я был с вами в храме, и вы не поднимали на Меня руки. Но сейчас ваш час и власть тьмы».</w:t>
      </w:r>
    </w:p>
    <w:p>
      <w:pPr>
        <w:ind w:left="360"/>
      </w:pPr>
      <w:r>
        <w:rPr>
          <w:b/>
          <w:sz w:val="20"/>
        </w:rPr>
        <w:t>Тьма</w:t>
      </w:r>
      <w:r>
        <w:rPr>
          <w:i/>
          <w:sz w:val="20"/>
        </w:rPr>
        <w:t xml:space="preserve"> ἡ ὥρα ὑμῶν καὶ ἡ ἐξουσία τοῦ σκότους</w:t>
      </w:r>
      <w:r>
        <w:rPr>
          <w:sz w:val="20"/>
        </w:rPr>
        <w:t xml:space="preserve"> [hē hōra hymōn kai hē exousia tou skotous]</w:t>
      </w:r>
      <w:r>
        <w:rPr>
          <w:sz w:val="20"/>
        </w:rPr>
        <w:br/>
        <w:t>Арест назван «вашим часом и властью тьмы»: Лука интерпретирует событие не только политически, но и духовно.</w:t>
      </w:r>
    </w:p>
    <w:p>
      <w:r>
        <w:t>54. Схватив Его, они повели и привели в дом первосвященника. Пётр следовал издали.</w:t>
      </w:r>
    </w:p>
    <w:p>
      <w:r>
        <w:t>55. Во дворе развели огонь и сели вокруг него; Пётр сел среди них.</w:t>
      </w:r>
    </w:p>
    <w:p>
      <w:r>
        <w:t>56. Одна служанка увидела его сидящим у огня, внимательно посмотрела и сказала: «Этот тоже был с Ним».</w:t>
      </w:r>
    </w:p>
    <w:p>
      <w:r>
        <w:t>57. Но он отрёкся: «Женщина, я Его не знаю».</w:t>
      </w:r>
    </w:p>
    <w:p>
      <w:r>
        <w:t>58. Немного спустя другой человек увидел его и сказал: «И ты из них». Пётр ответил: «Нет, человек».</w:t>
      </w:r>
    </w:p>
    <w:p>
      <w:r>
        <w:t>59. Примерно через час ещё один уверенно сказал: «Точно и этот был с Ним, ведь он галилеянин».</w:t>
      </w:r>
    </w:p>
    <w:p>
      <w:r>
        <w:t>60. Но Пётр сказал: «Человек, не знаю, о чём ты говоришь». И сразу, пока он ещё говорил, пропел петух.</w:t>
      </w:r>
    </w:p>
    <w:p>
      <w:r>
        <w:t>61. Господь повернулся и посмотрел на Петра. Тогда Пётр вспомнил слова Господа: «Прежде чем сегодня пропоёт петух, ты трижды отречёшься от Меня».</w:t>
      </w:r>
    </w:p>
    <w:p>
      <w:pPr>
        <w:ind w:left="360"/>
      </w:pPr>
      <w:r>
        <w:rPr>
          <w:b/>
          <w:sz w:val="20"/>
        </w:rPr>
        <w:t>Повествование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Один взгляд Иисуса запускает память Петра о сказанном ранее; повествование связывает падение с уже обещанным будущим восстановлением.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22:32</w:t>
      </w:r>
    </w:p>
    <w:p>
      <w:r>
        <w:t>62. И он вышел и горько заплакал.</w:t>
      </w:r>
    </w:p>
    <w:p>
      <w:r>
        <w:t>63. Люди, державшие Иисуса, издевались над Ним и били Его.</w:t>
      </w:r>
    </w:p>
    <w:p>
      <w:r>
        <w:t>64. Они закрывали Ему лицо и спрашивали: «Пророчествуй! Кто Тебя ударил?»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περικαλύψαντες «закрыв/завязав лицо» входит в основной корпус. Дополнительная деталь ударов по лицу относится к TR-слою; основной перевод принят.</w:t>
      </w:r>
    </w:p>
    <w:p>
      <w:r>
        <w:t>65. И говорили против Него много другого, оскорбляя Его.</w:t>
      </w:r>
    </w:p>
    <w:p>
      <w:r>
        <w:t>66. Когда наступил день, собрались старейшины народа, первосвященники и книжники и привели Его в свой совет.</w:t>
      </w:r>
    </w:p>
    <w:p>
      <w:r>
        <w:t>67. Они сказали: «Если Ты Христос, скажи нам». Он ответил: «Если скажу, вы не поверите,</w:t>
      </w:r>
    </w:p>
    <w:p>
      <w:r>
        <w:t>68. а если спрошу, не ответите.</w:t>
      </w:r>
    </w:p>
    <w:p>
      <w:r>
        <w:t>69. Но отныне Сын Человеческий будет сидеть справа от силы Божьей».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Сын Человеческий «справа от силы Божьей» соединяет язык Дан 7 и Пс 110, выражая небесную власть после унижения.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7:13, Пс 110:1</w:t>
      </w:r>
    </w:p>
    <w:p>
      <w:r>
        <w:t>70. Все спросили: «Значит, Ты Сын Божий?» Он ответил: «Вы сами говорите, что Я».</w:t>
      </w:r>
    </w:p>
    <w:p>
      <w:r>
        <w:t>71. Они сказали: «Зачем нам ещё свидетельство? Мы сами слышали из Его уст».</w:t>
      </w:r>
    </w:p>
    <w:p>
      <w:pPr>
        <w:pStyle w:val="Heading2"/>
      </w:pPr>
      <w:r>
        <w:t>Глава 23</w:t>
      </w:r>
    </w:p>
    <w:p>
      <w:r>
        <w:t>1. Всё собрание поднялось и повело Иисуса к Пилату.</w:t>
      </w:r>
    </w:p>
    <w:p>
      <w:r>
        <w:t>2. Они начали обвинять Его: «Мы нашли, что Этот человек развращает наш народ, запрещает платить налоги кесарю и называет Себя Христом-Царём».</w:t>
      </w:r>
    </w:p>
    <w:p>
      <w:r>
        <w:t>3. Пилат спросил: «Ты — Царь иудеев?» Иисус ответил: «Ты сам говоришь».</w:t>
      </w:r>
    </w:p>
    <w:p>
      <w:pPr>
        <w:ind w:left="360"/>
      </w:pPr>
      <w:r>
        <w:rPr>
          <w:b/>
          <w:sz w:val="20"/>
        </w:rPr>
        <w:t>Царствование</w:t>
      </w:r>
      <w:r>
        <w:rPr>
          <w:i/>
          <w:sz w:val="20"/>
        </w:rPr>
        <w:t xml:space="preserve"> σὺ λέγεις</w:t>
      </w:r>
      <w:r>
        <w:rPr>
          <w:sz w:val="20"/>
        </w:rPr>
        <w:t xml:space="preserve"> [sy legeis]</w:t>
      </w:r>
      <w:r>
        <w:rPr>
          <w:sz w:val="20"/>
        </w:rPr>
        <w:br/>
        <w:t>Краткий ответ Иисуса «ты говоришь» принимает формулировку вопроса Пилата, но не разворачивает царственность в политических категориях обвинителей.</w:t>
      </w:r>
    </w:p>
    <w:p>
      <w:r>
        <w:t>4. Пилат сказал первосвященникам и народу: «Я не нахожу в этом Человеке никакой вины».</w:t>
      </w:r>
    </w:p>
    <w:p>
      <w:pPr>
        <w:ind w:left="360"/>
      </w:pPr>
      <w:r>
        <w:rPr>
          <w:b/>
          <w:sz w:val="20"/>
        </w:rPr>
        <w:t>Невинность</w:t>
      </w:r>
      <w:r>
        <w:rPr>
          <w:sz w:val="20"/>
        </w:rPr>
        <w:br/>
        <w:t>Пилат начинает повторяющийся луканский мотив отсутствия доказанной вины Иисуса.</w:t>
      </w:r>
    </w:p>
    <w:p>
      <w:r>
        <w:t>5. Но они настаивали: «Он возбуждает народ, уча по всей Иудее, начиная от Галилеи и до этого места».</w:t>
      </w:r>
    </w:p>
    <w:p>
      <w:r>
        <w:t>6. Услышав это, Пилат спросил, галилеянин ли Он.</w:t>
      </w:r>
    </w:p>
    <w:p>
      <w:r>
        <w:t>7. Узнав, что Иисус из области Ирода, он отправил Его к Ироду, который в те дни тоже находился в Иерусалиме.</w:t>
      </w:r>
    </w:p>
    <w:p>
      <w:r>
        <w:t>8. Ирод очень обрадовался, увидев Иисуса, потому что давно хотел Его увидеть: много слышал о Нём и надеялся увидеть какое-нибудь знамение.</w:t>
      </w:r>
    </w:p>
    <w:p>
      <w:r>
        <w:t>9. Он задавал Ему много вопросов, но Иисус ничего не отвечал.</w:t>
      </w:r>
    </w:p>
    <w:p>
      <w:r>
        <w:t>10. Первосвященники и книжники стояли рядом и яростно обвиняли Его.</w:t>
      </w:r>
    </w:p>
    <w:p>
      <w:r>
        <w:t>11. Ирод со своими воинами унизил Его, насмехался, одел в роскошную одежду и отправил обратно к Пилату.</w:t>
      </w:r>
    </w:p>
    <w:p>
      <w:r>
        <w:t>12. В тот день Ирод и Пилат стали друзьями, хотя прежде враждовали.</w:t>
      </w:r>
    </w:p>
    <w:p>
      <w:r>
        <w:t>13. Пилат созвал первосвященников, начальников и народ</w:t>
      </w:r>
    </w:p>
    <w:p>
      <w:r>
        <w:t>14. и сказал им: «Вы привели ко мне Этого Человека как развращающего народ. Я допросил Его при вас и не нашёл в Нём вины по тем обвинениям, которые вы выдвигаете.</w:t>
      </w:r>
    </w:p>
    <w:p>
      <w:r>
        <w:t>15. И Ирод тоже не нашёл, потому что отправил Его обратно к нам. Он не сделал ничего заслуживающего смерти.</w:t>
      </w:r>
    </w:p>
    <w:p>
      <w:pPr>
        <w:ind w:left="360"/>
      </w:pPr>
      <w:r>
        <w:rPr>
          <w:b/>
          <w:sz w:val="20"/>
        </w:rPr>
        <w:t>Невинность</w:t>
      </w:r>
      <w:r>
        <w:rPr>
          <w:sz w:val="20"/>
        </w:rPr>
        <w:br/>
        <w:t>Ирод также не находит основания для смертного приговора; Лука накапливает юридическое свидетельство невиновности.</w:t>
      </w:r>
    </w:p>
    <w:p>
      <w:r>
        <w:t>16. Поэтому я накажу Его и отпущу».</w:t>
      </w:r>
    </w:p>
    <w:p>
      <w:r>
        <w:t xml:space="preserve">17. 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 Bible Code corpus этот стих имеет только TR-членство и отсутствует в N/S. Поэтому основной текст Луки его не включает.</w:t>
      </w:r>
    </w:p>
    <w:p>
      <w:r>
        <w:t>18. Но весь народ закричал: «Убери Его! Отпусти нам Варавву!»</w:t>
      </w:r>
    </w:p>
    <w:p>
      <w:r>
        <w:t>19. Варавва был заключён за мятеж в городе и убийство.</w:t>
      </w:r>
    </w:p>
    <w:p>
      <w:r>
        <w:t>20. Пилат снова обратился к ним, желая отпустить Иисуса.</w:t>
      </w:r>
    </w:p>
    <w:p>
      <w:r>
        <w:t>21. Но они кричали: «Распни! Распни Его!»</w:t>
      </w:r>
    </w:p>
    <w:p>
      <w:r>
        <w:t>22. Он сказал им в третий раз: «Какое же зло Он сделал? Я не нашёл в Нём ничего заслуживающего смерти. Поэтому накажу Его и отпущу».</w:t>
      </w:r>
    </w:p>
    <w:p>
      <w:r>
        <w:t>23. Но они громко требовали распять Его, и их крики одержали верх.</w:t>
      </w:r>
    </w:p>
    <w:p>
      <w:pPr>
        <w:ind w:left="360"/>
      </w:pPr>
      <w:r>
        <w:rPr>
          <w:b/>
          <w:sz w:val="20"/>
        </w:rPr>
        <w:t>Повествование</w:t>
      </w:r>
      <w:r>
        <w:rPr>
          <w:sz w:val="20"/>
        </w:rPr>
        <w:br/>
        <w:t>Настойчивость обвинителей побеждает не доказательством, а давлением; Лука противопоставляет отсутствие вины силе требований толпы.</w:t>
      </w:r>
    </w:p>
    <w:p>
      <w:r>
        <w:t>24. Пилат решил исполнить их требование.</w:t>
      </w:r>
    </w:p>
    <w:p>
      <w:r>
        <w:t>25. Он отпустил того, кого они просили, заключённого за мятеж и убийство, а Иисуса предал их воле.</w:t>
      </w:r>
    </w:p>
    <w:p>
      <w:pPr>
        <w:ind w:left="360"/>
      </w:pPr>
      <w:r>
        <w:rPr>
          <w:b/>
          <w:sz w:val="20"/>
        </w:rPr>
        <w:t>Ирония</w:t>
      </w:r>
      <w:r>
        <w:rPr>
          <w:sz w:val="20"/>
        </w:rPr>
        <w:br/>
        <w:t>Освобождается человек, реально заключённый за мятеж и убийство, а невиновный Иисус предаётся воле обвинителей.</w:t>
      </w:r>
    </w:p>
    <w:p>
      <w:r>
        <w:t>26. Когда Его повели, схватили Симона из Кирены, возвращавшегося с поля, и возложили на него крест, чтобы он нёс его за Иисусом.</w:t>
      </w:r>
    </w:p>
    <w:p>
      <w:pPr>
        <w:ind w:left="360"/>
      </w:pPr>
      <w:r>
        <w:rPr>
          <w:b/>
          <w:sz w:val="20"/>
        </w:rPr>
        <w:t>Ученичество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Симон несёт крест «за Иисусом» — язык, который Лука ранее использовал как образ ученичества.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9:23</w:t>
      </w:r>
    </w:p>
    <w:p>
      <w:r>
        <w:t>27. За Ним шло большое множество народа и женщин, которые оплакивали Его.</w:t>
      </w:r>
    </w:p>
    <w:p>
      <w:r>
        <w:t>28. Иисус повернулся к ним и сказал: «Дочери Иерусалима, не плачьте обо Мне. Плачьте о себе и о своих детях.</w:t>
      </w:r>
    </w:p>
    <w:p>
      <w:pPr>
        <w:ind w:left="360"/>
      </w:pPr>
      <w:r>
        <w:rPr>
          <w:b/>
          <w:sz w:val="20"/>
        </w:rPr>
        <w:t>Плач</w:t>
      </w:r>
      <w:r>
        <w:rPr>
          <w:sz w:val="20"/>
        </w:rPr>
        <w:br/>
        <w:t>Даже по пути к казни Иисус перенаправляет плач женщин к судьбе Иерусалима, продолжая плач 19 главы.</w:t>
      </w:r>
    </w:p>
    <w:p>
      <w:r>
        <w:t>29. Потому что придут дни, когда скажут: “Блаженны бесплодные, не рожавшие и не кормившие”.</w:t>
      </w:r>
    </w:p>
    <w:p>
      <w:r>
        <w:t>30. Тогда начнут говорить горам: “Падите на нас”, и холмам: “Скройте нас”.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Слова о горах и холмах отсылают к Ос 10:8 — образу ужаса перед Божьим судом.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Ос 10:8</w:t>
      </w:r>
    </w:p>
    <w:p>
      <w:r>
        <w:t>31. Потому что если так поступают с зелёным деревом, что будет с сухим?»</w:t>
      </w:r>
    </w:p>
    <w:p>
      <w:r>
        <w:t>32. Вели с Ним и двух других, преступников, чтобы казнить их.</w:t>
      </w:r>
    </w:p>
    <w:p>
      <w:r>
        <w:t>33. Когда пришли на место, называемое Черепом, там распяли Его и преступников — одного справа, другого слева.</w:t>
      </w:r>
    </w:p>
    <w:p>
      <w:r>
        <w:t>34. Иисус сказал: «Отец, прости им, потому что они не знают, что делают». Потом разделили Его одежды, бросая жребий.</w:t>
      </w:r>
    </w:p>
    <w:p>
      <w:pPr>
        <w:ind w:left="360"/>
      </w:pPr>
      <w:r>
        <w:rPr>
          <w:b/>
          <w:sz w:val="20"/>
        </w:rPr>
        <w:t>Прощение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Молитва о прощении врагов воплощает ранее данное Иисусом учение о молитве за обижающих.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6:28</w:t>
      </w:r>
    </w:p>
    <w:p>
      <w:pPr>
        <w:ind w:left="360"/>
      </w:pPr>
      <w:r>
        <w:rPr>
          <w:b/>
          <w:sz w:val="20"/>
        </w:rPr>
        <w:t>Текст</w:t>
      </w:r>
      <w:r>
        <w:rPr>
          <w:sz w:val="20"/>
        </w:rPr>
        <w:br/>
        <w:t>Молитва 23:34 входит в выбранный NST running text; внешнее опущение остаётся в аппарате.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Молитва «Отец, прости им...» в Bible Code corpus имеет NST-членство. Для нашего running text она остаётся в основном тексте; внешнее опущение фиксируется в аппарате.</w:t>
      </w:r>
    </w:p>
    <w:p>
      <w:r>
        <w:t>35. Народ стоял и смотрел. Начальники насмехались: «Других спасал — пусть спасёт Себя, если Он Христос Божий, Избранный».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ὁ χριστὸς τοῦ θεοῦ ὁ ἐκλεκτός</w:t>
      </w:r>
      <w:r>
        <w:rPr>
          <w:sz w:val="20"/>
        </w:rPr>
        <w:t xml:space="preserve"> [ho christos tou theou ho eklektos]</w:t>
      </w:r>
      <w:r>
        <w:rPr>
          <w:sz w:val="20"/>
        </w:rPr>
        <w:br/>
        <w:t>Насмешка невольно соединяет два истинных титула — «Христос Божий» и «Избранный», перекликаясь с Преображением.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9:20, Лк 9:35</w:t>
      </w:r>
    </w:p>
    <w:p>
      <w:r>
        <w:t>36. Насмехались над Ним и воины, подходя и предлагая кислое вино,</w:t>
      </w:r>
    </w:p>
    <w:p>
      <w:r>
        <w:t>37. и говорили: «Если Ты Царь иудеев, спаси Себя».</w:t>
      </w:r>
    </w:p>
    <w:p>
      <w:r>
        <w:t>38. Над Ним была надпись: «Это Царь иудеев».</w:t>
      </w:r>
    </w:p>
    <w:p>
      <w:r>
        <w:t>39. Один из распятых рядом преступников оскорблял Его: «Разве Ты не Христос? Спаси Себя и нас!»</w:t>
      </w:r>
    </w:p>
    <w:p>
      <w:r>
        <w:t>40. Но другой остановил его: «Неужели ты не боишься Бога? Ведь ты под тем же приговором.</w:t>
      </w:r>
    </w:p>
    <w:p>
      <w:r>
        <w:t>41. Мы осуждены справедливо и получаем по делам; а Он ничего плохого не сделал».</w:t>
      </w:r>
    </w:p>
    <w:p>
      <w:r>
        <w:t>42. И сказал: «Иисус, вспомни обо мне, когда придёшь в Своё Царство».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sz w:val="20"/>
        </w:rPr>
        <w:br/>
        <w:t>Осуждённый обращается к Иисусу с надеждой на Его будущее Царство даже в момент видимого поражения.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Основной критический текст поддерживает обращение «Иисус, вспомни обо мне, когда придёшь в Своё Царство». Вариантная форма остаётся в аппарате; основной перевод принят.</w:t>
      </w:r>
    </w:p>
    <w:p>
      <w:r>
        <w:t>43. Иисус ответил: «Истинно говорю тебе: сегодня [σήμερον] ты будешь со Мной в раю».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σήμερον μετ᾽ ἐμοῦ ἔσῃ ἐν τῷ παραδείσῳ</w:t>
      </w:r>
      <w:r>
        <w:rPr>
          <w:sz w:val="20"/>
        </w:rPr>
        <w:t xml:space="preserve"> [sēmeron met' emou esē en tō paradeisō]</w:t>
      </w:r>
      <w:r>
        <w:rPr>
          <w:sz w:val="20"/>
        </w:rPr>
        <w:br/>
        <w:t>Естественный синтаксис связывает σήμερον с обещанием «сегодня будешь со Мной». Для Луки «сегодня» вновь маркирует наступившее спасение.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Без пунктуации древнего греческого теоретически возможны разные расстановки, но синтаксис и формула ἀμήν σοι λέγω естественно связывают σήμερον с «будешь». Основной перевод принят.</w:t>
      </w:r>
    </w:p>
    <w:p>
      <w:r>
        <w:t>44. Было около шестого часа, и тьма покрыла всю землю до девятого часа.</w:t>
      </w:r>
    </w:p>
    <w:p>
      <w:r>
        <w:t>45. Солнце померкло, и завеса храма разорвалась посередине.</w:t>
      </w:r>
    </w:p>
    <w:p>
      <w:pPr>
        <w:ind w:left="360"/>
      </w:pPr>
      <w:r>
        <w:rPr>
          <w:b/>
          <w:sz w:val="20"/>
        </w:rPr>
        <w:t>Храм</w:t>
      </w:r>
      <w:r>
        <w:rPr>
          <w:sz w:val="20"/>
        </w:rPr>
        <w:br/>
        <w:t>Разрыв храмовой завесы помещает смерть Иисуса в храмовую символику; Лука не разворачивает здесь её значение, поэтому WGT-E не навязывает единственную интерпретацию.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ἐκλιπόντος τοῦ ἡλίου передаёт наблюдаемое помрачение солнца. Перевод «солнце померкло» не утверждает конкретный астрономический механизм.</w:t>
      </w:r>
    </w:p>
    <w:p>
      <w:r>
        <w:t>46. Иисус громко воззвал: «Отец, в Твои руки предаю Мой дух». Сказав это, Он испустил дух.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Последние слова Иисуса цитируют Пс 31:5: Он вручает Свой дух Отцу.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31:5</w:t>
      </w:r>
    </w:p>
    <w:p>
      <w:r>
        <w:t>47. Сотник, увидев произошедшее, прославил Бога: «Действительно, Этот Человек был праведен».</w:t>
      </w:r>
    </w:p>
    <w:p>
      <w:pPr>
        <w:ind w:left="360"/>
      </w:pPr>
      <w:r>
        <w:rPr>
          <w:b/>
          <w:sz w:val="20"/>
        </w:rPr>
        <w:t>Невинность</w:t>
      </w:r>
      <w:r>
        <w:rPr>
          <w:i/>
          <w:sz w:val="20"/>
        </w:rPr>
        <w:t xml:space="preserve"> δίκαιος</w:t>
      </w:r>
      <w:r>
        <w:rPr>
          <w:sz w:val="20"/>
        </w:rPr>
        <w:t xml:space="preserve"> [dikaios]</w:t>
      </w:r>
      <w:r>
        <w:rPr>
          <w:sz w:val="20"/>
        </w:rPr>
        <w:br/>
        <w:t>Сотник называет Иисуса «праведным/невиновным». Это кульминация луканской линии невиновности.</w:t>
      </w:r>
    </w:p>
    <w:p>
      <w:r>
        <w:t>48. И весь народ, собравшийся посмотреть, увидев случившееся, возвращался, глубоко скорбя.</w:t>
      </w:r>
    </w:p>
    <w:p>
      <w:r>
        <w:t>49. Все знакомые Иисуса и женщины, следовавшие за Ним из Галилеи, стояли вдали и смотрели.</w:t>
      </w:r>
    </w:p>
    <w:p>
      <w:r>
        <w:t>50. И вот, был человек по имени Иосиф, член совета, человек добрый и праведный.</w:t>
      </w:r>
    </w:p>
    <w:p>
      <w:pPr>
        <w:ind w:left="360"/>
      </w:pPr>
      <w:r>
        <w:rPr>
          <w:b/>
          <w:sz w:val="20"/>
        </w:rPr>
        <w:t>Характер</w:t>
      </w:r>
      <w:r>
        <w:rPr>
          <w:sz w:val="20"/>
        </w:rPr>
        <w:br/>
        <w:t>Иосиф описан как «добрый и праведный» и отдельно дистанцирован от решения совета против Иисуса.</w:t>
      </w:r>
    </w:p>
    <w:p>
      <w:r>
        <w:t>51. Он не согласился с решением и поступком остальных. Он был из иудейского города Аримафеи и ожидал Царства Божьего.</w:t>
      </w:r>
    </w:p>
    <w:p>
      <w:r>
        <w:t>52. Он пришёл к Пилату и попросил тело Иисуса.</w:t>
      </w:r>
    </w:p>
    <w:p>
      <w:r>
        <w:t>53. Сняв Его, он обернул тело льняным полотном и положил в высеченной гробнице, где ещё никто не был погребён.</w:t>
      </w:r>
    </w:p>
    <w:p>
      <w:r>
        <w:t>54. Это был день приготовления, и приближалась суббота. [σάββατον ἐπέφωσκεν — Идиома буквально «суббота начинала светать/наступать» относится к её приближению вечером, а не к утреннему рассвету]</w:t>
      </w:r>
    </w:p>
    <w:p>
      <w:pPr>
        <w:ind w:left="360"/>
      </w:pPr>
      <w:r>
        <w:rPr>
          <w:b/>
          <w:sz w:val="20"/>
        </w:rPr>
        <w:t>Суббота</w:t>
      </w:r>
      <w:r>
        <w:rPr>
          <w:i/>
          <w:sz w:val="20"/>
        </w:rPr>
        <w:t xml:space="preserve"> σάββατον ἐπέφωσκεν</w:t>
      </w:r>
      <w:r>
        <w:rPr>
          <w:sz w:val="20"/>
        </w:rPr>
        <w:t xml:space="preserve"> [sabbaton epephōsken]</w:t>
      </w:r>
      <w:r>
        <w:rPr>
          <w:sz w:val="20"/>
        </w:rPr>
        <w:br/>
        <w:t>Идиома буквально «суббота начинала светать/наступать» относится к её приближению вечером, а не к утреннему рассвету.</w:t>
      </w:r>
    </w:p>
    <w:p>
      <w:r>
        <w:t>55. Женщины, пришедшие с Иисусом из Галилеи, последовали за Иосифом, увидели гробницу и как было положено тело.</w:t>
      </w:r>
    </w:p>
    <w:p>
      <w:r>
        <w:t>56. Вернувшись, они приготовили ароматические вещества и масла. А в субботу отдыхали по заповеди.</w:t>
      </w:r>
    </w:p>
    <w:p>
      <w:pPr>
        <w:pStyle w:val="Heading2"/>
      </w:pPr>
      <w:r>
        <w:t>Глава 24</w:t>
      </w:r>
    </w:p>
    <w:p>
      <w:r>
        <w:t>1. В первый день недели, очень рано утром, женщины пришли к гробнице, неся приготовленные ароматические вещества.</w:t>
      </w:r>
    </w:p>
    <w:p>
      <w:r>
        <w:t>2. Они нашли камень отваленным от гробницы.</w:t>
      </w:r>
    </w:p>
    <w:p>
      <w:r>
        <w:t>3. Войдя, они не нашли тела Господа Иисуса.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Слова «Господа Иисуса» имеют NT-членство в Bible Code corpus и входят в выбранный running text. Основной перевод фиксируем; западное опущение сохраняется в аппарате.</w:t>
      </w:r>
    </w:p>
    <w:p>
      <w:r>
        <w:t>4. Пока они недоумевали, перед ними предстали двое мужчин в сияющей одежде.</w:t>
      </w:r>
    </w:p>
    <w:p>
      <w:r>
        <w:t>5. Женщины испугались и склонили лица к земле. Мужчины сказали: «Почему вы ищете Живого среди мёртвых?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i/>
          <w:sz w:val="20"/>
        </w:rPr>
        <w:t xml:space="preserve"> τί ζητεῖτε τὸν ζῶντα μετὰ τῶν νεκρῶν</w:t>
      </w:r>
      <w:r>
        <w:rPr>
          <w:sz w:val="20"/>
        </w:rPr>
        <w:t xml:space="preserve"> [ti zēteite ton zōnta meta tōn nekrōn]</w:t>
      </w:r>
      <w:r>
        <w:rPr>
          <w:sz w:val="20"/>
        </w:rPr>
        <w:br/>
        <w:t>Вопрос переопределяет ситуацию: Иисус — «Живой», и искать Его среди мёртвых значит искать не там.</w:t>
      </w:r>
    </w:p>
    <w:p>
      <w:r>
        <w:t>6. Его здесь нет. Он воскрес! Вспомните, как Он говорил вам, ещё находясь в Галилее: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sz w:val="20"/>
        </w:rPr>
        <w:br/>
        <w:t>Ключ к пустой гробнице — не догадка, а память о словах Иисуса: «Он воскрес».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«Его здесь нет. Он воскрес» входит в основной NST running text. Основной перевод принят.</w:t>
      </w:r>
    </w:p>
    <w:p>
      <w:r>
        <w:t>7. Сыну Человеческому предстоит быть преданным в руки грешных людей, быть распятым и на третий день воскреснуть».</w:t>
      </w:r>
    </w:p>
    <w:p>
      <w:r>
        <w:t>8. И они вспомнили Его слова.</w:t>
      </w:r>
    </w:p>
    <w:p>
      <w:pPr>
        <w:ind w:left="360"/>
      </w:pPr>
      <w:r>
        <w:rPr>
          <w:b/>
          <w:sz w:val="20"/>
        </w:rPr>
        <w:t>Память</w:t>
      </w:r>
      <w:r>
        <w:rPr>
          <w:sz w:val="20"/>
        </w:rPr>
        <w:br/>
        <w:t>Женщины «вспомнили Его слова»; Лука показывает, что понимание воскресения приходит через соединение события и ранее сказанного Иисусом.</w:t>
      </w:r>
    </w:p>
    <w:p>
      <w:r>
        <w:t>9. Вернувшись от гробницы, они рассказали всё это одиннадцати и всем остальным.</w:t>
      </w:r>
    </w:p>
    <w:p>
      <w:r>
        <w:t>10. Это были Мария Магдалина, Иоанна и Мария, мать Иакова; и другие женщины с ними рассказывали это апостолам.</w:t>
      </w:r>
    </w:p>
    <w:p>
      <w:r>
        <w:t>11. Но их слова показались им бессмыслицей, и они не поверили женщинам. [λῆρος — означает бессмыслицу/пустой разговор]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λῆρος</w:t>
      </w:r>
      <w:r>
        <w:rPr>
          <w:sz w:val="20"/>
        </w:rPr>
        <w:t xml:space="preserve"> [lēros]</w:t>
      </w:r>
      <w:r>
        <w:rPr>
          <w:sz w:val="20"/>
        </w:rPr>
        <w:br/>
        <w:t>Слово означает бессмыслицу/пустой разговор. Первые свидетели воскресения сталкиваются с неверием самих апостолов.</w:t>
      </w:r>
    </w:p>
    <w:p>
      <w:r>
        <w:t>12. Пётр же встал, побежал к гробнице, наклонился и увидел только льняные полотна. Он ушёл, удивляясь произошедшему.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Стих имеет NST-членство в Bible Code corpus. Для выбранного running text он входит в основной текст; западное опущение сохраняется в аппарате.</w:t>
      </w:r>
    </w:p>
    <w:p>
      <w:r>
        <w:t>13. В тот же день двое из них шли в селение Эммаус, находившееся примерно в шестидесяти стадиях от Иерусалима.</w:t>
      </w:r>
    </w:p>
    <w:p>
      <w:pPr>
        <w:ind w:left="360"/>
      </w:pPr>
      <w:r>
        <w:rPr>
          <w:b/>
          <w:sz w:val="20"/>
        </w:rPr>
        <w:t>Текст</w:t>
      </w:r>
      <w:r>
        <w:rPr>
          <w:sz w:val="20"/>
        </w:rPr>
        <w:br/>
        <w:t>WGT-T следует чтению «шестьдесят стадий»; вариант 160 стадий остаётся в аппарате.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ἑξήκοντα «шестьдесят» имеет полное NST-членство в Bible Code corpus. Вариант 160 стадий остаётся внешней аппаратной традицией; основной текст фиксируем на 60.</w:t>
      </w:r>
    </w:p>
    <w:p>
      <w:r>
        <w:t>14. Они разговаривали друг с другом обо всём произошедшем.</w:t>
      </w:r>
    </w:p>
    <w:p>
      <w:r>
        <w:t>15. Пока они разговаривали и обсуждали, Сам Иисус приблизился и пошёл вместе с ними.</w:t>
      </w:r>
    </w:p>
    <w:p>
      <w:r>
        <w:t>16. Но их глаза были удержаны, так что они не узнали Его.</w:t>
      </w:r>
    </w:p>
    <w:p>
      <w:pPr>
        <w:ind w:left="360"/>
      </w:pPr>
      <w:r>
        <w:rPr>
          <w:b/>
          <w:sz w:val="20"/>
        </w:rPr>
        <w:t>Повествование</w:t>
      </w:r>
      <w:r>
        <w:rPr>
          <w:sz w:val="20"/>
        </w:rPr>
        <w:br/>
        <w:t>Пассив «их глаза были удержаны» подчёркивает, что неузнавание временно допускается в повествовании до момента открытия.</w:t>
      </w:r>
    </w:p>
    <w:p>
      <w:r>
        <w:t>17. Он спросил: «О чём вы разговариваете по дороге?» Они остановились печальные.</w:t>
      </w:r>
    </w:p>
    <w:p>
      <w:r>
        <w:t>18. Один из них, по имени Клеопа, ответил: «Неужели Ты единственный посетитель Иерусалима, который не знает, что произошло там в эти дни?»</w:t>
      </w:r>
    </w:p>
    <w:p>
      <w:r>
        <w:t>19. Он спросил: «Что именно?» Они ответили: «То, что произошло с Иисусом Назарянином. Он был пророком, сильным в деле и слове перед Богом и всем народом.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sz w:val="20"/>
        </w:rPr>
        <w:br/>
        <w:t>Ученики правильно называют Иисуса пророком, сильным в деле и слове, но их описание ещё недостаточно для понимания распятого и воскресшего Мессии.</w:t>
      </w:r>
    </w:p>
    <w:p>
      <w:r>
        <w:t>20. Наши первосвященники и начальники предали Его на смертный приговор и распяли.</w:t>
      </w:r>
    </w:p>
    <w:p>
      <w:r>
        <w:t>21. А мы надеялись, что Он — Тот, Кто должен освободить Израиль. И вдобавок ко всему сегодня уже третий день с тех пор, как это произошло.</w:t>
      </w:r>
    </w:p>
    <w:p>
      <w:pPr>
        <w:ind w:left="360"/>
      </w:pPr>
      <w:r>
        <w:rPr>
          <w:b/>
          <w:sz w:val="20"/>
        </w:rPr>
        <w:t>Искупление</w:t>
      </w:r>
      <w:r>
        <w:rPr>
          <w:i/>
          <w:sz w:val="20"/>
        </w:rPr>
        <w:t xml:space="preserve"> λυτροῦσθαι τὸν Ἰσραήλ</w:t>
      </w:r>
      <w:r>
        <w:rPr>
          <w:sz w:val="20"/>
        </w:rPr>
        <w:t xml:space="preserve"> [lytrousthai ton Israēl]</w:t>
      </w:r>
      <w:r>
        <w:rPr>
          <w:sz w:val="20"/>
        </w:rPr>
        <w:br/>
        <w:t>Они надеялись, что Иисус «искупит/освободит Израиль». Их надежда не отвергнута полностью, но должна быть переосмыслена через страдание и воскресение.</w:t>
      </w:r>
    </w:p>
    <w:p>
      <w:r>
        <w:t>22. Некоторые женщины из наших удивили нас. Они были рано утром у гробницы</w:t>
      </w:r>
    </w:p>
    <w:p>
      <w:r>
        <w:t>23. и, не найдя тела, вернулись и сказали, что видели явление ангелов, которые сказали, что Он жив.</w:t>
      </w:r>
    </w:p>
    <w:p>
      <w:r>
        <w:t>24. Некоторые из наших пошли к гробнице и нашли всё так, как говорили женщины, но Его не увидели».</w:t>
      </w:r>
    </w:p>
    <w:p>
      <w:r>
        <w:t>25. Тогда Он сказал им: «О неразумные и медлительные сердцем, чтобы поверить всему, что говорили пророки!</w:t>
      </w:r>
    </w:p>
    <w:p>
      <w:r>
        <w:t>26. Разве не должен был Христос пострадать и войти в Свою славу?»</w:t>
      </w:r>
    </w:p>
    <w:p>
      <w:pPr>
        <w:ind w:left="360"/>
      </w:pPr>
      <w:r>
        <w:rPr>
          <w:b/>
          <w:sz w:val="20"/>
        </w:rPr>
        <w:t>Божественная необходимость</w:t>
      </w:r>
      <w:r>
        <w:rPr>
          <w:i/>
          <w:sz w:val="20"/>
        </w:rPr>
        <w:t xml:space="preserve"> οὐχὶ ταῦτα ἔδει παθεῖν τὸν χριστὸν</w:t>
      </w:r>
      <w:r>
        <w:rPr>
          <w:sz w:val="20"/>
        </w:rPr>
        <w:t xml:space="preserve"> [ouchi tauta edei pathein ton christon]</w:t>
      </w:r>
      <w:r>
        <w:rPr>
          <w:sz w:val="20"/>
        </w:rPr>
        <w:br/>
        <w:t>Страдание Мессии представлено как необходимая часть Божьего замысла, ведущая к славе.</w:t>
      </w:r>
    </w:p>
    <w:p>
      <w:r>
        <w:t>27. И, начав с Моисея и всех Пророков, Он истолковывал [διερμήνευεν] им во всех Писаниях то, что относилось к Нему.</w:t>
      </w:r>
    </w:p>
    <w:p>
      <w:pPr>
        <w:ind w:left="360"/>
      </w:pPr>
      <w:r>
        <w:rPr>
          <w:b/>
          <w:sz w:val="20"/>
        </w:rPr>
        <w:t>Герменевтика</w:t>
      </w:r>
      <w:r>
        <w:rPr>
          <w:i/>
          <w:sz w:val="20"/>
        </w:rPr>
        <w:t xml:space="preserve"> διερμήνευεν</w:t>
      </w:r>
      <w:r>
        <w:rPr>
          <w:sz w:val="20"/>
        </w:rPr>
        <w:t xml:space="preserve"> [diermēneuen]</w:t>
      </w:r>
      <w:r>
        <w:rPr>
          <w:sz w:val="20"/>
        </w:rPr>
        <w:br/>
        <w:t>Глагол означает «истолковывал/разъяснял». Иисус читает Моисея и Пророков как единое свидетельство, указывающее на Него.</w:t>
      </w:r>
    </w:p>
    <w:p>
      <w:r>
        <w:t>28. Они приблизились к селению, куда шли, а Он сделал вид, будто хочет идти дальше.</w:t>
      </w:r>
    </w:p>
    <w:p>
      <w:r>
        <w:t>29. Но они стали настойчиво просить: «Останься с нами, потому что уже вечер и день клонится к концу». И Он вошёл, чтобы остаться с ними.</w:t>
      </w:r>
    </w:p>
    <w:p>
      <w:r>
        <w:t>30. Когда Он возлёг с ними, взял хлеб, благословил, разломил и стал давать им.</w:t>
      </w:r>
    </w:p>
    <w:p>
      <w:pPr>
        <w:ind w:left="360"/>
      </w:pPr>
      <w:r>
        <w:rPr>
          <w:b/>
          <w:sz w:val="20"/>
        </w:rPr>
        <w:t>Трапеза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Последовательность «взял — благословил — преломил — давал» повторяет знакомую луканскую трапезную формулу.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9:16, Лк 22:19</w:t>
      </w:r>
    </w:p>
    <w:p>
      <w:r>
        <w:t>31. Тогда их глаза открылись, и они узнали Его, но Он стал невидим для них.</w:t>
      </w:r>
    </w:p>
    <w:p>
      <w:pPr>
        <w:ind w:left="360"/>
      </w:pPr>
      <w:r>
        <w:rPr>
          <w:b/>
          <w:sz w:val="20"/>
        </w:rPr>
        <w:t>Узнавание</w:t>
      </w:r>
      <w:r>
        <w:rPr>
          <w:sz w:val="20"/>
        </w:rPr>
        <w:br/>
        <w:t>Открытие глаз и узнавание Иисуса следуют после истолкования Писаний и преломления хлеба — двух ключевых мотивов сцены.</w:t>
      </w:r>
    </w:p>
    <w:p>
      <w:r>
        <w:t>32. Они сказали друг другу: «Разве не горело наше сердце, когда Он говорил с нами по дороге и открывал нам Писания?»</w:t>
      </w:r>
    </w:p>
    <w:p>
      <w:pPr>
        <w:ind w:left="360"/>
      </w:pPr>
      <w:r>
        <w:rPr>
          <w:b/>
          <w:sz w:val="20"/>
        </w:rPr>
        <w:t>Писание</w:t>
      </w:r>
      <w:r>
        <w:rPr>
          <w:i/>
          <w:sz w:val="20"/>
        </w:rPr>
        <w:t xml:space="preserve"> καιομένη ἦν ἡ καρδία ἡμῶν</w:t>
      </w:r>
      <w:r>
        <w:rPr>
          <w:sz w:val="20"/>
        </w:rPr>
        <w:t xml:space="preserve"> [kaiomenē ēn hē kardia hēmōn]</w:t>
      </w:r>
      <w:r>
        <w:rPr>
          <w:sz w:val="20"/>
        </w:rPr>
        <w:br/>
        <w:t>«Сердце горело» описывает внутренний отклик на то, как Иисус говорил и «открывал» им Писания.</w:t>
      </w:r>
    </w:p>
    <w:p>
      <w:r>
        <w:t>33. В тот же час они встали и вернулись в Иерусалим. Там нашли собравшихся одиннадцать и бывших с ними,</w:t>
      </w:r>
    </w:p>
    <w:p>
      <w:r>
        <w:t>34. которые говорили: «Господь действительно воскрес и явился Симону!»</w:t>
      </w:r>
    </w:p>
    <w:p>
      <w:r>
        <w:t>35. А они рассказали о случившемся по дороге и как узнали Его при преломлении хлеба.</w:t>
      </w:r>
    </w:p>
    <w:p>
      <w:r>
        <w:t>36. Пока они говорили об этом, Сам Иисус встал среди них и сказал: «Мир вам!»</w:t>
      </w:r>
    </w:p>
    <w:p>
      <w:pPr>
        <w:ind w:left="360"/>
      </w:pPr>
      <w:r>
        <w:rPr>
          <w:b/>
          <w:sz w:val="20"/>
        </w:rPr>
        <w:t>Мир</w:t>
      </w:r>
      <w:r>
        <w:rPr>
          <w:sz w:val="20"/>
        </w:rPr>
        <w:br/>
        <w:t>Первое слово воскресшего Иисуса собранным ученикам — «Мир вам», несмотря на их страх и прежнее непонимание.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Фраза «Мир вам» имеет NT-членство в Bible Code corpus и входит в выбранный running text. Основной перевод фиксируем; внешнее опущение остаётся в аппарате.</w:t>
      </w:r>
    </w:p>
    <w:p>
      <w:r>
        <w:t>37. Они испугались и подумали, что видят духа.</w:t>
      </w:r>
    </w:p>
    <w:p>
      <w:r>
        <w:t>38. Он сказал: «Почему вы испугались и почему сомнения поднимаются в ваших сердцах?</w:t>
      </w:r>
    </w:p>
    <w:p>
      <w:r>
        <w:t>39. Посмотрите на Мои руки и ноги: это Я Сам. Прикоснитесь ко Мне и посмотрите: у духа нет плоти и костей, как видите у Меня».</w:t>
      </w:r>
    </w:p>
    <w:p>
      <w:pPr>
        <w:ind w:left="360"/>
      </w:pPr>
      <w:r>
        <w:rPr>
          <w:b/>
          <w:sz w:val="20"/>
        </w:rPr>
        <w:t>Воскресшее тело</w:t>
      </w:r>
      <w:r>
        <w:rPr>
          <w:sz w:val="20"/>
        </w:rPr>
        <w:br/>
        <w:t>Иисус подчёркивает реальность Своего воскресшего присутствия: это не просто видение или бестелесный дух.</w:t>
      </w:r>
    </w:p>
    <w:p>
      <w:r>
        <w:t>40. Сказав это, Он показал им руки и ноги.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Стих имеет NST-членство в Bible Code corpus. Основной текст сохраняем; западное опущение — аппарат.</w:t>
      </w:r>
    </w:p>
    <w:p>
      <w:r>
        <w:t>41. Пока они ещё не верили от радости и удивлялись, Он спросил: «Есть ли у вас здесь что-нибудь поесть?»</w:t>
      </w:r>
    </w:p>
    <w:p>
      <w:pPr>
        <w:ind w:left="360"/>
      </w:pPr>
      <w:r>
        <w:rPr>
          <w:b/>
          <w:sz w:val="20"/>
        </w:rPr>
        <w:t>Радость</w:t>
      </w:r>
      <w:r>
        <w:rPr>
          <w:sz w:val="20"/>
        </w:rPr>
        <w:br/>
        <w:t>Лука необычно описывает их состояние: они «ещё не верили от радости» — неверие здесь связано не только с сомнением, но и с потрясением от слишком великой радости.</w:t>
      </w:r>
    </w:p>
    <w:p>
      <w:r>
        <w:t>42. Они дали Ему кусок печёной рыбы.</w:t>
      </w:r>
    </w:p>
    <w:p>
      <w:r>
        <w:t>43. Он взял и съел перед ними.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Основной критический текст говорит только о куске рыбы; добавление о медовых сотах позднее. Основной перевод принят.</w:t>
      </w:r>
    </w:p>
    <w:p>
      <w:r>
        <w:t>44. Он сказал им: «Вот что Я говорил вам, когда ещё был с вами: должно исполниться всё написанное обо Мне в Законе Моисея, Пророках и Псалмах».</w:t>
      </w:r>
    </w:p>
    <w:p>
      <w:pPr>
        <w:ind w:left="360"/>
      </w:pPr>
      <w:r>
        <w:rPr>
          <w:b/>
          <w:sz w:val="20"/>
        </w:rPr>
        <w:t>Писание</w:t>
      </w:r>
      <w:r>
        <w:rPr>
          <w:sz w:val="20"/>
        </w:rPr>
        <w:br/>
        <w:t>«Закон Моисея, Пророки и Псалмы» охватывают основные разделы Писания Израиля; Иисус утверждает исполнение всего написанного о Нём.</w:t>
      </w:r>
    </w:p>
    <w:p>
      <w:r>
        <w:t>45. Тогда Он открыл их ум, чтобы они понимали Писания.</w:t>
      </w:r>
    </w:p>
    <w:p>
      <w:pPr>
        <w:ind w:left="360"/>
      </w:pPr>
      <w:r>
        <w:rPr>
          <w:b/>
          <w:sz w:val="20"/>
        </w:rPr>
        <w:t>Понимание</w:t>
      </w:r>
      <w:r>
        <w:rPr>
          <w:i/>
          <w:sz w:val="20"/>
        </w:rPr>
        <w:t xml:space="preserve"> διήνοιξεν αὐτῶν τὸν νοῦν</w:t>
      </w:r>
      <w:r>
        <w:rPr>
          <w:sz w:val="20"/>
        </w:rPr>
        <w:t xml:space="preserve"> [diēnoixen autōn ton noun]</w:t>
      </w:r>
      <w:r>
        <w:rPr>
          <w:sz w:val="20"/>
        </w:rPr>
        <w:br/>
        <w:t>Иисус «открыл их ум», чтобы они понимали Писания; верное чтение связывается с Его собственным разъяснением.</w:t>
      </w:r>
    </w:p>
    <w:p>
      <w:r>
        <w:t>46. И сказал им: «Так написано: Христу предстоит пострадать и воскреснуть из мёртвых на третий день,</w:t>
      </w:r>
    </w:p>
    <w:p>
      <w:r>
        <w:t>47. и во имя Его будет проповедано покаяние для прощения грехов всем народам, начиная с Иерусалима.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μετάνοιαν εἰς ἄφεσιν ἁμαρτιῶν</w:t>
      </w:r>
      <w:r>
        <w:rPr>
          <w:sz w:val="20"/>
        </w:rPr>
        <w:t xml:space="preserve"> [metanoian eis aphesin hamartiōn]</w:t>
      </w:r>
      <w:r>
        <w:rPr>
          <w:sz w:val="20"/>
        </w:rPr>
        <w:br/>
        <w:t>Финальная миссия соединяет покаяние и прощение грехов и направляется ко всем народам, начиная с Иерусалима.</w:t>
      </w:r>
    </w:p>
    <w:p>
      <w:r>
        <w:t>48. Вы свидетели этого.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ὑμεῖς μάρτυρες τούτων</w:t>
      </w:r>
      <w:r>
        <w:rPr>
          <w:sz w:val="20"/>
        </w:rPr>
        <w:t xml:space="preserve"> [hymeis martyres toutōn]</w:t>
      </w:r>
      <w:r>
        <w:rPr>
          <w:sz w:val="20"/>
        </w:rPr>
        <w:br/>
        <w:t>«Вы свидетели этого» формирует мост из Евангелия в Деяния, где тема свидетельства станет программной.</w:t>
      </w:r>
    </w:p>
    <w:p>
      <w:r>
        <w:t>49. И вот, Я посылаю на вас обещанное Моим Отцом. Оставайтесь в городе, пока не облечётесь силой свыше».</w:t>
      </w:r>
    </w:p>
    <w:p>
      <w:pPr>
        <w:ind w:left="360"/>
      </w:pPr>
      <w:r>
        <w:rPr>
          <w:b/>
          <w:sz w:val="20"/>
        </w:rPr>
        <w:t>Дух</w:t>
      </w:r>
      <w:r>
        <w:rPr>
          <w:i/>
          <w:sz w:val="20"/>
        </w:rPr>
        <w:t xml:space="preserve"> τὴν ἐπαγγελίαν τοῦ πατρός μου ... δύναμιν ἐξ ὕψους</w:t>
      </w:r>
      <w:r>
        <w:rPr>
          <w:sz w:val="20"/>
        </w:rPr>
        <w:t xml:space="preserve"> [tēn epangelian tou patros mou ... dynamin ex hypsous]</w:t>
      </w:r>
      <w:r>
        <w:rPr>
          <w:sz w:val="20"/>
        </w:rPr>
        <w:br/>
        <w:t>Ученики должны ждать «обещанного Отцом» и быть «облечёнными силой свыше» — прямой мост к сошествию Святого Духа в Деяниях.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1:4–8, Деян 2:1–4</w:t>
      </w:r>
    </w:p>
    <w:p>
      <w:r>
        <w:t>50. Затем Он вывел их к Вифании и, подняв руки, благословил.</w:t>
      </w:r>
    </w:p>
    <w:p>
      <w:r>
        <w:t>51. И когда благословлял их, стал удаляться от них и возноситься на небо.</w:t>
      </w:r>
    </w:p>
    <w:p>
      <w:pPr>
        <w:ind w:left="360"/>
      </w:pPr>
      <w:r>
        <w:rPr>
          <w:b/>
          <w:sz w:val="20"/>
        </w:rPr>
        <w:t>Вознесение</w:t>
      </w:r>
      <w:r>
        <w:rPr>
          <w:sz w:val="20"/>
        </w:rPr>
        <w:br/>
        <w:t>Вознесение входит в выбранный NST running text и завершает Евангелие движением Иисуса от учеников к небесной славе.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Фраза о вознесении имеет NST-членство в Bible Code corpus. В выбранном основном тексте она сохраняется; внешнее опущение остаётся в аппарате.</w:t>
      </w:r>
    </w:p>
    <w:p>
      <w:r>
        <w:t>52. Они поклонились Ему и с великой радостью вернулись в Иерусалим.</w:t>
      </w:r>
    </w:p>
    <w:p>
      <w:pPr>
        <w:ind w:left="360"/>
      </w:pPr>
      <w:r>
        <w:rPr>
          <w:b/>
          <w:sz w:val="20"/>
        </w:rPr>
        <w:t>Поклонение</w:t>
      </w:r>
      <w:r>
        <w:rPr>
          <w:sz w:val="20"/>
        </w:rPr>
        <w:br/>
        <w:t>Ученики поклоняются Иисусу и возвращаются в Иерусалим не в печали, а «с великой радостью» — финальный переворот от 24:17.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«Поклонились Ему» имеет NST-членство в Bible Code corpus. Основной текст сохраняем; внешнее опущение — в аппарате.</w:t>
      </w:r>
    </w:p>
    <w:p>
      <w:r>
        <w:t>53. И постоянно были в храме, благословляя Бога.</w:t>
      </w:r>
    </w:p>
    <w:p>
      <w:pPr>
        <w:ind w:left="360"/>
      </w:pPr>
      <w:r>
        <w:rPr>
          <w:b/>
          <w:sz w:val="20"/>
        </w:rPr>
        <w:t>Храм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Евангелие заканчивается в храме благословением Бога — там же, где начиналась история Захарии в Лк 1.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1:8–10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εὐλογοῦντες «благословляя» входит в NST; дополнительное «хваля» — TR. Основной краткий текст принят.</w:t>
      </w:r>
    </w:p>
    <w:p>
      <w:pPr>
        <w:pStyle w:val="Heading1"/>
      </w:pPr>
      <w:r>
        <w:t>От Иоанна</w:t>
      </w:r>
    </w:p>
    <w:p>
      <w:pPr>
        <w:pStyle w:val="Heading2"/>
      </w:pPr>
      <w:r>
        <w:t>Глава 1</w:t>
      </w:r>
    </w:p>
    <w:p>
      <w:r>
        <w:t>1. В начале уже существовало Слово [ὁ λόγος — Божье Слово, Его выражение и самооткровение]; Слово было с Богом [в личной обращённости к Нему], и Слово по Своей природе было Богом.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ὁ λόγος</w:t>
      </w:r>
      <w:r>
        <w:rPr>
          <w:sz w:val="20"/>
        </w:rPr>
        <w:t xml:space="preserve"> [ho logos]</w:t>
      </w:r>
      <w:r>
        <w:rPr>
          <w:sz w:val="20"/>
        </w:rPr>
        <w:br/>
        <w:t>λόγος имеет широкий диапазон: слово, речь, сообщение, разумное выражение. В прологе Иоанн делает его личным обозначением Того, Кто открывает Бога; WGT-E не сводит термин к одной внешней философской системе.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1:14, Ин 1:18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θεὸς ἦν ὁ λόγος</w:t>
      </w:r>
      <w:r>
        <w:rPr>
          <w:sz w:val="20"/>
        </w:rPr>
        <w:t xml:space="preserve"> [theos ēn ho logos]</w:t>
      </w:r>
      <w:r>
        <w:rPr>
          <w:sz w:val="20"/>
        </w:rPr>
        <w:br/>
        <w:t>θεός стоит как именная часть сказуемого перед глаголом и без артикля. Конструкция не делает Слово «одним из богов»; она описывает, кем/каким по природе было Слово, одновременно отличая Его от «Бога», с Которым Оно было.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1:1–2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«В начале» намеренно отзывается первой строкой Быт 1:1 и вводит тему нового творения.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1:1, Ин 1:3–5</w:t>
      </w:r>
    </w:p>
    <w:p>
      <w:r>
        <w:t>2. Оно — это Слово — уже в начале было с Богом.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Иоанн повторяет ключевые слова первого стиха вместо стилистического разнообразия; это закрепляет различие и связь Слова и Бога.</w:t>
      </w:r>
    </w:p>
    <w:p>
      <w:r>
        <w:t>3. Всё через Него пришло в бытие; и без Него не пришло в бытие ничто из сотворённого.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ἐγένετο</w:t>
      </w:r>
      <w:r>
        <w:rPr>
          <w:sz w:val="20"/>
        </w:rPr>
        <w:t xml:space="preserve"> [egeneto]</w:t>
      </w:r>
      <w:r>
        <w:rPr>
          <w:sz w:val="20"/>
        </w:rPr>
        <w:br/>
        <w:t>Глагол γίνομαι здесь противопоставлен ἦν «было» в 1:1: Слово уже было, тогда как творение «возникло/пришло в бытие».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1:1, Ин 1:3</w:t>
      </w:r>
    </w:p>
    <w:p>
      <w:r>
        <w:t>4. В Нём была жизнь — и эта жизнь была светом для людей.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«Жизнь» и «свет» становятся центральными словами всего Евангелия и уже здесь связываются с творением и откровением.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3:15–21, Ин 5:26, Ин 8:12, Ин 11:25, Ин 14:6</w:t>
      </w:r>
    </w:p>
    <w:p>
      <w:r>
        <w:t>5. И Свет светит во тьме, а тьма Его не κατέλαβεν — не овладела Им и не смогла Его постичь [греческое слово допускает оба оттенка].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κατέλαβεν</w:t>
      </w:r>
      <w:r>
        <w:rPr>
          <w:sz w:val="20"/>
        </w:rPr>
        <w:t xml:space="preserve"> [katelaben]</w:t>
      </w:r>
      <w:r>
        <w:rPr>
          <w:sz w:val="20"/>
        </w:rPr>
        <w:br/>
        <w:t>καταλαμβάνω может означать схватить/одолеть и понять/постичь. Контекст борьбы света и тьмы поддерживает «овладеть», но второй оттенок естественно слышится рядом.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8:3–4, Ин 12:35</w:t>
      </w:r>
    </w:p>
    <w:p>
      <w:r>
        <w:t>6. Появился человек, посланный Богом; его имя — Иоанн.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После вечного Слова Иоанн резко вводит просто «человека» — свидетеля, подчёркивая, что Иоанн Креститель не является Светом.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1:8</w:t>
      </w:r>
    </w:p>
    <w:p>
      <w:r>
        <w:t>7. Он пришёл как свидетель — свидетельствовать о Свете, чтобы через его свидетельство все поверили.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μαρτυρία / μαρτυρέω</w:t>
      </w:r>
      <w:r>
        <w:rPr>
          <w:sz w:val="20"/>
        </w:rPr>
        <w:t xml:space="preserve"> [martyria / martyreō]</w:t>
      </w:r>
      <w:r>
        <w:rPr>
          <w:sz w:val="20"/>
        </w:rPr>
        <w:br/>
        <w:t>Иоанн намеренно повторяет существительное и глагол «свидетельство/свидетельствовать». Это одна из главных судебно-свидетельских тем книги.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1:19, Ин 5:31–39, Ин 19:35, Ин 21:24</w:t>
      </w:r>
    </w:p>
    <w:p>
      <w:r>
        <w:t>8. Сам он не был Светом; его задача была — свидетельствовать о Свете.</w:t>
      </w:r>
    </w:p>
    <w:p>
      <w:r>
        <w:t>9. Был истинный Свет — Тот, Кто просвещает каждого человека; Он приходил в мир [греческая конструкция допускает и связь «каждого человека, приходящего в мир»].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ἐρχόμενον εἰς τὸν κόσμον</w:t>
      </w:r>
      <w:r>
        <w:rPr>
          <w:sz w:val="20"/>
        </w:rPr>
        <w:t xml:space="preserve"> [erchomenon eis ton kosmon]</w:t>
      </w:r>
      <w:r>
        <w:rPr>
          <w:sz w:val="20"/>
        </w:rPr>
        <w:br/>
        <w:t>Форма ἐρχόμενον допускает синтаксическую связь либо со «Светом», либо с «каждым человеком». WGT-E делает явным чтение о Свете, приходящем в мир, но сохраняет альтернативу в аннотации.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1:9, Ин 3:19, Ин 6:14</w:t>
      </w:r>
    </w:p>
    <w:p>
      <w:r>
        <w:t>10. Он был в мире; мир через Него пришёл в бытие — и всё же мир Его не узнал.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κόσμος</w:t>
      </w:r>
      <w:r>
        <w:rPr>
          <w:sz w:val="20"/>
        </w:rPr>
        <w:t xml:space="preserve"> [kosmos]</w:t>
      </w:r>
      <w:r>
        <w:rPr>
          <w:sz w:val="20"/>
        </w:rPr>
        <w:br/>
        <w:t>κόσμος у Иоанна может обозначать сотворенный мир, человечество или мир как систему, противящуюся Богу. В одном стихе слово уже работает на нескольких уровнях.</w:t>
      </w:r>
    </w:p>
    <w:p>
      <w:r>
        <w:t>11. Он пришёл в Своё [τὰ ἴδια — в то, что принадлежало Ему], но Свои [οἱ ἴδιοι — Его собственные] Его не приняли.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τὰ ἴδια / οἱ ἴδιοι</w:t>
      </w:r>
      <w:r>
        <w:rPr>
          <w:sz w:val="20"/>
        </w:rPr>
        <w:t xml:space="preserve"> [ta idia / hoi idioi]</w:t>
      </w:r>
      <w:r>
        <w:rPr>
          <w:sz w:val="20"/>
        </w:rPr>
        <w:br/>
        <w:t>Иоанн меняет род и форму одного слова: сначала «своё/свои владения», затем «свои люди». Русский обычно теряет этот переход.</w:t>
      </w:r>
    </w:p>
    <w:p>
      <w:r>
        <w:t>12. Но всем, кто принял Его, Он дал ἐξουσία — право, полномочие, дарованный Богом статус — стать детьми Божьими: тем, кто верит в Его имя,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ἐξουσία</w:t>
      </w:r>
      <w:r>
        <w:rPr>
          <w:sz w:val="20"/>
        </w:rPr>
        <w:t xml:space="preserve"> [exousia]</w:t>
      </w:r>
      <w:r>
        <w:rPr>
          <w:sz w:val="20"/>
        </w:rPr>
        <w:br/>
        <w:t>ἐξουσία может означать право, власть, полномочие. Здесь речь не только о способности, но о дарованном статусе.</w:t>
      </w:r>
    </w:p>
    <w:p>
      <w:r>
        <w:t>13. которые родились не «от кровей» [ἐξ αἱμάτων — не просто по человеческому происхождению], не от желания плоти и не от желания мужчины, а от Бога.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ἐξ αἱμάτων</w:t>
      </w:r>
      <w:r>
        <w:rPr>
          <w:sz w:val="20"/>
        </w:rPr>
        <w:t xml:space="preserve"> [ex haimatōn]</w:t>
      </w:r>
      <w:r>
        <w:rPr>
          <w:sz w:val="20"/>
        </w:rPr>
        <w:br/>
        <w:t>В греческом стоит необычное множественное «от кровей». Оно естественно связано с человеческим происхождением, но точная причина множественного числа не объясняется самим текстом.</w:t>
      </w:r>
    </w:p>
    <w:p>
      <w:r>
        <w:t>14. И Слово стало плотью и ἐσκήνωσεν — поселилось среди нас, буквально «раскинуло шатёр» среди нас. Мы увидели Его славу — славу μονογενής, Единственного и Уникального от Отца, полного благодати и истины.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σὰρξ</w:t>
      </w:r>
      <w:r>
        <w:rPr>
          <w:sz w:val="20"/>
        </w:rPr>
        <w:t xml:space="preserve"> [sarx]</w:t>
      </w:r>
      <w:r>
        <w:rPr>
          <w:sz w:val="20"/>
        </w:rPr>
        <w:br/>
        <w:t>Иоанн говорит именно «плоть», а не просто «человек»: вечное Слово вошло в реальную человеческую телесность.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ἐσκήνωσεν</w:t>
      </w:r>
      <w:r>
        <w:rPr>
          <w:sz w:val="20"/>
        </w:rPr>
        <w:t xml:space="preserve"> [eskēnōsen]</w:t>
      </w:r>
      <w:r>
        <w:rPr>
          <w:sz w:val="20"/>
        </w:rPr>
        <w:br/>
        <w:t>Глагол связан с шатром/обитанием и естественно вызывает библейский образ Божьего присутствия среди народа в скинии.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25:8, Исх 40:34–35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μονογενοῦς</w:t>
      </w:r>
      <w:r>
        <w:rPr>
          <w:sz w:val="20"/>
        </w:rPr>
        <w:t xml:space="preserve"> [monogenous]</w:t>
      </w:r>
      <w:r>
        <w:rPr>
          <w:sz w:val="20"/>
        </w:rPr>
        <w:br/>
        <w:t>μονογενής в контексте обозначает Единственного, Уникального. WGT-E не выводит смысл механически из формы «рождать».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1:18, Ин 3:16, Ин 3:18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χάριτος καὶ ἀληθείας</w:t>
      </w:r>
      <w:r>
        <w:rPr>
          <w:sz w:val="20"/>
        </w:rPr>
        <w:t xml:space="preserve"> [charitos kai alētheias]</w:t>
      </w:r>
      <w:r>
        <w:rPr>
          <w:sz w:val="20"/>
        </w:rPr>
        <w:br/>
        <w:t>Пара «благодать и истина» часто связывается с формулой Божьей верности и милости в Исх 34:6. Это сильный ветхозаветный фон, хотя Иоанн не помечает здесь прямую цитату.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34:6</w:t>
      </w:r>
    </w:p>
    <w:p>
      <w:r>
        <w:t>15. Иоанн свидетельствует о Нём и восклицает: «Это Тот, о Ком я говорил: Идущий за мной оказался впереди меня, потому что существовал прежде меня».</w:t>
      </w:r>
    </w:p>
    <w:p>
      <w:r>
        <w:t>16. Из Его полноты мы все получили — χάριν ἀντὶ χάριτος: «благодать за благодатью»; выражение допускает также оттенок «благодать вместо благодати».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χάριν ἀντὶ χάριτος</w:t>
      </w:r>
      <w:r>
        <w:rPr>
          <w:sz w:val="20"/>
        </w:rPr>
        <w:t xml:space="preserve"> [charin anti charitos]</w:t>
      </w:r>
      <w:r>
        <w:rPr>
          <w:sz w:val="20"/>
        </w:rPr>
        <w:br/>
        <w:t>ἀντί обычно несёт идею замещения/соответствия («вместо», «за»). Возможны чтения «благодать вместо благодати» и «благодать за благодатью». Следующий стих противопоставляет Моисея и Иисуса, поэтому мотив смены одной дарованной Богом эпохи другой является реальной возможностью.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1:17</w:t>
      </w:r>
    </w:p>
    <w:p>
      <w:r>
        <w:t>17. Потому что Закон был дан через Моисея; благодать же и истина пришли через Иисуса Христа.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Иоанн не говорит, что Закон был злом; он противопоставляет способ дарования Закона и полноту откровения, пришедшую через Иисуса Христа.</w:t>
      </w:r>
    </w:p>
    <w:p>
      <w:r>
        <w:t>18. Бога никто никогда не видел. μονογενὴς θεός — Единственный Бог [в части рукописей: «Единственный Сын»], пребывающий в самой близкой связи с Отцом, — Он ἐξηγήσατο: раскрыл, объяснил и сделал Бога известным.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μονογενὴς θεός / μονογενὴς υἱός</w:t>
      </w:r>
      <w:r>
        <w:rPr>
          <w:sz w:val="20"/>
        </w:rPr>
        <w:t xml:space="preserve"> [monogenēs theos / monogenēs huios]</w:t>
      </w:r>
      <w:r>
        <w:rPr>
          <w:sz w:val="20"/>
        </w:rPr>
        <w:br/>
        <w:t>Рукописная традиция имеет важное разночтение «Единственный Бог» / «Единственный Сын». WGT-T следует чтению μονογενὴς θεός и не смешивает варианты.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ἐξηγήσατο</w:t>
      </w:r>
      <w:r>
        <w:rPr>
          <w:sz w:val="20"/>
        </w:rPr>
        <w:t xml:space="preserve"> [exēgēsato]</w:t>
      </w:r>
      <w:r>
        <w:rPr>
          <w:sz w:val="20"/>
        </w:rPr>
        <w:br/>
        <w:t>Глагол означает объяснить, изложить, сделать известным. От него происходит слово «экзегеза». Смысл: Иисус является окончательным толкованием/раскрытием невидимого Бога.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εἰς τὸν κόλπον τοῦ πατρός</w:t>
      </w:r>
      <w:r>
        <w:rPr>
          <w:sz w:val="20"/>
        </w:rPr>
        <w:t xml:space="preserve"> [eis ton kolpon tou patros]</w:t>
      </w:r>
      <w:r>
        <w:rPr>
          <w:sz w:val="20"/>
        </w:rPr>
        <w:br/>
        <w:t>Буквально «к/в груди Отца» — образ предельной близости и личного общения.</w:t>
      </w:r>
    </w:p>
    <w:p>
      <w:r>
        <w:t>19. Вот свидетельство Иоанна: иерусалимские руководители послали к нему священников и левитов спросить: «Кто ты?»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οἱ Ἰουδαῖοι</w:t>
      </w:r>
      <w:r>
        <w:rPr>
          <w:sz w:val="20"/>
        </w:rPr>
        <w:t xml:space="preserve"> [hoi Ioudaioi]</w:t>
      </w:r>
      <w:r>
        <w:rPr>
          <w:sz w:val="20"/>
        </w:rPr>
        <w:br/>
        <w:t>У Иоанна выражение может обозначать иудеев вообще, жителей Иудеи или конкретные руководящие круги в зависимости от контекста. Здесь посольство приходит из Иерусалима и имеет официальный религиозный характер.</w:t>
      </w:r>
    </w:p>
    <w:p>
      <w:r>
        <w:t>20. Он признал — и не отрёкся; прямо признал: «Я не Христос [не Мессия]».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ὁ Χριστός</w:t>
      </w:r>
      <w:r>
        <w:rPr>
          <w:sz w:val="20"/>
        </w:rPr>
        <w:t xml:space="preserve"> [ho Christos]</w:t>
      </w:r>
      <w:r>
        <w:rPr>
          <w:sz w:val="20"/>
        </w:rPr>
        <w:br/>
        <w:t>Χριστός — греческое «Помазанник», эквивалент еврейско-арамейского «Мессия».</w:t>
      </w:r>
    </w:p>
    <w:p>
      <w:r>
        <w:t>21. Они спросили: «Тогда кто же ты? Ты Илия?» — «Нет». — «Ты тот Пророк [ожидаемый пророк, подобный Моисею]?» — «Нет».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«Пророк» с определённостью естественно отсылает к ожидаемому пророку, подобному Моисею, из Втор 18:15–18.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18:15–18</w:t>
      </w:r>
    </w:p>
    <w:p>
      <w:r>
        <w:t>22. Тогда они сказали: «Кто же ты? Нам нужно дать ответ пославшим нас. Что ты сам говоришь о себе?»</w:t>
      </w:r>
    </w:p>
    <w:p>
      <w:r>
        <w:t>23. Он ответил словами Исаии: «Я — голос кричащего в пустыне: “Сделайте прямым путь Господа”» [Ис 40:3; форма цитаты близка греческой Септуагинте].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Это цитата Ис 40:3 в форме, близкой греческой Септуагинте. Иоанн определяет себя не как центральную фигуру, а как «голос», подготавливающий путь Господу.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40:3</w:t>
      </w:r>
    </w:p>
    <w:p>
      <w:r>
        <w:t>24. А среди посланных были фарисеи.</w:t>
      </w:r>
    </w:p>
    <w:p>
      <w:r>
        <w:t>25. Они спросили его: «Почему же ты крестишь, если ты не Христос, не Илия и не тот Пророк?»</w:t>
      </w:r>
    </w:p>
    <w:p>
      <w:r>
        <w:t>26. Иоанн ответил: «Я крещу в воде; но среди вас уже стоит Тот, Кого вы не знаете.</w:t>
      </w:r>
    </w:p>
    <w:p>
      <w:r>
        <w:t>27. Он идёт за мной, а я недостоин даже развязать ремень Его сандалии».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Развязывание обуви относится к самой низкой служебной работе. Иоанн сознательно ставит себя ниже уровня слуги по отношению к Идущему за ним.</w:t>
      </w:r>
    </w:p>
    <w:p>
      <w:r>
        <w:t>28. Это происходило в Вифании по ту сторону Иордана, где Иоанн крестил.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Основной критический текст имеет Βηθανίᾳ «Вифания»; традиционное Βηθαβαρᾷ «Вифавара» относится к варианту.</w:t>
      </w:r>
    </w:p>
    <w:p>
      <w:r>
        <w:t>29. На следующий день Иоанн видит Иисуса, идущего к нему, и говорит: «Вот Агнец Божий, Который αἴρει — уносит, удаляет, снимает — грех мира.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ὁ αἴρων</w:t>
      </w:r>
      <w:r>
        <w:rPr>
          <w:sz w:val="20"/>
        </w:rPr>
        <w:t xml:space="preserve"> [ho airōn]</w:t>
      </w:r>
      <w:r>
        <w:rPr>
          <w:sz w:val="20"/>
        </w:rPr>
        <w:br/>
        <w:t>αἴρω может означать поднимать, нести, убирать, уносить. Формулировка Иоанна подчёркивает удаление греха и не требует добавлять отсутствующее «на Себя».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Образ «Агнца Божьего» может собирать несколько библейских линий — пасхального агнца, жертвенную символику и страдающего Служителя. Сам стих не указывает одну-единственную исходную картину.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12, Ис 53:7</w:t>
      </w:r>
    </w:p>
    <w:p>
      <w:r>
        <w:t>30. Это Тот, о Ком я сказал: “За мной идёт Человек, Который оказался впереди меня, потому что существовал прежде меня”.</w:t>
      </w:r>
    </w:p>
    <w:p>
      <w:r>
        <w:t>31. Я и сам не знал Его; но именно для того, чтобы Он был открыт Израилю, я пришёл крестить в воде».</w:t>
      </w:r>
    </w:p>
    <w:p>
      <w:r>
        <w:t>32. И Иоанн засвидетельствовал: «Я видел Духа, сходящего с неба словно голубь, и Он ἔμεινεν — остался, пребывал — на Нём.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ἔμεινεν</w:t>
      </w:r>
      <w:r>
        <w:rPr>
          <w:sz w:val="20"/>
        </w:rPr>
        <w:t xml:space="preserve"> [emeinen]</w:t>
      </w:r>
      <w:r>
        <w:rPr>
          <w:sz w:val="20"/>
        </w:rPr>
        <w:br/>
        <w:t>μένω «оставаться/пребывать» впервые звучит здесь как важный мотив постоянного пребывания, который затем станет одним из ключевых глаголов Иоанна.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1:38–39, Ин 6:56, Ин 15:4–10</w:t>
      </w:r>
    </w:p>
    <w:p>
      <w:r>
        <w:t>33. Я и сам не знал Его; но Пославший меня крестить в воде сказал: “На Ком увидишь Духа, сходящего и остающегося на Нём, — Он и есть Тот, Кто крестит Святым Духом”.</w:t>
      </w:r>
    </w:p>
    <w:p>
      <w:r>
        <w:t>34. Я увидел это и засвидетельствовал: Он — Сын Божий».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ὁ υἱὸς τοῦ θεοῦ / ὁ ἐκλεκτὸς τοῦ θεοῦ</w:t>
      </w:r>
      <w:r>
        <w:rPr>
          <w:sz w:val="20"/>
        </w:rPr>
        <w:t xml:space="preserve"> [ho huios tou theou / ho eklektos tou theou]</w:t>
      </w:r>
      <w:r>
        <w:rPr>
          <w:sz w:val="20"/>
        </w:rPr>
        <w:br/>
        <w:t>Существует ранний вариант «Избранник Божий». WGT-T сохраняет «Сын Божий» как основное чтение и не смешивает варианты.</w:t>
      </w:r>
    </w:p>
    <w:p>
      <w:r>
        <w:t>35. На следующий день Иоанн снова стоял там с двумя своими учениками.</w:t>
      </w:r>
    </w:p>
    <w:p>
      <w:r>
        <w:t>36. Увидев проходящего Иисуса, он сказал: «Вот Агнец Божий».</w:t>
      </w:r>
    </w:p>
    <w:p>
      <w:r>
        <w:t>37. Два ученика услышали его слова — и последовали за Иисусом.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«Идти за» Иисусом начинает звучать одновременно как физическое действие и как язык ученичества.</w:t>
      </w:r>
    </w:p>
    <w:p>
      <w:r>
        <w:t>38. Иисус обернулся, увидел, что они идут за Ним, и спросил: «Что вы ищете?» Они ответили: «Равви — то есть Учитель, — где Ты μένεις — остаёшься, пребываешь?»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τί ζητεῖτε;</w:t>
      </w:r>
      <w:r>
        <w:rPr>
          <w:sz w:val="20"/>
        </w:rPr>
        <w:t xml:space="preserve"> [ti zēteite?]</w:t>
      </w:r>
      <w:r>
        <w:rPr>
          <w:sz w:val="20"/>
        </w:rPr>
        <w:br/>
        <w:t>Первые слова Иисуса в повествовании Иоанна — «Что вы ищете?» — задают тему желания и поиска, которая возвращается позже.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18:4, Ин 20:15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ποῦ μένεις;</w:t>
      </w:r>
      <w:r>
        <w:rPr>
          <w:sz w:val="20"/>
        </w:rPr>
        <w:t xml:space="preserve"> [pou meneis?]</w:t>
      </w:r>
      <w:r>
        <w:rPr>
          <w:sz w:val="20"/>
        </w:rPr>
        <w:br/>
        <w:t>Здесь μένω естественно означает «где Ты остановился/живёшь», но тот же глагол позже становится богословским «пребывать». WGT-E делает связь видимой.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15:4</w:t>
      </w:r>
    </w:p>
    <w:p>
      <w:r>
        <w:t>39. Он сказал: «Пойдите — и увидите». Они пошли, увидели, где Он пребывает, и ἔμειναν — остались, пребыли — у Него в тот день. Было около десятого часа.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ἔμειναν</w:t>
      </w:r>
      <w:r>
        <w:rPr>
          <w:sz w:val="20"/>
        </w:rPr>
        <w:t xml:space="preserve"> [emeinan]</w:t>
      </w:r>
      <w:r>
        <w:rPr>
          <w:sz w:val="20"/>
        </w:rPr>
        <w:br/>
        <w:t>Повтор μένω связывает простой рассказ о ночлеге с будущим языком «пребывания» ученика во Христе.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«Десятый час» при обычном иудейском дневном отсчёте был бы примерно около 16:00, но точную систему счёта времени в данном месте нельзя установить с полной уверенностью.</w:t>
      </w:r>
    </w:p>
    <w:p>
      <w:r>
        <w:t>40. Одним из двух, услышавших Иоанна и последовавших за Иисусом, был Андрей, брат Симона Петра.</w:t>
      </w:r>
    </w:p>
    <w:p>
      <w:r>
        <w:t>41. Первым делом Андрей находит своего брата Симона и говорит: «Мы нашли Мессию» — то есть Христа, Помазанника.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Μεσσίας ... Χριστός</w:t>
      </w:r>
      <w:r>
        <w:rPr>
          <w:sz w:val="20"/>
        </w:rPr>
        <w:t xml:space="preserve"> [Messias ... Christos]</w:t>
      </w:r>
      <w:r>
        <w:rPr>
          <w:sz w:val="20"/>
        </w:rPr>
        <w:br/>
        <w:t>Иоанн сам переводит семитское «Мессия» греческим Χριστός «Помазанник».</w:t>
      </w:r>
    </w:p>
    <w:p>
      <w:r>
        <w:t>42. Он привёл Симона к Иисусу. Иисус пристально посмотрел на него и сказал: «Ты Симон, сын Иоанна; тебя будут звать Кифа [арам. kēfā — камень]» — что по-гречески передано как Пётр.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Κηφᾶς / Πέτρος</w:t>
      </w:r>
      <w:r>
        <w:rPr>
          <w:sz w:val="20"/>
        </w:rPr>
        <w:t xml:space="preserve"> [Kēphas / Petros]</w:t>
      </w:r>
      <w:r>
        <w:rPr>
          <w:sz w:val="20"/>
        </w:rPr>
        <w:br/>
        <w:t>Κηφᾶς передаёт арамейское kēfā «камень/скала»; Иоанн даёт греческий эквивалент Πέτρος.</w:t>
      </w:r>
    </w:p>
    <w:p>
      <w:r>
        <w:t>43. На следующий день Иисус решил отправиться в Галилею. Он находит Филиппа и говорит: «Следуй за Мной».</w:t>
      </w:r>
    </w:p>
    <w:p>
      <w:r>
        <w:t>44. Филипп был из Вифсаиды — города Андрея и Петра.</w:t>
      </w:r>
    </w:p>
    <w:p>
      <w:r>
        <w:t>45. Филипп находит Нафанаила и говорит: «Мы нашли Того, о Ком писал Моисей в Законе и о Ком писали Пророки: Иисуса, сына Иосифа, из Назарета».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«Моисей в Законе и Пророки» — не ссылка на один отдельный стих, а утверждение, что вся структура Писания свидетельствует о приходящем Мессии.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5:39, Ин 5:46</w:t>
      </w:r>
    </w:p>
    <w:p>
      <w:r>
        <w:t>46. Нафанаил сказал: «Из Назарета разве может выйти что-нибудь доброе?» Филипп ответил: «Пойди и сам увидишь».</w:t>
      </w:r>
    </w:p>
    <w:p>
      <w:r>
        <w:t>47. Иисус увидел Нафанаила, идущего к Нему, и сказал: «Вот поистине израильтянин, в котором нет δόλος — обмана, лукавства» [в контексте далее возникает образ Иакова/Израиля].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δόλος</w:t>
      </w:r>
      <w:r>
        <w:rPr>
          <w:sz w:val="20"/>
        </w:rPr>
        <w:t xml:space="preserve"> [dolos]</w:t>
      </w:r>
      <w:r>
        <w:rPr>
          <w:sz w:val="20"/>
        </w:rPr>
        <w:br/>
        <w:t>Слово означает обман/коварство. Рядом с обозначением «израильтянин» и последующей сценой ангелов в 1:51 оно, вероятно, подготавливает литературную связь с Иаковом/Израилем.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27, Быт 28:12, Ин 1:51</w:t>
      </w:r>
    </w:p>
    <w:p>
      <w:r>
        <w:t>48. Нафанаил спросил: «Откуда Ты меня знаешь?» Иисус ответил: «Ещё до того, как Филипп позвал тебя, когда ты был под смоковницей, Я видел тебя».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(по церковному преданию)</w:t>
      </w:r>
      <w:r>
        <w:rPr>
          <w:sz w:val="20"/>
        </w:rPr>
        <w:br/>
        <w:t>Сам текст не объясняет символическое значение смоковницы. Поздние параллели о чтении Торы под смоковницей интересны, но недостаточны, чтобы превращать их в основной смысл стиха.</w:t>
      </w:r>
    </w:p>
    <w:p>
      <w:r>
        <w:t>49. Нафанаил ответил: «Равви! Ты — Сын Божий! Ты — Царь Израиля!»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В одной исповедальной реплике соединяются титулы «Сын Божий» и «Царь Израиля», подготавливая дальнейшее раскрытие личности Иисуса.</w:t>
      </w:r>
    </w:p>
    <w:p>
      <w:r>
        <w:t>50. Иисус сказал: «Ты веришь потому, что Я сказал: “Я видел тебя под смоковницей”? Ты увидишь гораздо больше».</w:t>
      </w:r>
    </w:p>
    <w:p>
      <w:r>
        <w:t>51. И Он сказал: «Аминь, аминь — истинно говорю вам [множественное число]: вы увидите небо открытым и ангелов Божьих, восходящих и нисходящих над Сыном Человеческим» [образ лестницы Иакова, Быт 28:12].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ἀμὴν ἀμὴν</w:t>
      </w:r>
      <w:r>
        <w:rPr>
          <w:sz w:val="20"/>
        </w:rPr>
        <w:t xml:space="preserve"> [amēn amēn]</w:t>
      </w:r>
      <w:r>
        <w:rPr>
          <w:sz w:val="20"/>
        </w:rPr>
        <w:br/>
        <w:t>Иоанн характерно сохраняет двойное «аминь». Это торжественная формула подтверждения перед важным высказыванием Иисуса.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ὑμῖν / ὄψεσθε</w:t>
      </w:r>
      <w:r>
        <w:rPr>
          <w:sz w:val="20"/>
        </w:rPr>
        <w:t xml:space="preserve"> [hymin / opsesthe]</w:t>
      </w:r>
      <w:r>
        <w:rPr>
          <w:sz w:val="20"/>
        </w:rPr>
        <w:br/>
        <w:t>Хотя реплика обращена к Нафанаилу, «вам / увидите» стоят во множественном числе: обещание расширяется на учеников.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Картина ангелов, восходящих и нисходящих, прямо отзывается сном Иакова в Быт 28:12. В Иоанна центром связи неба и земли становится Сын Человеческий.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28:12, Ин 3:13</w:t>
      </w:r>
    </w:p>
    <w:p>
      <w:pPr>
        <w:pStyle w:val="Heading2"/>
      </w:pPr>
      <w:r>
        <w:t>Глава 2</w:t>
      </w:r>
    </w:p>
    <w:p>
      <w:r>
        <w:t>1. На третий день в Кане Галилейской была свадьба, и мать Иисуса была там.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«На третий день» продолжает последовательность дней из Ин 1:29, 1:35 и 1:43. Иоанн сознательно строит вступление как цепь дней, хотя дальнейший богословский смысл самого «третьего дня» здесь не объясняется.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1:29, Ин 1:35, Ин 1:43</w:t>
      </w:r>
    </w:p>
    <w:p>
      <w:r>
        <w:t>2. На свадьбу были приглашены также Иисус и Его ученики.</w:t>
      </w:r>
    </w:p>
    <w:p>
      <w:r>
        <w:t>3. Когда вино закончилось, мать Иисуса сказала Ему: «У них нет вина».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Нехватка вина на свадебном пире была бы серьёзным общественным позором для семьи хозяев. Это усиливает напряжение сцены, но сам текст не описывает последствия подробно.</w:t>
      </w:r>
    </w:p>
    <w:p>
      <w:r>
        <w:t>4. Иисус ответил ей: «Что между Мной и тобой в этом деле, женщина? [τί ἐμοὶ καὶ σοί — выражение дистанцирования, не грубое оскорбление.] Мой час ещё не пришёл».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τί ἐμοὶ καὶ σοί</w:t>
      </w:r>
      <w:r>
        <w:rPr>
          <w:sz w:val="20"/>
        </w:rPr>
        <w:t xml:space="preserve"> [ti emoi kai soi]</w:t>
      </w:r>
      <w:r>
        <w:rPr>
          <w:sz w:val="20"/>
        </w:rPr>
        <w:br/>
        <w:t>Семитизированная формула буквально звучит «что Мне и тебе?». Она отмечает дистанцию между просьбой и собственным временем/миссией Иисуса, но не требует передавать её как резкий отказ.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γύναι</w:t>
      </w:r>
      <w:r>
        <w:rPr>
          <w:sz w:val="20"/>
        </w:rPr>
        <w:t xml:space="preserve"> [gynai]</w:t>
      </w:r>
      <w:r>
        <w:rPr>
          <w:sz w:val="20"/>
        </w:rPr>
        <w:br/>
        <w:t>Обращение «женщина» по-гречески здесь не является оскорбительным. Тем же словом Иисус обращается к матери у креста.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19:26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ἡ ὥρα μου</w:t>
      </w:r>
      <w:r>
        <w:rPr>
          <w:sz w:val="20"/>
        </w:rPr>
        <w:t xml:space="preserve"> [hē hōra mou]</w:t>
      </w:r>
      <w:r>
        <w:rPr>
          <w:sz w:val="20"/>
        </w:rPr>
        <w:br/>
        <w:t>«Мой час» становится у Иоанна важным обозначением времени смерти, прославления и завершения миссии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7:30, Ин 8:20, Ин 12:23, Ин 13:1, Ин 17:1</w:t>
      </w:r>
    </w:p>
    <w:p>
      <w:r>
        <w:t>5. Его мать сказала слугам: «Что бы Он ни сказал вам — сделайте».</w:t>
      </w:r>
    </w:p>
    <w:p>
      <w:r>
        <w:t>6. Там стояли шесть каменных сосудов для воды, предназначенных для иудейских очищений; каждый вмещал две или три меры — примерно по 80–120 литров.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μετρητὰς δύο ἢ τρεῖς</w:t>
      </w:r>
      <w:r>
        <w:rPr>
          <w:sz w:val="20"/>
        </w:rPr>
        <w:t xml:space="preserve"> [metrētas dyo ē treis]</w:t>
      </w:r>
      <w:r>
        <w:rPr>
          <w:sz w:val="20"/>
        </w:rPr>
        <w:br/>
        <w:t>Одна μετρητής — приблизительно 39 литров. Поэтому каждый сосуд мог вмещать примерно 80–120 литров, а общий объём был очень большим.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Иоанн специально говорит, что сосуды предназначены для иудейского очищения. Превращение именно этой воды в вино создаёт символическую связь между очищением и новым даром Иисуса, хотя текст не формулирует готовую аллегорию.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2:11, Ин 3:25</w:t>
      </w:r>
    </w:p>
    <w:p>
      <w:r>
        <w:t>7. Иисус сказал им: «Наполните сосуды водой». И они наполнили их до самых краёв.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Уточнение «до краёв» подчёркивает полноту объёма и исключает мысль о том, что в сосудах заранее оставалось значительное количество вина.</w:t>
      </w:r>
    </w:p>
    <w:p>
      <w:r>
        <w:t>8. Тогда Он сказал: «Теперь зачерпните и отнесите распорядителю пира [ἀρχιτρίκλινος — ответственному за пир]». Они отнесли.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ἀρχιτρίκλινος</w:t>
      </w:r>
      <w:r>
        <w:rPr>
          <w:sz w:val="20"/>
        </w:rPr>
        <w:t xml:space="preserve"> [architriklinos]</w:t>
      </w:r>
      <w:r>
        <w:rPr>
          <w:sz w:val="20"/>
        </w:rPr>
        <w:br/>
        <w:t>Это человек, отвечавший за порядок и подачу на пире; точная социальная роль могла различаться, поэтому «распорядитель пира» остаётся нейтральным переводом.</w:t>
      </w:r>
    </w:p>
    <w:p>
      <w:r>
        <w:t>9. Когда распорядитель попробовал воду, уже ставшую вином, он не знал, откуда оно взялось, хотя слуги, зачерпнувшие воду, знали. Тогда распорядитель позвал жениха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В сцене возникает иоанновская тема знания и незнания: слуги знают источник вина, распорядитель — нет. Подобное расслоение знания часто используется в Евангелии.</w:t>
      </w:r>
    </w:p>
    <w:p>
      <w:r>
        <w:t>10. и сказал ему: «Обычно сначала подают хорошее вино, а когда гости уже выпили достаточно [μεθυσθῶσιν — буквально “опьянеют/насытятся вином”], — худшее. Ты же сберёг хорошее вино до сих пор».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μεθυσθῶσιν</w:t>
      </w:r>
      <w:r>
        <w:rPr>
          <w:sz w:val="20"/>
        </w:rPr>
        <w:t xml:space="preserve"> [methysthōsin]</w:t>
      </w:r>
      <w:r>
        <w:rPr>
          <w:sz w:val="20"/>
        </w:rPr>
        <w:br/>
        <w:t>Глагол может прямо означать опьянение. В реплике распорядителя описывается обычай подачи вина, а не нравственная оценка поведения гостей.</w:t>
      </w:r>
    </w:p>
    <w:p>
      <w:r>
        <w:t>11. Так в Кане Галилейской Иисус совершил начало Своих σημείων — знамений, знаков, указывающих дальше самого чуда; Он явил Свою славу, и Его ученики поверили в Него.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ἀρχὴν τῶν σημείων</w:t>
      </w:r>
      <w:r>
        <w:rPr>
          <w:sz w:val="20"/>
        </w:rPr>
        <w:t xml:space="preserve"> [archēn tōn sēmeiōn]</w:t>
      </w:r>
      <w:r>
        <w:rPr>
          <w:sz w:val="20"/>
        </w:rPr>
        <w:br/>
        <w:t>Иоанн предпочитает слово σημεῖον «знамение/знак», потому что чудо указывает на личность и славу Иисуса, а не является только проявлением силы.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4:54, Ин 6:2, Ин 20:30–31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Знамение связано с «славой» и приводит учеников к вере. Эта триада — знак, откровение, вера — задаёт программу многих последующих сцен.</w:t>
      </w:r>
    </w:p>
    <w:p>
      <w:r>
        <w:t>12. После этого Он пошёл в Капернаум вместе со Своей матерью, братьями и учениками, и они несколько дней ἔμειναν — оставались, пребывали — там.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ἔμειναν</w:t>
      </w:r>
      <w:r>
        <w:rPr>
          <w:sz w:val="20"/>
        </w:rPr>
        <w:t xml:space="preserve"> [emeinan]</w:t>
      </w:r>
      <w:r>
        <w:rPr>
          <w:sz w:val="20"/>
        </w:rPr>
        <w:br/>
        <w:t>Снова появляется μένω «оставаться/пребывать», важный для Иоанна глагол. Здесь значение ещё бытовое, но лексическая сеть продолжается.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1:38–39, Ин 15:4</w:t>
      </w:r>
    </w:p>
    <w:p>
      <w:r>
        <w:t>13. Приближалась иудейская Пасха, и Иисус поднялся в Иерусалим.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Пасха была одним из главных паломнических праздников. Формула «поднялся в Иерусалим» соответствует как географии, так и обычному библейскому языку восхождения к городу.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У Иоанна очищение храма помещено в начале служения Иисуса, тогда как синоптические Евангелия помещают похожую сцену в последнюю неделю. WGT-E не гармонизирует эти повествовательные расположения и не решает автоматически, была ли это одна или две исторические сцены.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21:12–13, Мк 11:15–17, Лк 19:45–46</w:t>
      </w:r>
    </w:p>
    <w:p>
      <w:r>
        <w:t>14. На территории храма [ἱερόν — храмовый комплекс] Он увидел продающих быков, овец и голубей, а также сидящих меновщиков.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ἱερόν</w:t>
      </w:r>
      <w:r>
        <w:rPr>
          <w:sz w:val="20"/>
        </w:rPr>
        <w:t xml:space="preserve"> [hieron]</w:t>
      </w:r>
      <w:r>
        <w:rPr>
          <w:sz w:val="20"/>
        </w:rPr>
        <w:br/>
        <w:t>ἱερόν обозначает храмовый комплекс в целом. В 2:19 Иоанн переключится на ναός — собственно святилище. Это различие важно для последующей игры смысла.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2:19–21</w:t>
      </w:r>
    </w:p>
    <w:p>
      <w:r>
        <w:t>15. Сделав бич из верёвок, Он выгнал из храмового комплекса всех — и овец, и быков; деньги меновщиков рассыпал, а столы перевернул.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Фраза «всех — и овец, и быков» допускает вопрос, относится ли πάντας прежде всего к животным или шире к присутствующим продавцам. WGT-E не использует этот стих для утверждения, что Иисус обязательно бил людей.</w:t>
      </w:r>
    </w:p>
    <w:p>
      <w:r>
        <w:t>16. Продавцам голубей Он сказал: «Уберите это отсюда! Не превращайте дом Моего Отца в οἶκον ἐμπορίου — торговый дом, место коммерции!»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οἶκον ἐμπορίου</w:t>
      </w:r>
      <w:r>
        <w:rPr>
          <w:sz w:val="20"/>
        </w:rPr>
        <w:t xml:space="preserve"> [oikon emporiou]</w:t>
      </w:r>
      <w:r>
        <w:rPr>
          <w:sz w:val="20"/>
        </w:rPr>
        <w:br/>
        <w:t>Буквально «дом торговли/рынка». Иоанн подчёркивает несовместимость назначения дома Отца с превращением его в коммерческое пространство.</w:t>
      </w:r>
    </w:p>
    <w:p>
      <w:r>
        <w:t>17. Его ученики вспомнили Писание: «Ревность о Твоём доме поглотит Меня» [Пс 68:10 LXX / 69:9 MT].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Цитата из Пс 69:9 по еврейской нумерации (68:10 в LXX). В псалме страдание праведника связано с ревностью о Божьем доме.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69:9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Будущее «поглотит Меня» позволяет читателю слышать не только нынешнюю ревность Иисуса, но и цену, к которой приведёт Его действие.</w:t>
      </w:r>
    </w:p>
    <w:p>
      <w:r>
        <w:t>18. Тогда иудейские руководители спросили Его: «Какое знамение Ты покажешь нам как основание Своего права делать это?»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Вопрос о «знамении» здесь связан с полномочием: каким Божьим подтверждением Иисус обосновывает право вмешиваться в порядок храма.</w:t>
      </w:r>
    </w:p>
    <w:p>
      <w:r>
        <w:t>19. Иисус ответил: «Разрушьте этот ναός — это святилище, — и Я за три дня подниму его».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ναός</w:t>
      </w:r>
      <w:r>
        <w:rPr>
          <w:sz w:val="20"/>
        </w:rPr>
        <w:t xml:space="preserve"> [naos]</w:t>
      </w:r>
      <w:r>
        <w:rPr>
          <w:sz w:val="20"/>
        </w:rPr>
        <w:br/>
        <w:t>Здесь уже не ἱερόν «храмовый комплекс», а ναός «святилище». Собеседники понимают слово архитектурно, а рассказчик в 2:21 раскрывает иной референт — тело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2:14, Ин 2:21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ἐγερῶ</w:t>
      </w:r>
      <w:r>
        <w:rPr>
          <w:sz w:val="20"/>
        </w:rPr>
        <w:t xml:space="preserve"> [egerō]</w:t>
      </w:r>
      <w:r>
        <w:rPr>
          <w:sz w:val="20"/>
        </w:rPr>
        <w:br/>
        <w:t>ἐγείρω означает «поднять/воздвигнуть» и тем же глагольным семейством описывается воскресение. Русское «воздвигну» скрывает эту связь.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2:22</w:t>
      </w:r>
    </w:p>
    <w:p>
      <w:r>
        <w:t>20. Иудеи сказали: «Этот храм строили сорок шесть лет, а Ты поднимешь его за три дня?»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Сорок шесть лет хорошо сочетаются с длительной реконструкцией храмового комплекса при Ироде Великом и его преемниках и потому могут давать хронологический ориентир, но точное датирование сцены только по этой цифре остаётся реконструкцией.</w:t>
      </w:r>
    </w:p>
    <w:p>
      <w:r>
        <w:t>21. Но Он говорил о ναός — святилище — Своего тела.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Рассказчик сам снимает двусмысленность: новым местом Божьего присутствия в сцене становится тело Иисуса. Это не вывод позднего комментатора, а прямое пояснение текста.</w:t>
      </w:r>
    </w:p>
    <w:p>
      <w:r>
        <w:t>22. Когда Он был поднят из мёртвых, ученики вспомнили эти слова и поверили и Писанию, и слову, которое сказал Иисус.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ἠγέρθη</w:t>
      </w:r>
      <w:r>
        <w:rPr>
          <w:sz w:val="20"/>
        </w:rPr>
        <w:t xml:space="preserve"> [ēgerthē]</w:t>
      </w:r>
      <w:r>
        <w:rPr>
          <w:sz w:val="20"/>
        </w:rPr>
        <w:br/>
        <w:t>Пассив ἐγείρω «был поднят/воскрешён» замыкает словесную связь с «Я подниму его» в 2:19.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Иоанн открыто показывает ретроспективное понимание: ученики осмыслили слова Иисуса после воскресения. Это важный принцип повествования в Евангелии.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12:16, Ин 14:26</w:t>
      </w:r>
    </w:p>
    <w:p>
      <w:r>
        <w:t>23. Когда Он был в Иерусалиме на Пасхе, многие поверили в Его имя, потому что видели знамения, которые Он совершал.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Вера на основании знамений здесь описана положительным глаголом πιστεύω, но следующие стихи показывают, что такая вера ещё может быть поверхностной.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2:24, Ин 4:48</w:t>
      </w:r>
    </w:p>
    <w:p>
      <w:r>
        <w:t>24. Но Сам Иисус не ἐπίστευεν — не «верил/доверял» Себя им, хотя они ἐπίστευσαν — «поверили» в Него, потому что Он знал всех.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ἐπίστευσαν ... οὐκ ἐπίστευεν</w:t>
      </w:r>
      <w:r>
        <w:rPr>
          <w:sz w:val="20"/>
        </w:rPr>
        <w:t xml:space="preserve"> [episteusan ... ouk episteuen]</w:t>
      </w:r>
      <w:r>
        <w:rPr>
          <w:sz w:val="20"/>
        </w:rPr>
        <w:br/>
        <w:t>В 2:23 и 2:24 используется один и тот же глагол πιστεύω: многие «поверили» в Иисуса, но Иисус не «доверял» Себя им. Русские переводы обычно вынуждены использовать два разных глагола и теряют игру слов.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2:23–24</w:t>
      </w:r>
    </w:p>
    <w:p>
      <w:r>
        <w:t>25. и не нуждался, чтобы кто-либо свидетельствовал Ему о человеке, потому что Сам знал, что находится внутри человека.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τί ἦν ἐν τῷ ἀνθρώπῳ</w:t>
      </w:r>
      <w:r>
        <w:rPr>
          <w:sz w:val="20"/>
        </w:rPr>
        <w:t xml:space="preserve"> [ti ēn en tō anthrōpō]</w:t>
      </w:r>
      <w:r>
        <w:rPr>
          <w:sz w:val="20"/>
        </w:rPr>
        <w:br/>
        <w:t>Глава заканчивается словом «человек», а следующая начинается: «Был человек из фарисеев, имя ему Никодим». Переход между 2:25 и 3:1 литературно очень плотный.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Тема знания Иисусом внутреннего человека будет показана непосредственно в разговорах с Никодимом и самарянкой.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3:1–12, Ин 4:17–19</w:t>
      </w:r>
    </w:p>
    <w:p>
      <w:pPr>
        <w:pStyle w:val="Heading2"/>
      </w:pPr>
      <w:r>
        <w:t>Глава 3</w:t>
      </w:r>
    </w:p>
    <w:p>
      <w:r>
        <w:t>1. И был человек [ἄνθρωπος] из фарисеев по имени Никодим, один из иудейских начальников.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Ин 2:25 заканчивается: Иисус знал, «что в человеке»; Ин 3:1 немедленно продолжает: «И был человек… Никодим». Граница глав скрывает намеренный переход.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2:25, Ин 3:1</w:t>
      </w:r>
    </w:p>
    <w:p>
      <w:r>
        <w:t>2. Он пришёл к Иисусу ночью и сказал: «Равви, мы знаем, что Ты пришёл от Бога как Учитель: никто не может совершать такие знамения, какие совершаешь Ты, если Бог не с ним».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νυκτός</w:t>
      </w:r>
      <w:r>
        <w:rPr>
          <w:sz w:val="20"/>
        </w:rPr>
        <w:t xml:space="preserve"> [nyktos]</w:t>
      </w:r>
      <w:r>
        <w:rPr>
          <w:sz w:val="20"/>
        </w:rPr>
        <w:br/>
        <w:t>Никодим действительно приходит ночью. В Евангелии свет и тьма имеют и символическую функцию, поэтому дополнительный оттенок непонимания возможен, особенно рядом с 3:19–21, но текст не говорит, что ночь только символична.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3:19–21, Ин 9:4, Ин 13:30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Никодим начинает с веры, основанной на знамениях — той самой формы веры, которую 2:23–25 только что поставил под вопрос.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2:23–25</w:t>
      </w:r>
    </w:p>
    <w:p>
      <w:r>
        <w:t>3. Иисус ответил: «Аминь, аминь говорю тебе: если кто не родится ἄνωθεν — свыше и заново, — он не может увидеть Царство Божье».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γεννηθῇ ἄνωθεν</w:t>
      </w:r>
      <w:r>
        <w:rPr>
          <w:sz w:val="20"/>
        </w:rPr>
        <w:t xml:space="preserve"> [gennēthē anōthen]</w:t>
      </w:r>
      <w:r>
        <w:rPr>
          <w:sz w:val="20"/>
        </w:rPr>
        <w:br/>
        <w:t>ἄνωθεν означает «свыше/сверху» и может означать «снова/заново». Никодим в 3:4 слышит второй смысл; Иисус ведёт разговор к первому — рождению от Бога, свыше.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3:4, Ин 3:7, Ин 3:31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ἀμὴν ἀμὴν</w:t>
      </w:r>
      <w:r>
        <w:rPr>
          <w:sz w:val="20"/>
        </w:rPr>
        <w:t xml:space="preserve"> [amēn amēn]</w:t>
      </w:r>
      <w:r>
        <w:rPr>
          <w:sz w:val="20"/>
        </w:rPr>
        <w:br/>
        <w:t>Двойное «аминь» — характерная иоанновская формула Иисуса перед особо весомым утверждением.</w:t>
      </w:r>
    </w:p>
    <w:p>
      <w:r>
        <w:t>4. Никодим сказал: «Как человек может родиться, когда он уже стар? Неужели он может войти в утробу матери δεύτερον — второй раз — и родиться?»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sz w:val="20"/>
        </w:rPr>
        <w:br/>
        <w:t>Никодим выбирает значение ἄνωθεν «снова» и делает его максимально буквальным. Так Иоанн строит характерный диалог через непонимание двойного смысла.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2:19–21, Ин 4:10–15, Ин 6:51–52</w:t>
      </w:r>
    </w:p>
    <w:p>
      <w:r>
        <w:t>5. Иисус ответил: «Аминь, аминь говорю тебе: если кто не родится от воды и Духа [ἐξ ὕδατος καὶ πνεύματος], он не может войти в Царство Божье.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Наиболее естественный ветхозаветный фон соединения воды и Духа — обещание очищения водой и нового Духа в Иез 36:25–27. Это особенно подходит к упрёку Никодиму как «учителю Израиля» в 3:10.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Иез 36:25–27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Фразу исторически толковали по-разному: как крещение, естественное и духовное рождение, либо единое очищающе-оживляющее действие Бога. WGT-E не превращает одно из этих толкований в сам текст.</w:t>
      </w:r>
    </w:p>
    <w:p>
      <w:r>
        <w:t>6. Рождённое от плоти остаётся плотью; рождённое от Духа есть дух.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σάρξ ... πνεῦμα</w:t>
      </w:r>
      <w:r>
        <w:rPr>
          <w:sz w:val="20"/>
        </w:rPr>
        <w:t xml:space="preserve"> [sarx ... pneuma]</w:t>
      </w:r>
      <w:r>
        <w:rPr>
          <w:sz w:val="20"/>
        </w:rPr>
        <w:br/>
        <w:t>Контраст здесь не означает, что физическое тело само по себе зло. «Плоть» обозначает человеческое происхождение и возможности, противопоставленные рождению от Божьего Духа.</w:t>
      </w:r>
    </w:p>
    <w:p>
      <w:r>
        <w:t>7. Не удивляйся, что Я сказал тебе [единственное число]: вам [множественное число] необходимо родиться ἄνωθεν — свыше, заново.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σοι ... ὑμᾶς</w:t>
      </w:r>
      <w:r>
        <w:rPr>
          <w:sz w:val="20"/>
        </w:rPr>
        <w:t xml:space="preserve"> [soi ... hymas]</w:t>
      </w:r>
      <w:r>
        <w:rPr>
          <w:sz w:val="20"/>
        </w:rPr>
        <w:br/>
        <w:t>Иисус переходит от «тебе» к «вам»: требование нового рождения касается не только Никодима лично, но более широкой группы.</w:t>
      </w:r>
    </w:p>
    <w:p>
      <w:r>
        <w:t>8. πνεῦμα дует, где хочет: ты слышишь его φωνή — звук, голос, — но не знаешь, откуда оно приходит и куда идёт. Так и с каждым, кто рождён от Πνεῦμα — Духа».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πνεῦμα</w:t>
      </w:r>
      <w:r>
        <w:rPr>
          <w:sz w:val="20"/>
        </w:rPr>
        <w:t xml:space="preserve"> [pneuma]</w:t>
      </w:r>
      <w:r>
        <w:rPr>
          <w:sz w:val="20"/>
        </w:rPr>
        <w:br/>
        <w:t>Одно слово означает и «ветер/дыхание», и «дух». Русский вынужден выбирать разные слова и теряет игру. Иисус использует невидимый ветер как образ действия Духа.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φωνή</w:t>
      </w:r>
      <w:r>
        <w:rPr>
          <w:sz w:val="20"/>
        </w:rPr>
        <w:t xml:space="preserve"> [phōnē]</w:t>
      </w:r>
      <w:r>
        <w:rPr>
          <w:sz w:val="20"/>
        </w:rPr>
        <w:br/>
        <w:t>φωνή может означать звук или голос. В контексте ветра естественно «звук», но более широкий оттенок слова остаётся слышимым в греческом.</w:t>
      </w:r>
    </w:p>
    <w:p>
      <w:r>
        <w:t>9. Никодим спросил Его: «Как это может произойти?»</w:t>
      </w:r>
    </w:p>
    <w:p>
      <w:r>
        <w:t>10. Иисус ответил: «Ты — учитель Израиля и не понимаешь этого?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Упрёк предполагает, что тема внутреннего очищения и обновления Духом уже доступна в Писании Израиля, особенно у пророков.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Иез 11:19, Иез 36:25–27, Иер 31:31–34</w:t>
      </w:r>
    </w:p>
    <w:p>
      <w:r>
        <w:t>11. Аминь, аминь говорю тебе: Мы говорим о том, что знаем, и свидетельствуем о том, что видели, но вы [множественное число] не принимаете Нашего свидетельства.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sz w:val="20"/>
        </w:rPr>
        <w:br/>
        <w:t>В стихе неожиданно появляются «мы/наше» и «вы» во множественном числе. Толкования того, кого включает «мы», различаются; WGT-E сохраняет грамматику и не подставляет заранее выбранную группу.</w:t>
      </w:r>
    </w:p>
    <w:p>
      <w:r>
        <w:t>12. Если Я говорил вам о земном и вы не верите, как поверите, если заговорю о небесном?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Разговор движется от образов рождения, воды и ветра — вещей земного опыта — к небесной идентичности и миссии Сына Человеческого.</w:t>
      </w:r>
    </w:p>
    <w:p>
      <w:r>
        <w:t>13. Никто не восходил на небо, кроме Того, Кто сошёл с неба, — Сына Человеческого.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«Сошёл с неба» продолжает тему ἄνωθεν — происхождения «свыше». Автор связывает новое рождение с Тем, Кто Сам приходит сверху/с неба.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3:3, Ин 3:31, Ин 6:38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 более поздней традиции после «Сын Человеческий» добавлено «сущий на небесах». WGT-T/WGT-E следуют более короткому критическому чтению и не смешивают варианты.</w:t>
      </w:r>
    </w:p>
    <w:p>
      <w:r>
        <w:t>14. И как Моисей поднял змея в пустыне, так должен быть ὑψωθῆναι — поднят и одновременно возвышен — Сын Человеческий,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ὑψωθῆναι</w:t>
      </w:r>
      <w:r>
        <w:rPr>
          <w:sz w:val="20"/>
        </w:rPr>
        <w:t xml:space="preserve"> [hypsōthēnai]</w:t>
      </w:r>
      <w:r>
        <w:rPr>
          <w:sz w:val="20"/>
        </w:rPr>
        <w:br/>
        <w:t>ὑψόω означает физически «поднимать» и «возвышать/прославлять». У Иоанна крест становится одновременно поднятием на крест и парадоксальным возвышением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8:28, Ин 12:32–34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sz w:val="20"/>
        </w:rPr>
        <w:br/>
        <w:t>Прямой фон — медный змей в Чис 21:4–9: поражённые смертью смотрят на поднятый знак и получают жизнь.</w:t>
      </w:r>
      <w:r>
        <w:rPr>
          <w:i/>
          <w:sz w:val="20"/>
        </w:rPr>
        <w:br/>
        <w:t xml:space="preserve">См.: </w:t>
      </w:r>
      <w:r>
        <w:rPr>
          <w:sz w:val="20"/>
        </w:rPr>
        <w:t>Чис 21:4–9</w:t>
      </w:r>
    </w:p>
    <w:p>
      <w:r>
        <w:t>15. чтобы каждый, кто верит в Него, имел ζωήν αἰώνιον — вечную жизнь, жизнь грядущего века.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ζωὴ αἰώνιος</w:t>
      </w:r>
      <w:r>
        <w:rPr>
          <w:sz w:val="20"/>
        </w:rPr>
        <w:t xml:space="preserve"> [zōē aiōnios]</w:t>
      </w:r>
      <w:r>
        <w:rPr>
          <w:sz w:val="20"/>
        </w:rPr>
        <w:br/>
        <w:t>Фраза означает «вечная жизнь», но в иудейском контексте несёт и оттенок жизни будущего века. У Иоанна эта жизнь начинается уже сейчас для верующего.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5:24, Ин 17:3</w:t>
      </w:r>
    </w:p>
    <w:p>
      <w:r>
        <w:t>16. Потому что Бог вот как [οὕτως — таким образом] возлюбил мир: Он отдал Своего μονογενής — Единственного и Уникального Сына, чтобы каждый, кто верит в Него, не погиб, но имел вечную жизнь.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οὕτως</w:t>
      </w:r>
      <w:r>
        <w:rPr>
          <w:sz w:val="20"/>
        </w:rPr>
        <w:t xml:space="preserve"> [houtōs]</w:t>
      </w:r>
      <w:r>
        <w:rPr>
          <w:sz w:val="20"/>
        </w:rPr>
        <w:br/>
        <w:t>οὕτως прежде всего означает «так, таким образом». Стих говорит не только о степени любви («так сильно»), но о способе, которым любовь была показана: Бог отдал Сына.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μονογενῆ</w:t>
      </w:r>
      <w:r>
        <w:rPr>
          <w:sz w:val="20"/>
        </w:rPr>
        <w:t xml:space="preserve"> [monogenē]</w:t>
      </w:r>
      <w:r>
        <w:rPr>
          <w:sz w:val="20"/>
        </w:rPr>
        <w:br/>
        <w:t>μονογενής обозначает единственного/уникального в своём роде. WGT-E сохраняет связь с Ин 1:14, 1:18 и не строит значение на одной лишь поздней этимологической ассоциации.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1:14, Ин 1:18, Ин 3:18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κόσμον</w:t>
      </w:r>
      <w:r>
        <w:rPr>
          <w:sz w:val="20"/>
        </w:rPr>
        <w:t xml:space="preserve"> [kosmon]</w:t>
      </w:r>
      <w:r>
        <w:rPr>
          <w:sz w:val="20"/>
        </w:rPr>
        <w:br/>
        <w:t>«Мир» у Иоанна — тот самый κόσμος, который в 1:10 не узнал Слово. Любовь Бога направлена не к уже верному миру, а к миру, находящемуся в отчуждении.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1:10, Ин 3:19</w:t>
      </w:r>
    </w:p>
    <w:p>
      <w:r>
        <w:t>17. Бог послал Сына в мир не для того, чтобы κρίνῃ — вынести миру приговор, — но чтобы мир через Него был спасён.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κρίνω</w:t>
      </w:r>
      <w:r>
        <w:rPr>
          <w:sz w:val="20"/>
        </w:rPr>
        <w:t xml:space="preserve"> [krinō]</w:t>
      </w:r>
      <w:r>
        <w:rPr>
          <w:sz w:val="20"/>
        </w:rPr>
        <w:br/>
        <w:t>κρίνω может означать судить, рассматривать, выносить решение или осуждать. В этом контексте противопоставление спасению делает оттенок обвинительного приговора особенно сильным.</w:t>
      </w:r>
    </w:p>
    <w:p>
      <w:r>
        <w:t>18. Кто верит в Него, не находится под приговором; кто же не верит, уже оказался под судом, потому что не поверил в имя Единственного Сына Божьего.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У Иоанна суд не только будущий: реакция человека на Сына уже раскрывает его положение перед Богом.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3:19, Ин 5:24</w:t>
      </w:r>
    </w:p>
    <w:p>
      <w:r>
        <w:t>19. И вот в чём κρίσις — суд, вынесение решения: Свет пришёл в мир, но люди полюбили тьму больше Света, потому что их дела были злы.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Свет из пролога (1:4–9) теперь становится критерием суда: не нейтральное незнание, а любовь к тьме объясняет отвержение Света.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1:4–9</w:t>
      </w:r>
    </w:p>
    <w:p>
      <w:r>
        <w:t>20. Каждый, кто практикует зло, ненавидит Свет и не идёт к Свету, чтобы его дела не были ἐλεγχθῇ — разоблачены и выведены на свет.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ἐλέγχω</w:t>
      </w:r>
      <w:r>
        <w:rPr>
          <w:sz w:val="20"/>
        </w:rPr>
        <w:t xml:space="preserve"> [elenchō]</w:t>
      </w:r>
      <w:r>
        <w:rPr>
          <w:sz w:val="20"/>
        </w:rPr>
        <w:br/>
        <w:t>Глагол означает обличать, изобличать, показывать неправоту. Образ света делает здесь буквальный оттенок «выявить скрытое» особенно сильным.</w:t>
      </w:r>
    </w:p>
    <w:p>
      <w:r>
        <w:t>21. А тот, кто «делает истину» [ποιῶν τὴν ἀλήθειαν — живёт истиной], идёт к Свету, чтобы стало видно: его дела совершены в Боге».</w:t>
      </w:r>
    </w:p>
    <w:p>
      <w:pPr>
        <w:ind w:left="360"/>
      </w:pPr>
      <w:r>
        <w:rPr>
          <w:b/>
          <w:sz w:val="20"/>
        </w:rPr>
        <w:t>Семитизм</w:t>
      </w:r>
      <w:r>
        <w:rPr>
          <w:i/>
          <w:sz w:val="20"/>
        </w:rPr>
        <w:t xml:space="preserve"> ποιῶν τὴν ἀλήθειαν</w:t>
      </w:r>
      <w:r>
        <w:rPr>
          <w:sz w:val="20"/>
        </w:rPr>
        <w:t xml:space="preserve"> [poiōn tēn alētheian]</w:t>
      </w:r>
      <w:r>
        <w:rPr>
          <w:sz w:val="20"/>
        </w:rPr>
        <w:br/>
        <w:t>Буквально «делать истину». Это семитизированный способ говорить о жизни и поступках в соответствии с истиной, а не только о правильных убеждениях.</w:t>
      </w:r>
    </w:p>
    <w:p>
      <w:r>
        <w:t>22. После этого Иисус и Его ученики пришли в Иудейскую землю. Там Он проводил с ними время и крестил.</w:t>
      </w:r>
    </w:p>
    <w:p>
      <w:pPr>
        <w:ind w:left="360"/>
      </w:pPr>
      <w:r>
        <w:rPr>
          <w:b/>
          <w:sz w:val="20"/>
        </w:rPr>
        <w:t>Крест и Евангелие</w:t>
      </w:r>
      <w:r>
        <w:rPr>
          <w:sz w:val="20"/>
        </w:rPr>
        <w:br/>
        <w:t>Ин 4:2 уточнит, что сам Иисус лично не крестил; крещение совершали Его ученики. Ин 3:22 описывает служение группы в целом.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4:2</w:t>
      </w:r>
    </w:p>
    <w:p>
      <w:r>
        <w:t>23. Иоанн тоже крестил в Еноне близ Салима, потому что там было много воды; люди приходили и крестились.</w:t>
      </w:r>
    </w:p>
    <w:p>
      <w:r>
        <w:t>24. Иоанн тогда ещё не был заключён в тюрьму.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Эта ремарка помогает расположить сцену по отношению к синоптическому рассказу, где общественное служение Иисуса часто начинается после заключения Иоанна. Иоанн показывает период их параллельной деятельности.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Мк 1:14</w:t>
      </w:r>
    </w:p>
    <w:p>
      <w:r>
        <w:t>25. У учеников Иоанна возник спор с одним иудеем об очищении [καθαρισμός].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Тема очищения связывает этот спор с каменными сосудами «для иудейского очищения» в 2:6 и переводит вопрос от ритуала к идентичности Того, Кто пришёл.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2:6</w:t>
      </w:r>
    </w:p>
    <w:p>
      <w:r>
        <w:t>26. Они пришли к Иоанну и сказали: «Равви, Тот, Кто был с тобой по ту сторону Иордана и о Ком ты свидетельствовал, — вот, Он крестит, и все идут к Нему».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Ученики Иоанна формулируют ситуацию как конкуренцию за последователей; ответ Иоанна полностью отвергает эту рамку.</w:t>
      </w:r>
    </w:p>
    <w:p>
      <w:r>
        <w:t>27. Иоанн ответил: «Человек не может взять себе ничего, если это не дано ему ἐκ τοῦ οὐρανοῦ — с неба, свыше.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«С неба» продолжает вертикальную лексику главы: рождение ἄνωθεν «свыше», Сын сошёл с неба, Приходящий свыше — выше всех.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3:3, Ин 3:13, Ин 3:31</w:t>
      </w:r>
    </w:p>
    <w:p>
      <w:r>
        <w:t>28. Вы сами свидетели моих слов: “Я не Христос, а послан впереди Него”.</w:t>
      </w:r>
    </w:p>
    <w:p>
      <w:r>
        <w:t>29. Невеста принадлежит жениху. Друг жениха, который стоит рядом и слушает его, радуется самому голосу жениха. Поэтому моя радость теперь стала полной.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φίλος τοῦ νυμφίου</w:t>
      </w:r>
      <w:r>
        <w:rPr>
          <w:sz w:val="20"/>
        </w:rPr>
        <w:t xml:space="preserve"> [ho philos tou nymphiou]</w:t>
      </w:r>
      <w:r>
        <w:rPr>
          <w:sz w:val="20"/>
        </w:rPr>
        <w:br/>
        <w:t>«Друг жениха» — фигура помощника/близкого друга при свадьбе. Главное в образе: он не соперник жениха, а радуется его успеху.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В Писании образ жениха и брака может описывать отношения Бога и Его народа. Поэтому применение свадебного образа к Иисусу имеет потенциально высокий христологический вес, хотя Иоанн Креститель здесь не разворачивает его полностью.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62:4–5, Ос 2:19–20</w:t>
      </w:r>
    </w:p>
    <w:p>
      <w:r>
        <w:t>30. Ему необходимо возрастать, а мне — уменьшаться.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δεῖ</w:t>
      </w:r>
      <w:r>
        <w:rPr>
          <w:sz w:val="20"/>
        </w:rPr>
        <w:t xml:space="preserve"> [dei]</w:t>
      </w:r>
      <w:r>
        <w:rPr>
          <w:sz w:val="20"/>
        </w:rPr>
        <w:br/>
        <w:t>δεῖ означает не просто пожелание, а необходимость в рамках Божьего замысла: «так должно быть».</w:t>
      </w:r>
    </w:p>
    <w:p>
      <w:r>
        <w:t>31. Приходящий ἄνωθεν — свыше — выше всех. Кто от земли, тот принадлежит земле и говорит как земной. Приходящий с неба — выше всех.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ἄνωθεν</w:t>
      </w:r>
      <w:r>
        <w:rPr>
          <w:sz w:val="20"/>
        </w:rPr>
        <w:t xml:space="preserve"> [anōthen]</w:t>
      </w:r>
      <w:r>
        <w:rPr>
          <w:sz w:val="20"/>
        </w:rPr>
        <w:br/>
        <w:t>Здесь ἄνωθεν явно означает «свыше». Это подтверждает, что тот же смысл реален и в двойном значении 3:3 и 3:7.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3:3, Ин 3:7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Точная граница между словами Иоанна Крестителя и авторским комментарием в 3:31–36 не обозначена древней пунктуацией. WGT-T продолжает цитату, но WGT-E отмечает неопределённость говорящего.</w:t>
      </w:r>
    </w:p>
    <w:p>
      <w:r>
        <w:t>32. Он свидетельствует о том, что видел и слышал, и всё же почти никто не принимает Его свидетельства.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«Никто» — характерное риторическое обобщение, поскольку следующий стих сразу говорит о тех, кто всё-таки принял свидетельство.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3:33</w:t>
      </w:r>
    </w:p>
    <w:p>
      <w:r>
        <w:t>33. Кто принял Его свидетельство, тот «поставил печать» [ἐσφράγισεν] на том, что Бог истинен — подтвердил это как подлинное.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ἐσφράγισεν</w:t>
      </w:r>
      <w:r>
        <w:rPr>
          <w:sz w:val="20"/>
        </w:rPr>
        <w:t xml:space="preserve"> [esphragisen]</w:t>
      </w:r>
      <w:r>
        <w:rPr>
          <w:sz w:val="20"/>
        </w:rPr>
        <w:br/>
        <w:t>Буквально «запечатал/поставил печать». Печать подтверждала подлинность или принадлежность; здесь принятие свидетельства означает удостоверить истинность Бога.</w:t>
      </w:r>
    </w:p>
    <w:p>
      <w:r>
        <w:t>34. Посланный Богом говорит Божьи слова, потому что Дух даётся οὐ ἐκ μέτρου — не по мере, не ограниченной порцией.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οὐ γὰρ ἐκ μέτρου δίδωσιν τὸ πνεῦμα</w:t>
      </w:r>
      <w:r>
        <w:rPr>
          <w:sz w:val="20"/>
        </w:rPr>
        <w:t xml:space="preserve"> [ou gar ek metrou didōsin to pneuma]</w:t>
      </w:r>
      <w:r>
        <w:rPr>
          <w:sz w:val="20"/>
        </w:rPr>
        <w:br/>
        <w:t>В греческом субъект глагола «даёт» не назван явно; русское «Бог даёт» является естественным восстановлением по контексту, но грамматически подразумеваемый субъект остаётся интерпретацией.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οὐ ἐκ μέτρου</w:t>
      </w:r>
      <w:r>
        <w:rPr>
          <w:sz w:val="20"/>
        </w:rPr>
        <w:t xml:space="preserve"> [ou ek metrou]</w:t>
      </w:r>
      <w:r>
        <w:rPr>
          <w:sz w:val="20"/>
        </w:rPr>
        <w:br/>
        <w:t>Буквально «не из меры/не по мере»: дар Духа не ограничен дозой.</w:t>
      </w:r>
    </w:p>
    <w:p>
      <w:r>
        <w:t>35. Отец любит Сына и всё отдал в Его руку.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Отношение Отца и Сына становится основанием власти Сына; мотив «всё в Его руке» будет развиваться далее.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5:20–27, Ин 13:3</w:t>
      </w:r>
    </w:p>
    <w:p>
      <w:r>
        <w:t>36. Кто верит в Сына, уже имеет вечную жизнь; а кто ἀπειθεῖ — отвергает послушание Сыну, не увидит жизни: гнев Божий μένει — остаётся, пребывает — на нём».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ὁ ἀπειθῶν</w:t>
      </w:r>
      <w:r>
        <w:rPr>
          <w:sz w:val="20"/>
        </w:rPr>
        <w:t xml:space="preserve"> [ho apeithōn]</w:t>
      </w:r>
      <w:r>
        <w:rPr>
          <w:sz w:val="20"/>
        </w:rPr>
        <w:br/>
        <w:t>Здесь противопоставление πιστεύω идёт не глаголом «не верить», а ἀπειθέω — не повиноваться, отказываться подчиниться. Вера у Иоанна не сводится к интеллектуальному согласию.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μένει</w:t>
      </w:r>
      <w:r>
        <w:rPr>
          <w:sz w:val="20"/>
        </w:rPr>
        <w:t xml:space="preserve"> [menei]</w:t>
      </w:r>
      <w:r>
        <w:rPr>
          <w:sz w:val="20"/>
        </w:rPr>
        <w:br/>
        <w:t>Снова μένω «оставаться/пребывать». Тот же ключевой иоанновский глагол здесь описывает продолжающееся пребывание Божьего гнева.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1:32–39, Ин 15:4–10</w:t>
      </w:r>
    </w:p>
    <w:p>
      <w:pPr>
        <w:pStyle w:val="Heading2"/>
      </w:pPr>
      <w:r>
        <w:t>Глава 4</w:t>
      </w:r>
    </w:p>
    <w:p>
      <w:r>
        <w:t>1. Когда Иисус узнал, что фарисеи услышали, что Он приобретает и крестит больше учеников, чем Иоанн,</w:t>
      </w:r>
    </w:p>
    <w:p>
      <w:r>
        <w:t>2. — хотя Сам Иисус лично не крестил: это делали Его ученики, —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Этот стих уточняет Ин 3:22: крещение относилось к служению Иисуса и Его группы, но физически его совершали ученики.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3:22</w:t>
      </w:r>
    </w:p>
    <w:p>
      <w:r>
        <w:t>3. Он оставил Иудею и снова пошёл в Галилею.</w:t>
      </w:r>
    </w:p>
    <w:p>
      <w:r>
        <w:t>4. Ему ἔδει — надлежало, было необходимо — пройти через Самарию.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ἔδει</w:t>
      </w:r>
      <w:r>
        <w:rPr>
          <w:sz w:val="20"/>
        </w:rPr>
        <w:t xml:space="preserve"> [edei]</w:t>
      </w:r>
      <w:r>
        <w:rPr>
          <w:sz w:val="20"/>
        </w:rPr>
        <w:br/>
        <w:t>δεῖ у Иоанна часто может обозначать не только практическую необходимость, но и необходимость внутри Божьего замысла. Географически путь через Самарию был прямым, поэтому оба оттенка остаются возможными.</w:t>
      </w:r>
    </w:p>
    <w:p>
      <w:r>
        <w:t>5. И вот Он приходит в самарийский город Сихарь, близ поля, которое Иаков дал своему сыну Иосифу.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Место связывается с патриархами Иаковом и Иосифом и тем самым погружает разговор в общий для иудеев и самарян древний библейский мир.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33:18–20, Нав 24:32</w:t>
      </w:r>
    </w:p>
    <w:p>
      <w:r>
        <w:t>6. Там был источник/колодец Иакова. Иисус, утомлённый дорогой, сел у него. Было около шестого часа.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πηγὴ τοῦ Ἰακώβ</w:t>
      </w:r>
      <w:r>
        <w:rPr>
          <w:sz w:val="20"/>
        </w:rPr>
        <w:t xml:space="preserve"> [pēgē tou Iakōb]</w:t>
      </w:r>
      <w:r>
        <w:rPr>
          <w:sz w:val="20"/>
        </w:rPr>
        <w:br/>
        <w:t>В 4:6 используется πηγή «источник», тогда как в 4:11–12 женщина говорит φρέαρ «колодец». Эта смена помогает последующей игре с «источником воды» внутри человека в 4:14.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4:11, Ин 4:14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При обычном иудейском дневном счёте шестой час — приблизительно полдень. Предлагались и другие системы счёта, поэтому точное современное время лучше не превращать в догму.</w:t>
      </w:r>
    </w:p>
    <w:p>
      <w:r>
        <w:t>7. Приходит женщина из Самарии набрать воды. Иисус говорит ей: «Дай Мне пить».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Сцена пересекает сразу несколько социальных границ — этническую и гендерную. Но сам текст не говорит, что женщина была изгоем только потому, что пришла за водой в это время.</w:t>
      </w:r>
    </w:p>
    <w:p>
      <w:r>
        <w:t>8. Его ученики ушли в город купить еды.</w:t>
      </w:r>
    </w:p>
    <w:p>
      <w:r>
        <w:t>9. Самарянка сказала Ему: «Как Ты, иудей, просишь пить у меня, самарянки?» Ведь иудеи не συγχρῶνται — не имеют обычного общения и совместного пользования — с самарянами.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συγχρῶνται</w:t>
      </w:r>
      <w:r>
        <w:rPr>
          <w:sz w:val="20"/>
        </w:rPr>
        <w:t xml:space="preserve"> [synchrōntai]</w:t>
      </w:r>
      <w:r>
        <w:rPr>
          <w:sz w:val="20"/>
        </w:rPr>
        <w:br/>
        <w:t>Глагол может означать общаться, иметь дело, пользоваться чем-то совместно. В контексте просьбы дать пить возможен и оттенок совместного использования посуды.</w:t>
      </w:r>
    </w:p>
    <w:p>
      <w:r>
        <w:t>10. Иисус ответил: «Если бы ты знала дар Божий и Кто говорит тебе: “Дай Мне пить”, ты сама попросила бы Его, и Он дал бы тебе ὕδωρ ζῶν — живую воду: буквально свежую, текущую воду и одновременно воду, дающую жизнь».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ὕδωρ ζῶν</w:t>
      </w:r>
      <w:r>
        <w:rPr>
          <w:sz w:val="20"/>
        </w:rPr>
        <w:t xml:space="preserve"> [hydōr zōn]</w:t>
      </w:r>
      <w:r>
        <w:rPr>
          <w:sz w:val="20"/>
        </w:rPr>
        <w:br/>
        <w:t>«Живая вода» в обычной речи могла означать проточную/свежую воду. Иисус использует знакомое выражение как образ Божьего дара жизни.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Иер 2:13, Ин 7:37–39</w:t>
      </w:r>
    </w:p>
    <w:p>
      <w:r>
        <w:t>11. Женщина сказала: «Господин, Тебе и зачерпнуть нечем, а φρέαρ — колодец — глубок. Откуда же у Тебя эта “живая вода”?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Как Никодим в Ин 3, женщина сначала понимает слова Иисуса только на буквальном бытовом уровне. Иоанн снова строит диалог через непонимание двойного смысла.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3:4, Ин 4:15</w:t>
      </w:r>
    </w:p>
    <w:p>
      <w:r>
        <w:t>12. Неужели Ты больше нашего отца Иакова, который дал нам этот колодец и сам пил из него — и его сыновья, и его стада?»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Вопрос «неужели Ты больше…?» подготавливает иоанновскую тему превосходства Иисуса над почитаемыми фигурами прошлого.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8:53</w:t>
      </w:r>
    </w:p>
    <w:p>
      <w:r>
        <w:t>13. Иисус ответил: «Каждый, кто пьёт эту воду, снова будет жаждать.</w:t>
      </w:r>
    </w:p>
    <w:p>
      <w:r>
        <w:t>14. Но кто выпьет воду, которую Я дам ему, не будет жаждать вовек. Эта вода станет в нём πηγή — источником — воды, ἁλλομένου, бьющей и устремляющейся в вечную жизнь».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πηγὴ ὕδατος ἁλλομένου</w:t>
      </w:r>
      <w:r>
        <w:rPr>
          <w:sz w:val="20"/>
        </w:rPr>
        <w:t xml:space="preserve"> [pēgē hydatos hallomenou]</w:t>
      </w:r>
      <w:r>
        <w:rPr>
          <w:sz w:val="20"/>
        </w:rPr>
        <w:br/>
        <w:t>Образ меняется от внешнего колодца к внутреннему источнику, вода которого «прыгает/бьёт вверх».</w:t>
      </w:r>
    </w:p>
    <w:p>
      <w:pPr>
        <w:ind w:left="360"/>
      </w:pPr>
      <w:r>
        <w:rPr>
          <w:b/>
          <w:sz w:val="20"/>
        </w:rPr>
        <w:t>Крест и Евангелие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Ин 7:37–39 прямо связывает образ живой воды с Духом, что помогает интерпретировать Ин 4, хотя в самой сцене 4:14 Дух ещё не назван.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7:37–39</w:t>
      </w:r>
    </w:p>
    <w:p>
      <w:r>
        <w:t>15. Женщина сказала: «Господин, дай мне этой воды, чтобы мне больше не жаждать и не приходить сюда черпать».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Она всё ещё слышит обещание в материальном смысле, продолжая типичную для Иоанна лестницу непонимания.</w:t>
      </w:r>
    </w:p>
    <w:p>
      <w:r>
        <w:t>16. Он сказал ей: «Пойди, позови своего мужа и приходи сюда».</w:t>
      </w:r>
    </w:p>
    <w:p>
      <w:r>
        <w:t>17. Женщина ответила: «У меня нет мужа». Иисус сказал: «Ты правильно сказала: “У меня нет мужа”.</w:t>
      </w:r>
    </w:p>
    <w:p>
      <w:r>
        <w:t>18. У тебя было пять мужей, и тот, кто у тебя теперь, тебе не муж. В этом ты сказала правду».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sz w:val="20"/>
        </w:rPr>
        <w:br/>
        <w:t>Текст сообщает только факты о браках и нынешнем мужчине; он не объясняет причины предыдущих браков и не даёт оснований автоматически реконструировать её как сексуально распущенную женщину.</w:t>
      </w:r>
    </w:p>
    <w:p>
      <w:r>
        <w:t>19. Женщина сказала: «Господин, я вижу, что Ты пророк.</w:t>
      </w:r>
    </w:p>
    <w:p>
      <w:r>
        <w:t>20. Наши отцы поклонялись на этой горе [Гаризим], а вы говорите, что место, где следует поклоняться, — в Иерусалиме».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sz w:val="20"/>
        </w:rPr>
        <w:br/>
        <w:t>Для самарян гора Гаризим была избранным местом поклонения. Спор о Гаризиме и Иерусалиме был одним из центральных религиозных различий между самарянами и иудеями.</w:t>
      </w:r>
    </w:p>
    <w:p>
      <w:r>
        <w:t>21. Иисус сказал ей: «Поверь Мне, женщина: приходит ὥρα — час, время — когда вы будете поклоняться Отцу не на этой горе и не в Иерусалиме.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Иоанн снова использует ὥρα «час». Здесь речь о наступающей эпохе поклонения, связанной с миссией Иисуса.</w:t>
      </w:r>
    </w:p>
    <w:p>
      <w:r>
        <w:t>22. Вы поклоняетесь Тому, Кого не знаете; мы поклоняемся Тому, Кого знаем, потому что спасение происходит ἐκ τῶν Ἰουδαίων — из иудейского народа и его истории.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Иисус не стирает историю Израиля: универсальное поклонение не означает, что иудейская линия откровения была ошибкой. Спасение приходит через эту историю и через иудейского Мессию.</w:t>
      </w:r>
    </w:p>
    <w:p>
      <w:r>
        <w:t>23. Но приходит час — и уже настал, — когда истинные поклонники будут поклоняться Отцу ἐν πνεύματι καὶ ἀληθείᾳ — в духе и истине, потому что именно таких поклонников ищет Отец.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ἐν πνεύματι καὶ ἀληθείᾳ</w:t>
      </w:r>
      <w:r>
        <w:rPr>
          <w:sz w:val="20"/>
        </w:rPr>
        <w:t xml:space="preserve"> [en pneumati kai alētheia]</w:t>
      </w:r>
      <w:r>
        <w:rPr>
          <w:sz w:val="20"/>
        </w:rPr>
        <w:br/>
        <w:t>Фраза не означает просто «искренне». Она связывает истинное поклонение с реальностью Духа и истины, раскрываемой через Иисуса; точное соотношение человеческого духа и Святого Духа здесь обсуждается.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1:17, Ин 14:17, Ин 16:13</w:t>
      </w:r>
    </w:p>
    <w:p>
      <w:r>
        <w:t>24. Бог по Своей природе — Дух; и поклоняющимся Ему следует поклоняться в духе и истине».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πνεῦμα ὁ θεός</w:t>
      </w:r>
      <w:r>
        <w:rPr>
          <w:sz w:val="20"/>
        </w:rPr>
        <w:t xml:space="preserve"> [pneuma ho theos]</w:t>
      </w:r>
      <w:r>
        <w:rPr>
          <w:sz w:val="20"/>
        </w:rPr>
        <w:br/>
        <w:t>Предикат «Дух» стоит перед подлежащим и без артикля; конструкция качественно описывает природу Бога, а не означает «Бог — один дух среди других».</w:t>
      </w:r>
    </w:p>
    <w:p>
      <w:r>
        <w:t>25. Женщина сказала: «Я знаю, что придёт Мессия — называемый Христом. Когда Он придёт, Он объяснит нам всё».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Самарянские ожидания были связаны прежде всего с фигурой пророка-восстановителя, подобного Моисею. Слово «Мессия» в устах женщины Иоанн сразу переводит греческим «Христос».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18:15–18</w:t>
      </w:r>
    </w:p>
    <w:p>
      <w:r>
        <w:t>26. Иисус сказал ей: «ἐγώ εἰμι — Я есть, Я тот, Кто говорит с тобой».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ἐγώ εἰμι</w:t>
      </w:r>
      <w:r>
        <w:rPr>
          <w:sz w:val="20"/>
        </w:rPr>
        <w:t xml:space="preserve"> [egō eimi]</w:t>
      </w:r>
      <w:r>
        <w:rPr>
          <w:sz w:val="20"/>
        </w:rPr>
        <w:br/>
        <w:t>Здесь выражение естественно служит самоидентификацией: «Это Я». Одновременно оно вводит важную иоанновскую формулу ἐγώ εἰμι, которая в других местах получает более сильный богословский резонанс.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8:24, Ин 8:58, Ин 18:5–6</w:t>
      </w:r>
    </w:p>
    <w:p>
      <w:r>
        <w:t>27. В этот момент пришли Его ученики и удивились, что Он разговаривает с женщиной. Но никто не спросил ни её: «Чего ты хочешь?», ни Его: «Почему Ты говоришь с ней?»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Первый подразумеваемый вопрос τί ζητεῖς; может быть обращён к женщине: «Что ты ищешь/чего хочешь?»; второй — к Иисусу. Русские переводы часто сглаживают этот переход.</w:t>
      </w:r>
    </w:p>
    <w:p>
      <w:r>
        <w:t>28. Женщина оставила свой сосуд для воды, пошла в город и сказала людям: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Она оставляет то, ради чего пришла к колодцу, и становится свидетелем. Это естественный повествовательный контраст, хотя текст не превращает сосуд в отдельный символ.</w:t>
      </w:r>
    </w:p>
    <w:p>
      <w:r>
        <w:t>29. «Пойдите, посмотрите на Человека, Который рассказал мне всё, что я сделала. Неужели Он и есть Христос?»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μήτι οὗτός ἐστιν ὁ χριστός;</w:t>
      </w:r>
      <w:r>
        <w:rPr>
          <w:sz w:val="20"/>
        </w:rPr>
        <w:t xml:space="preserve"> [mēti houtos estin ho christos?]</w:t>
      </w:r>
      <w:r>
        <w:rPr>
          <w:sz w:val="20"/>
        </w:rPr>
        <w:br/>
        <w:t>Частица μήτι часто вводит осторожный, не навязанный вывод — примерно «Не может ли Он быть Христом?». Женщина приглашает людей проверить самим.</w:t>
      </w:r>
    </w:p>
    <w:p>
      <w:r>
        <w:t>30. Они вышли из города и направились к Нему.</w:t>
      </w:r>
    </w:p>
    <w:p>
      <w:r>
        <w:t>31. Тем временем ученики просили Его: «Равви, поешь».</w:t>
      </w:r>
    </w:p>
    <w:p>
      <w:r>
        <w:t>32. Но Он сказал им: «У Меня есть пища, о которой вы не знаете».</w:t>
      </w:r>
    </w:p>
    <w:p>
      <w:r>
        <w:t>33. Тогда ученики говорили друг другу: «Неужели кто-то принёс Ему поесть?»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Снова иоанновское непонимание: как Никодим понял рождение физически, а женщина — воду буквально, ученики понимают «пищу» только как еду.</w:t>
      </w:r>
    </w:p>
    <w:p>
      <w:r>
        <w:t>34. Иисус сказал им: «Моя пища — исполнять волю Пославшего Меня и τελειώσω — довести до завершения — Его дело.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τελειώσω</w:t>
      </w:r>
      <w:r>
        <w:rPr>
          <w:sz w:val="20"/>
        </w:rPr>
        <w:t xml:space="preserve"> [teleiōsō]</w:t>
      </w:r>
      <w:r>
        <w:rPr>
          <w:sz w:val="20"/>
        </w:rPr>
        <w:br/>
        <w:t>Глагол «завершить/довести до конца» входит в иоанновскую тему исполнения миссии и отзывается в финальном «совершилось» на кресте, хотя там используется родственный, а не тот же самый глагол.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17:4, Ин 19:30</w:t>
      </w:r>
    </w:p>
    <w:p>
      <w:r>
        <w:t>35. Разве вы не говорите: “Ещё четыре месяца — и жатва”? А Я говорю вам: поднимите глаза и посмотрите на поля — они уже белы, созрели для жатвы.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Жатва становится образом людей, готовых принять свидетельство. Популярная идея, будто белыми были одежды приближающихся самарян, в тексте не сказана и не требуется для смысла.</w:t>
      </w:r>
    </w:p>
    <w:p>
      <w:r>
        <w:t>36. Жнущий уже получает награду и собирает плод в вечную жизнь, чтобы вместе радовались и сеющий, и жнущий.</w:t>
      </w:r>
    </w:p>
    <w:p>
      <w:r>
        <w:t>37. Здесь верно слово: «Один сеет, а другой жнёт».</w:t>
      </w:r>
    </w:p>
    <w:p>
      <w:r>
        <w:t>38. Я послал вас жать то, над чем вы не трудились. Другие трудились, а вы вошли в их труд».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Кто именно включён в «других» — пророки, Иоанн Креститель, Сам Иисус или более широкий ряд свидетелей — текст не уточняет.</w:t>
      </w:r>
    </w:p>
    <w:p>
      <w:r>
        <w:t>39. Многие самаряне из того города поверили в Него благодаря слову женщины, которая свидетельствовала: «Он рассказал мне всё, что я сделала».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Женщина включается в центральную иоанновскую тему свидетельства: её слово приводит людей к Иисусу, но затем вера углубляется через личное слышание Его слова.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4:41–42</w:t>
      </w:r>
    </w:p>
    <w:p>
      <w:r>
        <w:t>40. Когда самаряне пришли к Нему, они просили Его μεῖναι — остаться, пребывать — у них, и Он ἔμεινεν — остался, пребывал — там два дня.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μεῖναι ... ἔμεινεν</w:t>
      </w:r>
      <w:r>
        <w:rPr>
          <w:sz w:val="20"/>
        </w:rPr>
        <w:t xml:space="preserve"> [meinai ... emeinen]</w:t>
      </w:r>
      <w:r>
        <w:rPr>
          <w:sz w:val="20"/>
        </w:rPr>
        <w:br/>
        <w:t>Дважды звучит μένω, ключевой иоанновский глагол «оставаться/пребывать». Здесь он ещё описывает гостеприимство, но лексическая сеть уже работает.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15:4–10</w:t>
      </w:r>
    </w:p>
    <w:p>
      <w:r>
        <w:t>41. И ещё больше людей поверили благодаря Его собственному слову.</w:t>
      </w:r>
    </w:p>
    <w:p>
      <w:r>
        <w:t>42. А женщине они говорили: «Теперь мы верим уже не только из-за твоего рассказа: мы сами услышали и знаем, что Он действительно Спаситель мира».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ὁ σωτὴρ τοῦ κόσμου</w:t>
      </w:r>
      <w:r>
        <w:rPr>
          <w:sz w:val="20"/>
        </w:rPr>
        <w:t xml:space="preserve"> [ho sōtēr tou kosmou]</w:t>
      </w:r>
      <w:r>
        <w:rPr>
          <w:sz w:val="20"/>
        </w:rPr>
        <w:br/>
        <w:t>Титул «Спаситель мира» особенно значим именно на устах самарян: спасение, которое «от иудеев» (4:22), оказывается предназначенным для мира.</w:t>
      </w:r>
      <w:r>
        <w:rPr>
          <w:i/>
          <w:sz w:val="20"/>
        </w:rPr>
        <w:br/>
        <w:t xml:space="preserve">См.: </w:t>
      </w:r>
      <w:r>
        <w:rPr>
          <w:sz w:val="20"/>
        </w:rPr>
        <w:t>1 Ин 4:14</w:t>
      </w:r>
    </w:p>
    <w:p>
      <w:r>
        <w:t>43. Через два дня Он вышел оттуда в Галилею.</w:t>
      </w:r>
    </w:p>
    <w:p>
      <w:r>
        <w:t>44. Ведь Сам Иисус свидетельствовал, что пророк не имеет чести в своей родной земле.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Следующий стих говорит, что галилеяне Его «приняли», но потому что видели знамения. Это может быть намеренным контрастом между внешним приёмом и настоящей честью/верой.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4:45, Ин 2:23–25</w:t>
      </w:r>
    </w:p>
    <w:p>
      <w:r>
        <w:t>45. Когда Он пришёл в Галилею, галилеяне приняли Его, потому что видели всё, что Он сделал в Иерусалиме на празднике: они тоже были там.</w:t>
      </w:r>
    </w:p>
    <w:p>
      <w:r>
        <w:t>46. Итак, Он снова пришёл в Кану Галилейскую, где превратил воду в вино. В Капернауме был βασιλικός — человек царской/правительственной службы, — у которого болел сын.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βασιλικός</w:t>
      </w:r>
      <w:r>
        <w:rPr>
          <w:sz w:val="20"/>
        </w:rPr>
        <w:t xml:space="preserve"> [basilikos]</w:t>
      </w:r>
      <w:r>
        <w:rPr>
          <w:sz w:val="20"/>
        </w:rPr>
        <w:br/>
        <w:t>Слово связано с царём/царским двором и, вероятно, обозначает служащего правителя, возможно из окружения Ирода Антипы. Оно не обязательно означает «знатный человек» по рождению.</w:t>
      </w:r>
    </w:p>
    <w:p>
      <w:r>
        <w:t>47. Услышав, что Иисус пришёл из Иудеи в Галилею, он пришёл к Нему и просил спуститься и исцелить его сына, потому что тот был при смерти.</w:t>
      </w:r>
    </w:p>
    <w:p>
      <w:r>
        <w:t>48. Иисус сказал: «Если вы [множественное число] не увидите знамений и чудес, вы не поверите».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ἴδητε ... πιστεύσητε</w:t>
      </w:r>
      <w:r>
        <w:rPr>
          <w:sz w:val="20"/>
        </w:rPr>
        <w:t xml:space="preserve"> [idēte ... pisteusēte]</w:t>
      </w:r>
      <w:r>
        <w:rPr>
          <w:sz w:val="20"/>
        </w:rPr>
        <w:br/>
        <w:t>Оба глагола во множественном числе. Иисус отвечает не только отцу, но более широкой культуре веры, требующей видимых чудес.</w:t>
      </w:r>
    </w:p>
    <w:p>
      <w:r>
        <w:t>49. Царский служащий сказал: «Господи, приди, пока мой ребёнок не умер».</w:t>
      </w:r>
    </w:p>
    <w:p>
      <w:r>
        <w:t>50. Иисус сказал ему: «Иди, твой сын жив». И человек поверил именно λόγος — слову — которое сказал ему Иисус, и пошёл.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В отличие от требования увидеть знамение, этот человек уходит, доверившись слову Иисуса до получения визуального подтверждения.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4:48</w:t>
      </w:r>
    </w:p>
    <w:p>
      <w:r>
        <w:t>51. Когда он ещё был в пути, его рабы встретили его и сказали, что его сын жив.</w:t>
      </w:r>
    </w:p>
    <w:p>
      <w:r>
        <w:t>52. Он спросил, в котором часу ему стало лучше. Они ответили: «Вчера в седьмом часу горячка оставила его».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При обычном иудейском отсчёте седьмой час был бы примерно около 13:00, но, как и в 4:6, точная система счёта времени обсуждается.</w:t>
      </w:r>
    </w:p>
    <w:p>
      <w:r>
        <w:t>53. Тогда отец понял, что это произошло именно в тот час, когда Иисус сказал: «Твой сын жив». И поверил он сам и весь его дом.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Повествование показывает развитие веры: сначала доверие слову Иисуса, затем подтверждение знамением и вера всего дома.</w:t>
      </w:r>
    </w:p>
    <w:p>
      <w:r>
        <w:t>54. Это было второе знамение, которое Иисус совершил после прихода из Иудеи в Галилею.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«Второе знамение» означает второе из специально пронумерованных галилейских знамений в Кане/Галилее, а не обязательно второе чудо Иисуса вообще: 2:23 уже упоминает другие знамения в Иерусалиме.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2:11, Ин 2:23</w:t>
      </w:r>
    </w:p>
    <w:p>
      <w:pPr>
        <w:pStyle w:val="Heading2"/>
      </w:pPr>
      <w:r>
        <w:t>Глава 5</w:t>
      </w:r>
    </w:p>
    <w:p>
      <w:r>
        <w:t>1. После этого был один из иудейских праздников, и Иисус поднялся в Иерусалим.</w:t>
      </w:r>
    </w:p>
    <w:p>
      <w:pPr>
        <w:ind w:left="360"/>
      </w:pPr>
      <w:r>
        <w:rPr>
          <w:b/>
          <w:sz w:val="20"/>
        </w:rPr>
        <w:t>Текст</w:t>
      </w:r>
      <w:r>
        <w:rPr>
          <w:sz w:val="20"/>
        </w:rPr>
        <w:br/>
        <w:t>Праздник не назван. Попытки точно определить его по этому стиху остаются реконструкцией.</w:t>
      </w:r>
    </w:p>
    <w:p>
      <w:r>
        <w:t>2. В Иерусалиме у Овечьих ворот есть купальня, называемая по-еврейски Βηθζαθά — Вифзафа, с пятью крытыми галереями.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sz w:val="20"/>
        </w:rPr>
        <w:br/>
        <w:t>Название купальни имеет несколько рукописных форм. WGT-T/WGT-E следуют Βηθζαθά «Вифзафа» в рабочем критическом слое, а привычная «Вифезда» отражает другую традицию.</w:t>
      </w:r>
    </w:p>
    <w:p>
      <w:r>
        <w:t>3. В этих галереях лежало множество больных: слепых, хромых и иссохших.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Фраза «ожидающих движения воды» отсутствует в раннем основном тексте и относится к более позднему расширению.</w:t>
      </w:r>
    </w:p>
    <w:p>
      <w:r>
        <w:t>4. [Ин 5:4 отсутствует в основном критическом тексте. Поздняя традиция добавляет рассказ об ангеле, который возмущал воду, после чего первый вошедший исцелялся.]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Стих широко известен по поздней рукописной традиции, но отсутствует в ранних сильных свидетелях и существует в нескольких формах. WGT-E показывает его как текстологическое объяснение, а не как основной текст.</w:t>
      </w:r>
    </w:p>
    <w:p>
      <w:r>
        <w:t>5. Там был человек, болевший тридцать восемь лет.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Число 38 напоминает 38 лет странствования, упомянутых во Втор 2:14, но Иоанн не объясняет число символически, поэтому такая связь остаётся только возможной.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2:14</w:t>
      </w:r>
    </w:p>
    <w:p>
      <w:r>
        <w:t>6. Иисус, увидев его лежащим и зная, что он болен уже долгое время, спросил: «Хочешь γενέσθαι ὑγιής — стать здоровым, целым?»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ὑγιής</w:t>
      </w:r>
      <w:r>
        <w:rPr>
          <w:sz w:val="20"/>
        </w:rPr>
        <w:t xml:space="preserve"> [hygiēs]</w:t>
      </w:r>
      <w:r>
        <w:rPr>
          <w:sz w:val="20"/>
        </w:rPr>
        <w:br/>
        <w:t>Слово означает здоровый, целый. У Иоанна оно описывает физическое восстановление, а не автоматически духовное спасение.</w:t>
      </w:r>
    </w:p>
    <w:p>
      <w:r>
        <w:t>7. Больной ответил: «Господин, у меня нет человека, который опустил бы меня в купальню, когда вода приходит в движение; пока я иду, другой спускается раньше меня».</w:t>
      </w:r>
    </w:p>
    <w:p>
      <w:pPr>
        <w:ind w:left="360"/>
      </w:pPr>
      <w:r>
        <w:rPr>
          <w:b/>
          <w:sz w:val="20"/>
        </w:rPr>
        <w:t>Текст</w:t>
      </w:r>
      <w:r>
        <w:rPr>
          <w:sz w:val="20"/>
        </w:rPr>
        <w:br/>
        <w:t>Этот стих показывает, что ожидание движения воды уже принадлежит самому раннему повествованию. Однако он не доказывает подлинность позднего объяснения об ангеле в 5:4.</w:t>
      </w:r>
    </w:p>
    <w:p>
      <w:r>
        <w:t>8. Иисус сказал ему: «Встань, возьми свой κράβαττος — простой мат/подстилку — и ходи».</w:t>
      </w:r>
    </w:p>
    <w:p>
      <w:r>
        <w:t>9. И тотчас человек стал здоров, взял свою подстилку и пошёл. Но день тот был субботой.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Последняя фраза резко меняет направление сцены: исцеление становится поводом для спора о субботе и затем для раскрытия отношений Отца и Сына.</w:t>
      </w:r>
    </w:p>
    <w:p>
      <w:r>
        <w:t>10. Поэтому иудейские руководители сказали исцелённому: «Сегодня суббота; тебе нельзя нести подстилку».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Запрет на ношение тяжестей в субботу имеет библейский фон, например Иер 17:21–22. Спор касается не самой ценности субботы, а того, как применять её к совершённому исцелению.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Иер 17:21–22</w:t>
      </w:r>
    </w:p>
    <w:p>
      <w:r>
        <w:t>11. Он ответил: «Тот, Кто сделал меня здоровым, Сам сказал мне: “Возьми свою подстилку и ходи”».</w:t>
      </w:r>
    </w:p>
    <w:p>
      <w:r>
        <w:t>12. Они спросили: «Кто этот Человек, Который сказал тебе: “Возьми и ходи”?»</w:t>
      </w:r>
    </w:p>
    <w:p>
      <w:r>
        <w:t>13. Но исцелённый не знал, Кто это был, потому что Иисус отошёл и скрылся в толпе.</w:t>
      </w:r>
    </w:p>
    <w:p>
      <w:r>
        <w:t>14. Позже Иисус встретил его в храме и сказал: «Вот, ты стал здоровым. Больше не греши, чтобы с тобой не случилось чего хуже».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Иисус связывает дальнейший грех с опасностью «чего хуже», но стих не учит, что всякая болезнь вызвана конкретным личным грехом. Ин 9:1–3 прямо отвергает такую простую схему.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9:1–3</w:t>
      </w:r>
    </w:p>
    <w:p>
      <w:r>
        <w:t>15. Человек пошёл и сообщил иудейским руководителям, что исцеливший его — Иисус.</w:t>
      </w:r>
    </w:p>
    <w:p>
      <w:r>
        <w:t>16. И поэтому иудейские руководители преследовали Иисуса, потому что Он делал такие дела в субботу.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ἐδίωκον</w:t>
      </w:r>
      <w:r>
        <w:rPr>
          <w:sz w:val="20"/>
        </w:rPr>
        <w:t xml:space="preserve"> [ediōkon]</w:t>
      </w:r>
      <w:r>
        <w:rPr>
          <w:sz w:val="20"/>
        </w:rPr>
        <w:br/>
        <w:t>Имперфект может передавать продолжающееся действие: «преследовали/стали преследовать». Конфликт становится устойчивым.</w:t>
      </w:r>
    </w:p>
    <w:p>
      <w:r>
        <w:t>17. Но Иисус ответил им: «Мой Отец действует доныне — и Я тоже действую».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Смысл аргумента: Божья жизнетворящая и поддерживающая деятельность не прекращается в субботу. Иисус ставит Своё действие рядом с действием Отца, что и вызывает реакцию в 5:18.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5:18</w:t>
      </w:r>
    </w:p>
    <w:p>
      <w:r>
        <w:t>18. Из-за этого иудейские руководители ещё сильнее искали возможности убить Его: Он не только нарушал их понимание субботы, но и называл Бога Своим собственным Отцом, ἴσον ἑαυτὸν ποιῶν τῷ θεῷ — делая Себя равным Богу.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πατέρα ἴδιον ... ἴσον ἑαυτὸν ποιῶν τῷ θεῷ</w:t>
      </w:r>
      <w:r>
        <w:rPr>
          <w:sz w:val="20"/>
        </w:rPr>
        <w:t xml:space="preserve"> [patera idion ... ison heauton poiōn tō theō]</w:t>
      </w:r>
      <w:r>
        <w:rPr>
          <w:sz w:val="20"/>
        </w:rPr>
        <w:br/>
        <w:t>Рассказчик формулирует смысл конфликта предельно сильно: «Своего собственного Отца» и «делая Себя равным Богу». Следующая речь не отменяет эту претензию, а объясняет единство действия Сына с Отцом.</w:t>
      </w:r>
    </w:p>
    <w:p>
      <w:r>
        <w:t>19. Тогда Иисус сказал: «Аминь, аминь говорю вам: Сын не может действовать независимо от Отца; Он делает то, что видит делающим Отца. Что делает Отец, то Сын делает ὁμοίως — таким же образом.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ὁμοίως</w:t>
      </w:r>
      <w:r>
        <w:rPr>
          <w:sz w:val="20"/>
        </w:rPr>
        <w:t xml:space="preserve"> [homoiōs]</w:t>
      </w:r>
      <w:r>
        <w:rPr>
          <w:sz w:val="20"/>
        </w:rPr>
        <w:br/>
        <w:t>Слово означает «так же, подобным образом». Зависимость Сына от Отца в стихе сочетается не с меньшей силой, а с совершенным совпадением действий.</w:t>
      </w:r>
    </w:p>
    <w:p>
      <w:r>
        <w:t>20. Потому что Отец φιλεῖ — любит Сына близкой любовью — и показывает Ему всё, что делает Сам; и покажет Ему дела больше этих, так что вы будете удивляться.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φιλεῖ</w:t>
      </w:r>
      <w:r>
        <w:rPr>
          <w:sz w:val="20"/>
        </w:rPr>
        <w:t xml:space="preserve"> [philei]</w:t>
      </w:r>
      <w:r>
        <w:rPr>
          <w:sz w:val="20"/>
        </w:rPr>
        <w:br/>
        <w:t>Здесь именно φιλέω описывает любовь Отца к Сыну. Это важный контроль против слишком жёсткой схемы, будто φιλέω означает лишь «низшую дружескую любовь», а ἀγαπάω — только «божественную».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3:35, Ин 16:27, Ин 21:15–17</w:t>
      </w:r>
    </w:p>
    <w:p>
      <w:r>
        <w:t>21. Как Отец поднимает мёртвых и оживляет их, так и Сын даёт жизнь тем, кому хочет.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Дарование жизни — одна из центральных божественных функций в речи. Иисус не просто просит Отца оживить, а Сам «даёт жизнь».</w:t>
      </w:r>
    </w:p>
    <w:p>
      <w:r>
        <w:t>22. Отец и не судит никого, но весь κρίσις — суд и право вынесения решения — передал Сыну,</w:t>
      </w:r>
    </w:p>
    <w:p>
      <w:r>
        <w:t>23. чтобы все чтили Сына καθὼς — так же, как — чтут Отца. Кто не чтит Сына, тот не чтит Отца, пославшего Его.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καθὼς τιμῶσι τὸν πατέρα</w:t>
      </w:r>
      <w:r>
        <w:rPr>
          <w:sz w:val="20"/>
        </w:rPr>
        <w:t xml:space="preserve"> [kathōs timōsi ton patera]</w:t>
      </w:r>
      <w:r>
        <w:rPr>
          <w:sz w:val="20"/>
        </w:rPr>
        <w:br/>
        <w:t>Не просто «тоже чтить», а «чтить так же, как Отца». В контексте 5:18 это одно из самых сильных утверждений о статусе Сына.</w:t>
      </w:r>
    </w:p>
    <w:p>
      <w:r>
        <w:t>24. Аминь, аминь говорю вам: кто слышит Моё слово и верит Пославшему Меня, уже имеет вечную жизнь; он не приходит под суд, но μεταβέβηκεν — уже перешёл и остаётся перешедшим — из смерти в жизнь.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μεταβέβηκεν</w:t>
      </w:r>
      <w:r>
        <w:rPr>
          <w:sz w:val="20"/>
        </w:rPr>
        <w:t xml:space="preserve"> [metabebēken]</w:t>
      </w:r>
      <w:r>
        <w:rPr>
          <w:sz w:val="20"/>
        </w:rPr>
        <w:br/>
        <w:t>Перфект описывает завершившийся переход с продолжающимся результатом. Вечная жизнь у Иоанна — не только будущее обещание, но уже настоящее состояние.</w:t>
      </w:r>
    </w:p>
    <w:p>
      <w:r>
        <w:t>25. Аминь, аминь говорю вам: приходит час — и уже настал, — когда мёртвые услышат голос Сына Божьего, и те, кто услышит, будут жить.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«И уже настало» отличает этот стих от будущего часа в 5:28–29. Многие толкователи видят здесь нынешнее духовное оживление, а в 5:28–29 — будущую телесную resurrection; текст действительно различает «уже» и будущее.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5:28–29</w:t>
      </w:r>
    </w:p>
    <w:p>
      <w:r>
        <w:t>26. Потому что, как Отец имеет жизнь в Самом Себе, так Он дал и Сыну иметь жизнь в Самом Себе.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«Жизнь в Самом Себе» — язык не просто полученной жизни, а способности быть источником жизни. При этом Иоанн сохраняет отношения Отца и Сына через глагол «дал».</w:t>
      </w:r>
    </w:p>
    <w:p>
      <w:r>
        <w:t>27. И дал Ему власть совершать суд, потому что Он — Сын Человеческий.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Соединение Сына Человеческого, власти и суда естественно отзывается образом Дан 7:13–14, где человеческоподобная фигура получает власть от Ветхого днями.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7:13–14</w:t>
      </w:r>
    </w:p>
    <w:p>
      <w:r>
        <w:t>28. Не удивляйтесь этому: приходит час, когда все находящиеся в гробницах услышат Его голос</w:t>
      </w:r>
    </w:p>
    <w:p>
      <w:r>
        <w:t>29. и выйдут: делавшие добро — в воскресение жизни, делавшие зло — в воскресение суда.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Образ двух исходов воскресения близок Дан 12:2: пробуждение одних к жизни, других — к осуждению. Иоанн не копирует текст буквально, но связь сильна.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12:2</w:t>
      </w:r>
    </w:p>
    <w:p>
      <w:r>
        <w:t>30. Я ничего не делаю независимо от Отца. Как слышу, так и сужу, и Мой суд справедлив, потому что Я ищу не Своей отдельной воли, а воли Пославшего Меня.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Иоанн соединяет высочайшие утверждения о власти Сына с Его совершенным единством и послушанием Отцу. «Не могу от Себя» в контексте означает не бессилие, а отсутствие независимого от Отца действия.</w:t>
      </w:r>
    </w:p>
    <w:p>
      <w:r>
        <w:t>31. Если бы Моё свидетельство о Себе стояло совершенно одно, Моё свидетельство не было бы признано достаточным.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Речь разворачивается как судебное доказательство. Библейское право требовало подтверждения несколькими свидетелями, и далее Иисус перечисляет свидетелей о Себе.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19:15, Ин 5:32–39</w:t>
      </w:r>
    </w:p>
    <w:p>
      <w:r>
        <w:t>32. Есть Другой, свидетельствующий обо Мне, и Я знаю, что Его свидетельство обо Мне истинно.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«Другой» в конечном счёте относится к Отцу (5:37), хотя между ними Иисус рассматривает и свидетельство Иоанна, и Свои дела.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5:33, Ин 5:36–37</w:t>
      </w:r>
    </w:p>
    <w:p>
      <w:r>
        <w:t>33. Вы посылали к Иоанну, и он засвидетельствовал истину.</w:t>
      </w:r>
    </w:p>
    <w:p>
      <w:r>
        <w:t>34. Но Моё свидетельство не зависит от человека; Я говорю об Иоанне ради вас — чтобы вы были спасены.</w:t>
      </w:r>
    </w:p>
    <w:p>
      <w:r>
        <w:t>35. Он был λύχνος — светильником, горящим и светящим, — а вы хотели некоторое время порадоваться при его свете.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λύχνος</w:t>
      </w:r>
      <w:r>
        <w:rPr>
          <w:sz w:val="20"/>
        </w:rPr>
        <w:t xml:space="preserve"> [lychnos]</w:t>
      </w:r>
      <w:r>
        <w:rPr>
          <w:sz w:val="20"/>
        </w:rPr>
        <w:br/>
        <w:t>Иоанн Креститель — «светильник», но не «Свет» (φῶς). Это продолжает точное различие из пролога: он свидетельствует о Свете, но сам не является Светом.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1:7–9</w:t>
      </w:r>
    </w:p>
    <w:p>
      <w:r>
        <w:t>36. Но у Меня есть свидетельство весомее Иоаннова: дела, которые Отец дал Мне τελειώσω — довести до завершения, — сами эти дела свидетельствуют, что Отец послал Меня.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τελειώσω</w:t>
      </w:r>
      <w:r>
        <w:rPr>
          <w:sz w:val="20"/>
        </w:rPr>
        <w:t xml:space="preserve"> [teleiōsō]</w:t>
      </w:r>
      <w:r>
        <w:rPr>
          <w:sz w:val="20"/>
        </w:rPr>
        <w:br/>
        <w:t>Снова появляется язык завершения порученного дела, уже звучавший в 4:34 и ведущий к завершению миссии.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4:34, Ин 17:4, Ин 19:30</w:t>
      </w:r>
    </w:p>
    <w:p>
      <w:r>
        <w:t>37. И Сам пославший Меня Отец засвидетельствовал обо Мне. Но вы никогда не слышали Его голос и не видели Его облик,</w:t>
      </w:r>
    </w:p>
    <w:p>
      <w:r>
        <w:t>38. и Его слово не μένει — не пребывает — в вас, потому что вы не верите Тому, Кого Он послал.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μένει</w:t>
      </w:r>
      <w:r>
        <w:rPr>
          <w:sz w:val="20"/>
        </w:rPr>
        <w:t xml:space="preserve"> [menei]</w:t>
      </w:r>
      <w:r>
        <w:rPr>
          <w:sz w:val="20"/>
        </w:rPr>
        <w:br/>
        <w:t>Здесь ключевой глагол μένω применён уже к Божьему слову: проблема не в отсутствии контакта с Писанием, а в том, что слово не «пребывает» внутри.</w:t>
      </w:r>
    </w:p>
    <w:p>
      <w:r>
        <w:t>39. Вы ἐραυνᾶτε Писания — «исследуете» их, а форма также может звучать как призыв «исследуйте» — потому что думаете через них иметь вечную жизнь; но именно они свидетельствуют обо Мне.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ἐραυνᾶτε</w:t>
      </w:r>
      <w:r>
        <w:rPr>
          <w:sz w:val="20"/>
        </w:rPr>
        <w:t xml:space="preserve"> [eraunate]</w:t>
      </w:r>
      <w:r>
        <w:rPr>
          <w:sz w:val="20"/>
        </w:rPr>
        <w:br/>
        <w:t>Форма может быть и настоящим изъявительным «вы исследуете», и повелительным «исследуйте». Контекст хорошо поддерживает изъявительное чтение WGT-T, но греческая форма сама по себе допускает оба.</w:t>
      </w:r>
    </w:p>
    <w:p>
      <w:r>
        <w:t>40. И всё же вы не хотите прийти ко Мне, чтобы получить жизнь.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Контраст 5:39–40: можно тщательно исследовать Писания и при этом отказаться от Того, о Ком они свидетельствуют.</w:t>
      </w:r>
    </w:p>
    <w:p>
      <w:r>
        <w:t>41. Я не принимаю δόξα — славу, признание — от людей.</w:t>
      </w:r>
    </w:p>
    <w:p>
      <w:r>
        <w:t>42. Но Я знаю вас: ἀγάπην τοῦ θεοῦ — Божьей любви, любви к Богу — вы не имеете в себе.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ἀγάπην τοῦ θεοῦ</w:t>
      </w:r>
      <w:r>
        <w:rPr>
          <w:sz w:val="20"/>
        </w:rPr>
        <w:t xml:space="preserve"> [agapēn tou theou]</w:t>
      </w:r>
      <w:r>
        <w:rPr>
          <w:sz w:val="20"/>
        </w:rPr>
        <w:br/>
        <w:t>Родительный падеж допускает оттенок «любовь к Богу» и «любовь Божья». Контекст обвинения людей естественно поддерживает «любовь к Богу», но русское «любовь Божья» сохраняет широту.</w:t>
      </w:r>
    </w:p>
    <w:p>
      <w:r>
        <w:t>43. Я пришёл во имя Моего Отца, и вы Меня не принимаете. Если другой придёт, опираясь на собственное имя и авторитет, его примете.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«Во имя» означает действовать как представитель, с полномочием и авторитетом того, чьё имя носишь. Контраст — авторитет Отца против самопрезентации «во своё имя».</w:t>
      </w:r>
    </w:p>
    <w:p>
      <w:r>
        <w:t>44. Как вы можете верить, если принимаете δόξα — признание и славу — друг от друга, а славы, исходящей от Единственного Бога, не ищете?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Поиск человеческого признания противопоставлен вере. Эта тема будет особенно важна в Ин 12:42–43.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12:42–43</w:t>
      </w:r>
    </w:p>
    <w:p>
      <w:r>
        <w:t>45. Не думайте, что Я буду обвинять вас перед Отцом. Ваш обвинитель — Моисей, на которого вы возложили надежду.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Иоанн переворачивает роль Моисея: тот, на кого оппоненты ссылаются против Иисуса, сам становится свидетелем обвинения, потому что его писания направляют к Иисусу.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5:46</w:t>
      </w:r>
    </w:p>
    <w:p>
      <w:r>
        <w:t>46. Если бы вы действительно верили Моисею, вы верили бы и Мне, потому что он писал обо Мне.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Иисус не указывает здесь единственный стих Моисея. Втор 18:15–18 — важный кандидат, но в иоанновском чтении свидетельство Пятикнижия шире одной мессианской формулы.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18:15–18, Ин 1:45</w:t>
      </w:r>
    </w:p>
    <w:p>
      <w:r>
        <w:t>47. Но если вы не верите его написанным словам, как поверите Моим сказанным словам?»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γράμμασιν ... ῥήμασιν</w:t>
      </w:r>
      <w:r>
        <w:rPr>
          <w:sz w:val="20"/>
        </w:rPr>
        <w:t xml:space="preserve"> [grammasin ... rhēmasin]</w:t>
      </w:r>
      <w:r>
        <w:rPr>
          <w:sz w:val="20"/>
        </w:rPr>
        <w:br/>
        <w:t>Иоанн противопоставляет «писания/написанное» Моисея и «слова/высказывания» Иисуса. Оба свидетельства должны согласоваться, а не конкурировать.</w:t>
      </w:r>
    </w:p>
    <w:p>
      <w:pPr>
        <w:pStyle w:val="Heading2"/>
      </w:pPr>
      <w:r>
        <w:t>Глава 6</w:t>
      </w:r>
    </w:p>
    <w:p>
      <w:r>
        <w:t>1. После этого Иисус ушёл на другую сторону Галилейского моря, то есть Тивериадского.</w:t>
      </w:r>
    </w:p>
    <w:p>
      <w:pPr>
        <w:ind w:left="360"/>
      </w:pPr>
      <w:r>
        <w:rPr>
          <w:b/>
          <w:sz w:val="20"/>
        </w:rPr>
        <w:t>География</w:t>
      </w:r>
      <w:r>
        <w:rPr>
          <w:sz w:val="20"/>
        </w:rPr>
        <w:br/>
        <w:t>«Галилейское море» и «Тивериадское» — два названия одного озера. Второе связано с городом Тивериадой и становится особенно понятным для более поздних читателей.</w:t>
      </w:r>
    </w:p>
    <w:p>
      <w:r>
        <w:t>2. За Ним следовало множество народа, потому что люди видели знамения, которые Он совершал над больными.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Толпа следует за Иисусом из-за знамений над больными. Глава позже противопоставит видимое чудо и способность увидеть то, на что знамение указывает.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6:26, Ин 6:30</w:t>
      </w:r>
    </w:p>
    <w:p>
      <w:r>
        <w:t>3. Иисус поднялся на гору и сел там со Своими учениками.</w:t>
      </w:r>
    </w:p>
    <w:p>
      <w:r>
        <w:t>4. Приближалась Пасха, иудейский праздник — фон исхода, манны и хлеба из пустыни.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Упоминание Пасхи перед умножением хлеба подготавливает темы Исхода, пустыни, Моисея и манны, которые станут явными в 6:30–51.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12, Исх 16, Ин 6:31–51</w:t>
      </w:r>
    </w:p>
    <w:p>
      <w:r>
        <w:t>5. Иисус поднял глаза, увидел, что к Нему идёт множество народа, и сказал Филиппу: «Где нам купить хлеба, чтобы они поели?»</w:t>
      </w:r>
    </w:p>
    <w:p>
      <w:r>
        <w:t>6. Он говорил это, испытывая его, потому что Сам знал, что собирается сделать.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Иисус задаёт вопрос Филиппу как испытание, хотя уже знает, что сделает. Это не поиск информации, а раскрытие недостаточности человеческого расчёта.</w:t>
      </w:r>
    </w:p>
    <w:p>
      <w:r>
        <w:t>7. Филипп ответил: «Им не хватит хлеба и на двести динариев [примерно двести дневных заработков], даже если каждый получит понемногу».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διακοσίων δηναρίων</w:t>
      </w:r>
      <w:r>
        <w:rPr>
          <w:sz w:val="20"/>
        </w:rPr>
        <w:t xml:space="preserve"> [diakosiōn dēnariōn]</w:t>
      </w:r>
      <w:r>
        <w:rPr>
          <w:sz w:val="20"/>
        </w:rPr>
        <w:br/>
        <w:t>Динарий часто соответствовал примерно дневной плате работника; поэтому речь идёт о весьма большой сумме, а не о мелкой покупке.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20:2</w:t>
      </w:r>
    </w:p>
    <w:p>
      <w:r>
        <w:t>8. Один из Его учеников, Андрей, брат Симона Петра, сказал:</w:t>
      </w:r>
    </w:p>
    <w:p>
      <w:r>
        <w:t>9. «Здесь есть мальчик, у которого пять ячменных хлебов и две рыбки. Но что это для такого множества?»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Ячменные хлебы и умножение еды для множества сильно напоминают рассказ об Елисее, накормившем сто человек двадцатью ячменными хлебами, причём еда тоже осталась.</w:t>
      </w:r>
      <w:r>
        <w:rPr>
          <w:i/>
          <w:sz w:val="20"/>
        </w:rPr>
        <w:br/>
        <w:t xml:space="preserve">См.: </w:t>
      </w:r>
      <w:r>
        <w:rPr>
          <w:sz w:val="20"/>
        </w:rPr>
        <w:t>4 Цар 4:42–44</w:t>
      </w:r>
    </w:p>
    <w:p>
      <w:r>
        <w:t>10. Иисус сказал: «Посадите людей». На том месте было много травы. Люди сели; одних мужчин было около пяти тысяч.</w:t>
      </w:r>
    </w:p>
    <w:p>
      <w:r>
        <w:t>11. Иисус взял хлебы, εὐχαριστήσας — воздав благодарение, — раздал сидевшим; также и рыбы — сколько они хотели.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εὐχαριστήσας</w:t>
      </w:r>
      <w:r>
        <w:rPr>
          <w:sz w:val="20"/>
        </w:rPr>
        <w:t xml:space="preserve"> [eucharistēsas]</w:t>
      </w:r>
      <w:r>
        <w:rPr>
          <w:sz w:val="20"/>
        </w:rPr>
        <w:br/>
        <w:t>Глагол означает «возблагодарив». Позднее христианское слово «Евхаристия» происходит из того же корня, но сам стих прежде всего описывает благодарение перед пищей.</w:t>
      </w:r>
    </w:p>
    <w:p>
      <w:r>
        <w:t>12. Когда они насытились, Он сказал ученикам: «Соберите оставшиеся куски, чтобы ничего не ἀπόληται — не пропало, не погибло».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ἀπόληται</w:t>
      </w:r>
      <w:r>
        <w:rPr>
          <w:sz w:val="20"/>
        </w:rPr>
        <w:t xml:space="preserve"> [apolētai]</w:t>
      </w:r>
      <w:r>
        <w:rPr>
          <w:sz w:val="20"/>
        </w:rPr>
        <w:br/>
        <w:t>Тот же глагольный корень появляется в 6:39: воля Отца — чтобы Иисус «не потерял» ничего из данного Ему. Материальные остатки хлеба подготавливают более глубокий мотив сохранения людей.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6:39</w:t>
      </w:r>
    </w:p>
    <w:p>
      <w:r>
        <w:t>13. Они собрали и наполнили двенадцать корзин кусками от пяти ячменных хлебов, оставшимися у евших.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Двенадцать полных корзин после насыщения подчёркивают избыток. Символическая связь с двенадцатью коленами Израиля возможна, но сам Иоанн её не объясняет.</w:t>
      </w:r>
    </w:p>
    <w:p>
      <w:r>
        <w:t>14. Увидев знамение, люди говорили: «Он действительно Тот Пророк, Который должен прийти в мир».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«Тот Пророк» естественно отсылает к обещанию пророка, подобного Моисею, во Втор 18:15–18. Пасхальный и манновый фон усиливает сравнение с Моисеем.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18:15–18, Ин 1:21</w:t>
      </w:r>
    </w:p>
    <w:p>
      <w:r>
        <w:t>15. Иисус, зная, что они собираются прийти, ἁρπάζειν — схватить Его силой — и сделать царём, снова удалился на гору один.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ἁρπάζειν</w:t>
      </w:r>
      <w:r>
        <w:rPr>
          <w:sz w:val="20"/>
        </w:rPr>
        <w:t xml:space="preserve"> [harpazein]</w:t>
      </w:r>
      <w:r>
        <w:rPr>
          <w:sz w:val="20"/>
        </w:rPr>
        <w:br/>
        <w:t>Глагол означает хватать, уносить силой. Толпа правильно видит царскую значимость знамения, но пытается навязать Иисусу свою форму царства.</w:t>
      </w:r>
    </w:p>
    <w:p>
      <w:r>
        <w:t>16. Когда наступил вечер, Его ученики спустились к морю,</w:t>
      </w:r>
    </w:p>
    <w:p>
      <w:r>
        <w:t>17. сели в лодку и поплыли на другую сторону моря, в Капернаум. Уже стемнело, а Иисус ещё не пришёл к ним.</w:t>
      </w:r>
    </w:p>
    <w:p>
      <w:r>
        <w:t>18. Море волновалось от сильного ветра.</w:t>
      </w:r>
    </w:p>
    <w:p>
      <w:r>
        <w:t>19. Проплыв около двадцати пяти или тридцати стадий, они увидели Иисуса, идущего по морю и приближающегося к лодке, и испугались.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Хождение по морю естественно резонирует с ветхозаветными описаниями Бога как Владыки вод, например Иов 9:8 и Пс 76:20 LXX/77:19 MT. Иоанн не цитирует эти места напрямую.</w:t>
      </w:r>
      <w:r>
        <w:rPr>
          <w:i/>
          <w:sz w:val="20"/>
        </w:rPr>
        <w:br/>
        <w:t xml:space="preserve">См.: </w:t>
      </w:r>
      <w:r>
        <w:rPr>
          <w:sz w:val="20"/>
        </w:rPr>
        <w:t>Иов 9:8, Пс 77:19</w:t>
      </w:r>
    </w:p>
    <w:p>
      <w:r>
        <w:t>20. Но Он сказал им: «ἐγώ εἰμι — это Я / Я есть. Не бойтесь».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ἐγώ εἰμι</w:t>
      </w:r>
      <w:r>
        <w:rPr>
          <w:sz w:val="20"/>
        </w:rPr>
        <w:t xml:space="preserve"> [egō eimi]</w:t>
      </w:r>
      <w:r>
        <w:rPr>
          <w:sz w:val="20"/>
        </w:rPr>
        <w:br/>
        <w:t>В ситуации узнавания естественный перевод — «Это Я». Однако на фоне хождения по морю формула ἐγώ εἰμι получает возможный богословский резонанс с другими абсолютными употреблениями у Иоанна.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8:24, Ин 8:58, Ин 18:5–6</w:t>
      </w:r>
    </w:p>
    <w:p>
      <w:r>
        <w:t>21. Тогда они хотели взять Его в лодку, и лодка тотчас оказалась у берега, к которому они направлялись.</w:t>
      </w:r>
    </w:p>
    <w:p>
      <w:r>
        <w:t>22. На следующий день народ, оставшийся на другой стороне моря, увидел, что там не было другой лодки, кроме одной, и что Иисус не вошёл в лодку со Своими учениками, а ученики отплыли одни.</w:t>
      </w:r>
    </w:p>
    <w:p>
      <w:r>
        <w:t>23. Тем временем из Тивериады пришли другие лодки к месту, где они ели хлеб после того, как Господь εὐχαριστήσαντος — воздал благодарение.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Рассказчик описывает место через благодарение Иисуса, а не просто через чудо умножения. Это делает акт благодарения частью памяти о событии.</w:t>
      </w:r>
    </w:p>
    <w:p>
      <w:r>
        <w:t>24. Когда народ увидел, что там нет ни Иисуса, ни Его учеников, люди сами сели в лодки и прибыли в Капернаум, разыскивая Иисуса.</w:t>
      </w:r>
    </w:p>
    <w:p>
      <w:r>
        <w:t>25. Найдя Его на другой стороне моря, они спросили: «Равви, когда Ты сюда пришёл?»</w:t>
      </w:r>
    </w:p>
    <w:p>
      <w:r>
        <w:t>26. Иисус ответил: «Аминь, аминь говорю вам: вы ищете Меня не потому, что увидели знамения как знаки, а потому, что ели хлеб и насытились.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Они физически «увидели» чудо, но Иисус говорит, что не увидели его как σημεῖον — знак, раскрывающий Его личность. Проблема не в недостатке зрения, а в неправильном прочтении события.</w:t>
      </w:r>
    </w:p>
    <w:p>
      <w:r>
        <w:t>27. Трудитесь не ради пищи, которая погибает, а ради пищи, μένουσαν — остающейся, пребывающей — для вечной жизни, которую даст вам Сын Человеческий; Его Отец, Бог, ἐσφράγισεν — запечатлел, удостоверил».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μένουσαν</w:t>
      </w:r>
      <w:r>
        <w:rPr>
          <w:sz w:val="20"/>
        </w:rPr>
        <w:t xml:space="preserve"> [menousan]</w:t>
      </w:r>
      <w:r>
        <w:rPr>
          <w:sz w:val="20"/>
        </w:rPr>
        <w:br/>
        <w:t>Снова μένω: истинная пища не исчезает, а «остаётся/пребывает» в вечную жизнь.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ἐσφράγισεν</w:t>
      </w:r>
      <w:r>
        <w:rPr>
          <w:sz w:val="20"/>
        </w:rPr>
        <w:t xml:space="preserve"> [esphragisen]</w:t>
      </w:r>
      <w:r>
        <w:rPr>
          <w:sz w:val="20"/>
        </w:rPr>
        <w:br/>
        <w:t>«Запечатлел» — образ удостоверения подлинности и полномочия. Отец подтверждает Сына как Того, Кто даёт эту пищу.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3:33</w:t>
      </w:r>
    </w:p>
    <w:p>
      <w:r>
        <w:t>28. Они спросили: «Что нам делать, чтобы совершать дела Божьи?»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sz w:val="20"/>
        </w:rPr>
        <w:br/>
        <w:t>Люди спрашивают о «делах» Божьих во множественном числе; Иисус отвечает в 6:29 единственным «дело Божье» и сводит вопрос к вере в Посланного.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6:29</w:t>
      </w:r>
    </w:p>
    <w:p>
      <w:r>
        <w:t>29. Иисус ответил: «Вот τὸ ἔργον τοῦ θεοῦ — дело Божье: чтобы вы верили в Того, Кого Он послал».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sz w:val="20"/>
        </w:rPr>
        <w:br/>
        <w:t>Переход от «дел» к единственному «делу» концентрирует ответ: основополагающий отклик на Бога — доверие Посланному Им Сыну.</w:t>
      </w:r>
    </w:p>
    <w:p>
      <w:r>
        <w:t>30. Они сказали: «Какое же знамение Ты совершишь, чтобы мы увидели и поверили Тебе? Что Ты сделаешь?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Требование нового знамения звучит сразу после умножения хлебов. Это показывает, что чудо само по себе не гарантирует веру, если его значение не принято.</w:t>
      </w:r>
    </w:p>
    <w:p>
      <w:r>
        <w:t>31. «Наши отцы ели манну в пустыне, как написано: “Хлеб с неба дал им есть”».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Формула соединяет библейскую традицию манны; ближайший словесный параллельный текст — Пс 77:24 LXX/78:24 MT, на фоне Исх 16.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16:4, Пс 78:24</w:t>
      </w:r>
    </w:p>
    <w:p>
      <w:r>
        <w:t>32. Иисус сказал: «Аминь, аминь говорю вам: не Моисей дал вам хлеб с неба; Мой Отец δίδωσιν — даёт сейчас — вам истинный хлеб с неба.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δίδωσιν</w:t>
      </w:r>
      <w:r>
        <w:rPr>
          <w:sz w:val="20"/>
        </w:rPr>
        <w:t xml:space="preserve"> [didōsin]</w:t>
      </w:r>
      <w:r>
        <w:rPr>
          <w:sz w:val="20"/>
        </w:rPr>
        <w:br/>
        <w:t>Глагол стоит в настоящем времени: дело не только в древнем даре манны. Отец «даёт» истинный хлеб в настоящем — в Самом Иисусе.</w:t>
      </w:r>
    </w:p>
    <w:p>
      <w:r>
        <w:t>33. Потому что хлеб Божий — ὁ καταβαίνων, Тот, Кто сходит с неба и даёт жизнь миру».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ὁ καταβαίνων</w:t>
      </w:r>
      <w:r>
        <w:rPr>
          <w:sz w:val="20"/>
        </w:rPr>
        <w:t xml:space="preserve"> [ho katabainōn]</w:t>
      </w:r>
      <w:r>
        <w:rPr>
          <w:sz w:val="20"/>
        </w:rPr>
        <w:br/>
        <w:t>Причастие мужского рода помогает переходу от образа хлеба к Личности: хлеб Божий — «Тот, Кто сходит» и даёт жизнь миру.</w:t>
      </w:r>
    </w:p>
    <w:p>
      <w:r>
        <w:t>34. Они сказали: «Господи, всегда давай нам этот хлеб».</w:t>
      </w:r>
    </w:p>
    <w:p>
      <w:r>
        <w:t>35. Иисус ответил: «ἐγώ εἰμι ὁ ἄρτος τῆς ζωῆς — Я есть хлеб жизни. Приходящий ко Мне не будет голодать, и верующий в Меня не будет жаждать никогда.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ἐγώ εἰμι ὁ ἄρτος τῆς ζωῆς</w:t>
      </w:r>
      <w:r>
        <w:rPr>
          <w:sz w:val="20"/>
        </w:rPr>
        <w:t xml:space="preserve"> [egō eimi ho artos tēs zōēs]</w:t>
      </w:r>
      <w:r>
        <w:rPr>
          <w:sz w:val="20"/>
        </w:rPr>
        <w:br/>
        <w:t>Первое крупное образное «Я есть» в Евангелии. «Приходить» и «верить» стоят параллельно: вкушение хлеба начинает раскрываться как приход к Иисусу и вера в Него.</w:t>
      </w:r>
    </w:p>
    <w:p>
      <w:r>
        <w:t>36. Но Я сказал вам: вы и видели Меня, и всё же не верите.</w:t>
      </w:r>
    </w:p>
    <w:p>
      <w:r>
        <w:t>37. Всё [πᾶν — как единое целое], что даёт Мне Отец, придёт ко Мне; а того, кто приходит ко Мне, Я никогда не изгоню вон.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πᾶν ὃ ... τὸν ἐρχόμενον</w:t>
      </w:r>
      <w:r>
        <w:rPr>
          <w:sz w:val="20"/>
        </w:rPr>
        <w:t xml:space="preserve"> [pan ho ... ton erchomenon]</w:t>
      </w:r>
      <w:r>
        <w:rPr>
          <w:sz w:val="20"/>
        </w:rPr>
        <w:br/>
        <w:t>Сначала данное Отцом описано собирательно в среднем роде — «всё», затем переход идёт к конкретному человеку — «того, кто приходит».</w:t>
      </w:r>
    </w:p>
    <w:p>
      <w:r>
        <w:t>38. Потому что Я сошёл с неба не для того, чтобы исполнять Свою волю, а волю Пославшего Меня.</w:t>
      </w:r>
    </w:p>
    <w:p>
      <w:r>
        <w:t>39. А воля Пославшего Меня такова: чтобы Я не ἀπολέσω — не потерял — ничего из того, что Он дал Мне, но воскресил это в последний день.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ἀπολέσω</w:t>
      </w:r>
      <w:r>
        <w:rPr>
          <w:sz w:val="20"/>
        </w:rPr>
        <w:t xml:space="preserve"> [apolesō]</w:t>
      </w:r>
      <w:r>
        <w:rPr>
          <w:sz w:val="20"/>
        </w:rPr>
        <w:br/>
        <w:t>Это тот же корень «пропасть/потеряться», который звучал при собирании оставшихся кусков в 6:12. Иисус сохраняет данное Ему Отцом.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6:12</w:t>
      </w:r>
    </w:p>
    <w:p>
      <w:r>
        <w:t>40. Потому что воля Моего Отца такова: чтобы каждый, кто видит Сына и верит в Него, имел вечную жизнь, и Я воскрешу его в последний день».</w:t>
      </w:r>
    </w:p>
    <w:p>
      <w:r>
        <w:t>41. Тогда иудеи ἐγόγγυζον — стали роптать — на Него за слова: «Я — хлеб, сошедший с неба».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ἐγόγγυζον</w:t>
      </w:r>
      <w:r>
        <w:rPr>
          <w:sz w:val="20"/>
        </w:rPr>
        <w:t xml:space="preserve"> [egongyzon]</w:t>
      </w:r>
      <w:r>
        <w:rPr>
          <w:sz w:val="20"/>
        </w:rPr>
        <w:br/>
        <w:t>«Ропот» — характерный язык рассказа Израиля в пустыне. На фоне манны Иоанн делает параллель с поколением Исхода особенно слышимой.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16:2, Исх 16:7–8</w:t>
      </w:r>
    </w:p>
    <w:p>
      <w:r>
        <w:t>42. И говорили: «Разве это не Иисус, сын Иосифа, отца и мать Которого мы знаем? Как же Он теперь говорит: “Я сошёл с неба”?»</w:t>
      </w:r>
    </w:p>
    <w:p>
      <w:r>
        <w:t>43. Иисус ответил: «Не ропщите между собой.</w:t>
      </w:r>
    </w:p>
    <w:p>
      <w:r>
        <w:t>44. Никто не может прийти ко Мне, если Отец, пославший Меня, не ἑλκύσῃ — привлечёт, потянет — его; и Я воскрешу его в последний день.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ἑλκύσῃ</w:t>
      </w:r>
      <w:r>
        <w:rPr>
          <w:sz w:val="20"/>
        </w:rPr>
        <w:t xml:space="preserve"> [helkysē]</w:t>
      </w:r>
      <w:r>
        <w:rPr>
          <w:sz w:val="20"/>
        </w:rPr>
        <w:br/>
        <w:t>ἕλκω означает тянуть/привлекать и может быть довольно сильным глаголом. Однако само слово не решает весь богословский спор о способе такого привлечения; в Ин 12:32 Иисус говорит, что привлечёт к Себе всех.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12:32, Ин 21:6</w:t>
      </w:r>
    </w:p>
    <w:p>
      <w:r>
        <w:t>45. У Пророков написано: «И все будут научены Богом». Каждый, кто услышал Отца и научился у Него, приходит ко Мне.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Прямая цитата из Ис 54:13. В контексте пророка она относится к восстановленному Божьему народу; Иисус связывает Божье обучение с приходом к Нему.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54:13</w:t>
      </w:r>
    </w:p>
    <w:p>
      <w:r>
        <w:t>46. Это не значит, что кто-либо видел Отца; только Тот, Кто от Бога, видел Отца.</w:t>
      </w:r>
    </w:p>
    <w:p>
      <w:r>
        <w:t>47. Истинно, истинно говорю вам: верующий имеет вечную жизнь.</w:t>
      </w:r>
    </w:p>
    <w:p>
      <w:r>
        <w:t>48. «ἐγώ εἰμι ὁ ἄρτος τῆς ζωῆς — Я есть хлеб жизни».</w:t>
      </w:r>
    </w:p>
    <w:p>
      <w:r>
        <w:t>49. Ваши отцы ели манну в пустыне — и умерли.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Манна была реальным Божьим даром, но не дала бессмертия поколению пустыни. Иисус противопоставляет временное поддержание жизни дару вечной жизни.</w:t>
      </w:r>
    </w:p>
    <w:p>
      <w:r>
        <w:t>50. А вот хлеб, сходящий с неба, чтобы человек ел от него и не умер.</w:t>
      </w:r>
    </w:p>
    <w:p>
      <w:r>
        <w:t>51. «Я есть живой хлеб, сошедший с неба. Если кто съест этот хлеб, будет жить вечно. И хлеб, который Я дам за жизнь мира, — Моя σάρξ, плоть».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σάρξ</w:t>
      </w:r>
      <w:r>
        <w:rPr>
          <w:sz w:val="20"/>
        </w:rPr>
        <w:t xml:space="preserve"> [sarx]</w:t>
      </w:r>
      <w:r>
        <w:rPr>
          <w:sz w:val="20"/>
        </w:rPr>
        <w:br/>
        <w:t>Иоанн возвращает слово «плоть» из 1:14: Слово стало плотью, и теперь эта плоть будет отдана «за жизнь мира». Речь движется к смерти Иисуса как дару Себя.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1:14, Ин 10:11, Ин 15:13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ὑπὲρ τῆς τοῦ κόσμου ζωῆς</w:t>
      </w:r>
      <w:r>
        <w:rPr>
          <w:sz w:val="20"/>
        </w:rPr>
        <w:t xml:space="preserve"> [hyper tēs tou kosmou zōēs]</w:t>
      </w:r>
      <w:r>
        <w:rPr>
          <w:sz w:val="20"/>
        </w:rPr>
        <w:br/>
        <w:t>ὑπέρ здесь несёт смысл «за/ради» жизни мира: дар плоти имеет заместительно-благотворную направленность.</w:t>
      </w:r>
    </w:p>
    <w:p>
      <w:r>
        <w:t>52. Тогда иудеи стали μάχεσθαι — горячо спорить — друг с другом: «Как Он может дать нам есть Свою плоть?»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ἐμάχοντο</w:t>
      </w:r>
      <w:r>
        <w:rPr>
          <w:sz w:val="20"/>
        </w:rPr>
        <w:t xml:space="preserve"> [emachonto]</w:t>
      </w:r>
      <w:r>
        <w:rPr>
          <w:sz w:val="20"/>
        </w:rPr>
        <w:br/>
        <w:t>Глагол сильнее простого обсуждения: они спорили/ссорились между собой из-за буквального звучания слов Иисуса.</w:t>
      </w:r>
    </w:p>
    <w:p>
      <w:r>
        <w:t>53. Иисус сказал: «Аминь, аминь говорю вам: если не будете есть плоть Сына Человеческого и пить Его кровь, не будете иметь жизни в себе.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Заповедь пить кровь звучала бы для иудейского слушателя резко из-за библейского запрета употреблять кровь, поскольку «жизнь плоти — в крови». Именно поэтому образ намеренно шокирующий.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17:10–14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(по церковному преданию)</w:t>
      </w:r>
      <w:r>
        <w:rPr>
          <w:sz w:val="20"/>
        </w:rPr>
        <w:br/>
        <w:t>Христианская традиция очень рано читала этот раздел евхаристически. Текст также продолжает собственную линию Ин 6:35 — приходить к Иисусу и верить в Него. WGT-E не сводит главу исключительно к одному из этих уровней.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6:35</w:t>
      </w:r>
    </w:p>
    <w:p>
      <w:r>
        <w:t>54. Кто τρώγει — ест, питается Моей плотью — и пьёт Мою кровь, уже имеет вечную жизнь, и Я воскрешу его в последний день.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τρώγων</w:t>
      </w:r>
      <w:r>
        <w:rPr>
          <w:sz w:val="20"/>
        </w:rPr>
        <w:t xml:space="preserve"> [trōgōn]</w:t>
      </w:r>
      <w:r>
        <w:rPr>
          <w:sz w:val="20"/>
        </w:rPr>
        <w:br/>
        <w:t>С 6:54 Иоанн использует τρώγω вместо обычного φαγεῖν/ἐσθίειν. Глагол может звучать более конкретно как «есть, питаться, жевать», хотя в позднем греческом он также способен функционировать просто как «есть». Нельзя строить весь смысл только на этой смене.</w:t>
      </w:r>
    </w:p>
    <w:p>
      <w:r>
        <w:t>55. Потому что Моя плоть — ἀληθής, подлинная пища, и Моя кровь — подлинное питьё.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ἀληθής</w:t>
      </w:r>
      <w:r>
        <w:rPr>
          <w:sz w:val="20"/>
        </w:rPr>
        <w:t xml:space="preserve"> [alēthēs]</w:t>
      </w:r>
      <w:r>
        <w:rPr>
          <w:sz w:val="20"/>
        </w:rPr>
        <w:br/>
        <w:t>«Истинная» у Иоанна часто означает не просто правдивую, а подлинную, соответствующую окончательной Божьей реальности.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1:9, Ин 6:32</w:t>
      </w:r>
    </w:p>
    <w:p>
      <w:r>
        <w:t>56. Кто ест Мою плоть и пьёт Мою кровь, μένει — пребывает — во Мне, и Я в нём.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μένει</w:t>
      </w:r>
      <w:r>
        <w:rPr>
          <w:sz w:val="20"/>
        </w:rPr>
        <w:t xml:space="preserve"> [menei]</w:t>
      </w:r>
      <w:r>
        <w:rPr>
          <w:sz w:val="20"/>
        </w:rPr>
        <w:br/>
        <w:t>Ключевой глагол μένω переводит образ еды в язык взаимного пребывания. Позже этот же язык станет центральным в образе лозы и ветвей.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15:4–7</w:t>
      </w:r>
    </w:p>
    <w:p>
      <w:r>
        <w:t>57. Как послал Меня живой Отец и Я живу διὰ τὸν πατέρα — благодаря Отцу / через Отца, — так и тот, кто питается Мною, будет жить благодаря Мне.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διὰ τὸν πατέρα ... δι’ ἐμέ</w:t>
      </w:r>
      <w:r>
        <w:rPr>
          <w:sz w:val="20"/>
        </w:rPr>
        <w:t xml:space="preserve"> [dia ton patera ... di' eme]</w:t>
      </w:r>
      <w:r>
        <w:rPr>
          <w:sz w:val="20"/>
        </w:rPr>
        <w:br/>
        <w:t>Параллель подчёркивает цепь жизни: живой Отец → Сын → верующий. Предлог διά с винительным здесь допускает причинный оттенок «из-за/благодаря».</w:t>
      </w:r>
    </w:p>
    <w:p>
      <w:r>
        <w:t>58. Вот хлеб, сошедший с неба. Не такой, какой ели отцы и умерли. Кто ест этот хлеб, будет жить вечно».</w:t>
      </w:r>
    </w:p>
    <w:p>
      <w:r>
        <w:t>59. Это Он сказал, уча в синагоге в Капернауме.</w:t>
      </w:r>
    </w:p>
    <w:p>
      <w:r>
        <w:t>60. Многие из Его учеников, услышав это, сказали: «Σκληρός — тяжёлое, жёсткое — это слово. Кто способен его принять и слушать?»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σκληρός</w:t>
      </w:r>
      <w:r>
        <w:rPr>
          <w:sz w:val="20"/>
        </w:rPr>
        <w:t xml:space="preserve"> [sklēros]</w:t>
      </w:r>
      <w:r>
        <w:rPr>
          <w:sz w:val="20"/>
        </w:rPr>
        <w:br/>
        <w:t>Слово означает жёсткий, суровый, трудный. Проблема не в том, что речь непонятна грамматически, а в том, что её тяжело принять.</w:t>
      </w:r>
    </w:p>
    <w:p>
      <w:r>
        <w:t>61. Иисус, зная в Себе, что ученики ропщут об этом, сказал им: «Это вас σκανδαλίζει — заставляет споткнуться, становится для вас соблазном?»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σκανδαλίζει</w:t>
      </w:r>
      <w:r>
        <w:rPr>
          <w:sz w:val="20"/>
        </w:rPr>
        <w:t xml:space="preserve"> [skandalizei]</w:t>
      </w:r>
      <w:r>
        <w:rPr>
          <w:sz w:val="20"/>
        </w:rPr>
        <w:br/>
        <w:t>σκανδαλίζω — заставлять споткнуться, стать препятствием к вере. Слова Иисуса становятся точкой решения для учеников.</w:t>
      </w:r>
    </w:p>
    <w:p>
      <w:r>
        <w:t>62. А что, если увидите Сына Человеческого восходящим туда, где Он был прежде?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Упоминание возвращения Сына Человеческого «туда, где Он был прежде» отвечает на ропот напоминанием о Его небесном происхождении и будущей восходящей траектории.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3:13, Ин 6:38</w:t>
      </w:r>
    </w:p>
    <w:p>
      <w:r>
        <w:t>63. «Дух — Тот, Кто даёт жизнь; плоть сама по себе не приносит пользы. Слова, которые Я сказал вам, — дух и жизнь».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Фраза «плоть не приносит пользы» не может просто отменять только что сказанное о «Моей плоти» в 6:51–56. Вероятнее, здесь «плоть» обозначает человеческую способность понимать и получать жизнь без действия Духа; точная связь остаётся предметом толкования.</w:t>
      </w:r>
    </w:p>
    <w:p>
      <w:r>
        <w:t>64. Но среди вас есть такие, кто не верит». Иисус с самого начала знал, кто не верит и кто предаст Его.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Иоанн снова подчёркивает предварительное знание Иисуса — мотив, уже звучавший в 2:24–25 и 6:6.</w:t>
      </w:r>
    </w:p>
    <w:p>
      <w:r>
        <w:t>65. И Он сказал: «Поэтому Я и говорил вам, что никто не может прийти ко Мне, если это не δεδομένον — дано ему — Отцом».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δεδομένον</w:t>
      </w:r>
      <w:r>
        <w:rPr>
          <w:sz w:val="20"/>
        </w:rPr>
        <w:t xml:space="preserve"> [dedomenon]</w:t>
      </w:r>
      <w:r>
        <w:rPr>
          <w:sz w:val="20"/>
        </w:rPr>
        <w:br/>
        <w:t>Перфектное причастие: приход ко Христу описан как нечто, уже дарованное Отцом, с сохраняющимся результатом.</w:t>
      </w:r>
    </w:p>
    <w:p>
      <w:r>
        <w:t>66. С этого времени многие Его ученики ἀπῆλθον εἰς τὰ ὀπίσω — ушли назад — и больше не ходили с Ним.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εἰς τὰ ὀπίσω</w:t>
      </w:r>
      <w:r>
        <w:rPr>
          <w:sz w:val="20"/>
        </w:rPr>
        <w:t xml:space="preserve"> [eis ta opisō]</w:t>
      </w:r>
      <w:r>
        <w:rPr>
          <w:sz w:val="20"/>
        </w:rPr>
        <w:br/>
        <w:t>Буквально «к тому, что позади/назад». Это сильнее простого физического ухода: они прекращают путь ученичества с Иисусом.</w:t>
      </w:r>
    </w:p>
    <w:p>
      <w:r>
        <w:t>67. Тогда Иисус сказал двенадцати: «Неужели и вы хотите уйти?»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sz w:val="20"/>
        </w:rPr>
        <w:br/>
        <w:t>Греческий вопрос с μή ожидает отрицательного ответа: «Неужели и вы не хотите уйти?» — Иисус не удерживает Двенадцать принуждением.</w:t>
      </w:r>
    </w:p>
    <w:p>
      <w:r>
        <w:t>68. Симон Пётр ответил: «Господи, к кому нам идти? У Тебя ῥήματα ζωῆς αἰωνίου — слова вечной жизни.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После тяжёлого «слова» (λόγος) в 6:60 Пётр признаёт, что именно слова Иисуса несут вечную жизнь. Это ответ на кризис главы.</w:t>
      </w:r>
    </w:p>
    <w:p>
      <w:r>
        <w:t>69. И мы поверили и узнали, что Ты — ὁ ἅγιος τοῦ θεοῦ, Святой Божий».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ὁ ἅγιος τοῦ θεοῦ</w:t>
      </w:r>
      <w:r>
        <w:rPr>
          <w:sz w:val="20"/>
        </w:rPr>
        <w:t xml:space="preserve"> [ho hagios tou theou]</w:t>
      </w:r>
      <w:r>
        <w:rPr>
          <w:sz w:val="20"/>
        </w:rPr>
        <w:br/>
        <w:t>Титул «Святой Божий» подчёркивает принадлежность и посвящённость Богу; он отличается от других исповедальных формул и должен сохраняться именно в своей форме.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Основной критический текст имеет «Святой Божий». Более длинные традиционные формулы («Христос, Сын Бога живого» и др.) относятся к вариантной традиции и не смешиваются с основным текстом.</w:t>
      </w:r>
    </w:p>
    <w:p>
      <w:r>
        <w:t>70. Иисус ответил: «Разве не Я избрал вас, двенадцать? И один из вас — διάβολος, дьявол / клеветник».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διάβολος</w:t>
      </w:r>
      <w:r>
        <w:rPr>
          <w:sz w:val="20"/>
        </w:rPr>
        <w:t xml:space="preserve"> [diabolos]</w:t>
      </w:r>
      <w:r>
        <w:rPr>
          <w:sz w:val="20"/>
        </w:rPr>
        <w:br/>
        <w:t>Слово может означать клеветник/обвинитель и как титул обозначает дьявола. Здесь оно резко характеризует роль Иуды как противника внутри избранного круга.</w:t>
      </w:r>
    </w:p>
    <w:p>
      <w:r>
        <w:t>71. Он говорил об Иуде, сыне Симона Искариота, потому что именно тот, один из двенадцати, собирался предать Его.</w:t>
      </w:r>
    </w:p>
    <w:p>
      <w:pPr>
        <w:pStyle w:val="Heading2"/>
      </w:pPr>
      <w:r>
        <w:t>Глава 7</w:t>
      </w:r>
    </w:p>
    <w:p>
      <w:r>
        <w:t>1. После этого Иисус ходил по Галилее. Он не хотел ходить по Иудее, потому что иудеи искали возможности убить Его.</w:t>
      </w:r>
    </w:p>
    <w:p>
      <w:r>
        <w:t>2. Приближался иудейский праздник Шалашей [Суккот].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Праздник Шалашей был осенним паломническим праздником памяти о странствовании в пустыне и Божьем обеспечении. В поздних источниках с ним тесно связаны водные и световые обряды; это важный фон для Ин 7:37–39 и следующей главы.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23:33–43, Зах 14:16–19, Ин 7:37–39, Ин 8:12</w:t>
      </w:r>
    </w:p>
    <w:p>
      <w:r>
        <w:t>3. Тогда Его братья сказали Ему: «Уйди отсюда и иди в Иудею, чтобы и Твои ученики увидели дела, которые Ты совершаешь.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Братья предлагают Иисусу публичную стратегию: показать дела в Иудее и стать известным. Следующие стихи противопоставляют человеческую публичность и Божье время.</w:t>
      </w:r>
    </w:p>
    <w:p>
      <w:r>
        <w:t>4. «Ведь никто не делает что-либо тайно, если сам хочет быть ἐν παρρησίᾳ — известным и открытым. Если Ты делаешь такое, яви Себя миру».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ἐν παρρησίᾳ</w:t>
      </w:r>
      <w:r>
        <w:rPr>
          <w:sz w:val="20"/>
        </w:rPr>
        <w:t xml:space="preserve"> [en parrēsia]</w:t>
      </w:r>
      <w:r>
        <w:rPr>
          <w:sz w:val="20"/>
        </w:rPr>
        <w:br/>
        <w:t>παρρησία означает открытость, публичность, смелую речь. Братья требуют видимого публичного самоутверждения.</w:t>
      </w:r>
    </w:p>
    <w:p>
      <w:r>
        <w:t>5. Потому что даже Его братья тогда ещё не верили в Него.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Иоанн прямо говорит о неверии братьев Иисуса на этом этапе. Это важно не гармонизировать с их более поздним присутствием среди верующих.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1:14</w:t>
      </w:r>
    </w:p>
    <w:p>
      <w:r>
        <w:t>6. Иисус сказал им: «Мой καιρός — назначенный момент, подходящее время — ещё не пришёл, а для вас время всегда подходящее.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καιρός</w:t>
      </w:r>
      <w:r>
        <w:rPr>
          <w:sz w:val="20"/>
        </w:rPr>
        <w:t xml:space="preserve"> [kairos]</w:t>
      </w:r>
      <w:r>
        <w:rPr>
          <w:sz w:val="20"/>
        </w:rPr>
        <w:br/>
        <w:t>Здесь не ὥρα «час», часто связанный у Иоанна с прославлением и смертью, а καιρός — подходящий/назначенный момент. Различие стоит сохранять.</w:t>
      </w:r>
    </w:p>
    <w:p>
      <w:r>
        <w:t>7. Мир не может ненавидеть вас, а Меня ненавидит, потому что Я свидетельствую о нём, что его дела злы.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Мир ненавидит Иисуса не просто из-за непопулярности, а потому что Его свидетельство разоблачает зло его дел — продолжение темы света и обличения из Ин 3:19–20.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3:19–20</w:t>
      </w:r>
    </w:p>
    <w:p>
      <w:r>
        <w:t>8. «Вы идите на праздник. Я οὔπω — ещё не — иду на этот праздник, потому что Моё время ещё не исполнилось».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οὔπω / οὐκ</w:t>
      </w:r>
      <w:r>
        <w:rPr>
          <w:sz w:val="20"/>
        </w:rPr>
        <w:t xml:space="preserve"> [oupō / ouk]</w:t>
      </w:r>
      <w:r>
        <w:rPr>
          <w:sz w:val="20"/>
        </w:rPr>
        <w:br/>
        <w:t>Разница одной частицы меняет оттенок фразы и была предметом древней текстовой передачи. Варианты нельзя смешивать.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 части рукописей стоит οὐκ «не иду», в других οὔπω «ещё не иду». WGT-T/WGT-E следуют чтению οὔπω, которое согласуется с последующим тайным приходом Иисуса на праздник.</w:t>
      </w:r>
    </w:p>
    <w:p>
      <w:r>
        <w:t>9. Сказав это, Он остался в Галилее.</w:t>
      </w:r>
    </w:p>
    <w:p>
      <w:r>
        <w:t>10. Но когда Его братья пошли на праздник, тогда пошёл и Он — не φανερῶς, явно и публично, а как бы тайно.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Иисус всё же идёт, но не по сценарию братьев: не как публичная демонстрация ради славы, а на Своих условиях.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7:3–4</w:t>
      </w:r>
    </w:p>
    <w:p>
      <w:r>
        <w:t>11. Иудеи искали Его на празднике и спрашивали: «Где Он?»</w:t>
      </w:r>
    </w:p>
    <w:p>
      <w:r>
        <w:t>12. В народе было много споров о Нём. Одни говорили: «Он добрый», а другие: «Нет, Он вводит народ в заблуждение».</w:t>
      </w:r>
    </w:p>
    <w:p>
      <w:r>
        <w:t>13. Однако никто не говорил о Нём παρρησίᾳ — открыто — из страха перед иудейскими руководителями.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παρρησίᾳ</w:t>
      </w:r>
      <w:r>
        <w:rPr>
          <w:sz w:val="20"/>
        </w:rPr>
        <w:t xml:space="preserve"> [parrēsia]</w:t>
      </w:r>
      <w:r>
        <w:rPr>
          <w:sz w:val="20"/>
        </w:rPr>
        <w:br/>
        <w:t>То же слово «открытость/публичность», которое звучало в 7:4. В главе оно становится темой публичной речи и страха.</w:t>
      </w:r>
    </w:p>
    <w:p>
      <w:r>
        <w:t>14. Когда прошла уже половина праздника, Иисус вошёл в храм и стал учить.</w:t>
      </w:r>
    </w:p>
    <w:p>
      <w:r>
        <w:t>15. Иудейские руководители удивлялись: «Откуда Он знает γράμματα — Писания и учёность, — если не проходил учёбы?»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γράμματα</w:t>
      </w:r>
      <w:r>
        <w:rPr>
          <w:sz w:val="20"/>
        </w:rPr>
        <w:t xml:space="preserve"> [grammata]</w:t>
      </w:r>
      <w:r>
        <w:rPr>
          <w:sz w:val="20"/>
        </w:rPr>
        <w:br/>
        <w:t>γράμματα может означать буквы, писания, учёность. Вопрос не о грамотности вообще, а о признанной образовательной подготовке.</w:t>
      </w:r>
    </w:p>
    <w:p>
      <w:r>
        <w:t>16. Иисус ответил: «Моё учение не автономно Моё, а принадлежит Пославшему Меня.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Фраза «не Моё» не означает, что учение Иисуса ложно или чуждо Ему; смысл — источник учения не независим от Отца.</w:t>
      </w:r>
    </w:p>
    <w:p>
      <w:r>
        <w:t>17. Кто θέλῃ τὸ θέλημα — действительно хочет исполнять Его волю, — тот узнает об этом учении: от Бога ли оно или Я говорю Сам от Себя.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θέλῃ τὸ θέλημα</w:t>
      </w:r>
      <w:r>
        <w:rPr>
          <w:sz w:val="20"/>
        </w:rPr>
        <w:t xml:space="preserve"> [thelē to thelēma]</w:t>
      </w:r>
      <w:r>
        <w:rPr>
          <w:sz w:val="20"/>
        </w:rPr>
        <w:br/>
        <w:t>Глагол «хотеть» и существительное «воля» образованы от одного корня: буквально «кто хочет Его волю делать». Познание здесь связано с готовностью к послушанию.</w:t>
      </w:r>
    </w:p>
    <w:p>
      <w:r>
        <w:t>18. Говорящий сам от себя ищет собственной δόξα — славы, признания; а кто ищет славы Пославшего Его, тот истинен, и неправды в нём нет.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Тема человеческой и Божьей славы продолжает аргумент Ин 5:41–44 и противопоставляет саморекламу миссии от Отца.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5:41–44</w:t>
      </w:r>
    </w:p>
    <w:p>
      <w:r>
        <w:t>19. Разве Моисей не дал вам Закон? Но никто из вас не исполняет Закон. Почему вы ищете возможности убить Меня?»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Иисус обвиняет оппонентов в несоблюдении Закона именно тогда, когда они претендуют защищать его. Следующий спор о субботе показывает конкретный пример их непоследовательности.</w:t>
      </w:r>
    </w:p>
    <w:p>
      <w:r>
        <w:t>20. Народ ответил: «В Тебе δαιμόνιον — демон! Кто ищет возможности убить Тебя?»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Толпа не знает о планах руководителей так, как знают некоторые жители Иерусалима в 7:25. Глава показывает разные уровни информации внутри одной аудитории.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7:25</w:t>
      </w:r>
    </w:p>
    <w:p>
      <w:r>
        <w:t>21. Иисус ответил: «Одно дело Я совершил — и все вы удивляетесь.</w:t>
      </w:r>
    </w:p>
    <w:p>
      <w:pPr>
        <w:ind w:left="360"/>
      </w:pPr>
      <w:r>
        <w:rPr>
          <w:b/>
          <w:sz w:val="20"/>
        </w:rPr>
        <w:t>Крест и Евангелие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«Одно дело» естественно отсылает к субботнему исцелению из Ин 5, которое запустило текущий конфликт.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5:1–18</w:t>
      </w:r>
    </w:p>
    <w:p>
      <w:r>
        <w:t>22. Моисей дал вам обрезание — хотя оно не от Моисея, а от отцов, — и вы обрезаете человека в субботу.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Обрезание ребёнка на восьмой день могло приходиться на субботу и всё равно совершалось. Иисус использует признанное исключение как аргумент от меньшего к большему.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12:3</w:t>
      </w:r>
    </w:p>
    <w:p>
      <w:r>
        <w:t>23. «Если человек принимает обрезание в субботу, чтобы Закон Моисея не был нарушен, почему вы сердитесь на Меня за то, что Я сделал ὅλον ἄνθρωπον ὑγιῆ — всего человека целым, здоровым — в субботу?»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ὅλον ἄνθρωπον ὑγιῆ</w:t>
      </w:r>
      <w:r>
        <w:rPr>
          <w:sz w:val="20"/>
        </w:rPr>
        <w:t xml:space="preserve"> [holon anthrōpon hygiē]</w:t>
      </w:r>
      <w:r>
        <w:rPr>
          <w:sz w:val="20"/>
        </w:rPr>
        <w:br/>
        <w:t>Буквально «всего человека здоровым». Это усиливает контраст между локальным обрезанием одной части тела и полным исцелением человека.</w:t>
      </w:r>
    </w:p>
    <w:p>
      <w:r>
        <w:t>24. «Не судите κατ’ ὄψιν — по внешнему виду, — но судите τὴν δικαίαν κρίσιν — справедливым судом».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κατ’ ὄψιν ... δικαίαν κρίσιν</w:t>
      </w:r>
      <w:r>
        <w:rPr>
          <w:sz w:val="20"/>
        </w:rPr>
        <w:t xml:space="preserve"> [kat' opsin ... dikaian krisin]</w:t>
      </w:r>
      <w:r>
        <w:rPr>
          <w:sz w:val="20"/>
        </w:rPr>
        <w:br/>
        <w:t>Контраст между поверхностной видимостью и справедливым суждением. Это принцип чтения не только субботнего исцеления, но и всей личности Иисуса.</w:t>
      </w:r>
    </w:p>
    <w:p>
      <w:r>
        <w:t>25. Тогда некоторые жители Иерусалима говорили: «Разве это не Тот, Кого ищут, чтобы убить?</w:t>
      </w:r>
    </w:p>
    <w:p>
      <w:r>
        <w:t>26. И вот Он говорит открыто, и Ему ничего не говорят. Неужели начальники действительно признали, что Он Христос?</w:t>
      </w:r>
    </w:p>
    <w:p>
      <w:r>
        <w:t>27. Но мы знаем, откуда Он. А когда придёт Христос, никто не будет знать, откуда Он».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sz w:val="20"/>
        </w:rPr>
        <w:br/>
        <w:t>Фраза отражает одно из ожиданий о скрытом происхождении Мессии, но в той же толпе существует и другое ожидание — происхождение из Вифлеема и рода Давида (7:42). Иоанн показывает не единую «иудейскую доктрину», а спорные народные ожидания.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7:42</w:t>
      </w:r>
    </w:p>
    <w:p>
      <w:r>
        <w:t>28. Тогда Иисус, уча в храме, громко сказал: «Вы думаете, что знаете Меня и знаете, откуда Я. Но Я пришёл не Сам от Себя; Пославший Меня истинен, а Его вы не знаете.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Иоанновская ирония: они знают земное происхождение Иисуса лишь частично и потому считают, что знают Его полностью; Иисус переводит вопрос происхождения к Отцу.</w:t>
      </w:r>
    </w:p>
    <w:p>
      <w:r>
        <w:t>29. «Я знаю Его, потому что Я παρ’ αὐτοῦ — от Него, из Его присутствия — и Он послал Меня».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Иисус утверждает не только миссию («послал»), но и уникальное происхождение «от Него».</w:t>
      </w:r>
    </w:p>
    <w:p>
      <w:r>
        <w:t>30. Тогда они пытались схватить Его, но никто не наложил на Него руки, потому что Его ὥρα — час — ещё не пришёл.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ἡ ὥρα αὐτοῦ</w:t>
      </w:r>
      <w:r>
        <w:rPr>
          <w:sz w:val="20"/>
        </w:rPr>
        <w:t xml:space="preserve"> [hē hōra autou]</w:t>
      </w:r>
      <w:r>
        <w:rPr>
          <w:sz w:val="20"/>
        </w:rPr>
        <w:br/>
        <w:t>В отличие от καιρός в 7:6, здесь снова ὥρα — «час», связанный у Иоанна с кульминацией смерти и прославления.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12:23, Ин 13:1, Ин 17:1</w:t>
      </w:r>
    </w:p>
    <w:p>
      <w:r>
        <w:t>31. Многие из народа поверили в Него и говорили: «Когда придёт Христос, неужели Он совершит больше знамений, чем совершил Этот?»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Вера многих снова связана со знамениями. Вопрос толпы логичен: если Иисус не Мессия, сколько ещё знамений должен совершить настоящий Мессия?</w:t>
      </w:r>
    </w:p>
    <w:p>
      <w:r>
        <w:t>32. Фарисеи услышали, что народ перешёптывается о Нём, и первосвященники с фарисеями послали служителей схватить Его.</w:t>
      </w:r>
    </w:p>
    <w:p>
      <w:r>
        <w:t>33. Тогда Иисус сказал: «Ещё μικρὸν χρόνον — совсем немного времени — Я буду с вами, а потом пойду к Пославшему Меня.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Глава постепенно связывает близость конфликта с возвращением Иисуса к Отцу; слушатели понимают это географически, Иисус говорит о более глубоком уходе.</w:t>
      </w:r>
    </w:p>
    <w:p>
      <w:r>
        <w:t>34. Вы будете искать Меня и не найдёте; и туда, где Я буду, вы не можете прийти».</w:t>
      </w:r>
    </w:p>
    <w:p>
      <w:r>
        <w:t>35. Иудейские руководители говорили друг другу: «Куда Он собирается пойти, что мы Его не найдём? Неужели к διασπορά — рассеянию среди греков — и будет учить греков?»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διασπορά</w:t>
      </w:r>
      <w:r>
        <w:rPr>
          <w:sz w:val="20"/>
        </w:rPr>
        <w:t xml:space="preserve"> [diaspora]</w:t>
      </w:r>
      <w:r>
        <w:rPr>
          <w:sz w:val="20"/>
        </w:rPr>
        <w:br/>
        <w:t>«Рассеяние» обозначает иудеев, живущих вне земли Израиля среди греко-язычного мира. Реплика иронично предвосхищает будущий выход благой вести к народам, хотя говорящие этого не понимают.</w:t>
      </w:r>
    </w:p>
    <w:p>
      <w:r>
        <w:t>36. Что значит слово, которое Он сказал: “Вы будете искать Меня и не найдёте” и “Туда, где Я буду, вы не можете прийти”?»</w:t>
      </w:r>
    </w:p>
    <w:p>
      <w:r>
        <w:t>37. В последний, великий день праздника Иисус встал и громко сказал: «Если кто жаждет, пусть приходит ко Мне и пьёт.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На празднике Шалашей вода имела важное место в праздничной символике и молитве о Божьем обеспечении. На этом фоне приглашение Иисуса к жаждущим звучит особенно сильно.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Призыв к жаждущим напоминает пророческие приглашения к Божьей воде и спасению, особенно Ис 55:1.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55:1</w:t>
      </w:r>
    </w:p>
    <w:p>
      <w:r>
        <w:t>38. «Кто верит в Меня — как говорит Писание — из его κοιλία, внутренности, глубины, потекут реки живой воды».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sz w:val="20"/>
        </w:rPr>
        <w:br/>
        <w:t>Пунктуация древнего текста не решает однозначно, к кому относится «из его внутренности»: к верующему или, при иной расстановке фраз, ко Христу. WGT-T следует традиционному чтению с верующим.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Точной одиночной цитаты «из внутренности потекут реки» в ВЗ нет. Вероятнее, Иоанн собирает пророческий образ воды Божьего спасения из нескольких мест.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44:3, Ис 58:11, Иез 47:1–12, Зах 14:8</w:t>
      </w:r>
    </w:p>
    <w:p>
      <w:r>
        <w:t>39. Это Он сказал о Духе, Которого должны были получить поверившие в Него; οὔπω γὰρ ἦν πνεῦμα — буквально «Духа ещё не было», то есть Дух ещё не был дан в этой новой полноте, — потому что Иисус ещё не был прославлен.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οὔπω γὰρ ἦν πνεῦμα</w:t>
      </w:r>
      <w:r>
        <w:rPr>
          <w:sz w:val="20"/>
        </w:rPr>
        <w:t xml:space="preserve"> [oupō gar ēn pneuma]</w:t>
      </w:r>
      <w:r>
        <w:rPr>
          <w:sz w:val="20"/>
        </w:rPr>
        <w:br/>
        <w:t>Греческий текст буквально говорит «Духа ещё не было», без слова «дан». Это не утверждение, что Святого Духа вообще не существовало раньше; сам Иоанн уже говорил о Духе в 1:32–33 и 3:5–8. Контекст связывает новую фазу дара Духа с прославлением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1:32–33, Ин 3:5–8, Ин 14:16–17, Ин 20:22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«Прославление» у Иоанна связано с крестом, воскресением и возвращением к Отцу, а не только с внешней честью.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12:23–33</w:t>
      </w:r>
    </w:p>
    <w:p>
      <w:r>
        <w:t>40. Некоторые из народа, услышав эти слова, говорили: «Он действительно Тот Пророк».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Снова появляется ожидание Пророка, подобного Моисею, из Втор 18.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18:15–18, Ин 6:14</w:t>
      </w:r>
    </w:p>
    <w:p>
      <w:r>
        <w:t>41. Другие говорили: «Он Христос». А некоторые спрашивали: «Разве Христос приходит из Галилеи?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Спор строится на неполном знании: толпа знает связь Иисуса с Галилеей, но повествование читателю уже сообщило о Вифлееме через другие Евангелия; сам Иоанн здесь не вставляет пояснение, а сохраняет драматическую иронию.</w:t>
      </w:r>
    </w:p>
    <w:p>
      <w:r>
        <w:t>42. «Разве Писание не говорит, что Христос происходит из σπέρμα Давида — потомства Давида — и из Вифлеема, селения Давида?»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Ожидание соединяет Давидову линию и Вифлеем, естественно вызывая Мих 5:2 и обещания Давидовой династии.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Мих 5:2, 2 Цар 7:12–16</w:t>
      </w:r>
    </w:p>
    <w:p>
      <w:r>
        <w:t>43. Так из-за Него в народе возникло σχίσμα — разделение, раскол.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σχίσμα</w:t>
      </w:r>
      <w:r>
        <w:rPr>
          <w:sz w:val="20"/>
        </w:rPr>
        <w:t xml:space="preserve"> [schisma]</w:t>
      </w:r>
      <w:r>
        <w:rPr>
          <w:sz w:val="20"/>
        </w:rPr>
        <w:br/>
        <w:t>Слово означает разрыв/разделение и станет повторяющимся результатом реакции на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9:16, Ин 10:19</w:t>
      </w:r>
    </w:p>
    <w:p>
      <w:r>
        <w:t>44. Некоторые хотели схватить Его, но никто не наложил на Него рук.</w:t>
      </w:r>
    </w:p>
    <w:p>
      <w:r>
        <w:t>45. Служители вернулись к первосвященникам и фарисеям, и те спросили их: «Почему вы Его не привели?»</w:t>
      </w:r>
    </w:p>
    <w:p>
      <w:r>
        <w:t>46. Служители ответили: «Никогда ещё человек не говорил так, как говорит этот Человек».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Даже посланные арестовать Иисуса оказываются поражены Его речью. В сцене слово Иисуса фактически останавливает применение силы.</w:t>
      </w:r>
    </w:p>
    <w:p>
      <w:r>
        <w:t>47. Фарисеи сказали: «Неужели и вы введены в заблуждение?</w:t>
      </w:r>
    </w:p>
    <w:p>
      <w:r>
        <w:t>48. Разве кто-нибудь из начальников или фарисеев поверил в Него?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Утверждение фарисеев почти сразу опровергается самим повествованием: Никодим, член руководящего круга, уже пришёл к Иисусу и теперь выступает за справедливое слушание.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3:1–2, Ин 7:50</w:t>
      </w:r>
    </w:p>
    <w:p>
      <w:r>
        <w:t>49. «Но эта толпа, не знающая Закона, — ἐπάρατοί, проклята».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sz w:val="20"/>
        </w:rPr>
        <w:br/>
        <w:t>Это презрительная оценка говорящих, а не голос рассказчика. Иоанн показывает социальное высокомерие религиозной элиты.</w:t>
      </w:r>
    </w:p>
    <w:p>
      <w:r>
        <w:t>50. Никодим, который прежде приходил к Иисусу и был одним из них, сказал: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Никодим возвращается как персонаж в развитии: от ночного посетителя к осторожному публичному возражению, а затем появится при погребении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3:1–2, Ин 19:39</w:t>
      </w:r>
    </w:p>
    <w:p>
      <w:r>
        <w:t>51. «Разве наш Закон судит человека, прежде чем выслушает его и узнает, что он делает?»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Никодим апеллирует к принципу надлежащего разбирательства: нельзя вынести приговор, не выслушав человека и не установив факты.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1:16–17, Втор 19:15</w:t>
      </w:r>
    </w:p>
    <w:p>
      <w:r>
        <w:t>52. Они ответили: «Неужели и ты из Галилеи? Исследуй и увидишь: из Галилеи пророк не приходит».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Если реплика означает «из Галилеи вообще никогда не было пророка», она исторически слишком широка: пророк Иона происходил из Гат-Хефера, находившегося в Галилее. Это слова спорящих фарисеев, а не авторское утверждение.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4 Цар 14:25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Их приказ «исследуй» ироничен: сами они осуждают Иисуса по происхождению, не разобравшись в Его деле и свидетельствах.</w:t>
      </w:r>
    </w:p>
    <w:p>
      <w:r>
        <w:t>53. [И каждый пошёл к себе домой.]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Ин 7:53–8:11 — знаменитый рассказ о женщине, взятой в прелюбодеянии. Он отсутствует в ранних сильных рукописях Иоанна и в рукописной традиции встречается в разных местах. Проект сохраняет его как древний церковный рассказ/традиционный пассаж, но не смешивает с основным ранним текстом Иоанна.</w:t>
      </w:r>
    </w:p>
    <w:p>
      <w:pPr>
        <w:pStyle w:val="Heading2"/>
      </w:pPr>
      <w:r>
        <w:t>Глава 8</w:t>
      </w:r>
    </w:p>
    <w:p>
      <w:r>
        <w:t>1. [А Иисус пошёл на Масличную гору.]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Ин 7:53–8:11 отсутствует в ранних сильных рукописях Иоанна и в рукописной традиции встречается в разных позициях. WGT-E сохраняет рассказ как древний церковный традиционный пассаж, но не выдаёт его за часть раннего основного текста Иоанна.</w:t>
      </w:r>
    </w:p>
    <w:p>
      <w:r>
        <w:t>2. [Рано утром Он снова пришёл в храм, и весь народ приходил к Нему. Он сел и учил их.]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Ин 7:53–8:11 отсутствует в ранних сильных рукописях Иоанна и в рукописной традиции встречается в разных позициях. WGT-E сохраняет рассказ как древний церковный традиционный пассаж, но не выдаёт его за часть раннего основного текста Иоанна.</w:t>
      </w:r>
    </w:p>
    <w:p>
      <w:r>
        <w:t>3. [Книжники и фарисеи привели женщину, пойманную в прелюбодеянии, поставили её посреди]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Ин 7:53–8:11 отсутствует в ранних сильных рукописях Иоанна и в рукописной традиции встречается в разных позициях. WGT-E сохраняет рассказ как древний церковный традиционный пассаж, но не выдаёт его за часть раннего основного текста Иоанна.</w:t>
      </w:r>
    </w:p>
    <w:p>
      <w:r>
        <w:t>4. [и сказали Ему: «Учитель, эта женщина была поймана при прелюбодеянии.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Ин 7:53–8:11 отсутствует в ранних сильных рукописях Иоанна и в рукописной традиции встречается в разных позициях. WGT-E сохраняет рассказ как древний церковный традиционный пассаж, но не выдаёт его за часть раннего основного текста Иоанна.</w:t>
      </w:r>
    </w:p>
    <w:p>
      <w:r>
        <w:t>5. Моисей в Законе заповедал нам побивать таких камнями. А Ты что скажешь?»]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Фраза о побиении камнями упрощает юридический вопрос: Тора предусматривает смертную казнь за прелюбодеяние, но ответственность относится к обоим участникам, а процедура требует свидетелей. Рассказ намеренно показывает ловушку, а не полную судебную процедуру.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20:10, Втор 22:22–24, Втор 17:6–7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Ин 7:53–8:11 отсутствует в ранних сильных рукописях Иоанна и в рукописной традиции встречается в разных позициях. WGT-E сохраняет рассказ как древний церковный традиционный пассаж, но не выдаёт его за часть раннего основного текста Иоанна.</w:t>
      </w:r>
    </w:p>
    <w:p>
      <w:r>
        <w:t>6. [Они говорили это, испытывая Его, чтобы иметь основание обвинить. Но Иисус, наклонившись, писал пальцем на земле.]</w:t>
      </w:r>
    </w:p>
    <w:p>
      <w:pPr>
        <w:ind w:left="360"/>
      </w:pPr>
      <w:r>
        <w:rPr>
          <w:b/>
          <w:sz w:val="20"/>
        </w:rPr>
        <w:t>Предание</w:t>
      </w:r>
      <w:r>
        <w:rPr>
          <w:i/>
          <w:sz w:val="20"/>
        </w:rPr>
        <w:t xml:space="preserve"> (по церковному преданию)</w:t>
      </w:r>
      <w:r>
        <w:rPr>
          <w:sz w:val="20"/>
        </w:rPr>
        <w:br/>
        <w:t>Текст не сообщает, что именно Иисус писал на земле. Связывать это с Иер 17:13 или с записью грехов обвинителей возможно как позднее толкование, но не как содержание рассказа.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Иер 17:13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Ин 7:53–8:11 отсутствует в ранних сильных рукописях Иоанна и в рукописной традиции встречается в разных позициях. WGT-E сохраняет рассказ как древний церковный традиционный пассаж, но не выдаёт его за часть раннего основного текста Иоанна.</w:t>
      </w:r>
    </w:p>
    <w:p>
      <w:r>
        <w:t>7. [Когда они продолжали спрашивать Его, Он выпрямился и сказал: «Кто из вас ἀναμάρτητος — без греха в этом деле, — пусть первым бросит в неё камень».]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ἀναμάρτητος</w:t>
      </w:r>
      <w:r>
        <w:rPr>
          <w:sz w:val="20"/>
        </w:rPr>
        <w:t xml:space="preserve"> [anamartētos]</w:t>
      </w:r>
      <w:r>
        <w:rPr>
          <w:sz w:val="20"/>
        </w:rPr>
        <w:br/>
        <w:t>Редкое слово означает «без греха». Реплика одновременно переносит внимание с обвиняемой на моральное состояние обвинителей.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«Первым бросит камень» отзывается требованием Торы, чтобы свидетели первыми участвовали в исполнении приговора.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17:7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Ин 7:53–8:11 отсутствует в ранних сильных рукописях Иоанна и в рукописной традиции встречается в разных позициях. WGT-E сохраняет рассказ как древний церковный традиционный пассаж, но не выдаёт его за часть раннего основного текста Иоанна.</w:t>
      </w:r>
    </w:p>
    <w:p>
      <w:r>
        <w:t>8. [И снова, наклонившись, писал на земле.]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Ин 7:53–8:11 отсутствует в ранних сильных рукописях Иоанна и в рукописной традиции встречается в разных позициях. WGT-E сохраняет рассказ как древний церковный традиционный пассаж, но не выдаёт его за часть раннего основного текста Иоанна.</w:t>
      </w:r>
    </w:p>
    <w:p>
      <w:r>
        <w:t>9. [Услышав это, они стали уходить один за другим, начиная со старших; и Он остался один, а женщина стояла посреди.]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Ин 7:53–8:11 отсутствует в ранних сильных рукописях Иоанна и в рукописной традиции встречается в разных позициях. WGT-E сохраняет рассказ как древний церковный традиционный пассаж, но не выдаёт его за часть раннего основного текста Иоанна.</w:t>
      </w:r>
    </w:p>
    <w:p>
      <w:r>
        <w:t>10. [Иисус выпрямился и спросил её: «Женщина, где они? Никто тебя не осудил?»]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Ин 7:53–8:11 отсутствует в ранних сильных рукописях Иоанна и в рукописной традиции встречается в разных позициях. WGT-E сохраняет рассказ как древний церковный традиционный пассаж, но не выдаёт его за часть раннего основного текста Иоанна.</w:t>
      </w:r>
    </w:p>
    <w:p>
      <w:r>
        <w:t>11. [Она ответила: «Никто, Господи». Иисус сказал: «И Я тебя не осуждаю. Иди и впредь не греши».]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Финальная реплика соединяет отсутствие осуждения с призывом оставить грех. Рассказ не противопоставляет милость и нравственное изменение.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Ин 7:53–8:11 отсутствует в ранних сильных рукописях Иоанна и в рукописной традиции встречается в разных позициях. WGT-E сохраняет рассказ как древний церковный традиционный пассаж, но не выдаёт его за часть раннего основного текста Иоанна.</w:t>
      </w:r>
    </w:p>
    <w:p>
      <w:r>
        <w:t>12. Иисус снова заговорил с ними: «ἐγώ εἰμι τὸ φῶς τοῦ κόσμου — Я есть Свет мира. Кто следует за Мной, не будет ходить во тьме, но будет иметь свет жизни».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ἐγώ εἰμι τὸ φῶς τοῦ κόσμου</w:t>
      </w:r>
      <w:r>
        <w:rPr>
          <w:sz w:val="20"/>
        </w:rPr>
        <w:t xml:space="preserve"> [egō eimi to phōs tou kosmou]</w:t>
      </w:r>
      <w:r>
        <w:rPr>
          <w:sz w:val="20"/>
        </w:rPr>
        <w:br/>
        <w:t>Образ возвращает пролог: Свет пришёл в мир. Теперь Иисус прямо отождествляет Себя с этим Светом.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1:4–9, Ин 3:19–21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На фоне праздника Шалашей, связанного в поздних описаниях с храмовым освещением, образ Света мира приобретает дополнительный праздничный резонанс. Историческую деталь ритуала лучше считать фоном, а не прямой цитатой обряда.</w:t>
      </w:r>
    </w:p>
    <w:p>
      <w:r>
        <w:t>13. Фарисеи сказали Ему: «Ты свидетельствуешь Сам о Себе; Твоё свидетельство не истинно».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Возражение использует судебную логику свидетельства: самосвидетельство без подтверждения считалось недостаточным. Иисус ответит, что Его свидетельство не одиноко — Отец также свидетельствует.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5:31–37, Ин 8:17–18</w:t>
      </w:r>
    </w:p>
    <w:p>
      <w:r>
        <w:t>14. Иисус ответил: «Даже если Я свидетельствую Сам о Себе, Моё свидетельство истинно, потому что Я знаю, откуда пришёл и куда иду. А вы не знаете, откуда Я прихожу и куда иду.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Иисус знает Своё происхождение и назначение, тогда как оппоненты судят только по видимому уровню. Тема «откуда / куда» повторяется в главах 7–8.</w:t>
      </w:r>
    </w:p>
    <w:p>
      <w:r>
        <w:t>15. «Вы судите κατὰ τὴν σάρκα — по плоти, по внешне-человеческому уровню; Я сейчас не выношу приговор никому».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κατὰ τὴν σάρκα</w:t>
      </w:r>
      <w:r>
        <w:rPr>
          <w:sz w:val="20"/>
        </w:rPr>
        <w:t xml:space="preserve"> [kata tēn sarka]</w:t>
      </w:r>
      <w:r>
        <w:rPr>
          <w:sz w:val="20"/>
        </w:rPr>
        <w:br/>
        <w:t>«По плоти» здесь означает оценивать по чисто человеческим, внешним критериям. Это не утверждение, что физическая плоть сама по себе зла.</w:t>
      </w:r>
    </w:p>
    <w:p>
      <w:r>
        <w:t>16. Но даже если Я сужу, Мой суд истинен, потому что Я не один: со Мной Отец, пославший Меня.</w:t>
      </w:r>
    </w:p>
    <w:p>
      <w:r>
        <w:t>17. «И в вашем Законе написано, что свидетельство двух людей считается истинным».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sz w:val="20"/>
        </w:rPr>
        <w:br/>
        <w:t>Принцип двух свидетелей закреплён в Торе. Иисус принимает судебную форму аргумента и называет вторым свидетелем Отца.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17:6, Втор 19:15</w:t>
      </w:r>
    </w:p>
    <w:p>
      <w:r>
        <w:t>18. Я свидетельствую о Себе, и свидетельствует обо Мне Отец, пославший Меня».</w:t>
      </w:r>
    </w:p>
    <w:p>
      <w:r>
        <w:t>19. Тогда они спросили: «Где Твой Отец?» Иисус ответил: «Вы не знаете ни Меня, ни Моего Отца. Если бы знали Меня, знали бы и Моего Отца».</w:t>
      </w:r>
    </w:p>
    <w:p>
      <w:r>
        <w:t>20. Эти слова Он произнёс у сокровищницы, когда учил в храме. И никто не схватил Его, потому что Его ὥρα — час — ещё не пришёл.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Снова появляется «час» Иисуса: попытки противников ограничены не случайностью, а временем кульминации Его миссии.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7:30, Ин 12:23</w:t>
      </w:r>
    </w:p>
    <w:p>
      <w:r>
        <w:t>21. Он снова сказал им: «Я ухожу, и вы будете искать Меня, но умрёте в своём ἁμαρτία — грехе. Куда Я иду, вы не можете прийти».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ἐν τῇ ἁμαρτίᾳ ὑμῶν</w:t>
      </w:r>
      <w:r>
        <w:rPr>
          <w:sz w:val="20"/>
        </w:rPr>
        <w:t xml:space="preserve"> [en tē hamartia hymōn]</w:t>
      </w:r>
      <w:r>
        <w:rPr>
          <w:sz w:val="20"/>
        </w:rPr>
        <w:br/>
        <w:t>Здесь «грех» стоит в единственном числе; в 8:24 «грехи» — во множественном. Единственное может концентрировать проблему в корневом неверии, хотя текст не даёт формального определения.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8:24</w:t>
      </w:r>
    </w:p>
    <w:p>
      <w:r>
        <w:t>22. Иудеи говорили: «Неужели Он убьёт Себя, раз говорит: “Куда Я иду, вы не можете прийти”?»</w:t>
      </w:r>
    </w:p>
    <w:p>
      <w:r>
        <w:t>23. Он сказал им: «Вы — ἐκ τῶν κάτω, от нижнего; Я — ἐκ τῶν ἄνω, от вышнего. Вы — от этого мира; Я — не от этого мира».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Вертикальная лексика «свыше/снизу» продолжает Ин 3:31. Речь о происхождении и принадлежности, а не о географической высоте.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3:31</w:t>
      </w:r>
    </w:p>
    <w:p>
      <w:r>
        <w:t>24. «Поэтому Я сказал вам, что вы умрёте в своих грехах. Если не поверите, что ἐγώ εἰμι — Я есть, — умрёте в своих грехах».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ἐγώ εἰμι</w:t>
      </w:r>
      <w:r>
        <w:rPr>
          <w:sz w:val="20"/>
        </w:rPr>
        <w:t xml:space="preserve"> [egō eimi]</w:t>
      </w:r>
      <w:r>
        <w:rPr>
          <w:sz w:val="20"/>
        </w:rPr>
        <w:br/>
        <w:t>Фраза не имеет выраженного именного сказуемого: буквально «если не поверите, что Я есть». Добавление «Я Мессия» или другого дополнения сузило бы открытый греческий текст.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Формула особенно близко резонирует с греческим Ис 43:10, где звучит «чтобы вы поверили… что Я есть» (ἵνα πιστεύσητε ... ὅτι ἐγώ εἰμι). Это сильный библейский фон, хотя Иоанн не маркирует формальную цитату.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43:10, Ин 8:28, Ин 8:58</w:t>
      </w:r>
    </w:p>
    <w:p>
      <w:r>
        <w:t>25. Они спросили: «Кто же Ты?» Иисус сказал им фразой, грамматика которой трудна: «То, что Я и говорю вам с самого начала».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τὴν ἀρχὴν ὅ τι καὶ λαλῶ ὑμῖν</w:t>
      </w:r>
      <w:r>
        <w:rPr>
          <w:sz w:val="20"/>
        </w:rPr>
        <w:t xml:space="preserve"> [tēn archēn ho ti kai lalō hymin]</w:t>
      </w:r>
      <w:r>
        <w:rPr>
          <w:sz w:val="20"/>
        </w:rPr>
        <w:br/>
        <w:t>Это одно из труднейших мест Иоанна. Возможны оттенки «то, что Я говорил вам с начала», «именно то, что Я вам говорю», а некоторые предлагают более резкое «зачем Я вообще говорю с вами?». WGT-T следует первой линии, но уверенность ограничена.</w:t>
      </w:r>
    </w:p>
    <w:p>
      <w:r>
        <w:t>26. Многое имею сказать о вас и судить, но Пославший Меня истинен, и то, что Я услышал от Него, говорю миру».</w:t>
      </w:r>
    </w:p>
    <w:p>
      <w:r>
        <w:t>27. Они не поняли, что Он говорил им об Отце.</w:t>
      </w:r>
    </w:p>
    <w:p>
      <w:r>
        <w:t>28. Тогда Иисус сказал: «Когда ὑψώσητε — поднимете и тем самым возвысите — Сына Человеческого, тогда узнаете, что ἐγώ εἰμι — Я есть, — и что ничего не делаю независимо от Отца, но говорю так, как научил Меня Отец».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ὑψώσητε</w:t>
      </w:r>
      <w:r>
        <w:rPr>
          <w:sz w:val="20"/>
        </w:rPr>
        <w:t xml:space="preserve"> [hypsōsēte]</w:t>
      </w:r>
      <w:r>
        <w:rPr>
          <w:sz w:val="20"/>
        </w:rPr>
        <w:br/>
        <w:t>Как в Ин 3:14, глагол означает и физически поднять, и возвысить. Крест у Иоанна становится парадоксальным возвышением.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3:14, Ин 12:32–34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ἐγώ εἰμι</w:t>
      </w:r>
      <w:r>
        <w:rPr>
          <w:sz w:val="20"/>
        </w:rPr>
        <w:t xml:space="preserve"> [egō eimi]</w:t>
      </w:r>
      <w:r>
        <w:rPr>
          <w:sz w:val="20"/>
        </w:rPr>
        <w:br/>
        <w:t>Второе абсолютное «Я есть» главы связывается с будущим распятием и узнаваемостью личности Иисуса.</w:t>
      </w:r>
    </w:p>
    <w:p>
      <w:r>
        <w:t>29. Пославший Меня — со Мной; Он не оставил Меня одного, потому что Я всегда делаю то, что Ему угодно».</w:t>
      </w:r>
    </w:p>
    <w:p>
      <w:r>
        <w:t>30. Когда Он говорил это, многие поверили в Него.</w:t>
      </w:r>
    </w:p>
    <w:p>
      <w:r>
        <w:t>31. Тогда Иисус сказал поверившим в Него иудеям: «Если μείνητε — пребудете — в Моём слове, вы действительно Мои ученики,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μείνητε</w:t>
      </w:r>
      <w:r>
        <w:rPr>
          <w:sz w:val="20"/>
        </w:rPr>
        <w:t xml:space="preserve"> [meinēte]</w:t>
      </w:r>
      <w:r>
        <w:rPr>
          <w:sz w:val="20"/>
        </w:rPr>
        <w:br/>
        <w:t>Вера должна перейти в μένω — продолжающееся пребывание в слове. Иоанн различает начальную реакцию веры и устойчивое ученичество.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6:66, Ин 15:4–10</w:t>
      </w:r>
    </w:p>
    <w:p>
      <w:r>
        <w:t>32. «и узнаете ἀλήθεια — истину, и истина освободит вас».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В контексте свобода не абстрактно интеллектуальная: последующие стихи определяют рабство как рабство греху, а освобождение — как действие Сына.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8:34–36</w:t>
      </w:r>
    </w:p>
    <w:p>
      <w:r>
        <w:t>33. Они ответили: «Мы потомки Авраама и никогда никому не были рабами. Как Ты можешь говорить: “Станете свободными”?»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Заявление «никогда никому не были рабами» трудно понимать как буквальное описание истории Израиля с Египтом, Вавилоном и римским господством. Вероятно, собеседники говорят о своём статусе как потомков Авраама или отказываются признать духовное рабство.</w:t>
      </w:r>
    </w:p>
    <w:p>
      <w:r>
        <w:t>34. Иисус ответил: «Аминь, аминь говорю вам: каждый ὁ ποιῶν τὴν ἁμαρτίαν — практикующий грех, делающий его — является рабом греха».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ποιῶν τὴν ἁμαρτίαν</w:t>
      </w:r>
      <w:r>
        <w:rPr>
          <w:sz w:val="20"/>
        </w:rPr>
        <w:t xml:space="preserve"> [ho poiōn tēn hamartian]</w:t>
      </w:r>
      <w:r>
        <w:rPr>
          <w:sz w:val="20"/>
        </w:rPr>
        <w:br/>
        <w:t>Настоящее причастие рисует продолжающееся действие. Речь не о том, что один единичный грех мгновенно определяет всю личность, а о власти греха как практики.</w:t>
      </w:r>
    </w:p>
    <w:p>
      <w:r>
        <w:t>35. «Раб οὐ μένει — не пребывает — в доме вовек; Сын μένει — пребывает — вовек».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οὐ μένει ... μένει</w:t>
      </w:r>
      <w:r>
        <w:rPr>
          <w:sz w:val="20"/>
        </w:rPr>
        <w:t xml:space="preserve"> [ou menei ... menei]</w:t>
      </w:r>
      <w:r>
        <w:rPr>
          <w:sz w:val="20"/>
        </w:rPr>
        <w:br/>
        <w:t>Повтор ключевого μένω противопоставляет нестабильное положение раба постоянному положению Сына. Это готовит основание свободы в 8:36.</w:t>
      </w:r>
    </w:p>
    <w:p>
      <w:r>
        <w:t>36. «Итак, если Сын действительно освободит вас, вы ὄντως ἐλεύθεροι — по-настоящему свободны».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Свобода определяется не политическим происхождением и не родословием, а освобождающим действием Сына.</w:t>
      </w:r>
    </w:p>
    <w:p>
      <w:r>
        <w:t>37. «Я знаю, что вы σπέρμα Ἀβραάμ — потомство Авраама; но вы ищете возможности убить Меня, потому что Моё слово οὐ χωρεῖ — не находит пространства — в вас».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χωρεῖ</w:t>
      </w:r>
      <w:r>
        <w:rPr>
          <w:sz w:val="20"/>
        </w:rPr>
        <w:t xml:space="preserve"> [chōrei]</w:t>
      </w:r>
      <w:r>
        <w:rPr>
          <w:sz w:val="20"/>
        </w:rPr>
        <w:br/>
        <w:t>Глагол может означать иметь место, вместиться, продвигаться. Образ: слово Иисуса не получает пространства внутри них.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Иисус признаёт физическое происхождение от Авраама, но затем отличает «потомство» от истинных «детей Авраама» по делам.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8:39</w:t>
      </w:r>
    </w:p>
    <w:p>
      <w:r>
        <w:t>38. Я говорю то, что видел у Отца; а вы делаете то, что слышали от вашего отца».</w:t>
      </w:r>
    </w:p>
    <w:p>
      <w:r>
        <w:t>39. Они ответили: «Наш отец — Авраам». Иисус сказал: «Если бы вы были τέκνα τοῦ Ἀβραάμ — детьми Авраама, — вы делали бы дела Авраама».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σπέρμα ... τέκνα</w:t>
      </w:r>
      <w:r>
        <w:rPr>
          <w:sz w:val="20"/>
        </w:rPr>
        <w:t xml:space="preserve"> [sperma ... tekna]</w:t>
      </w:r>
      <w:r>
        <w:rPr>
          <w:sz w:val="20"/>
        </w:rPr>
        <w:br/>
        <w:t>В 8:37 Иисус признаёт их «потомством» Авраама; здесь ставит вопрос, являются ли они его «детьми» в нравственно-духовном смысле.</w:t>
      </w:r>
    </w:p>
    <w:p>
      <w:r>
        <w:t>40. Но теперь вы ищете возможности убить Меня — Человека, Который сказал вам истину, услышанную от Бога. Авраам этого не делал.</w:t>
      </w:r>
    </w:p>
    <w:p>
      <w:r>
        <w:t>41. «Вы делаете дела вашего отца». Они сказали: «Мы не рождены ἐκ πορνείας — от блуда/незаконной связи. У нас один Отец — Бог».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Фраза может быть просто утверждением религиозной законности Израиля перед Богом. Предложения видеть здесь завуалированный выпад против обстоятельств рождения Иисуса возможны, но текст этого не объясняет.</w:t>
      </w:r>
    </w:p>
    <w:p>
      <w:r>
        <w:t>42. Иисус сказал: «Если бы Бог был вашим Отцом, вы любили бы Меня, потому что Я от Бога вышел и пришёл. Я пришёл не Сам от Себя — Он послал Меня.</w:t>
      </w:r>
    </w:p>
    <w:p>
      <w:r>
        <w:t>43. «Почему вы не понимаете Моей λαλιά — речи, способа говорить? Потому что не можете принимать Моё λόγος — слово, сообщение».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λαλιά ... λόγος</w:t>
      </w:r>
      <w:r>
        <w:rPr>
          <w:sz w:val="20"/>
        </w:rPr>
        <w:t xml:space="preserve"> [lalia ... logos]</w:t>
      </w:r>
      <w:r>
        <w:rPr>
          <w:sz w:val="20"/>
        </w:rPr>
        <w:br/>
        <w:t>Иоанн использует два разных слова: λαλιά — речь/манера говорить, λόγος — слово/содержание. Они слышат звуки речи, но не могут принять смысл слова.</w:t>
      </w:r>
    </w:p>
    <w:p>
      <w:r>
        <w:t>44. «Ваш отец — διάβολος, дьявол, и вы хотите исполнять желания вашего отца. Он был ἀνθρωποκτόνος — человекоубийцей — от начала и не устоял в истине, потому что в нём нет истины. Когда он говорит ложь, говорит из собственного, потому что он лжец и отец лжи».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ἀνθρωποκτόνος</w:t>
      </w:r>
      <w:r>
        <w:rPr>
          <w:sz w:val="20"/>
        </w:rPr>
        <w:t xml:space="preserve"> [anthrōpoktonos]</w:t>
      </w:r>
      <w:r>
        <w:rPr>
          <w:sz w:val="20"/>
        </w:rPr>
        <w:br/>
        <w:t>Буквально «убийца человека/людей». В контексте желание убить Иисуса показывает семейное сходство дел, о котором строится аргумент.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ἐκ τῶν ἰδίων λαλεῖ</w:t>
      </w:r>
      <w:r>
        <w:rPr>
          <w:sz w:val="20"/>
        </w:rPr>
        <w:t xml:space="preserve"> [ek tōn idiōn lalei]</w:t>
      </w:r>
      <w:r>
        <w:rPr>
          <w:sz w:val="20"/>
        </w:rPr>
        <w:br/>
        <w:t>Буквально «говорит из своего/собственного». Ложь соответствует его собственной природе и сфере.</w:t>
      </w:r>
    </w:p>
    <w:p>
      <w:r>
        <w:t>45. А Мне вы не верите потому, что Я говорю истину.</w:t>
      </w:r>
    </w:p>
    <w:p>
      <w:r>
        <w:t>46. Кто из вас обличит Меня в грехе? Если Я говорю истину, почему вы Мне не верите?</w:t>
      </w:r>
    </w:p>
    <w:p>
      <w:r>
        <w:t>47. Кто от Бога, тот слушает слова Божьи. Вы потому не слушаете, что вы не от Бога».</w:t>
      </w:r>
    </w:p>
    <w:p>
      <w:r>
        <w:t>48. Иудейские противники ответили: «Разве не правильно мы говорим, что Ты самарянин и в Тебе демон?»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«Самарянин» здесь употреблён как этническое оскорбление и средство исключить Иисуса из признанной религиозной общности. Иисус отвечает только на обвинение в демоне, не вступая в защиту от этнического ярлыка.</w:t>
      </w:r>
    </w:p>
    <w:p>
      <w:r>
        <w:t>49. Иисус ответил: «Во Мне нет демона. Я чту Моего Отца, а вы бесчестите Меня.</w:t>
      </w:r>
    </w:p>
    <w:p>
      <w:r>
        <w:t>50. Я не ищу Своей славы; есть Тот, Кто ищет и судит.</w:t>
      </w:r>
    </w:p>
    <w:p>
      <w:r>
        <w:t>51. Иисус сказал: «Аминь, аминь говорю вам: кто τηρήσῃ — сохранит, будет соблюдать — Моё слово, тот не увидит смерти вовек».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τηρήσῃ</w:t>
      </w:r>
      <w:r>
        <w:rPr>
          <w:sz w:val="20"/>
        </w:rPr>
        <w:t xml:space="preserve"> [tērēsē]</w:t>
      </w:r>
      <w:r>
        <w:rPr>
          <w:sz w:val="20"/>
        </w:rPr>
        <w:br/>
        <w:t>τηρέω — хранить, соблюдать, беречь. Это больше, чем просто услышать утверждение; речь о верном удержании слова.</w:t>
      </w:r>
    </w:p>
    <w:p>
      <w:r>
        <w:t>52. Иудеи сказали: «Теперь мы знаем, что в Тебе демон. Авраам умер, и пророки, а Ты говоришь: “Кто сохранит Моё слово, не γεύσηται θανάτου — вкусит смерти — вовек”».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γεύσηται θανάτου</w:t>
      </w:r>
      <w:r>
        <w:rPr>
          <w:sz w:val="20"/>
        </w:rPr>
        <w:t xml:space="preserve"> [geusētai thanatou]</w:t>
      </w:r>
      <w:r>
        <w:rPr>
          <w:sz w:val="20"/>
        </w:rPr>
        <w:br/>
        <w:t>«Вкусить смерти» — идиома пережить смерть. Собеседники переформулируют «не увидит смерти» из 8:51 в близкий образ.</w:t>
      </w:r>
    </w:p>
    <w:p>
      <w:r>
        <w:t>53. Неужели Ты больше нашего отца Авраама, который умер? И пророки умерли. Кем Ты Себя делаешь?»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Вопрос «Неужели Ты больше Авраама?» повторяет структуру вопроса самарянки «Неужели Ты больше нашего отца Иакова?» (4:12). Оба разговора ведут к раскрытию превосходства Иисуса над патриархом.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4:12</w:t>
      </w:r>
    </w:p>
    <w:p>
      <w:r>
        <w:t>54. Иисус ответил: «Если Я прославляю Сам Себя, Моя слава — ничто. Меня прославляет Мой Отец, о Котором вы говорите: “Он наш Бог”.</w:t>
      </w:r>
    </w:p>
    <w:p>
      <w:r>
        <w:t>55. Вы Его не знаете, а Я знаю Его. Если скажу, что не знаю Его, буду подобным вам лжецом. Но Я знаю Его и сохраняю Его слово.</w:t>
      </w:r>
    </w:p>
    <w:p>
      <w:r>
        <w:t>56. «Ваш отец Авраам ἠγαλλιάσατο — возликовал — в ожидании увидеть Мой день; и увидел — и обрадовался».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Текст не сообщает, какое именно событие жизни Авраама имеется в виду. Предлагались Быт 22, видения обетования и более широкое ожидание исполнения Божьих обещаний. Ни одну реконструкцию нельзя выдавать за единственную.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12:3, Быт 22:18</w:t>
      </w:r>
    </w:p>
    <w:p>
      <w:r>
        <w:t>57. Тогда иудеи сказали: «Тебе ещё нет пятидесяти лет, и Ты видел Авраама?»</w:t>
      </w:r>
    </w:p>
    <w:p>
      <w:pPr>
        <w:ind w:left="360"/>
      </w:pPr>
      <w:r>
        <w:rPr>
          <w:b/>
          <w:sz w:val="20"/>
        </w:rPr>
        <w:t>Текст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Некоторые рукописи и переводы передают оттенок «Авраам видел Тебя?» вместо «Ты видел Авраама?», но смысл реакции остаётся тем же: они понимают слова Иисуса как претензию на связь с Авраамом через огромный временной разрыв.</w:t>
      </w:r>
    </w:p>
    <w:p>
      <w:r>
        <w:t>58. Иисус сказал им: «Аминь, аминь говорю вам: прежде чем Авраам γενέσθαι — появился, пришёл в бытие, — ἐγώ εἰμι — Я есть».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πρὶν Ἀβραὰμ γενέσθαι ἐγώ εἰμι</w:t>
      </w:r>
      <w:r>
        <w:rPr>
          <w:sz w:val="20"/>
        </w:rPr>
        <w:t xml:space="preserve"> [prin Abraam genesthai egō eimi]</w:t>
      </w:r>
      <w:r>
        <w:rPr>
          <w:sz w:val="20"/>
        </w:rPr>
        <w:br/>
        <w:t>Контраст намеренный: об Аврааме — γενέσθαι «возникнуть/появиться», об Иисусе — настоящее ἐγώ εἰμι «Я есть», а не ожидаемое «Я был».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Формула резонирует с божественными самообозначениями греческого ВЗ, особенно Ис 43:10, и шире с Исх 3:14. Ин 8:24 уже связал «верить, что Я есть» с этой линией.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3:14, Ис 43:10, Ин 8:24</w:t>
      </w:r>
    </w:p>
    <w:p>
      <w:r>
        <w:t>59. Тогда они подняли камни, чтобы бросить в Него, но Иисус скрылся и вышел из храма.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Попытка побить Иисуса камнями показывает, что собеседники слышат 8:58 не как безобидное заявление о возрасте. Сам текст не вставляет юридическое пояснение, но конфликт достигает точки насилия.</w:t>
      </w:r>
    </w:p>
    <w:p>
      <w:pPr>
        <w:pStyle w:val="Heading2"/>
      </w:pPr>
      <w:r>
        <w:t>Глава 9</w:t>
      </w:r>
    </w:p>
    <w:p>
      <w:r>
        <w:t>1. Проходя, Иисус увидел человека, слепого от рождения.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Сцена продолжает тему света из Ин 8:12: теперь «Свет мира» сталкивается с человеком, который никогда не видел физического света.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8:12, Ин 9:5</w:t>
      </w:r>
    </w:p>
    <w:p>
      <w:r>
        <w:t>2. Его ученики спросили: «Равви, кто согрешил — он или его родители, что он родился слепым?»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Вопрос учеников предполагает жёсткую связь между страданием и конкретной виной. Иисус отвергает эту схему применительно к этому человеку.</w:t>
      </w:r>
    </w:p>
    <w:p>
      <w:r>
        <w:t>3. Иисус ответил: «Ни он не согрешил так, ни его родители. Но пусть на нём явятся дела Божьи».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ἀλλ’ ἵνα φανερωθῇ τὰ ἔργα τοῦ θεοῦ</w:t>
      </w:r>
      <w:r>
        <w:rPr>
          <w:sz w:val="20"/>
        </w:rPr>
        <w:t xml:space="preserve"> [all' hina phanerōthē ta erga tou theou]</w:t>
      </w:r>
      <w:r>
        <w:rPr>
          <w:sz w:val="20"/>
        </w:rPr>
        <w:br/>
        <w:t>Обычная пунктуация связывает слепоту с целью «чтобы явились дела Божьи». Однако греческий текст без современной пунктуации позволяет слышать акцент иначе: не объяснять причину слепоты, а направить внимание к тому, что Бог сделает сейчас.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Стих не даёт основания утверждать, что Бог причинил конкретную инвалидность только ради будущего чуда. Главный ответ Иисуса — отказ от обвинения и переход к Божьему делу.</w:t>
      </w:r>
    </w:p>
    <w:p>
      <w:r>
        <w:t>4. «Нам нужно делать дела Пославшего Меня, пока день; приходит ночь, когда никто не может работать».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ἡμᾶς / ἐμέ</w:t>
      </w:r>
      <w:r>
        <w:rPr>
          <w:sz w:val="20"/>
        </w:rPr>
        <w:t xml:space="preserve"> [hēmas / eme]</w:t>
      </w:r>
      <w:r>
        <w:rPr>
          <w:sz w:val="20"/>
        </w:rPr>
        <w:br/>
        <w:t>Разночтение меняет субъект с «мы» на «Я». Оба чтения древние; проект сохраняет выбранное основное чтение отдельно от варианта.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 рукописях есть вариант «Мне нужно делать» вместо «Нам нужно делать». WGT-T/WGT-E следуют чтению «Нам», включающему учеников в порученное дело.</w:t>
      </w:r>
    </w:p>
    <w:p>
      <w:r>
        <w:t>5. «Пока Я в мире, ἐγώ εἰμι τὸ φῶς τοῦ κόσμου — Я есть Свет мира».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Повтор Ин 8:12 здесь становится буквально разыгран в исцелении слепорождённого: физическое зрение превращается в знак духовного видения.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8:12, Ин 9:39–41</w:t>
      </w:r>
    </w:p>
    <w:p>
      <w:r>
        <w:t>6. Сказав это, Он плюнул на землю, сделал из слюны πηλός — глину/грязь — и намазал ею глаза человека.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πηλός</w:t>
      </w:r>
      <w:r>
        <w:rPr>
          <w:sz w:val="20"/>
        </w:rPr>
        <w:t xml:space="preserve"> [pēlos]</w:t>
      </w:r>
      <w:r>
        <w:rPr>
          <w:sz w:val="20"/>
        </w:rPr>
        <w:br/>
        <w:t>Слово означает глину, грязь, размокшую землю.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Создание глины из земли естественно может напомнить Быт 2:7 и образ Творца, формирующего человека из праха. Иоанн не объясняет это как прямую цитату, поэтому связь остаётся вероятной, а не явной.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2:7</w:t>
      </w:r>
    </w:p>
    <w:p>
      <w:r>
        <w:t>7. И сказал ему: «Пойди умойся в купальне Силоам» — что переводится «Посланный». Он пошёл, умылся и вернулся видящим.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Σιλωάμ ... Ἀπεσταλμένος</w:t>
      </w:r>
      <w:r>
        <w:rPr>
          <w:sz w:val="20"/>
        </w:rPr>
        <w:t xml:space="preserve"> [Silōam ... Apestalmenos]</w:t>
      </w:r>
      <w:r>
        <w:rPr>
          <w:sz w:val="20"/>
        </w:rPr>
        <w:br/>
        <w:t>Иоанн сам переводит название «Силоам» как «Посланный». Это особенно значимо в Евангелии, где Иисус постоянно говорит о Себе как о Посланном Отцом.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5:24, Ин 9:4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Человек получает зрение через послушание слову Иисуса до того, как понимает, кто Он.</w:t>
      </w:r>
    </w:p>
    <w:p>
      <w:r>
        <w:t>8. Соседи и те, кто раньше видел его нищим, спрашивали: «Разве это не тот, кто сидел и просил милостыню?»</w:t>
      </w:r>
    </w:p>
    <w:p>
      <w:r>
        <w:t>9. Одни говорили: «Это он». Другие: «Нет, просто похож на него». А он говорил: «ἐγώ εἰμι — это я».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ἐγώ εἰμι</w:t>
      </w:r>
      <w:r>
        <w:rPr>
          <w:sz w:val="20"/>
        </w:rPr>
        <w:t xml:space="preserve"> [egō eimi]</w:t>
      </w:r>
      <w:r>
        <w:rPr>
          <w:sz w:val="20"/>
        </w:rPr>
        <w:br/>
        <w:t>Здесь ἐγώ εἰμι — обычная самоидентификация «это я». Это полезный контроль: сама формула не автоматически означает божественное имя; значение определяется контекстом.</w:t>
      </w:r>
    </w:p>
    <w:p>
      <w:r>
        <w:t>10. Тогда они спросили: «Как же открылись твои глаза?»</w:t>
      </w:r>
    </w:p>
    <w:p>
      <w:r>
        <w:t>11. Он ответил: «Ὁ ἄνθρωπος ὁ λεγόμενος Ἰησοῦς — Человек, называемый Иисус, — сделал грязь, намазал мне глаза и сказал: “Пойди в Силоам и умойся”. Я пошёл, умылся и стал видеть».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Исповедание прозревшего развивается по ходу главы: сначала «человек Иисус» (9:11), затем «пророк» (9:17), «от Бога» (9:33), и наконец вера и поклонение (9:38).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9:17, Ин 9:33, Ин 9:38</w:t>
      </w:r>
    </w:p>
    <w:p>
      <w:r>
        <w:t>12. Они спросили: «Где Он?» Тот ответил: «Не знаю».</w:t>
      </w:r>
    </w:p>
    <w:p>
      <w:r>
        <w:t>13. Тогда человека, который прежде был слепым, привели к фарисеям.</w:t>
      </w:r>
    </w:p>
    <w:p>
      <w:r>
        <w:t>14. А день, когда Иисус сделал грязь и открыл ему глаза, был субботой.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Как в Ин 5, исцеление происходит в субботу и становится поводом для конфликта. Иоанн намеренно связывает две истории субботних исцелений.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5:9–18</w:t>
      </w:r>
    </w:p>
    <w:p>
      <w:r>
        <w:t>15. Фарисеи снова спросили его, как он стал видеть. Он сказал им: «Он положил грязь мне на глаза, я умылся — и вижу».</w:t>
      </w:r>
    </w:p>
    <w:p>
      <w:r>
        <w:t>16. Некоторые фарисеи говорили: «Этот Человек не от Бога, потому что не соблюдает субботу». Другие: «Как может грешный человек совершать такие σημεῖα — знамения?» И между ними возникло σχίσμα — разделение.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σχίσμα</w:t>
      </w:r>
      <w:r>
        <w:rPr>
          <w:sz w:val="20"/>
        </w:rPr>
        <w:t xml:space="preserve"> [schisma]</w:t>
      </w:r>
      <w:r>
        <w:rPr>
          <w:sz w:val="20"/>
        </w:rPr>
        <w:br/>
        <w:t>То же слово «разделение/раскол», что в 7:43 и позже 10:19. Иисус систематически разделяет аудиторию.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7:43, Ин 10:19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Спор показывает два конкурирующих критерия: традиционное понимание субботы и очевидность знамения. Именно этот конфликт толкает повествование дальше.</w:t>
      </w:r>
    </w:p>
    <w:p>
      <w:r>
        <w:t>17. Тогда они снова спросили бывшего слепого: «Что ты скажешь о Нём, раз Он открыл тебе глаза?» Он ответил: «Он пророк».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Это второй шаг в развитии понимания человека: от «человек Иисус» к «пророк».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9:11, Ин 9:33, Ин 9:38</w:t>
      </w:r>
    </w:p>
    <w:p>
      <w:r>
        <w:t>18. Иудейские руководители не поверили, что он действительно был слеп и стал видеть, пока не позвали родителей прозревшего.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Неверие начинает требовать всё новых проверок даже после самого факта исцеления. Повествование постепенно переносит «слепоту» с исцелённого на следователей.</w:t>
      </w:r>
    </w:p>
    <w:p>
      <w:r>
        <w:t>19. Они спросили их: «Это ваш сын, о котором вы говорите, что он родился слепым? Как же теперь он видит?»</w:t>
      </w:r>
    </w:p>
    <w:p>
      <w:r>
        <w:t>20. Его родители ответили: «Мы знаем, что это наш сын и что он родился слепым.</w:t>
      </w:r>
    </w:p>
    <w:p>
      <w:r>
        <w:t>21. Но как он теперь видит — не знаем, и кто открыл ему глаза — мы не знаем. Спросите его самого; он взрослый и сам о себе скажет».</w:t>
      </w:r>
    </w:p>
    <w:p>
      <w:r>
        <w:t>22. Так сказали его родители, потому что боялись иудейских руководителей: те уже договорились, что если кто признает Иисуса Христом, тот будет ἀποσυνάγωγος — исключён из синагогальной общины.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ἀποσυνάγωγος</w:t>
      </w:r>
      <w:r>
        <w:rPr>
          <w:sz w:val="20"/>
        </w:rPr>
        <w:t xml:space="preserve"> [aposynagōgos]</w:t>
      </w:r>
      <w:r>
        <w:rPr>
          <w:sz w:val="20"/>
        </w:rPr>
        <w:br/>
        <w:t>Редкое иоанновское слово буквально означает «вне синагоги», исключённый из общины. Оно снова появится в 12:42 и 16:2.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12:42, Ин 16:2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Точный институциональный механизм такого исключения в I веке обсуждается. Не следует автоматически приравнивать этот стих к позднейшей формализованной практике без дополнительных данных.</w:t>
      </w:r>
    </w:p>
    <w:p>
      <w:r>
        <w:t>23. Поэтому его родители и сказали: «Он взрослый, спросите его самого».</w:t>
      </w:r>
    </w:p>
    <w:p>
      <w:r>
        <w:t>24. Тогда они во второй раз позвали человека и сказали: «Δὸς δόξαν τῷ θεῷ — воздай славу Богу, то есть скажи правду перед Богом! Мы знаем, что Этот Человек — грешник».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δὸς δόξαν τῷ θεῷ</w:t>
      </w:r>
      <w:r>
        <w:rPr>
          <w:sz w:val="20"/>
        </w:rPr>
        <w:t xml:space="preserve"> [dos doxan tō theō]</w:t>
      </w:r>
      <w:r>
        <w:rPr>
          <w:sz w:val="20"/>
        </w:rPr>
        <w:br/>
        <w:t>Это торжественная формула требования признать правду, подобная Нав 7:19. Они не просто призывают его к поклонению, а давят на него как на свидетеля.</w:t>
      </w:r>
      <w:r>
        <w:rPr>
          <w:i/>
          <w:sz w:val="20"/>
        </w:rPr>
        <w:br/>
        <w:t xml:space="preserve">См.: </w:t>
      </w:r>
      <w:r>
        <w:rPr>
          <w:sz w:val="20"/>
        </w:rPr>
        <w:t>Нав 7:19</w:t>
      </w:r>
    </w:p>
    <w:p>
      <w:r>
        <w:t>25. Он ответил: «Грешник Он или нет — не знаю. Одно οἶδα — знаю наверняка: я был слеп, а теперь вижу».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Фраза становится центром свидетельства человека: он не претендует знать всё богословие, но не позволяет отрицать пережитый факт.</w:t>
      </w:r>
    </w:p>
    <w:p>
      <w:r>
        <w:t>26. Они спросили: «Что Он сделал с тобой? Как открыл тебе глаза?»</w:t>
      </w:r>
    </w:p>
    <w:p>
      <w:r>
        <w:t>27. Он ответил: «Я уже сказал вам, но вы не слушали. Зачем хотите услышать снова? Неужели и вы хотите стать Его учениками?»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Бывший слепой начинает иронически допрашивать своих допрашивающих. Роли постепенно меняются: он видит всё яснее, а религиозные эксперты становятся всё менее способными увидеть.</w:t>
      </w:r>
    </w:p>
    <w:p>
      <w:r>
        <w:t>28. Они стали оскорблять его и сказали: «Ты Его ученик, а мы — μαθηταί τοῦ Μωϋσέως, ученики Моисея».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Ин 5:45–47 уже утверждал, что настоящий Моисей свидетельствует об Иисусе. Поэтому противопоставление «ученик Иисуса / ученики Моисея» у Иоанна иронично.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5:45–47</w:t>
      </w:r>
    </w:p>
    <w:p>
      <w:r>
        <w:t>29. «Мы знаем, что с Моисеем говорил Бог, а об Этом не знаем, πόθεν ἐστίν — откуда Он».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«Откуда Он» — ключевой вопрос предыдущих глав. Руководители признают незнание того, что Евангелие постоянно раскрывает читателю: Иисус пришёл от Отца.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7:27–29, Ин 8:14</w:t>
      </w:r>
    </w:p>
    <w:p>
      <w:r>
        <w:t>30. Человек ответил: «Вот это и удивительно: вы не знаете, откуда Он, а Он открыл мне глаза».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Ирония достигает вершины: признанные эксперты «не знают», тогда как человек без статуса аргументирует от очевидного Божьего дела.</w:t>
      </w:r>
    </w:p>
    <w:p>
      <w:r>
        <w:t>31. «Мы знаем, что Бог грешников не слушает; но если кто чтит Бога и исполняет Его волю, того Он слушает».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Это слова исцелённого человека внутри его аргумента, а не универсальная авторская формула о молитве. Писание знает случаи, когда Бог слышит обращение грешника к Нему.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18:13–14</w:t>
      </w:r>
    </w:p>
    <w:p>
      <w:r>
        <w:t>32. «От века не было слышно, чтобы кто-нибудь открыл глаза человеку, слепому от рождения».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Открытие глаз слепым — важный пророческий образ Божьего спасения. Случай врождённой слепоты делает знак особенно сильным.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35:5, Ис 42:7, Ис 61:1</w:t>
      </w:r>
    </w:p>
    <w:p>
      <w:r>
        <w:t>33. «Если бы Этот Человек не был παρὰ θεοῦ — от Бога, — Он не мог бы делать ничего».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Третий этап понимания: «человек Иисус» → «пророк» → «от Бога». Следующий этап даст сам Иисус.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9:11, Ин 9:17, Ин 9:38</w:t>
      </w:r>
    </w:p>
    <w:p>
      <w:r>
        <w:t>34. Они ответили: «Ты весь родился ἐν ἁμαρτίαις — во грехах — и ты учишь нас?» И выгнали его вон.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Они возвращаются к предположению учеников из 9:2 — будто врождённая слепота доказывает грех. Но Иисус уже отверг именно эту схему в 9:3.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9:2–3</w:t>
      </w:r>
    </w:p>
    <w:p>
      <w:r>
        <w:t>35. Иисус услышал, что его выгнали, и, найдя его, спросил: «Ты веришь в τὸν υἱὸν τοῦ ἀνθρώπου — Сына Человеческого?»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υἱὸν τοῦ ἀνθρώπου / υἱὸν τοῦ θεοῦ</w:t>
      </w:r>
      <w:r>
        <w:rPr>
          <w:sz w:val="20"/>
        </w:rPr>
        <w:t xml:space="preserve"> [huion tou anthrōpou / huion tou theou]</w:t>
      </w:r>
      <w:r>
        <w:rPr>
          <w:sz w:val="20"/>
        </w:rPr>
        <w:br/>
        <w:t>Разночтение меняет титул, но не саму структуру сцены веры. Основной текст проекта следует «Сын Человеческий».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Сильное раннее чтение — «Сын Человеческий» (υἱὸν τοῦ ἀνθρώπου). В части традиции встречается «Сын Божий». WGT-T/WGT-E не смешивают эти чтения.</w:t>
      </w:r>
    </w:p>
    <w:p>
      <w:r>
        <w:t>36. Он ответил: «А кто Он, Господин, чтобы я поверил в Него?»</w:t>
      </w:r>
    </w:p>
    <w:p>
      <w:r>
        <w:t>37. Иисус сказал: «Ты уже видел Его — и именно Он сейчас говорит с тобой».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sz w:val="20"/>
        </w:rPr>
        <w:br/>
        <w:t>Фраза «ты видел Его» особенно сильна, потому что человек впервые в жизни видит физически. Теперь зрение становится языком распознавания личности Иисуса.</w:t>
      </w:r>
    </w:p>
    <w:p>
      <w:r>
        <w:t>38. Тот сказал: «Верю, Господи», — и προσεκύνησεν, поклонился Ему.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προσεκύνησεν</w:t>
      </w:r>
      <w:r>
        <w:rPr>
          <w:sz w:val="20"/>
        </w:rPr>
        <w:t xml:space="preserve"> [prosekynēsen]</w:t>
      </w:r>
      <w:r>
        <w:rPr>
          <w:sz w:val="20"/>
        </w:rPr>
        <w:br/>
        <w:t>προσκυνέω может означать поклониться в почтении или совершить поклонение. В кульминации иоанновской сцены, после исповедания веры, жест имеет сильный религиозный вес.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Завершение пути: «человек Иисус» → «пророк» → «от Бога» → «верю, Господи» и поклонение.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9:11, Ин 9:17, Ин 9:33</w:t>
      </w:r>
    </w:p>
    <w:p>
      <w:r>
        <w:t>39. Иисус сказал: «На κρίμα — суд, различение — Я пришёл в этот мир: чтобы невидящие увидели, а считающие себя видящими стали слепыми».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Суд происходит как раскрытие: человек, признающий свою нужду, получает зрение; уверенные, что уже видят, обнаруживают духовную слепоту.</w:t>
      </w:r>
    </w:p>
    <w:p>
      <w:r>
        <w:t>40. Некоторые фарисеи, бывшие с Ним, услышали это и спросили: «Неужели и мы слепы?»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Их вопрос продолжает иронию всей главы: физически зрячие следователи оказываются кандидатами на настоящую слепоту.</w:t>
      </w:r>
    </w:p>
    <w:p>
      <w:r>
        <w:t>41. Иисус сказал: «Если бы вы признавали свою слепоту, ваш грех не оставался бы на вас. Но теперь вы говорите: “Мы видим”, — поэтому ваш грех μένει — остаётся, пребывает».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μένει</w:t>
      </w:r>
      <w:r>
        <w:rPr>
          <w:sz w:val="20"/>
        </w:rPr>
        <w:t xml:space="preserve"> [menei]</w:t>
      </w:r>
      <w:r>
        <w:rPr>
          <w:sz w:val="20"/>
        </w:rPr>
        <w:br/>
        <w:t>Последнее слово главы снова использует ключевой μένω: грех «пребывает» на тех, кто утверждает, что видит и потому не принимает Свет.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8:12</w:t>
      </w:r>
    </w:p>
    <w:p>
      <w:pPr>
        <w:pStyle w:val="Heading2"/>
      </w:pPr>
      <w:r>
        <w:t>Глава 10</w:t>
      </w:r>
    </w:p>
    <w:p>
      <w:r>
        <w:t>1. «Аминь, аминь говорю вам: кто входит во двор овец не через θύρα — дверь/ворота, — а перелезает в другом месте, тот вор и разбойник.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Образ опирается на знакомую пастушескую практику: овец собирали в ограждённый двор, вход в который контролировался. Иисус строит не подробную аллегорию каждого предмета, а образ законного и незаконного доступа к стаду.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Пастырская тема имеет сильный ветхозаветный фон: Бог как Пастырь Израиля и осуждение неверных пастырей особенно ясно звучат в Иез 34.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Иез 34:1–24, Пс 23:1</w:t>
      </w:r>
    </w:p>
    <w:p>
      <w:r>
        <w:t>2. «А входящий через дверь — ποιμήν, пастырь овец».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ποιμήν</w:t>
      </w:r>
      <w:r>
        <w:rPr>
          <w:sz w:val="20"/>
        </w:rPr>
        <w:t xml:space="preserve"> [poimēn]</w:t>
      </w:r>
      <w:r>
        <w:rPr>
          <w:sz w:val="20"/>
        </w:rPr>
        <w:br/>
        <w:t>ποιμήν — пастух/пастырь. В Иез 34 образ пастыря применяется к руководителям Израиля и к Самому Богу; Ин 10 сознательно входит в эту библейскую символику.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Иез 34:11–16, Иез 34:23</w:t>
      </w:r>
    </w:p>
    <w:p>
      <w:r>
        <w:t>3. «Ему привратник открывает, и овцы слышат его φωνή — голос. Он зовёт своих овец по имени и выводит их».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«Голос» становится критерием распознавания истинного Пастыря. Эта тема повторится в 10:4, 10:16 и 10:27.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10:4, Ин 10:16, Ин 10:27</w:t>
      </w:r>
    </w:p>
    <w:p>
      <w:r>
        <w:t>4. «Когда выведет всех своих, идёт впереди них, а овцы следуют за ним, потому что знают его голос».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Образ предполагает пастыря, ведущего стадо за собой, а не только подгоняющего его сзади. Главное в речи — отношения узнавания и следования.</w:t>
      </w:r>
    </w:p>
    <w:p>
      <w:r>
        <w:t>5. За чужим они не пойдут, а убегут от него, потому что не знают голоса чужих».</w:t>
      </w:r>
    </w:p>
    <w:p>
      <w:r>
        <w:t>6. Эту παροιμία — образную, загадочную речь — Иисус сказал им, но они не поняли, о чём Он говорил.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παροιμία</w:t>
      </w:r>
      <w:r>
        <w:rPr>
          <w:sz w:val="20"/>
        </w:rPr>
        <w:t xml:space="preserve"> [paroimia]</w:t>
      </w:r>
      <w:r>
        <w:rPr>
          <w:sz w:val="20"/>
        </w:rPr>
        <w:br/>
        <w:t>Иоанн использует не обычное синоптическое παραβολή «притча», а παροιμία — образное изречение, фигуральная или загадочная речь.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16:25</w:t>
      </w:r>
    </w:p>
    <w:p>
      <w:r>
        <w:t>7. Тогда Иисус снова сказал: «Аминь, аминь говорю вам: ἐγώ εἰμι ἡ θύρα τῶν προβάτων — Я есть дверь для овец».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ἐγώ εἰμι ἡ θύρα</w:t>
      </w:r>
      <w:r>
        <w:rPr>
          <w:sz w:val="20"/>
        </w:rPr>
        <w:t xml:space="preserve"> [egō eimi hē thyra]</w:t>
      </w:r>
      <w:r>
        <w:rPr>
          <w:sz w:val="20"/>
        </w:rPr>
        <w:br/>
        <w:t>Очередное образное «Я есть». Иисус не только Пастырь, но и Сам законный путь входа к спасению и пастбищу.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10:9, Ин 14:6</w:t>
      </w:r>
    </w:p>
    <w:p>
      <w:r>
        <w:t>8. «Все, кто приходил прежде Меня как претенденты на власть над стадом, — воры и разбойники; но овцы их не послушали».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Контекст противопоставляет Иисуса ложным/разрушительным руководителям, а не Моисею, пророкам или Иоанну Крестителю, чьё свидетельство Евангелие оценивает положительно.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5:45–47, Ин 10:41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Фраза «πρὸ ἐμοῦ — прежде Меня» имеет вариантную историю в рукописях. WGT-T/WGT-E сохраняют основное чтение и не превращают его в осуждение всех пророков или всех, живших до Иисуса.</w:t>
      </w:r>
    </w:p>
    <w:p>
      <w:r>
        <w:t>9. «ἐγώ εἰμι ἡ θύρα — Я есть дверь. Если кто войдёт через Меня, будет спасён; войдёт и выйдет и найдёт пастбище».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Формула «входить и выходить» может быть обычным образом свободной и безопасной жизни под руководством пастыря; она также встречается в библейском языке о предводителе народа.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Чис 27:17, Втор 28:6</w:t>
      </w:r>
    </w:p>
    <w:p>
      <w:r>
        <w:t>10. «Вор приходит только чтобы украсть, убить и погубить. Я пришёл, чтобы они имели ζωή — жизнь — и имели её περισσόν, с избытком, в полноте».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περισσόν</w:t>
      </w:r>
      <w:r>
        <w:rPr>
          <w:sz w:val="20"/>
        </w:rPr>
        <w:t xml:space="preserve"> [perisson]</w:t>
      </w:r>
      <w:r>
        <w:rPr>
          <w:sz w:val="20"/>
        </w:rPr>
        <w:br/>
        <w:t>Слово означает сверх меры, избыточно, обильно. Речь прежде всего о полноте жизни, которую даёт Иисус, а не обещании материального богатства.</w:t>
      </w:r>
    </w:p>
    <w:p>
      <w:r>
        <w:t>11. «ἐγώ εἰμι ὁ ποιμὴν ὁ καλός — Я есть добрый Пастырь; καλός здесь также несёт оттенок истинного, достойного, прекрасного Пастыря. Добрый Пастырь отдаёт Свою ψυχή — жизнь — за овец».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καλός</w:t>
      </w:r>
      <w:r>
        <w:rPr>
          <w:sz w:val="20"/>
        </w:rPr>
        <w:t xml:space="preserve"> [kalos]</w:t>
      </w:r>
      <w:r>
        <w:rPr>
          <w:sz w:val="20"/>
        </w:rPr>
        <w:br/>
        <w:t>καλός — хороший, благородный, прекрасный, соответствующий идеалу. Это сильнее простого «неплохой пастух».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τὴν ψυχὴν αὐτοῦ τίθησιν</w:t>
      </w:r>
      <w:r>
        <w:rPr>
          <w:sz w:val="20"/>
        </w:rPr>
        <w:t xml:space="preserve"> [tēn psychēn autou tithēsin]</w:t>
      </w:r>
      <w:r>
        <w:rPr>
          <w:sz w:val="20"/>
        </w:rPr>
        <w:br/>
        <w:t>Буквально «кладёт свою жизнь/душу». В контексте это добровольная отдача собственной жизни ради овец.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На фоне Иез 34 Иисус берёт на Себя роль Пастыря, которую пророк связывает с Божьим собственным поиском и спасением стада, а также с обещанным Давидовым пастырем.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Иез 34:11–16, Иез 34:23</w:t>
      </w:r>
    </w:p>
    <w:p>
      <w:r>
        <w:t>12. «μισθωτός — наёмник, — который не пастырь и которому овцы не принадлежат, видит приходящего волка, оставляет овец и убегает; волк хватает их и рассеивает».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Контраст с Пастырем строится не на профессиональном статусе как таковом, а на отсутствии принадлежности и самоотдачи: наёмник сохраняет себя, Пастырь отдаёт жизнь.</w:t>
      </w:r>
    </w:p>
    <w:p>
      <w:r>
        <w:t>13. Он убегает потому, что он наёмник и ему нет дела до овец.</w:t>
      </w:r>
    </w:p>
    <w:p>
      <w:r>
        <w:t>14. «ἐγώ εἰμι ὁ ποιμὴν ὁ καλός — Я есть добрый Пастырь. Я знаю Моих, и Мои знают Меня»,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«Знать» здесь взаимно и лично, а не только обладать информацией. Следующий стих сравнивает эту взаимность с отношениями Отца и Сына.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10:15</w:t>
      </w:r>
    </w:p>
    <w:p>
      <w:r>
        <w:t>15. «как Отец знает Меня и Я знаю Отца; и Я отдаю Свою жизнь за овец».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Отношение Пастыря к овцам описывается по модели взаимного знания Отца и Сына — чрезвычайно сильное описание близости и принадлежности.</w:t>
      </w:r>
    </w:p>
    <w:p>
      <w:r>
        <w:t>16. «Есть у Меня и другие овцы, не из этого αὐλή — двора/загона. Их Мне тоже нужно привести; они услышат Мой голос, и будет μία ποίμνη, один стадо, и εἷς ποιμήν, один Пастырь».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μία ποίμνη, εἷς ποιμήν</w:t>
      </w:r>
      <w:r>
        <w:rPr>
          <w:sz w:val="20"/>
        </w:rPr>
        <w:t xml:space="preserve"> [mia poimnē, heis poimēn]</w:t>
      </w:r>
      <w:r>
        <w:rPr>
          <w:sz w:val="20"/>
        </w:rPr>
        <w:br/>
        <w:t>Иисус говорит не «один двор» (μία αὐλή), а «одно стадо» (μία ποίμνη). Единство строится вокруг одного Пастыря, а не вокруг одного прежнего ограждения.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Наиболее естественно «другие овцы» понимаются как люди за пределами нынешней иудейской группы учеников, особенно будущие верующие из народов; сам стих не перечисляет их национальность.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11:52, Ин 12:32</w:t>
      </w:r>
    </w:p>
    <w:p>
      <w:r>
        <w:t>17. «Потому Отец ἀγαπᾷ — любит — Меня, что Я отдаю Свою жизнь, чтобы снова принять её».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ἀγαπᾷ</w:t>
      </w:r>
      <w:r>
        <w:rPr>
          <w:sz w:val="20"/>
        </w:rPr>
        <w:t xml:space="preserve"> [agapa]</w:t>
      </w:r>
      <w:r>
        <w:rPr>
          <w:sz w:val="20"/>
        </w:rPr>
        <w:br/>
        <w:t>Здесь об Отцовской любви используется ἀγαπάω; в Ин 5:20 для той же любви Отца к Сыну использовано φιλέω. Это важный внутренний контроль против жёсткого противопоставления двух глаголов.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5:20, Ин 21:15–17</w:t>
      </w:r>
    </w:p>
    <w:p>
      <w:r>
        <w:t>18. «Никто не отнимает её у Меня — Я отдаю её ἀπ’ ἐμαυτοῦ, по собственной воле. Я имею ἐξουσία — власть/право — отдать её и имею власть снова принять её. Эту заповедь Я получил от Моего Отца».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ἐξουσία</w:t>
      </w:r>
      <w:r>
        <w:rPr>
          <w:sz w:val="20"/>
        </w:rPr>
        <w:t xml:space="preserve"> [exousia]</w:t>
      </w:r>
      <w:r>
        <w:rPr>
          <w:sz w:val="20"/>
        </w:rPr>
        <w:br/>
        <w:t>ἐξουσία — власть, полномочие, право. Смерть Иисуса описана не как утрата контроля, а как добровольное действие в послушании Отцу.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Добровольность Сына и заповедь Отца не противопоставляются: у Иоанна послушание и свобода Иисуса совпадают.</w:t>
      </w:r>
    </w:p>
    <w:p>
      <w:r>
        <w:t>19. Из-за этих слов среди иудеев снова возникло σχίσμα — разделение.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σχίσμα</w:t>
      </w:r>
      <w:r>
        <w:rPr>
          <w:sz w:val="20"/>
        </w:rPr>
        <w:t xml:space="preserve"> [schisma]</w:t>
      </w:r>
      <w:r>
        <w:rPr>
          <w:sz w:val="20"/>
        </w:rPr>
        <w:br/>
        <w:t>Третий раз Иоанн подчёркивает «разделение» вокруг Иисуса: Его слова и знамения не производят нейтральной реакции.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7:43, Ин 9:16</w:t>
      </w:r>
    </w:p>
    <w:p>
      <w:r>
        <w:t>20. Многие из них говорили: «В Нём демон, и Он безумен. Зачем вы Его слушаете?»</w:t>
      </w:r>
    </w:p>
    <w:p>
      <w:r>
        <w:t>21. Другие говорили: «Это не слова одержимого демоном. Разве демон может открыть глаза слепым?»</w:t>
      </w:r>
    </w:p>
    <w:p>
      <w:r>
        <w:t>22. Тогда в Иерусалиме был праздник Обновления [Ἐγκαίνια — Ханука]. Была зима.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τὰ ἐγκαίνια</w:t>
      </w:r>
      <w:r>
        <w:rPr>
          <w:sz w:val="20"/>
        </w:rPr>
        <w:t xml:space="preserve"> [ta enkainia]</w:t>
      </w:r>
      <w:r>
        <w:rPr>
          <w:sz w:val="20"/>
        </w:rPr>
        <w:br/>
        <w:t>Праздник Обновления отмечал повторное посвящение храма после его осквернения во II веке до н.э.; позднее получил название Ханука.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1 Мак 4:36–59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На празднике посвящения храма Иисус вскоре назовёт Себя Тем, Кого Отец «освятил/посвятил» (ἡγίασεν) и послал в мир — возможный литературный резонанс.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10:36</w:t>
      </w:r>
    </w:p>
    <w:p>
      <w:r>
        <w:t>23. Иисус ходил в храме, в колоннаде Соломона.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Колоннада Соломона была крытой частью храмового комплекса; зимой такое место естественно подходило для собрания и разговора.</w:t>
      </w:r>
    </w:p>
    <w:p>
      <w:r>
        <w:t>24. Иудейские руководители окружили Его и спрашивали: «До каких пор τὴν ψυχὴν ἡμῶν αἴρεις — будешь держать нас в напряжении, буквально “поднимать/уносить нашу душу”? Если Ты Христос, скажи нам παρρησίᾳ — прямо, открыто».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τὴν ψυχὴν ἡμῶν αἴρεις</w:t>
      </w:r>
      <w:r>
        <w:rPr>
          <w:sz w:val="20"/>
        </w:rPr>
        <w:t xml:space="preserve"> [tēn psychēn hēmōn aireis]</w:t>
      </w:r>
      <w:r>
        <w:rPr>
          <w:sz w:val="20"/>
        </w:rPr>
        <w:br/>
        <w:t>Идиома трудна буквально; смысл — держать в неопределённости/напряжении.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παρρησίᾳ</w:t>
      </w:r>
      <w:r>
        <w:rPr>
          <w:sz w:val="20"/>
        </w:rPr>
        <w:t xml:space="preserve"> [parrēsia]</w:t>
      </w:r>
      <w:r>
        <w:rPr>
          <w:sz w:val="20"/>
        </w:rPr>
        <w:br/>
        <w:t>То же слово «открыто, публично», которое было важно в Ин 7. Они требуют недвусмысленной декларации.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7:4, Ин 7:13</w:t>
      </w:r>
    </w:p>
    <w:p>
      <w:r>
        <w:t>25. Иисус ответил: «Я сказал вам, но вы не верите. Дела, которые Я совершаю во имя Моего Отца, свидетельствуют обо Мне.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Иисус отвечает, что уже «сказал» делами: у Иоанна дела являются свидетельством, которое должно быть прочитано как знамение личности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5:36</w:t>
      </w:r>
    </w:p>
    <w:p>
      <w:r>
        <w:t>26. Но вы не верите, потому что вы не из Моих овец.</w:t>
      </w:r>
    </w:p>
    <w:p>
      <w:r>
        <w:t>27. «Мои овцы слышат Мой голос; Я знаю их, и они следуют за Мной».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Три признака стада повторяют начало главы: слышать голос, быть познанным Пастырем и следовать за Ним.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10:3–4</w:t>
      </w:r>
    </w:p>
    <w:p>
      <w:r>
        <w:t>28. «Я даю им вечную жизнь; они οὐ μὴ ἀπόλωνται εἰς τὸν αἰῶνα — никогда, вовек не погибнут, — и никто не ἁρπάσει, не вырвет их из Моей руки».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οὐ μὴ ἀπόλωνται εἰς τὸν αἰῶνα</w:t>
      </w:r>
      <w:r>
        <w:rPr>
          <w:sz w:val="20"/>
        </w:rPr>
        <w:t xml:space="preserve"> [ou mē apolōntai eis ton aiōna]</w:t>
      </w:r>
      <w:r>
        <w:rPr>
          <w:sz w:val="20"/>
        </w:rPr>
        <w:br/>
        <w:t>Двойное отрицание οὐ μή с формой глагола — очень сильное греческое отрицание: «ни в коем случае не погибнут».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ἁρπάσει</w:t>
      </w:r>
      <w:r>
        <w:rPr>
          <w:sz w:val="20"/>
        </w:rPr>
        <w:t xml:space="preserve"> [harpasei]</w:t>
      </w:r>
      <w:r>
        <w:rPr>
          <w:sz w:val="20"/>
        </w:rPr>
        <w:br/>
        <w:t>ἁρπάζω — схватить, вырвать силой. Тот же сильный глагол звучал в 6:15 о попытке толпы силой сделать Иисуса царём.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6:15</w:t>
      </w:r>
    </w:p>
    <w:p>
      <w:r>
        <w:t>29. «Мой Отец, Который дал их Мне, больше всех; и никто не может вырвать их из руки Отца».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«Моя рука» в 10:28 и «рука Отца» в 10:29 поставлены параллельно и подготавливают 10:30.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10:28, Ин 10:30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Ин 10:29 имеет заметную синтаксическую и текстовую историю. Основной текст проекта следует чтению «Мой Отец, Который дал их Мне, больше всех»; варианты не смешиваются в одну искусственную фразу.</w:t>
      </w:r>
    </w:p>
    <w:p>
      <w:r>
        <w:t>30. «ἐγὼ καὶ ὁ πατὴρ ἕν ἐσμεν — Я и Отец — одно».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ἕν</w:t>
      </w:r>
      <w:r>
        <w:rPr>
          <w:sz w:val="20"/>
        </w:rPr>
        <w:t xml:space="preserve"> [hen]</w:t>
      </w:r>
      <w:r>
        <w:rPr>
          <w:sz w:val="20"/>
        </w:rPr>
        <w:br/>
        <w:t>«Одно» стоит в среднем роде (ἕν), а не мужском «один» (εἷς): Иисус не говорит, что Он и Отец — одна и та же Личность. Формула выражает единство настолько сильное, что следующая реакция воспринимает её как богохульственную претензию.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Непосредственный контекст — единая власть сохранять овец в руке Сына и Отца; всё Евангелие расширяет эту тему до взаимного пребывания и единства действий.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10:28–29, Ин 14:10–11, Ин 17:21–23</w:t>
      </w:r>
    </w:p>
    <w:p>
      <w:r>
        <w:t>31. Иудеи снова подняли камни, чтобы побить Его.</w:t>
      </w:r>
    </w:p>
    <w:p>
      <w:r>
        <w:t>32. Иисус ответил: «Много добрых дел от Отца Я показал вам. За какое из них вы хотите побить Меня камнями?»</w:t>
      </w:r>
    </w:p>
    <w:p>
      <w:r>
        <w:t>33. Иудейские руководители ответили: «Не за доброе дело хотим побить Тебя, а за βλασφημία — богохульство: Ты, будучи человеком, делаешь Себя θεόν — Богом».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Это толкование противников на слова Иисуса. Последующий ответ не просто отрицает обвинение, а аргументирует от Писания и вновь утверждает уникальность Того, Кого Отец освятил и послал.</w:t>
      </w:r>
    </w:p>
    <w:p>
      <w:r>
        <w:t>34. Иисус ответил: «Разве не написано в вашем Законе: “Я сказал: вы — θεοί, боги”?»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Прямая цитата Пс 81:6 LXX / 82:6 MT. В псалме «боги» — фигуры, стоящие под Божьим судом; вопрос об их точной идентичности обсуждается, но аргумент Иисуса строится на самом употреблении слова θεοί в Писании.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82:6</w:t>
      </w:r>
    </w:p>
    <w:p>
      <w:r>
        <w:t>35. «Если Писание назвало “богами” тех, к кому пришло слово Божье, — и γραφή, Писание, οὐ δύναται λυθῆναι, не может быть отменено/разрушено, —»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λυθῆναι</w:t>
      </w:r>
      <w:r>
        <w:rPr>
          <w:sz w:val="20"/>
        </w:rPr>
        <w:t xml:space="preserve"> [lythēnai]</w:t>
      </w:r>
      <w:r>
        <w:rPr>
          <w:sz w:val="20"/>
        </w:rPr>
        <w:br/>
        <w:t>λύω может означать развязать, отменить, разрушить. Здесь Иисус утверждает непреодолимую силу формулировки Писания в аргументе.</w:t>
      </w:r>
    </w:p>
    <w:p>
      <w:r>
        <w:t>36. «то Тому, Кого Отец ἡγίασεν — освятил, посвятил — и послал в мир, вы говорите: “Ты богохульствуешь”, потому что Я сказал: “Я Сын Божий”?»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ἡγίασεν</w:t>
      </w:r>
      <w:r>
        <w:rPr>
          <w:sz w:val="20"/>
        </w:rPr>
        <w:t xml:space="preserve"> [hēgiasen]</w:t>
      </w:r>
      <w:r>
        <w:rPr>
          <w:sz w:val="20"/>
        </w:rPr>
        <w:br/>
        <w:t>ἁγιάζω — освящать, отделять, посвящать Богу/для миссии. На празднике Обновления (посвящения) храма это слово получает дополнительный контекстуальный резонанс.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10:22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Аргумент «от меньшего к большему»: если Писание может употребить θεοί о получателях Божьего слова, то обвинение в богохульстве не может основываться только на титуле Сына Божьего без рассмотрения Его дел и посланничества.</w:t>
      </w:r>
    </w:p>
    <w:p>
      <w:r>
        <w:t>37. Если Я не делаю дел Моего Отца, не верьте Мне.</w:t>
      </w:r>
    </w:p>
    <w:p>
      <w:r>
        <w:t>38. «Но если делаю дела Отца, то даже если Мне не верите, верьте делам, чтобы вы γνῶτε καὶ γινώσκητε — узнали и продолжали познавать, — что Отец во Мне и Я в Отце».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γνῶτε καὶ γινώσκητε</w:t>
      </w:r>
      <w:r>
        <w:rPr>
          <w:sz w:val="20"/>
        </w:rPr>
        <w:t xml:space="preserve"> [gnōte kai ginōskēte]</w:t>
      </w:r>
      <w:r>
        <w:rPr>
          <w:sz w:val="20"/>
        </w:rPr>
        <w:br/>
        <w:t>Два близких глагольных выражения создают оттенок входа в знание и продолжения/углубления знания. Рукописная форма имеет вариативность, но смысл процесса познания хорошо вписывается в контекст.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«Отец во Мне и Я в Отце» раскрывает единство 10:30 как взаимное пребывание, не стирающее различие Отца и Сына.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14:10–11</w:t>
      </w:r>
    </w:p>
    <w:p>
      <w:r>
        <w:t>39. Тогда они снова пытались схватить Его, но Он ушёл из их рук.</w:t>
      </w:r>
    </w:p>
    <w:p>
      <w:r>
        <w:t>40. И Он снова отправился за Иордан, на место, где Иоанн сначала крестил, и ἔμεινεν — остался, пребывал — там.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ἔμεινεν</w:t>
      </w:r>
      <w:r>
        <w:rPr>
          <w:sz w:val="20"/>
        </w:rPr>
        <w:t xml:space="preserve"> [emeinen]</w:t>
      </w:r>
      <w:r>
        <w:rPr>
          <w:sz w:val="20"/>
        </w:rPr>
        <w:br/>
        <w:t>Снова ключевой μένω: после конфликта в Иерусалиме Иисус «пребывает» там, где начиналось свидетельство Иоанна.</w:t>
      </w:r>
    </w:p>
    <w:p>
      <w:r>
        <w:t>41. Многие пришли к Нему и говорили: «Иоанн не совершил ни одного σημεῖον — знамения, — но всё, что Иоанн сказал об Этом, было истинно».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Величие Иоанна не измеряется чудесами: его функция — истинное свидетельство об Иисусе. Это замыкает линию, начатую в прологе.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1:6–8, Ин 1:29–34</w:t>
      </w:r>
    </w:p>
    <w:p>
      <w:r>
        <w:t>42. И многие там поверили в Него.</w:t>
      </w:r>
    </w:p>
    <w:p>
      <w:pPr>
        <w:pStyle w:val="Heading2"/>
      </w:pPr>
      <w:r>
        <w:t>Глава 11</w:t>
      </w:r>
    </w:p>
    <w:p>
      <w:r>
        <w:t>1. Был болен один человек, Лазарь из Вифании, из селения Марии и её сестры Марфы.</w:t>
      </w:r>
    </w:p>
    <w:p>
      <w:r>
        <w:t>2. Мария была той, которая помазала Господа миром и вытерла Его ноги своими волосами; её брат Лазарь был болен.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Иоанн заранее идентифицирует Марию через событие, которое расскажет только в следующей главе (Ин 12:1–8). Это повествовательная ссылка вперёд.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12:1–8</w:t>
      </w:r>
    </w:p>
    <w:p>
      <w:r>
        <w:t>3. Сёстры послали сказать Иисусу: «Господи, ὃν φιλεῖς — тот, кого Ты любишь [φιλέω], — болен».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φιλεῖς</w:t>
      </w:r>
      <w:r>
        <w:rPr>
          <w:sz w:val="20"/>
        </w:rPr>
        <w:t xml:space="preserve"> [phileis]</w:t>
      </w:r>
      <w:r>
        <w:rPr>
          <w:sz w:val="20"/>
        </w:rPr>
        <w:br/>
        <w:t>Сёстры используют φιλέω для любви Иисуса к Лазарю. В 11:5 рассказчик употребит ἀγαπάω о любви Иисуса к Марфе, Марии и Лазарю. Оба глагола описывают подлинную любовь и не образуют простую шкалу «низшая/высшая».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11:5, Ин 11:36, Ин 21:15–17</w:t>
      </w:r>
    </w:p>
    <w:p>
      <w:r>
        <w:t>4. Услышав это, Иисус сказал: «Эта болезнь не имеет смерть последней целью, но служит славе Божьей, чтобы через неё был прославлен Сын Божий».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Лазарь действительно умрёт (11:14), поэтому «не к смерти» означает не отсутствие смерти как события, а то, что смерть не будет окончательным исходом этой истории.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11:14, Ин 11:40</w:t>
      </w:r>
    </w:p>
    <w:p>
      <w:r>
        <w:t>5. Иисус ἠγάπα — любил [ἀγαπάω] — Марфу, её сестру и Лазаря.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ἠγάπα</w:t>
      </w:r>
      <w:r>
        <w:rPr>
          <w:sz w:val="20"/>
        </w:rPr>
        <w:t xml:space="preserve"> [ēgapa]</w:t>
      </w:r>
      <w:r>
        <w:rPr>
          <w:sz w:val="20"/>
        </w:rPr>
        <w:br/>
        <w:t>Рассказчик использует ἀγαπάω, тогда как 11:3 и 11:36 используют φιλέω. В пределах одной истории оба глагола относятся к любви Иисуса к Лазарю и его семье.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11:3, Ин 11:36</w:t>
      </w:r>
    </w:p>
    <w:p>
      <w:r>
        <w:t>6. Когда Он услышал, что Лазарь болен, τότε μὲν ἔμεινεν — тогда Он остался, пребывал — ещё два дня на том месте, где находился.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Связка 11:5–6 парадоксальна: Иисус любит семью — и потому не спешит немедленно. Задержка подчинена более крупной цели откровения, а не отсутствию любви.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ἔμεινεν</w:t>
      </w:r>
      <w:r>
        <w:rPr>
          <w:sz w:val="20"/>
        </w:rPr>
        <w:t xml:space="preserve"> [emeinen]</w:t>
      </w:r>
      <w:r>
        <w:rPr>
          <w:sz w:val="20"/>
        </w:rPr>
        <w:br/>
        <w:t>Снова μένω «оставаться/пребывать». Здесь глагол описывает преднамеренное пребывание Иисуса ещё два дня.</w:t>
      </w:r>
    </w:p>
    <w:p>
      <w:r>
        <w:t>7. После этого Он сказал ученикам: «Пойдём снова в Иудею».</w:t>
      </w:r>
    </w:p>
    <w:p>
      <w:r>
        <w:t>8. Ученики сказали: «Равви, совсем недавно иудеи хотели побить Тебя камнями, и Ты снова идёшь туда?»</w:t>
      </w:r>
    </w:p>
    <w:p>
      <w:r>
        <w:t>9. Иисус ответил: «Разве не двенадцать часов в дне? Кто ходит днём, тот не спотыкается, потому что видит τὸ φῶς τοῦ κόσμου τούτου — свет этого мира».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Ответ продолжает иоанновскую символику света/тьмы. Иисус действует в назначенное время и потому идёт в Иудею, несмотря на опасность.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8:12, Ин 9:4–5</w:t>
      </w:r>
    </w:p>
    <w:p>
      <w:r>
        <w:t>10. «А кто ходит ночью, тот спотыкается, потому что τὸ φῶς οὐκ ἔστιν ἐν αὐτῷ — света нет в нём».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Фраза неожиданно переносит свет внутрь человека — не просто «нет света вокруг», а «нет света в нём». Это усиливает духовный слой образа.</w:t>
      </w:r>
    </w:p>
    <w:p>
      <w:r>
        <w:t>11. Сказав это, Он добавил: «Наш друг Лазарь κεκοίμηται — уснул, — но Я иду ἐξυπνίσω αὐτόν — разбудить его».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κεκοίμηται ... ἐξυπνίσω</w:t>
      </w:r>
      <w:r>
        <w:rPr>
          <w:sz w:val="20"/>
        </w:rPr>
        <w:t xml:space="preserve"> [kekoimētai ... exypnisō]</w:t>
      </w:r>
      <w:r>
        <w:rPr>
          <w:sz w:val="20"/>
        </w:rPr>
        <w:br/>
        <w:t>«Сон» — образ смерти; «разбудить» — образ возвращения к жизни. Ученики в следующем стихе понимают слова буквально.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11:12–14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κεκοίμηται</w:t>
      </w:r>
      <w:r>
        <w:rPr>
          <w:sz w:val="20"/>
        </w:rPr>
        <w:t xml:space="preserve"> [kekoimētai]</w:t>
      </w:r>
      <w:r>
        <w:rPr>
          <w:sz w:val="20"/>
        </w:rPr>
        <w:br/>
        <w:t>Перфект: Лазарь «уснул и остаётся спящим» в образном языке смерти.</w:t>
      </w:r>
    </w:p>
    <w:p>
      <w:r>
        <w:t>12. Ученики сказали: «Господи, если он уснул, σωθήσεται — он поправится / будет спасён».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σωθήσεται</w:t>
      </w:r>
      <w:r>
        <w:rPr>
          <w:sz w:val="20"/>
        </w:rPr>
        <w:t xml:space="preserve"> [sōthēsetai]</w:t>
      </w:r>
      <w:r>
        <w:rPr>
          <w:sz w:val="20"/>
        </w:rPr>
        <w:br/>
        <w:t>σῴζω может означать и «спастись», и «выздороветь». В бытовом понимании учеников здесь естественно «поправится», но слово само по себе имеет более широкий диапазон.</w:t>
      </w:r>
    </w:p>
    <w:p>
      <w:r>
        <w:t>13. Иисус говорил о его смерти, а они подумали, что Он говорит об обычном сне.</w:t>
      </w:r>
    </w:p>
    <w:p>
      <w:r>
        <w:t>14. Тогда Иисус сказал им παρρησίᾳ — прямо, открыто: «Лазарь умер».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παρρησίᾳ</w:t>
      </w:r>
      <w:r>
        <w:rPr>
          <w:sz w:val="20"/>
        </w:rPr>
        <w:t xml:space="preserve"> [parrēsia]</w:t>
      </w:r>
      <w:r>
        <w:rPr>
          <w:sz w:val="20"/>
        </w:rPr>
        <w:br/>
        <w:t>После образной речи о сне Иисус говорит без фигуры — прямо. Иоанн снова использует παρρησία для открытой, недвусмысленной речи.</w:t>
      </w:r>
    </w:p>
    <w:p>
      <w:r>
        <w:t>15. «И ради вас Я рад, что Меня там не было, чтобы вы поверили. Но пойдём к нему».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Цель задержки раскрывается: не просто возвращение Лазаря к жизни, а углубление веры учеников через знамение.</w:t>
      </w:r>
    </w:p>
    <w:p>
      <w:r>
        <w:t>16. Тогда Фома, называемый Δίδυμος — Близнец, — сказал другим ученикам: «Пойдём и мы, чтобы умереть с Ним».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Δίδυμος</w:t>
      </w:r>
      <w:r>
        <w:rPr>
          <w:sz w:val="20"/>
        </w:rPr>
        <w:t xml:space="preserve"> [Didymos]</w:t>
      </w:r>
      <w:r>
        <w:rPr>
          <w:sz w:val="20"/>
        </w:rPr>
        <w:br/>
        <w:t>Δίδυμος буквально означает «Близнец» и является греческим переводом имени/прозвища Фомы.</w:t>
      </w:r>
    </w:p>
    <w:p>
      <w:r>
        <w:t>17. Придя, Иисус узнал, что Лазарь уже четыре дня в гробнице.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(по церковному преданию)</w:t>
      </w:r>
      <w:r>
        <w:rPr>
          <w:sz w:val="20"/>
        </w:rPr>
        <w:br/>
        <w:t>Четвёртый день подчёркивает необратимость ситуации и согласуется с замечанием Марфы о запахе в 11:39. Поздняя раввинистическая идея о душе, остающейся возле тела три дня, часто упоминается, но её нельзя уверенно переносить сюда как намерение Иоанна.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11:39</w:t>
      </w:r>
    </w:p>
    <w:p>
      <w:r>
        <w:t>18. Вифания была недалеко от Иерусалима — примерно в пятнадцати стадиях, около трёх километров.</w:t>
      </w:r>
    </w:p>
    <w:p>
      <w:pPr>
        <w:ind w:left="360"/>
      </w:pPr>
      <w:r>
        <w:rPr>
          <w:b/>
          <w:sz w:val="20"/>
        </w:rPr>
        <w:t>География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Пятнадцать стадий — приблизительно 2.7–3 км. Близость к Иерусалиму объясняет присутствие многих иудеев и быстрое распространение новости.</w:t>
      </w:r>
    </w:p>
    <w:p>
      <w:r>
        <w:t>19. Многие иудеи пришли к Марфе и Марии утешить их после смерти брата.</w:t>
      </w:r>
    </w:p>
    <w:p>
      <w:r>
        <w:t>20. Марфа, услышав, что Иисус идёт, вышла Ему навстречу; Мария же сидела дома.</w:t>
      </w:r>
    </w:p>
    <w:p>
      <w:r>
        <w:t>21. Марфа сказала Иисусу: «Господи, если бы Ты был здесь, мой брат не умер бы».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Мария позже произнесёт практически ту же фразу (11:32). Повтор подчёркивает общую веру сестёр в способность Иисуса исцелить — и одновременно их ограничение этим сценарием.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11:32</w:t>
      </w:r>
    </w:p>
    <w:p>
      <w:r>
        <w:t>22. «Но и теперь я знаю: всё, чего Ты αἰτήσῃ — попросишь — у Бога, Бог даст Тебе».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Марфа выражает доверие, но ещё говорит об Иисусе в категории Того, Кто просит Бога. Следующий диалог ведёт её к более сильному исповеданию личности Иисуса.</w:t>
      </w:r>
    </w:p>
    <w:p>
      <w:r>
        <w:t>23. Иисус сказал ей: «Твой брат воскреснет».</w:t>
      </w:r>
    </w:p>
    <w:p>
      <w:r>
        <w:t>24. Марфа ответила: «Знаю, что воскреснет ἐν τῇ ἀναστάσει — в воскресение — в последний день».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Марфа исповедует общеиудейскую надежду на будущее воскресение праведных. Иисус не отменяет её, а переносит центр воскресения с события на Свою Личность.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Дан 12:2, Ин 11:25</w:t>
      </w:r>
    </w:p>
    <w:p>
      <w:r>
        <w:t>25. Иисус сказал: «ἐγώ εἰμι ἡ ἀνάστασις καὶ ἡ ζωή — Я есть воскресение и жизнь. Верующий в Меня, даже если умрёт, будет жить».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ἐγώ εἰμι ἡ ἀνάστασις καὶ ἡ ζωή</w:t>
      </w:r>
      <w:r>
        <w:rPr>
          <w:sz w:val="20"/>
        </w:rPr>
        <w:t xml:space="preserve"> [egō eimi hē anastasis kai hē zōē]</w:t>
      </w:r>
      <w:r>
        <w:rPr>
          <w:sz w:val="20"/>
        </w:rPr>
        <w:br/>
        <w:t>Иисус не только обещает воскресение — Он отождествляет воскресение и жизнь с Собой. Это очередная кульминационная формула «Я есть».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Фраза держит вместе две перспективы: верующий физически может умереть, но смерть не отменяет дарованную через Иисуса жизнь.</w:t>
      </w:r>
    </w:p>
    <w:p>
      <w:r>
        <w:t>26. «И каждый живущий и верующий в Меня οὐ μὴ ἀποθάνῃ εἰς τὸν αἰῶνα — никогда, вовек не умрёт. Веришь ли ты этому?»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οὐ μὴ ἀποθάνῃ εἰς τὸν αἰῶνα</w:t>
      </w:r>
      <w:r>
        <w:rPr>
          <w:sz w:val="20"/>
        </w:rPr>
        <w:t xml:space="preserve"> [ou mē apothanē eis ton aiōna]</w:t>
      </w:r>
      <w:r>
        <w:rPr>
          <w:sz w:val="20"/>
        </w:rPr>
        <w:br/>
        <w:t>Сильнейшее отрицание οὐ μή. Поскольку верующие физически умирают (11:25), речь идёт о смерти как окончательной власти/исходе.</w:t>
      </w:r>
    </w:p>
    <w:p>
      <w:r>
        <w:t>27. Она ответила: «Да, Господи. Я πεπίστευκα — поверила и остаюсь в этой вере, — что Ты Христос, Сын Божий, Который приходит в мир».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πεπίστευκα</w:t>
      </w:r>
      <w:r>
        <w:rPr>
          <w:sz w:val="20"/>
        </w:rPr>
        <w:t xml:space="preserve"> [pepisteuka]</w:t>
      </w:r>
      <w:r>
        <w:rPr>
          <w:sz w:val="20"/>
        </w:rPr>
        <w:br/>
        <w:t>Перфект: «я уверовала и сейчас стою в этой вере». Исповедание Марфы по содержанию сопоставимо с программной целью Евангелия в 20:31.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20:31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Марфа соединяет три титула: Христос, Сын Божий и Приходящий в мир. Это одно из самых полных исповеданий в Евангелии до воскресения Иисуса.</w:t>
      </w:r>
    </w:p>
    <w:p>
      <w:r>
        <w:t>28. Сказав это, она пошла и тихо позвала свою сестру Марию: «Учитель здесь и зовёт тебя».</w:t>
      </w:r>
    </w:p>
    <w:p>
      <w:r>
        <w:t>29. Та, услышав, быстро встала и пошла к Нему.</w:t>
      </w:r>
    </w:p>
    <w:p>
      <w:r>
        <w:t>30. Иисус ещё не вошёл в селение, а находился на месте, где Его встретила Марфа.</w:t>
      </w:r>
    </w:p>
    <w:p>
      <w:r>
        <w:t>31. Иудеи, которые были с Марией в доме и утешали её, увидели, что она быстро встала и вышла, и пошли за ней, думая, что она идёт к гробнице плакать там.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Собравшиеся предполагают, что Мария идёт к гробнице плакать — естественное ожидание в контексте траура. Это приводит свидетелей прямо к будущему знамению.</w:t>
      </w:r>
    </w:p>
    <w:p>
      <w:r>
        <w:t>32. Когда Мария пришла туда, где был Иисус, увидела Его, упала к Его ногам и сказала: «Господи, если бы Ты был здесь, мой брат не умер бы».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Точная параллель словам Марфы в 11:21. Разница не в формуле веры, а в дальнейшем ходе встречи.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11:21</w:t>
      </w:r>
    </w:p>
    <w:p>
      <w:r>
        <w:t>33. Иисус, увидев её плачущей и плачущих вместе с ней иудеев, ἐνεβριμήσατο τῷ πνεύματι — глубоко возмутился, как бы внутренне содрогнулся, — и ἐτάραξεν ἑαυτόν — Сам позволил Себе глубоко взволноваться.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ἐνεβριμήσατο</w:t>
      </w:r>
      <w:r>
        <w:rPr>
          <w:sz w:val="20"/>
        </w:rPr>
        <w:t xml:space="preserve"> [enebrimēsato]</w:t>
      </w:r>
      <w:r>
        <w:rPr>
          <w:sz w:val="20"/>
        </w:rPr>
        <w:br/>
        <w:t>ἐμβριμάομαι — сильный глагол, который может выражать возмущение, негодование, внутреннее рычание/содрогание. Это больше, чем спокойная печаль. Текст не называет прямо объект возмущения — смерть, неверие, горе или всё вместе.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ἐτάραξεν ἑαυτόν</w:t>
      </w:r>
      <w:r>
        <w:rPr>
          <w:sz w:val="20"/>
        </w:rPr>
        <w:t xml:space="preserve"> [etaraxen heauton]</w:t>
      </w:r>
      <w:r>
        <w:rPr>
          <w:sz w:val="20"/>
        </w:rPr>
        <w:br/>
        <w:t>Буквально «взволновал Себя». Иоанн подчёркивает не пассивную потерю контроля, а глубокое внутреннее вовлечение Иисуса.</w:t>
      </w:r>
    </w:p>
    <w:p>
      <w:r>
        <w:t>34. Он спросил: «Где вы положили его?» Ему ответили: «Господи, пойдём и посмотри».</w:t>
      </w:r>
    </w:p>
    <w:p>
      <w:r>
        <w:t>35. Иисус ἐδάκρυσεν — прослезился, пролил слёзы.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ἐδάκρυσεν</w:t>
      </w:r>
      <w:r>
        <w:rPr>
          <w:sz w:val="20"/>
        </w:rPr>
        <w:t xml:space="preserve"> [edakrysen]</w:t>
      </w:r>
      <w:r>
        <w:rPr>
          <w:sz w:val="20"/>
        </w:rPr>
        <w:br/>
        <w:t>Здесь используется δακρύω «проливать слёзы», а не κλαίω, которым в 11:33 описывается громкий плач Марии и сопровождающих. Иоанн различает формы скорби.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Даже зная, что через мгновения воскресит Лазаря, Иисус реально разделяет человеческое горе. Знание будущего чуда не делает скорбь нереальной.</w:t>
      </w:r>
    </w:p>
    <w:p>
      <w:r>
        <w:t>36. Иудеи говорили: «Смотрите, πῶς ἐφίλει αὐτόν — как Он любил его [φιλέω]!»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ἐφίλει</w:t>
      </w:r>
      <w:r>
        <w:rPr>
          <w:sz w:val="20"/>
        </w:rPr>
        <w:t xml:space="preserve"> [ephilei]</w:t>
      </w:r>
      <w:r>
        <w:rPr>
          <w:sz w:val="20"/>
        </w:rPr>
        <w:br/>
        <w:t>Снова φιλέω для любви Иисуса к Лазарю, рядом с ἀγαπάω в 11:5. Это ещё один внутренний аргумент против механического разделения этих глаголов на «божественную» и «дружескую» любовь.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11:5</w:t>
      </w:r>
    </w:p>
    <w:p>
      <w:r>
        <w:t>37. А некоторые из них сказали: «Разве Тот, Кто открыл глаза слепому, не мог сделать так, чтобы и этот не умер?»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Ссылка на открытие глаз слепому прямо связывает величайшее знамение Ин 9 с вопросом: может ли Иисус победить уже не слепоту, а смерть?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9:1–7</w:t>
      </w:r>
    </w:p>
    <w:p>
      <w:r>
        <w:t>38. Иисус, снова ἐμβριμώμενος — глубоко возмущённый/содрогающийся внутри, — пришёл к гробнице. Это была пещера, и на ней лежал камень.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ἐμβριμώμενος</w:t>
      </w:r>
      <w:r>
        <w:rPr>
          <w:sz w:val="20"/>
        </w:rPr>
        <w:t xml:space="preserve"> [embrimōmenos]</w:t>
      </w:r>
      <w:r>
        <w:rPr>
          <w:sz w:val="20"/>
        </w:rPr>
        <w:br/>
        <w:t>Повтор ἐμβριμάομαι показывает, что сильное внутреннее возмущение Иисуса не было мгновенным эмоциональным эпизодом.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11:33</w:t>
      </w:r>
    </w:p>
    <w:p>
      <w:r>
        <w:t>39. Иисус сказал: «Уберите камень». Марфа, сестра умершего, сказала: «Господи, ἤδη ὄζει — уже пахнет разложением: ведь четвёртый день».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ὄζει</w:t>
      </w:r>
      <w:r>
        <w:rPr>
          <w:sz w:val="20"/>
        </w:rPr>
        <w:t xml:space="preserve"> [ozei]</w:t>
      </w:r>
      <w:r>
        <w:rPr>
          <w:sz w:val="20"/>
        </w:rPr>
        <w:br/>
        <w:t>Глагол прямо означает «пахнет дурно/смердит». Реплика Марфы подчёркивает физическую реальность смерти и исключает романтизированное представление о простом обмороке.</w:t>
      </w:r>
    </w:p>
    <w:p>
      <w:r>
        <w:t>40. Иисус сказал ей: «Разве Я не говорил тебе, что, если поверишь, ὄψῃ τὴν δόξαν τοῦ θεοῦ — увидишь славу Божью?»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«Увидеть славу» связывает будущее знамение с программой 11:4: болезнь станет сценой откровения Божьей славы.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11:4</w:t>
      </w:r>
    </w:p>
    <w:p>
      <w:r>
        <w:t>41. Тогда они убрали камень. Иисус поднял глаза и сказал: «Отец, εὐχαριστῶ σοι — благодарю Тебя, — что Ты услышал Меня».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Молитва сформулирована как благодарение за уже услышанную просьбу, подчёркивая уверенность и единство Иисуса с Отцом.</w:t>
      </w:r>
    </w:p>
    <w:p>
      <w:r>
        <w:t>42. «Я знал, что Ты всегда Меня слышишь, но сказал это ради народа, стоящего вокруг, чтобы они поверили, что Ты послал Меня».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Молитва произносится не для того, чтобы убедить Отца, а чтобы знамение было прочитано толпой правильно — как свидетельство посланничества Иисуса.</w:t>
      </w:r>
    </w:p>
    <w:p>
      <w:r>
        <w:t>43. Сказав это, Он φωνῇ μεγάλῃ ἐκραύγασεν — громко воззвал: «Лазарь, выйди!»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Конкретный вызов по имени перекликается с Пастырем, который «зовёт своих овец по имени» в Ин 10:3. Связь литературно очень естественна, хотя Ин 11 её не объясняет.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10:3</w:t>
      </w:r>
    </w:p>
    <w:p>
      <w:r>
        <w:t>44. Умерший вышел, его ноги и руки были обвязаны κειρίαις — погребальными полосами ткани, — а лицо обёрнуто σουδάριον — платком. Иисус сказал им: «Развяжите его и дайте ему идти».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κειρίαις ... σουδαρίῳ</w:t>
      </w:r>
      <w:r>
        <w:rPr>
          <w:sz w:val="20"/>
        </w:rPr>
        <w:t xml:space="preserve"> [keiriais ... soudariō]</w:t>
      </w:r>
      <w:r>
        <w:rPr>
          <w:sz w:val="20"/>
        </w:rPr>
        <w:br/>
        <w:t>Иоанн использует конкретные погребальные термины. Позже пустая гробница Иисуса также будет описана через погребальные ткани, но Его воскресение будет иного порядка: Он не выходит связанным и не возвращается просто к прежней жизни.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20:5–7</w:t>
      </w:r>
    </w:p>
    <w:p>
      <w:r>
        <w:t>45. Многие иудеи, пришедшие к Марии и увидевшие, что сделал Иисус, поверили в Него.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Как и другие знамения у Иоанна, воскрешение Лазаря вызывает веру у одних и враждебную реакцию у других. Знамение раскрывает, но не принуждает.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11:46</w:t>
      </w:r>
    </w:p>
    <w:p>
      <w:r>
        <w:t>46. Но некоторые из них пошли к фарисеям и рассказали им, что сделал Иисус.</w:t>
      </w:r>
    </w:p>
    <w:p>
      <w:r>
        <w:t>47. Тогда первосвященники и фарисеи собрали συνέδριον — совет, вероятно заседание Синедриона, — и говорили: «Что нам делать? Этот Человек совершает много знамений».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συνέδριον</w:t>
      </w:r>
      <w:r>
        <w:rPr>
          <w:sz w:val="20"/>
        </w:rPr>
        <w:t xml:space="preserve"> [synedrion]</w:t>
      </w:r>
      <w:r>
        <w:rPr>
          <w:sz w:val="20"/>
        </w:rPr>
        <w:br/>
        <w:t>Слово означает совет/собрание и в этом иерусалимском контексте естественно относится к высшему руководящему совету.</w:t>
      </w:r>
    </w:p>
    <w:p>
      <w:r>
        <w:t>48. «Если оставим Его так, все поверят в Него, и придут римляне и заберут καὶ τὸν τόπον καὶ τὸ ἔθνος — и наше место, и наш народ».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τόπον</w:t>
      </w:r>
      <w:r>
        <w:rPr>
          <w:sz w:val="20"/>
        </w:rPr>
        <w:t xml:space="preserve"> [topon]</w:t>
      </w:r>
      <w:r>
        <w:rPr>
          <w:sz w:val="20"/>
        </w:rPr>
        <w:br/>
        <w:t>τόπος буквально «место». Здесь оно может обозначать святой храм/место, политическое положение руководителей или страну; «храм» вероятен, но не единственно возможен.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Страх перед римским вмешательством исторически понятен: мессианское движение могло восприниматься властями как политическая угроза.</w:t>
      </w:r>
    </w:p>
    <w:p>
      <w:r>
        <w:t>49. Один из них, Каиафа, ἀρχιερεὺς ὢν τοῦ ἐνιαυτοῦ ἐκείνου — бывший первосвященником в тот решающий год, — сказал: «Вы ничего не знаете».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Фраза «первосвященник того года» не означает, что должность менялась ежегодно. Каиафа занимал её много лет; Иоанн подчёркивает именно судьбоносный год смерти Иисуса.</w:t>
      </w:r>
    </w:p>
    <w:p>
      <w:r>
        <w:t>50. «и не понимаете, что συμφέρει ὑμῖν — вам выгоднее/лучше, — чтобы один человек умер ὑπὲρ τοῦ λαοῦ — за народ, — чем чтобы погиб весь народ».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συμφέρει</w:t>
      </w:r>
      <w:r>
        <w:rPr>
          <w:sz w:val="20"/>
        </w:rPr>
        <w:t xml:space="preserve"> [sympherei]</w:t>
      </w:r>
      <w:r>
        <w:rPr>
          <w:sz w:val="20"/>
        </w:rPr>
        <w:br/>
        <w:t>Глагол означает быть полезным, выгодным, целесообразным. Каиафа говорит политически прагматично; рассказчик слышит в его словах более глубокий смысл.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ὑπὲρ τοῦ λαοῦ</w:t>
      </w:r>
      <w:r>
        <w:rPr>
          <w:sz w:val="20"/>
        </w:rPr>
        <w:t xml:space="preserve"> [hyper tou laou]</w:t>
      </w:r>
      <w:r>
        <w:rPr>
          <w:sz w:val="20"/>
        </w:rPr>
        <w:br/>
        <w:t>ὑπέρ — «за/ради». Каиафа имеет в виду политическую замену одного многими, а Иоанн превращает формулу в невольное пророчество о заместительной смерти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11:51</w:t>
      </w:r>
    </w:p>
    <w:p>
      <w:r>
        <w:t>51. Он сказал это не ἀφ’ ἑαυτοῦ — не от самого себя: будучи первосвященником в тот год, он невольно пророчествовал, что Иисусу предстоит умереть за народ,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Иоанн различает намерение говорящего и Божий смысл его слов: Каиафа предлагает политическое устранение, но его формула становится пророческой сверх собственного понимания.</w:t>
      </w:r>
    </w:p>
    <w:p>
      <w:r>
        <w:t>52. «и не только за народ, но и чтобы τὰ τέκνα τοῦ θεοῦ τὰ διεσκορπισμένα — рассеянных детей Божьих — συναγάγῃ εἰς ἕν, собрать воедино».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συναγάγῃ εἰς ἕν</w:t>
      </w:r>
      <w:r>
        <w:rPr>
          <w:sz w:val="20"/>
        </w:rPr>
        <w:t xml:space="preserve"> [synagagē eis hen]</w:t>
      </w:r>
      <w:r>
        <w:rPr>
          <w:sz w:val="20"/>
        </w:rPr>
        <w:br/>
        <w:t>«Собрать в одно» перекликается с Ин 10:16: «одно стадо, один Пастырь». Смерть Иисуса становится основанием собирания более широкого народа Божьего.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10:16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«Рассеянные дети Божьи» смотрят за пределы одной локальной группы и естественно включают будущих верующих из народов.</w:t>
      </w:r>
    </w:p>
    <w:p>
      <w:r>
        <w:t>53. С того дня они ἐβουλεύσαντο — приняли решение/стали совещаться, как — убить Его.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Воскрешение Лазаря парадоксально становится непосредственным катализатором официального решения о смерти Иисуса: дар жизни одному ведёт к смертному приговору Дающему жизнь.</w:t>
      </w:r>
    </w:p>
    <w:p>
      <w:r>
        <w:t>54. Поэтому Иисус больше не ходил παρρησίᾳ — открыто — среди иудеев, а ушёл оттуда в местность близ пустыни, в город Ефраим, и ἔμεινεν — оставался, пребывал — там с учениками.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παρρησίᾳ</w:t>
      </w:r>
      <w:r>
        <w:rPr>
          <w:sz w:val="20"/>
        </w:rPr>
        <w:t xml:space="preserve"> [parrēsia]</w:t>
      </w:r>
      <w:r>
        <w:rPr>
          <w:sz w:val="20"/>
        </w:rPr>
        <w:br/>
        <w:t>Снова «открыто/публично»: после официального решения убить Его Иисус прекращает открытую деятельность до назначенного времени.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ἔμεινεν</w:t>
      </w:r>
      <w:r>
        <w:rPr>
          <w:sz w:val="20"/>
        </w:rPr>
        <w:t xml:space="preserve"> [emeinen]</w:t>
      </w:r>
      <w:r>
        <w:rPr>
          <w:sz w:val="20"/>
        </w:rPr>
        <w:br/>
        <w:t>Снова μένω — Иисус пребывает с учениками в Ефраиме перед последней Пасхой.</w:t>
      </w:r>
    </w:p>
    <w:p>
      <w:r>
        <w:t>55. Приближалась иудейская Пасха, и многие из той местности перед Пасхой пошли в Иерусалим, чтобы ἁγνίσωσιν ἑαυτούς — ритуально очиститься.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ἁγνίσωσιν</w:t>
      </w:r>
      <w:r>
        <w:rPr>
          <w:sz w:val="20"/>
        </w:rPr>
        <w:t xml:space="preserve"> [hagnisōsin]</w:t>
      </w:r>
      <w:r>
        <w:rPr>
          <w:sz w:val="20"/>
        </w:rPr>
        <w:br/>
        <w:t>Глагол означает очищать/освящать себя, здесь в контексте ритуальной подготовки к празднику.</w:t>
      </w:r>
    </w:p>
    <w:p>
      <w:r>
        <w:t>56. Они искали Иисуса и, стоя в храме, говорили друг другу: «Как вы думаете? Неужели Он не придёт на праздник?»</w:t>
      </w:r>
    </w:p>
    <w:p>
      <w:r>
        <w:t>57. А первосвященники и фарисеи уже дали приказ: если кто узнает, где Он, должен сообщить, чтобы они схватили Его.</w:t>
      </w:r>
    </w:p>
    <w:p>
      <w:pPr>
        <w:pStyle w:val="Heading2"/>
      </w:pPr>
      <w:r>
        <w:t>Глава 12</w:t>
      </w:r>
    </w:p>
    <w:p>
      <w:r>
        <w:t>1. За шесть дней до Пасхи Иисус пришёл в Вифанию, где был Лазарь, которого Иисус воскресил из мёртвых.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Указание «за шесть дней до Пасхи» запускает точный отсчёт к последней Пасхе Иисуса и связывает сцену с приближающимся «часом».</w:t>
      </w:r>
    </w:p>
    <w:p>
      <w:r>
        <w:t>2. Там приготовили для Него ужин. Марфа διηκόνει — служила, — а Лазарь был одним из возлежавших с Ним.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διηκόνει</w:t>
      </w:r>
      <w:r>
        <w:rPr>
          <w:sz w:val="20"/>
        </w:rPr>
        <w:t xml:space="preserve"> [diēkonei]</w:t>
      </w:r>
      <w:r>
        <w:rPr>
          <w:sz w:val="20"/>
        </w:rPr>
        <w:br/>
        <w:t>Глагол διακονέω означает служить, обслуживать, прислуживать. Здесь он описывает реальное служение Марфы за трапезой.</w:t>
      </w:r>
    </w:p>
    <w:p>
      <w:r>
        <w:t>3. Мария взяла λίτρα — около римской литры — очень дорогого чистого нардового мира, помазала ноги Иисуса и вытерла их своими волосами; дом наполнился ароматом мира.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λίτραν μύρου νάρδου πιστικῆς</w:t>
      </w:r>
      <w:r>
        <w:rPr>
          <w:sz w:val="20"/>
        </w:rPr>
        <w:t xml:space="preserve"> [litran myrou nardou pistikēs]</w:t>
      </w:r>
      <w:r>
        <w:rPr>
          <w:sz w:val="20"/>
        </w:rPr>
        <w:br/>
        <w:t>Речь идёт о большой массе дорогого ароматического масла. πιστική обычно понимают как «чистая/подлинная», хотя точный оттенок слова обсуждается.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Помазание ног и аромат, наполняющий дом, становятся одновременно актом любви, царского почитания и предвосхищением погребения, что Иисус объяснит в 12:7.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12:7</w:t>
      </w:r>
    </w:p>
    <w:p>
      <w:r>
        <w:t>4. Иуда Искариот, один из Его учеников, который собирался предать Его, сказал:</w:t>
      </w:r>
    </w:p>
    <w:p>
      <w:r>
        <w:t>5. «Почему это миро не продали за триста динариев [примерно годовой заработок работника] и не раздали деньги бедным?»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τριακοσίων δηναρίων</w:t>
      </w:r>
      <w:r>
        <w:rPr>
          <w:sz w:val="20"/>
        </w:rPr>
        <w:t xml:space="preserve"> [triakosiōn dēnariōn]</w:t>
      </w:r>
      <w:r>
        <w:rPr>
          <w:sz w:val="20"/>
        </w:rPr>
        <w:br/>
        <w:t>Триста динариев — огромная сумма; если ориентироваться на дневную плату работника, это около года труда с учётом нерабочих дней.</w:t>
      </w:r>
      <w:r>
        <w:rPr>
          <w:i/>
          <w:sz w:val="20"/>
        </w:rPr>
        <w:br/>
        <w:t xml:space="preserve">См.: </w:t>
      </w:r>
      <w:r>
        <w:rPr>
          <w:sz w:val="20"/>
        </w:rPr>
        <w:t>Мф 20:2</w:t>
      </w:r>
    </w:p>
    <w:p>
      <w:r>
        <w:t>6. Он сказал это не потому, что заботился о бедных, а потому что был вором: у него был денежный ящик, и он брал то, что туда клали.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Рассказчик раскрывает мотив Иуды заранее. Это характерная иоанновская драматическая ирония: читатель знает больше участников сцены.</w:t>
      </w:r>
    </w:p>
    <w:p>
      <w:r>
        <w:t>7. Иисус сказал: «Оставь её; пусть она сохранит это εἰς τὴν ἡμέραν τοῦ ἐνταφιασμοῦ μου — ко дню Моего погребения».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ἐνταφιασμός</w:t>
      </w:r>
      <w:r>
        <w:rPr>
          <w:sz w:val="20"/>
        </w:rPr>
        <w:t xml:space="preserve"> [entaphiasmos]</w:t>
      </w:r>
      <w:r>
        <w:rPr>
          <w:sz w:val="20"/>
        </w:rPr>
        <w:br/>
        <w:t>Слово связано с подготовкой к погребению. Иисус интерпретирует поступок Марии в свете Своей близкой смерти.</w:t>
      </w:r>
    </w:p>
    <w:p>
      <w:r>
        <w:t>8. «Бедные всегда с вами, а Я не всегда с вами».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Фраза отзывается Втор 15:11 «бедные всегда будут в земле». В контексте Торы это не отмена заботы о бедных, а как раз основание щедрости к ним; Иисус подчёркивает уникальность момента Своего присутствия.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15:11</w:t>
      </w:r>
    </w:p>
    <w:p>
      <w:r>
        <w:t>9. Множество иудеев узнало, что Иисус там, и пришло не только ради Иисуса, но и чтобы увидеть Лазаря, которого Он воскресил из мёртвых.</w:t>
      </w:r>
    </w:p>
    <w:p>
      <w:r>
        <w:t>10. А первосвященники решили убить и Лазаря,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Решение убить Лазаря показывает крайность реакции: живой свидетель знамения становится угрозой, которую хотят устранить вместе с Иисусом.</w:t>
      </w:r>
    </w:p>
    <w:p>
      <w:r>
        <w:t>11. потому что из-за него многие иудеи ὑπῆγον — отходили от прежней позиции — и верили в Иисуса.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ὑπῆγον</w:t>
      </w:r>
      <w:r>
        <w:rPr>
          <w:sz w:val="20"/>
        </w:rPr>
        <w:t xml:space="preserve"> [hypēgon]</w:t>
      </w:r>
      <w:r>
        <w:rPr>
          <w:sz w:val="20"/>
        </w:rPr>
        <w:br/>
        <w:t>Глагол буквально означает уходить/отходить. Здесь он описывает людей, которые уходят от прежнего круга влияния и переходят к вере в Иисуса.</w:t>
      </w:r>
    </w:p>
    <w:p>
      <w:r>
        <w:t>12. На следующий день множество народа, пришедшего на праздник, услышало, что Иисус идёт в Иерусалим.</w:t>
      </w:r>
    </w:p>
    <w:p>
      <w:r>
        <w:t>13. Они взяли пальмовые ветви, вышли Ему навстречу и кричали: «Ὡσαννά — Осанна, “спаси же!” Благословен Грядущий во имя Господа — Царь Израиля!»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Ὡσαννά ... εὐλογημένος ὁ ἐρχόμενος ἐν ὀνόματι κυρίου</w:t>
      </w:r>
      <w:r>
        <w:rPr>
          <w:sz w:val="20"/>
        </w:rPr>
        <w:t xml:space="preserve"> [Hōsanna ... eulogēmenos ho erchomenos en onomati kyriou]</w:t>
      </w:r>
      <w:r>
        <w:rPr>
          <w:sz w:val="20"/>
        </w:rPr>
        <w:br/>
        <w:t>Фраза основана на Пс 117:25–26 LXX / 118:25–26 MT. «Осанна» восходит к просьбе «спаси же!», а в праздничном употреблении стала и восклицанием хвалы.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118:25–26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Пальмовые ветви могли иметь празднично-национальный оттенок и использоваться как символ победы. Толпа явно слышит вход Иисуса в царских категориях.</w:t>
      </w:r>
    </w:p>
    <w:p>
      <w:r>
        <w:t>14. Иисус нашёл молодого осла и сел на него, как написано:</w:t>
      </w:r>
    </w:p>
    <w:p>
      <w:r>
        <w:t>15. «Не бойся, дочь Сиона! Вот, твой Царь идёт, сидя на ослёнке».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Иоанн свободно передаёт Зах 9:9, где царский образ соединён со смиренным въездом на осле. Он не копирует весь стих, а выбирает элементы, нужные для сцены.</w:t>
      </w:r>
      <w:r>
        <w:rPr>
          <w:i/>
          <w:sz w:val="20"/>
        </w:rPr>
        <w:br/>
        <w:t xml:space="preserve">См.: </w:t>
      </w:r>
      <w:r>
        <w:rPr>
          <w:sz w:val="20"/>
        </w:rPr>
        <w:t>Зах 9:9</w:t>
      </w:r>
    </w:p>
    <w:p>
      <w:r>
        <w:t>16. Сначала Его ученики этого не поняли, но когда Иисус был ἐδοξάσθη — прославлен, — тогда вспомнили, что это было написано о Нём и что именно так с Ним поступили.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Иоанн снова показывает ретроспективное понимание учеников: смысл Писания и событий открывается после прославления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2:22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ἐδοξάσθη</w:t>
      </w:r>
      <w:r>
        <w:rPr>
          <w:sz w:val="20"/>
        </w:rPr>
        <w:t xml:space="preserve"> [edoxasthē]</w:t>
      </w:r>
      <w:r>
        <w:rPr>
          <w:sz w:val="20"/>
        </w:rPr>
        <w:br/>
        <w:t>«Прославление» у Иоанна включает крест, воскресение и возвращение к Отцу; это не только посмертная честь.</w:t>
      </w:r>
    </w:p>
    <w:p>
      <w:r>
        <w:t>17. Народ, бывший с Ним, свидетельствовал о том, как Он вызвал Лазаря из гробницы и воскресил его из мёртвых.</w:t>
      </w:r>
    </w:p>
    <w:p>
      <w:r>
        <w:t>18. Поэтому народ и вышел Ему навстречу: люди услышали, что Он совершил это знамение.</w:t>
      </w:r>
    </w:p>
    <w:p>
      <w:r>
        <w:t>19. Фарисеи говорили друг другу: «Видите, вы ничего не можете сделать. Вот, ὁ κόσμος ὀπίσω αὐτοῦ ἀπῆλθεν — весь мир пошёл за Ним».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Это гиперболическое раздражённое высказывание фарисеев, но следующий эпизод с греками делает его иронически пророческим: действительно начинают приходить люди за пределами Израиля.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12:20–21</w:t>
      </w:r>
    </w:p>
    <w:p>
      <w:r>
        <w:t>20. Среди пришедших поклониться на праздник были некоторые Ἕλληνες — греки, вероятно неиудеи, почитавшие Бога Израиля.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Ἕλληνες</w:t>
      </w:r>
      <w:r>
        <w:rPr>
          <w:sz w:val="20"/>
        </w:rPr>
        <w:t xml:space="preserve"> [Hellēnes]</w:t>
      </w:r>
      <w:r>
        <w:rPr>
          <w:sz w:val="20"/>
        </w:rPr>
        <w:br/>
        <w:t>В иоанновском контексте это, вероятно, этнические греки/неиудеи, пришедшие поклониться на праздник, а не просто греко-язычные иудеи. Их появление знаменует расширение горизонта.</w:t>
      </w:r>
    </w:p>
    <w:p>
      <w:r>
        <w:t>21. Они подошли к Филиппу, который был из Вифсаиды Галилейской, и просили: «Господин, θέλομεν τὸν Ἰησοῦν ἰδεῖν — мы хотим увидеть Иисуса».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«Увидеть» у Иоанна часто означает больше, чем физически посмотреть. Просьба греков запускает ответ Иисуса о наступившем часе и смерти зерна.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12:23–24</w:t>
      </w:r>
    </w:p>
    <w:p>
      <w:r>
        <w:t>22. Филипп идёт и говорит Андрею; Андрей и Филипп идут и говорят Иисусу.</w:t>
      </w:r>
    </w:p>
    <w:p>
      <w:r>
        <w:t>23. Иисус ответил им: «ἐλήλυθεν ἡ ὥρα — пришёл час — прославиться Сыну Человеческому».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Ранее «час ещё не пришёл»; теперь он пришёл именно тогда, когда представители народов ищут Иисуса. Прославление и всемирный плод связываются со смертью.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7:30, Ин 8:20, Ин 12:32</w:t>
      </w:r>
    </w:p>
    <w:p>
      <w:r>
        <w:t>24. «Аминь, аминь говорю вам: если κόκκος τοῦ σίτου — зерно пшеницы — упав в землю не умрёт, оно остаётся μόνος, одно; а если умрёт, приносит πολύς καρπός — много плода».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Образ объясняет логику смерти Иисуса: смерть не провал миссии, а путь к множественному плоду.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Приход греков в 12:20–23 и «много плода» в 12:24 стоят рядом: плод смерти Иисуса будет шире одной исходной группы.</w:t>
      </w:r>
    </w:p>
    <w:p>
      <w:r>
        <w:t>25. «Любящий свою ψυχή — жизнь, самого себя как живое существо — теряет её, а ненавидящий свою жизнь в этом мире сохранит её для вечной жизни».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μισῶν τὴν ψυχὴν αὐτοῦ</w:t>
      </w:r>
      <w:r>
        <w:rPr>
          <w:sz w:val="20"/>
        </w:rPr>
        <w:t xml:space="preserve"> [misōn tēn psychēn autou]</w:t>
      </w:r>
      <w:r>
        <w:rPr>
          <w:sz w:val="20"/>
        </w:rPr>
        <w:br/>
        <w:t>«Ненавидеть свою жизнь» — семитизированный резкий контраст приоритетов: не самоненависть, а отказ сделать сохранение собственной жизни высшей ценностью.</w:t>
      </w:r>
    </w:p>
    <w:p>
      <w:r>
        <w:t>26. «Кто Мне διακονεῖ — служит, — пусть следует за Мной; и где Я, там будет и Мой διάκονος — служитель. Кто Мне служит, того τιμήσει — почтит — Отец».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διακονῇ ... διάκονος</w:t>
      </w:r>
      <w:r>
        <w:rPr>
          <w:sz w:val="20"/>
        </w:rPr>
        <w:t xml:space="preserve"> [diakonē ... diakonos]</w:t>
      </w:r>
      <w:r>
        <w:rPr>
          <w:sz w:val="20"/>
        </w:rPr>
        <w:br/>
        <w:t>Глагол «служить» и существительное «служитель» образуют одно словообразовательное поле. Ученичество определяется следованием по пути Иисуса.</w:t>
      </w:r>
    </w:p>
    <w:p>
      <w:r>
        <w:t>27. «Теперь Моя ψυχή — душа, внутренняя жизнь — τετάρακται, глубоко взволнована. И что Мне сказать? “Отец, спаси Меня от этого часа”? Но ради этого Я и пришёл к этому часу».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τετάρακται</w:t>
      </w:r>
      <w:r>
        <w:rPr>
          <w:sz w:val="20"/>
        </w:rPr>
        <w:t xml:space="preserve"> [tetaraktai]</w:t>
      </w:r>
      <w:r>
        <w:rPr>
          <w:sz w:val="20"/>
        </w:rPr>
        <w:br/>
        <w:t>Перфект ταράσσω: «взволновалась и остаётся в состоянии волнения». Тот же корень звучал при смерти Лазаря.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11:33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У Иоанна нет синоптической сцены Гефсимании в той же форме, но этот стих показывает реальное внутреннее потрясение Иисуса перед «часом».</w:t>
      </w:r>
    </w:p>
    <w:p>
      <w:r>
        <w:t>28. «Отец, δόξασόν σου τὸ ὄνομα — прославь Своё имя!» Тогда с неба раздался голос: «И прославил, и снова прославлю».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Прославление имени Отца и прославление Сына не конкурируют: у Иоанна крест и последующее возвышение Сына раскрывают славу Отца.</w:t>
      </w:r>
    </w:p>
    <w:p>
      <w:r>
        <w:t>29. Народ, стоявший там и услышавший голос, говорил, что прогремел гром; другие говорили: «Ангел говорил с Ним».</w:t>
      </w:r>
    </w:p>
    <w:p>
      <w:r>
        <w:t>30. Иисус ответил: «Не ради Меня был этот голос, а ради вас.</w:t>
      </w:r>
    </w:p>
    <w:p>
      <w:r>
        <w:t>31. «Теперь κρίσις — суд, вынесение решения — этому миру; теперь ὁ ἄρχων τοῦ κόσμου τούτου — правитель этого мира — будет изгнан вон».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Крест одновременно судит мир и поражает его «правителя». У Иоанна поражение зла происходит парадоксально через кажущуюся победу над Иисусом.</w:t>
      </w:r>
    </w:p>
    <w:p>
      <w:r>
        <w:t>32. «И Я, когда ὑψωθῶ ἐκ τῆς γῆς — буду поднят и возвышен от земли, — ἑλκύσω πάντας πρὸς ἐμαυτόν — привлеку всех к Себе».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ὑψωθῶ</w:t>
      </w:r>
      <w:r>
        <w:rPr>
          <w:sz w:val="20"/>
        </w:rPr>
        <w:t xml:space="preserve"> [hypsōthō]</w:t>
      </w:r>
      <w:r>
        <w:rPr>
          <w:sz w:val="20"/>
        </w:rPr>
        <w:br/>
        <w:t>Как в 3:14 и 8:28, ὑψόω означает и физически поднять, и возвысить. Иоанн объединяет крест и прославление.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3:14, Ин 8:28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ἑλκύσω</w:t>
      </w:r>
      <w:r>
        <w:rPr>
          <w:sz w:val="20"/>
        </w:rPr>
        <w:t xml:space="preserve"> [helkysō]</w:t>
      </w:r>
      <w:r>
        <w:rPr>
          <w:sz w:val="20"/>
        </w:rPr>
        <w:br/>
        <w:t>Тот же ἕλκω «привлечь/потянуть», что в 6:44. Здесь субъект — Сам Иисус, а объект — πάντας «всех». Контекст появления греков делает универсальный горизонт особенно заметным.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6:44, Ин 12:20</w:t>
      </w:r>
    </w:p>
    <w:p>
      <w:r>
        <w:t>33. Он говорил это, σημαίνων — обозначая, показывая, — какой смертью Ему предстоит умереть.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Рассказчик сам объясняет: «поднятие» прежде всего указывает на способ смерти Иисуса, а не только на абстрактное возвышение.</w:t>
      </w:r>
    </w:p>
    <w:p>
      <w:r>
        <w:t>34. Народ ответил: «Мы слышали из Закона, что Христос μένει εἰς τὸν αἰῶνα — пребывает вовек. Как же Ты говоришь, что Сын Человеческий должен быть поднят? Кто этот Сын Человеческий?»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μένει</w:t>
      </w:r>
      <w:r>
        <w:rPr>
          <w:sz w:val="20"/>
        </w:rPr>
        <w:t xml:space="preserve"> [menei]</w:t>
      </w:r>
      <w:r>
        <w:rPr>
          <w:sz w:val="20"/>
        </w:rPr>
        <w:br/>
        <w:t>Снова μένω — «пребывает». Толпа видит напряжение между ожидаемым вечным царством Мессии и словами о смерти/поднятии Сына Человеческого.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Ожидание вечного пребывания Мессии может опираться на ряд текстов о вечном Давидовом царстве и власти, а не на одну конкретную цитату.</w:t>
      </w:r>
      <w:r>
        <w:rPr>
          <w:i/>
          <w:sz w:val="20"/>
        </w:rPr>
        <w:br/>
        <w:t xml:space="preserve">См.: </w:t>
      </w:r>
      <w:r>
        <w:rPr>
          <w:sz w:val="20"/>
        </w:rPr>
        <w:t>2 Цар 7:13, Пс 89:36–37, Дан 7:14</w:t>
      </w:r>
    </w:p>
    <w:p>
      <w:r>
        <w:t>35. Иисус сказал: «Ещё μικρὸν χρόνον — совсем немного времени — Свет среди вас. Ходите, пока у вас есть Свет, чтобы тьма вас не καταλάβῃ — не настигла, не захватила. Кто ходит во тьме, не знает, куда идёт».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καταλάβῃ</w:t>
      </w:r>
      <w:r>
        <w:rPr>
          <w:sz w:val="20"/>
        </w:rPr>
        <w:t xml:space="preserve"> [katalabē]</w:t>
      </w:r>
      <w:r>
        <w:rPr>
          <w:sz w:val="20"/>
        </w:rPr>
        <w:br/>
        <w:t>Тот же глагол καταλαμβάνω, что в Ин 1:5. Здесь оттенок «настичь/захватить» очевиден и помогает услышать более широкий диапазон слова в прологе.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1:5</w:t>
      </w:r>
    </w:p>
    <w:p>
      <w:r>
        <w:t>36. «Пока у вас есть Свет, верьте в Свет, чтобы стать υἱοὶ φωτός — сынами Света». Сказав это, Иисус ушёл и скрылся от них.</w:t>
      </w:r>
    </w:p>
    <w:p>
      <w:pPr>
        <w:ind w:left="360"/>
      </w:pPr>
      <w:r>
        <w:rPr>
          <w:b/>
          <w:sz w:val="20"/>
        </w:rPr>
        <w:t>Семитизм</w:t>
      </w:r>
      <w:r>
        <w:rPr>
          <w:i/>
          <w:sz w:val="20"/>
        </w:rPr>
        <w:t xml:space="preserve"> υἱοὶ φωτός</w:t>
      </w:r>
      <w:r>
        <w:rPr>
          <w:sz w:val="20"/>
        </w:rPr>
        <w:t xml:space="preserve"> [huioi phōtos]</w:t>
      </w:r>
      <w:r>
        <w:rPr>
          <w:sz w:val="20"/>
        </w:rPr>
        <w:br/>
        <w:t>«Сыны Света» — семитизированное выражение принадлежности и характера: люди, определяемые Светом.</w:t>
      </w:r>
    </w:p>
    <w:p>
      <w:r>
        <w:t>37. Хотя Он совершил перед ними столько знамений, они не верили в Него,</w:t>
      </w:r>
    </w:p>
    <w:p>
      <w:r>
        <w:t>38. чтобы исполнилось слово пророка Исаии: «Господи, кто ἐπίστευσεν τῇ ἀκοῇ ἡμῶν — поверил услышанному/вестью от нас? И кому открылась рука Господа?»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Цитата Ис 53:1 по греческой форме. Она открывает раздел о страдающем Служителе и у Иоанна объясняет парадокс неверия несмотря на знамения.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53:1</w:t>
      </w:r>
    </w:p>
    <w:p>
      <w:r>
        <w:t>39. Поэтому они не могли верить, потому что Исаия также сказал: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«Не могли верить» в 12:39 стоит в напряжении с призывами верить по всему Евангелию. Иоанн читает упорное неверие через пророческий язык суда и ожесточения.</w:t>
      </w:r>
    </w:p>
    <w:p>
      <w:r>
        <w:t>40. «Он ослепил их глаза и ἐπώρωσεν — ожесточил, сделал нечувствительным — их сердце, чтобы они не увидели глазами, не поняли сердцем, не обратились — и Я исцелю их».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Цитата основана на Ис 6:10, но форма отличается от еврейской и греческой традиций в деталях. Иоанн применяет видение Исаии к тайне неверия перед Иисусом.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6:10</w:t>
      </w:r>
    </w:p>
    <w:p>
      <w:r>
        <w:t>41. Исаия сказал это, потому что εἶδεν τὴν δόξαν αὐτοῦ — увидел Его славу — и говорил о Нём.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Ближайший контекст цитаты — видение Господа в Ис 6. Иоанн утверждает, что Исаия увидел «Его славу» в связи с Иисусом, что создаёт чрезвычайно сильную христологическую связь.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6:1–5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sz w:val="20"/>
        </w:rPr>
        <w:br/>
        <w:t>Местоимение «Его» по контексту повествования естественно относится к Иисусу; Иоанн не вводит нового референта между 12:37 и 12:41.</w:t>
      </w:r>
    </w:p>
    <w:p>
      <w:r>
        <w:t>42. Впрочем, даже многие из начальников поверили в Него, но из-за фарисеев не ὡμολόγουν — не признавали этого открыто, — чтобы их не сделали ἀποσυνάγωγοι — исключёнными из синагоги.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ὁμολογέω</w:t>
      </w:r>
      <w:r>
        <w:rPr>
          <w:sz w:val="20"/>
        </w:rPr>
        <w:t xml:space="preserve"> [homologeō]</w:t>
      </w:r>
      <w:r>
        <w:rPr>
          <w:sz w:val="20"/>
        </w:rPr>
        <w:br/>
        <w:t>ὁμολογέω — признавать, исповедовать открыто. Иоанн различает внутреннюю веру и публичное исповедание.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ἀποσυνάγωγος</w:t>
      </w:r>
      <w:r>
        <w:rPr>
          <w:sz w:val="20"/>
        </w:rPr>
        <w:t xml:space="preserve"> [aposynagōgos]</w:t>
      </w:r>
      <w:r>
        <w:rPr>
          <w:sz w:val="20"/>
        </w:rPr>
        <w:br/>
        <w:t>То же редкое слово «вне синагоги», что в Ин 9:22. Страх социального исключения удерживает даже часть руководителей от открытого признания.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9:22, Ин 16:2</w:t>
      </w:r>
    </w:p>
    <w:p>
      <w:r>
        <w:t>43. Потому что они ἠγάπησαν — возлюбили — δόξαν τῶν ἀνθρώπων, человеческую славу/одобрение, больше δόξαν τοῦ θεοῦ — славы Божьей.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sz w:val="20"/>
        </w:rPr>
        <w:br/>
        <w:t>Один и тот же δόξα используется для человеческого признания и Божьей славы. Проблема — не желание добра, а неправильный объект высшей ценности.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5:44</w:t>
      </w:r>
    </w:p>
    <w:p>
      <w:r>
        <w:t>44. Иисус громко сказал: «Верующий в Меня верит не в Меня, а в Пославшего Меня.</w:t>
      </w:r>
    </w:p>
    <w:p>
      <w:r>
        <w:t>45. И видящий Меня видит Пославшего Меня.</w:t>
      </w:r>
    </w:p>
    <w:p>
      <w:r>
        <w:t>46. «Я пришёл в мир как Свет, чтобы каждый верующий в Меня μὴ μείνῃ ἐν τῇ σκοτίᾳ — не оставался, не пребывал во тьме».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μείνῃ</w:t>
      </w:r>
      <w:r>
        <w:rPr>
          <w:sz w:val="20"/>
        </w:rPr>
        <w:t xml:space="preserve"> [meinē]</w:t>
      </w:r>
      <w:r>
        <w:rPr>
          <w:sz w:val="20"/>
        </w:rPr>
        <w:br/>
        <w:t>Снова μένω. Вера выводит человека из состояния «пребывания во тьме».</w:t>
      </w:r>
    </w:p>
    <w:p>
      <w:r>
        <w:t>47. «Если кто услышит Мои слова и не сохранит их, Я его не сужу сейчас, потому что пришёл не судить мир, а спасти мир».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Это не отменяет суда вообще: уже следующий стих говорит о слове как судье в последний день. Здесь различается цель первого пришествия и окончательная функция слова.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12:48</w:t>
      </w:r>
    </w:p>
    <w:p>
      <w:r>
        <w:t>48. «Отвергающий Меня и не принимающий Моих ῥήματα — слов, высказываний — имеет судью: λόγος, слово, которое Я сказал, будет судить его в последний день».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ῥήματά ... ὁ λόγος</w:t>
      </w:r>
      <w:r>
        <w:rPr>
          <w:sz w:val="20"/>
        </w:rPr>
        <w:t xml:space="preserve"> [rhēmata ... ho logos]</w:t>
      </w:r>
      <w:r>
        <w:rPr>
          <w:sz w:val="20"/>
        </w:rPr>
        <w:br/>
        <w:t>Иоанн использует рядом два слова для речи: отдельные высказывания и «слово/сообщение» как целое. Само откровение, отвергнутое человеком, становится критерием суда.</w:t>
      </w:r>
    </w:p>
    <w:p>
      <w:r>
        <w:t>49. Потому что Я говорил не Сам от Себя, но пославший Меня Отец Сам дал Мне заповедь, что сказать и что говорить.</w:t>
      </w:r>
    </w:p>
    <w:p>
      <w:r>
        <w:t>50. И Я знаю, что Его заповедь — вечная жизнь. Поэтому то, что Я говорю, говорю так, как сказал Мне Отец».</w:t>
      </w:r>
    </w:p>
    <w:p>
      <w:pPr>
        <w:pStyle w:val="Heading2"/>
      </w:pPr>
      <w:r>
        <w:t>Глава 13</w:t>
      </w:r>
    </w:p>
    <w:p>
      <w:r>
        <w:t>1. Перед праздником Пасхи Иисус, зная, что пришёл Его ὥρα — час — перейти из этого мира к Отцу, возлюбив Своих, бывших в мире, εἰς τέλος ἠγάπησεν αὐτούς — возлюбил их до конца и до предела.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εἰς τέλος</w:t>
      </w:r>
      <w:r>
        <w:rPr>
          <w:sz w:val="20"/>
        </w:rPr>
        <w:t xml:space="preserve"> [eis telos]</w:t>
      </w:r>
      <w:r>
        <w:rPr>
          <w:sz w:val="20"/>
        </w:rPr>
        <w:br/>
        <w:t>Выражение может означать «до конца» и «в высшей степени, до предела». В контексте последней трапезы оба оттенка естественно накладываются.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«Час», который раньше ещё не приходил, теперь окончательно наступил. С этой точки повествование входит в прощальные события.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7:30, Ин 12:23</w:t>
      </w:r>
    </w:p>
    <w:p>
      <w:r>
        <w:t>2. Во время ужина, когда дьявол уже вложил в сердце Иуды, сына Симона Искариота, παραδῷ αὐτόν — предать/выдать Его,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παραδιδόναι</w:t>
      </w:r>
      <w:r>
        <w:rPr>
          <w:sz w:val="20"/>
        </w:rPr>
        <w:t xml:space="preserve"> [paradidonai]</w:t>
      </w:r>
      <w:r>
        <w:rPr>
          <w:sz w:val="20"/>
        </w:rPr>
        <w:br/>
        <w:t>παραδίδωμι буквально означает передавать, выдавать, предавать. В страстном повествовании слово становится ключевым для передачи Иисуса в руки врагов.</w:t>
      </w:r>
    </w:p>
    <w:p>
      <w:r>
        <w:t>3. Иисус, зная, что Отец всё дал εἰς τὰς χεῖρας αὐτοῦ — в Его руки, — что Он от Бога вышел и к Богу идёт,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Иоанн намеренно ставит высочайшее сознание власти Иисуса рядом с действием раба, моющего ноги. Величие раскрывается как служение.</w:t>
      </w:r>
    </w:p>
    <w:p>
      <w:r>
        <w:t>4. встал из-за стола, снял τὰ ἱμάτια — верхнюю одежду, — взял λέντιον — полотенце — и обвязался им.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Снятие верхней одежды и полотенце на поясе визуально помещают Иисуса в роль слуги, выполняющего низкую домашнюю работу.</w:t>
      </w:r>
    </w:p>
    <w:p>
      <w:r>
        <w:t>5. Потом налил воды в таз и начал νίπτειν — омывать — ноги ученикам и вытирать полотенцем, которым был обвязан.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νίπτειν</w:t>
      </w:r>
      <w:r>
        <w:rPr>
          <w:sz w:val="20"/>
        </w:rPr>
        <w:t xml:space="preserve"> [niptein]</w:t>
      </w:r>
      <w:r>
        <w:rPr>
          <w:sz w:val="20"/>
        </w:rPr>
        <w:br/>
        <w:t>νίπτω означает мыть часть тела, в отличие от λούω «омыть всё тело», которое появится в 13:10. Иоанн использует различие намеренно.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13:10</w:t>
      </w:r>
    </w:p>
    <w:p>
      <w:r>
        <w:t>6. Он подошёл к Симону Петру, и тот сказал: «Господи, Ты — мне — моешь ноги?»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Греческий порядок слов подчёркивает контраст «Ты — мне?». Шок Петра связан не с самой процедурой, а с перевёрнутой иерархией ролей.</w:t>
      </w:r>
    </w:p>
    <w:p>
      <w:r>
        <w:t>7. Иисус ответил: «То, что Я делаю, ты сейчас не οἶδας — не понимаешь/не знаешь, — но узнаешь после».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Как в других местах Иоанна, полное понимание действия Иисуса приходит позже, после креста и воскресения.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2:22, Ин 12:16</w:t>
      </w:r>
    </w:p>
    <w:p>
      <w:r>
        <w:t>8. Пётр сказал: «Ты οὐ μὴ νίψῃς μου τοὺς πόδας εἰς τὸν αἰῶνα — никогда, вовек не будешь мыть мне ноги!» Иисус ответил: «Если не умою тебя, ты не имеешь μέρος — доли, участия — со Мной».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οὐ μὴ ... εἰς τὸν αἰῶνα</w:t>
      </w:r>
      <w:r>
        <w:rPr>
          <w:sz w:val="20"/>
        </w:rPr>
        <w:t xml:space="preserve"> [ou mē ... eis ton aiōna]</w:t>
      </w:r>
      <w:r>
        <w:rPr>
          <w:sz w:val="20"/>
        </w:rPr>
        <w:br/>
        <w:t>Сильное отрицание: Пётр категорически отвергает омовение.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μέρος</w:t>
      </w:r>
      <w:r>
        <w:rPr>
          <w:sz w:val="20"/>
        </w:rPr>
        <w:t xml:space="preserve"> [meros]</w:t>
      </w:r>
      <w:r>
        <w:rPr>
          <w:sz w:val="20"/>
        </w:rPr>
        <w:br/>
        <w:t>μέρος — часть, доля, участие. Ответ Иисуса поднимает омовение выше обычной вежливости: принять Его служение необходимо для принадлежности к Нему.</w:t>
      </w:r>
    </w:p>
    <w:p>
      <w:r>
        <w:t>9. Симон Пётр сказал: «Господи, тогда не только ноги, но и руки, и голову!»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Пётр снова понимает образ максимально буквально: если часть с Иисусом зависит от омовения, он хочет омыть всё тело. Иисус в следующем стихе уточняет образ.</w:t>
      </w:r>
    </w:p>
    <w:p>
      <w:r>
        <w:t>10. Иисус ответил: «Ὁ λελουμένος — уже полностью омывшемуся — нужно νίψασθαι только ноги; он весь καθαρός — чист. И вы чисты, но не все».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λελουμένος ... νίψασθαι</w:t>
      </w:r>
      <w:r>
        <w:rPr>
          <w:sz w:val="20"/>
        </w:rPr>
        <w:t xml:space="preserve"> [leloumenos ... nipsasthai]</w:t>
      </w:r>
      <w:r>
        <w:rPr>
          <w:sz w:val="20"/>
        </w:rPr>
        <w:br/>
        <w:t>λούω обозначает полное омовение тела, νίπτω — омовение части тела. Русский «омыть/вымыть» легко стирает это различие.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καθαρός</w:t>
      </w:r>
      <w:r>
        <w:rPr>
          <w:sz w:val="20"/>
        </w:rPr>
        <w:t xml:space="preserve"> [katharos]</w:t>
      </w:r>
      <w:r>
        <w:rPr>
          <w:sz w:val="20"/>
        </w:rPr>
        <w:br/>
        <w:t>«Чист» здесь уже выходит за пределы физической гигиены: 13:11 связывает нечистоту с предателем.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Фраза «кроме/только ноги» имеет текстовую вариативность. WGT-T/WGT-E следуют рабочему критическому чтению проекта и держат вариант отдельно.</w:t>
      </w:r>
    </w:p>
    <w:p>
      <w:r>
        <w:t>11. Он знал τὸν παραδιδόντα αὐτόν — того, кто предаёт/выдаёт Его; поэтому и сказал: «Не все вы чисты».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Физическое омовение всех учеников не означает автоматической внутренней чистоты. Иуда присутствует внутри круга и всё же остаётся «не чист».</w:t>
      </w:r>
    </w:p>
    <w:p>
      <w:r>
        <w:t>12. Когда Он омыл им ноги, надел Свою одежду и снова возлёг, Он сказал: «Γινώσκετε — понимаете ли вы — что Я сделал вам?»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После символического действия следует авторитетное толкование Самим Иисусом. Это ограничивает произвольную символизацию сцены.</w:t>
      </w:r>
    </w:p>
    <w:p>
      <w:r>
        <w:t>13. «Вы называете Меня ὁ διδάσκαλος καὶ ὁ κύριος — Учителем и Господом, — и правильно говорите, потому что Я таков».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Иисус не отказывается от Своего статуса, чтобы служить. Наоборот, именно «Господь и Учитель» становится тем, кто моет ноги.</w:t>
      </w:r>
    </w:p>
    <w:p>
      <w:r>
        <w:t>14. «Итак, если Я, Господь и Учитель, омыл вам ноги, то и вы ὀφείλετε — обязаны, должны — омывать ноги друг другу».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ὀφείλετε</w:t>
      </w:r>
      <w:r>
        <w:rPr>
          <w:sz w:val="20"/>
        </w:rPr>
        <w:t xml:space="preserve"> [opheilete]</w:t>
      </w:r>
      <w:r>
        <w:rPr>
          <w:sz w:val="20"/>
        </w:rPr>
        <w:br/>
        <w:t>Глагол означает быть должным, обязанным. Служение друг другу представлено не как факультативная добродетель, а как долг учеников.</w:t>
      </w:r>
    </w:p>
    <w:p>
      <w:r>
        <w:t>15. «Потому что Я дал вам ὑπόδειγμα — образец, пример, — чтобы и вы делали так, как Я сделал вам».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ὑπόδειγμα</w:t>
      </w:r>
      <w:r>
        <w:rPr>
          <w:sz w:val="20"/>
        </w:rPr>
        <w:t xml:space="preserve"> [hypodeigma]</w:t>
      </w:r>
      <w:r>
        <w:rPr>
          <w:sz w:val="20"/>
        </w:rPr>
        <w:br/>
        <w:t>Это образец для подражания. Спор о том, требует ли стих буквального ритуала омовения ног или более широкий принцип служения, не должен стирать очевидное: ученики обязаны повторять модель смиренного служения Иисуса.</w:t>
      </w:r>
    </w:p>
    <w:p>
      <w:r>
        <w:t>16. «Аминь, аминь говорю вам: δοῦλος — раб — не больше своего господина, и ἀπόστολος — посланник — не больше пославшего его».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ἀπόστολος</w:t>
      </w:r>
      <w:r>
        <w:rPr>
          <w:sz w:val="20"/>
        </w:rPr>
        <w:t xml:space="preserve"> [apostolos]</w:t>
      </w:r>
      <w:r>
        <w:rPr>
          <w:sz w:val="20"/>
        </w:rPr>
        <w:br/>
        <w:t>Здесь ἀπόστολος употреблён в базовом значении «посланный/посланник», а не обязательно как технический титул Двенадцати.</w:t>
      </w:r>
    </w:p>
    <w:p>
      <w:r>
        <w:t>17. «Если вы это знаете, μακάριοί ἐστε — блаженны вы, — если исполняете».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Блаженство связано не с одним знанием модели Иисуса, а с её практическим исполнением.</w:t>
      </w:r>
    </w:p>
    <w:p>
      <w:r>
        <w:t>18. «Я говорю не обо всех вас. Я знаю, кого избрал. Но пусть исполнится Писание: “Едящий Мой хлеб ἐπῆρεν ἐπ’ ἐμὲ τὴν πτέρναν αὐτοῦ — поднял на Меня свою пяту”».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Цитата Пс 40:10 LXX / 41:9 MT о предательстве близкого человека за общей трапезой. В контексте Иуды мотив общей еды становится особенно острым.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41:9</w:t>
      </w:r>
    </w:p>
    <w:p>
      <w:r>
        <w:t>19. «Говорю вам теперь, прежде чем это произойдёт, чтобы, когда произойдёт, вы поверили, что ἐγώ εἰμι — Я есть».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ἐγώ εἰμι</w:t>
      </w:r>
      <w:r>
        <w:rPr>
          <w:sz w:val="20"/>
        </w:rPr>
        <w:t xml:space="preserve"> [egō eimi]</w:t>
      </w:r>
      <w:r>
        <w:rPr>
          <w:sz w:val="20"/>
        </w:rPr>
        <w:br/>
        <w:t>Абсолютное «Я есть» вновь оставлено без добавленного сказуемого. Предсказанное исполнение должно укрепить веру в идентичность Иисуса.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Формула снова резонирует с Ис 43:10: «чтобы вы знали и поверили… что Я есть», где предсказание будущего служит доказательством Божьей идентичности.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43:10, Ин 8:24</w:t>
      </w:r>
    </w:p>
    <w:p>
      <w:r>
        <w:t>20. «Аминь, аминь говорю вам: кто принимает того, кого Я πέμψω — пошлю, — принимает Меня; а кто принимает Меня, принимает Пославшего Меня».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Цепочка посланничества Отец → Сын → посланный ученик даёт миссии учеников производный авторитет: принимать посланника значит принимать Пославшего через него.</w:t>
      </w:r>
    </w:p>
    <w:p>
      <w:r>
        <w:t>21. Сказав это, Иисус ἐταράχθη τῷ πνεύματι — глубоко взволновался духом — и засвидетельствовал: «Аминь, аминь говорю вам: один из вас παραδώσει με — предаст/выдаст Меня».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ἐταράχθη</w:t>
      </w:r>
      <w:r>
        <w:rPr>
          <w:sz w:val="20"/>
        </w:rPr>
        <w:t xml:space="preserve"> [etarachthē]</w:t>
      </w:r>
      <w:r>
        <w:rPr>
          <w:sz w:val="20"/>
        </w:rPr>
        <w:br/>
        <w:t>Тот же корень ταράσσω описывал внутреннее потрясение Иисуса у гробницы Лазаря и перед наступающим часом. Предательство не изображено как эмоционально безразличное событие.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11:33, Ин 12:27</w:t>
      </w:r>
    </w:p>
    <w:p>
      <w:r>
        <w:t>22. Ученики смотрели друг на друга, недоумевая, о ком Он говорит.</w:t>
      </w:r>
    </w:p>
    <w:p>
      <w:r>
        <w:t>23. Один из Его учеников, которого ἠγάπα ὁ Ἰησοῦς — любил Иисус, — возлежал ἐν τῷ κόλπῳ τοῦ Ἰησοῦ — у груди Иисуса, в ближайшем месте за трапезой.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ἐν τῷ κόλπῳ</w:t>
      </w:r>
      <w:r>
        <w:rPr>
          <w:sz w:val="20"/>
        </w:rPr>
        <w:t xml:space="preserve"> [en tō kolpō]</w:t>
      </w:r>
      <w:r>
        <w:rPr>
          <w:sz w:val="20"/>
        </w:rPr>
        <w:br/>
        <w:t>Тот же образ «у груди/в лоне» использован в 1:18 о близости Единственного к Отцу. Здесь он описывает непосредственную близость ученика к Иисусу за трапезой.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1:18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«Ученик, которого любил Иисус» появляется как ключевой свидетель, но сам стих не называет его по имени.</w:t>
      </w:r>
    </w:p>
    <w:p>
      <w:r>
        <w:t>24. Симон Пётр подал ему знак и сказал: «Спроси, о ком Он говорит».</w:t>
      </w:r>
    </w:p>
    <w:p>
      <w:r>
        <w:t>25. Тот, ἀναπεσὼν ἐπὶ τὸ στῆθος τοῦ Ἰησοῦ — отклонившись ближе к груди Иисуса, — спросил: «Господи, кто это?»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При возлежании за трапезой участники могли наклоняться назад к соседу. Сцена естественна для такой позы и не требует современного представления о сидящих на стульях.</w:t>
      </w:r>
    </w:p>
    <w:p>
      <w:r>
        <w:t>26. Иисус ответил: «Тот, кому Я обмакну ψωμίον — кусок хлеба/пищи — и дам». Обмакнув кусок, Он дал его Иуде, сыну Симона Искариота.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Передать гостю обмакнутый кусок могло быть знаком внимания или чести за трапезой. Если так, последний жест Иисуса к Иуде перед выходом ещё раз подчёркивает трагическую глубину предательства; текст, однако, не объясняет жест прямо.</w:t>
      </w:r>
    </w:p>
    <w:p>
      <w:r>
        <w:t>27. И после этого куска тогда вошёл в него ὁ Σατανᾶς — сатана. Иисус сказал ему: «Что делаешь — делай скорее».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В 13:2 дьявол «вложил» замысел; теперь после принятого куска сатана «входит». Иоанн описывает развитие предательства ступенчато.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Повеление Иисуса не делает Его автором зла Иуды. Повествование показывает, что даже предательство не выводит страсти из рамки известного Иисусу «часа».</w:t>
      </w:r>
    </w:p>
    <w:p>
      <w:r>
        <w:t>28. Но никто из возлежавших не понял, зачем Он сказал ему это.</w:t>
      </w:r>
    </w:p>
    <w:p>
      <w:r>
        <w:t>29. Некоторые думали, что, поскольку у Иуды был денежный ящик, Иисус говорит ему: «Купи, что нам нужно к празднику», — или чтобы он дал что-нибудь бедным.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sz w:val="20"/>
        </w:rPr>
        <w:br/>
        <w:t>У учеников была общая касса, из которой могли покупать необходимое к празднику и давать бедным. Их предположение показывает, что слова Иисуса Иуде не звучали для остальных как открытое поручение предать Его.</w:t>
      </w:r>
    </w:p>
    <w:p>
      <w:r>
        <w:t>30. Получив кусок, Иуда тотчас вышел. ἦν δὲ νύξ — а была ночь.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Это одновременно указание времени и мощный символический штрих в Евангелии света и тьмы: Иуда выходит из круга Иисуса в ночь.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3:19, Ин 8:12</w:t>
      </w:r>
    </w:p>
    <w:p>
      <w:r>
        <w:t>31. Когда он вышел, Иисус сказал: «Νῦν ἐδοξάσθη — теперь прославлен — Сын Человеческий, и Бог прославлен в Нём».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Именно выход предателя запускает «теперь» прославления. Крест не противопоставлен славе, а становится её парадоксальной формой.</w:t>
      </w:r>
    </w:p>
    <w:p>
      <w:r>
        <w:t>32. «Если Бог прославлен в Нём, то и Бог прославит Его в Себе и εὐθύς — тотчас — прославит Его».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Взаимное прославление Отца и Сына — ещё один иоанновский способ описывать их неразрывное единство в миссии.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Начальная условная фраза «если Бог прославлен в Нём» имеет текстовую вариативность. WGT-T/WGT-E сохраняют рабочее критическое чтение отдельно от вариантов.</w:t>
      </w:r>
    </w:p>
    <w:p>
      <w:r>
        <w:t>33. «Τεκνία — дети, дорогие дети, — ещё недолго Я с вами. Вы будете искать Меня, и, как Я сказал иудеям: “Куда Я иду, вы не можете прийти”, — теперь говорю и вам».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τεκνία</w:t>
      </w:r>
      <w:r>
        <w:rPr>
          <w:sz w:val="20"/>
        </w:rPr>
        <w:t xml:space="preserve"> [teknia]</w:t>
      </w:r>
      <w:r>
        <w:rPr>
          <w:sz w:val="20"/>
        </w:rPr>
        <w:br/>
        <w:t>Уменьшительно-ласкательное обращение «дети/дорогие дети». Это единственный раз в Евангелии, когда Иисус обращается к ученикам этим словом; в 1 Иоанна оно станет частым пастырским обращением.</w:t>
      </w:r>
    </w:p>
    <w:p>
      <w:r>
        <w:t>34. «Καινήν ἐντολὴν — новую заповедь — даю вам: ἵνα ἀγαπᾶτε ἀλλήλους, чтобы вы любили друг друга. Как Я возлюбил вас — так и вы любите друг друга».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Заповедь любви не «новая» потому, что любовь к ближнему прежде отсутствовала в Торе. Новизна задаётся мерой и моделью: «как Я возлюбил вас» — любовь Иисуса, достигающая креста.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Лев 19:18, Ин 13:1, Ин 15:12–13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ἀγαπᾶτε</w:t>
      </w:r>
      <w:r>
        <w:rPr>
          <w:sz w:val="20"/>
        </w:rPr>
        <w:t xml:space="preserve"> [agapate]</w:t>
      </w:r>
      <w:r>
        <w:rPr>
          <w:sz w:val="20"/>
        </w:rPr>
        <w:br/>
        <w:t>Здесь используется ἀγαπάω. В Иоанна смысл этого глагола определяется конкретной моделью самоотдающей любви Иисуса, а не словарной формулой «божественная любовь» сама по себе.</w:t>
      </w:r>
    </w:p>
    <w:p>
      <w:r>
        <w:t>35. «По этому все узнают, что вы Мои μαθηταί — ученики, — если будете иметь ἀγάπη — любовь — друг к другу».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Главный публичный знак ученичества в этом высказывании — не статус, знания или чудеса, а взаимная любовь, сформированная примером Иисуса.</w:t>
      </w:r>
    </w:p>
    <w:p>
      <w:r>
        <w:t>36. Симон Пётр спросил: «Господи, куда Ты идёшь?» Иисус ответил: «Куда Я иду, ты сейчас не можешь ἀκολουθῆσαι — последовать — за Мной, но последуешь позже».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«Следовать» получает двойной смысл: быть учеником сейчас и в будущем пройти путём смерти. Ин 21:18–19 вернётся к Петру с прямым «следуй за Мной».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21:18–19</w:t>
      </w:r>
    </w:p>
    <w:p>
      <w:r>
        <w:t>37. Пётр сказал: «Господи, почему я не могу последовать за Тобой сейчас? Τὴν ψυχήν μου ὑπὲρ σοῦ θήσω — я положу свою жизнь за Тебя».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τὴν ψυχήν μου ὑπὲρ σοῦ θήσω</w:t>
      </w:r>
      <w:r>
        <w:rPr>
          <w:sz w:val="20"/>
        </w:rPr>
        <w:t xml:space="preserve"> [tēn psychēn mou hyper sou thēsō]</w:t>
      </w:r>
      <w:r>
        <w:rPr>
          <w:sz w:val="20"/>
        </w:rPr>
        <w:br/>
        <w:t>Пётр обещает «положить жизнь за» Иисуса теми же словами, которыми Добрый Пастырь говорил о Своей жизни за овец. Ирония в том, что сначала именно Иисус отдаст жизнь за Петра.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10:11, Ин 10:15</w:t>
      </w:r>
    </w:p>
    <w:p>
      <w:r>
        <w:t>38. Иисус ответил: «Свою жизнь за Меня отдашь? Аминь, аминь говорю тебе: петух не пропоёт, пока ты τρίς — трижды — не ἀπαρνήσῃ — отречёшься от Меня».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Самоуверенное обещание Петра немедленно противопоставляется предсказанию тройного отречения. Позже Ин 21 даст тройную сцену восстановления и поручения.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18:15–27, Ин 21:15–17</w:t>
      </w:r>
    </w:p>
    <w:p>
      <w:pPr>
        <w:pStyle w:val="Heading2"/>
      </w:pPr>
      <w:r>
        <w:t>Глава 14</w:t>
      </w:r>
    </w:p>
    <w:p>
      <w:r>
        <w:t>1. «Пусть ваше сердце не ταρασσέσθω — не тревожится, не приходит в смятение. Верьте в Бога — и в Меня верьте».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ταρασσέσθω</w:t>
      </w:r>
      <w:r>
        <w:rPr>
          <w:sz w:val="20"/>
        </w:rPr>
        <w:t xml:space="preserve"> [tarassesthō]</w:t>
      </w:r>
      <w:r>
        <w:rPr>
          <w:sz w:val="20"/>
        </w:rPr>
        <w:br/>
        <w:t>Тот же корень ταράσσω описывал глубокое волнение Иисуса в Ин 11:33, 12:27 и 13:21. Теперь Он говорит ученикам не позволять страху овладеть сердцем.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11:33, Ин 12:27, Ин 13:21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πιστεύετε</w:t>
      </w:r>
      <w:r>
        <w:rPr>
          <w:sz w:val="20"/>
        </w:rPr>
        <w:t xml:space="preserve"> [pisteuete]</w:t>
      </w:r>
      <w:r>
        <w:rPr>
          <w:sz w:val="20"/>
        </w:rPr>
        <w:br/>
        <w:t>Форма может быть и изъявительной («вы верите»), и повелительной («верьте»). WGT-T следует повелительному чтению, которое лучше подходит к призыву не тревожиться.</w:t>
      </w:r>
    </w:p>
    <w:p>
      <w:r>
        <w:t>2. «В доме Моего Отца много μοναί — мест пребывания, обителей. Если бы это было не так, разве Я сказал бы вам, что иду приготовить вам место?»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μοναί</w:t>
      </w:r>
      <w:r>
        <w:rPr>
          <w:sz w:val="20"/>
        </w:rPr>
        <w:t xml:space="preserve"> [monai]</w:t>
      </w:r>
      <w:r>
        <w:rPr>
          <w:sz w:val="20"/>
        </w:rPr>
        <w:br/>
        <w:t>μονή образовано от μένω «пребывать». Это не обязательно образ отдельных «особняков», а прежде всего постоянных мест пребывания в доме Отца.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14:23, Ин 15:4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Тот же корень μονή/μένω связывает обещание будущего пребывания у Отца с нынешним взаимным пребыванием Бога и ученика в 14:23.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14:23</w:t>
      </w:r>
    </w:p>
    <w:p>
      <w:r>
        <w:t>3. «И если пойду и приготовлю вам место, снова приду и παραλήμψομαι ὑμᾶς πρὸς ἐμαυτόν — возьму вас к Себе, чтобы и вы были там, где Я».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παραλήμψομαι</w:t>
      </w:r>
      <w:r>
        <w:rPr>
          <w:sz w:val="20"/>
        </w:rPr>
        <w:t xml:space="preserve"> [paralēmpsomai]</w:t>
      </w:r>
      <w:r>
        <w:rPr>
          <w:sz w:val="20"/>
        </w:rPr>
        <w:br/>
        <w:t>παραλαμβάνω означает принять/взять к себе. Стих говорит о личном принятии учеников Иисусом, а не только о подготовке пространства.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«Снова приду» толкуют как воскресенческое возвращение, пришествие через Духа или будущую парусию. Контекст прощальной речи позволяет видеть несколько горизонтов, и WGT-E не сводит фразу к одному безоговорочно.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14:18, Ин 14:23, Ин 21:22</w:t>
      </w:r>
    </w:p>
    <w:p>
      <w:r>
        <w:t>4. И куда Я иду, вы знаете путь».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Иисус говорит, что ученики знают путь, потому что путь определяется не картой, а Его собственной Личностью — это раскроется в 14:6.</w:t>
      </w:r>
    </w:p>
    <w:p>
      <w:r>
        <w:t>5. Фома сказал: «Господи, мы не знаем, куда Ты идёшь. Как можем знать путь?»</w:t>
      </w:r>
    </w:p>
    <w:p>
      <w:r>
        <w:t>6. Иисус ответил: «ἐγώ εἰμι ἡ ὁδὸς καὶ ἡ ἀλήθεια καὶ ἡ ζωή — Я есть Путь, Истина и Жизнь. Никто не приходит к Отцу иначе как через Меня».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ἐγώ εἰμι ἡ ὁδὸς καὶ ἡ ἀλήθεια καὶ ἡ ζωή</w:t>
      </w:r>
      <w:r>
        <w:rPr>
          <w:sz w:val="20"/>
        </w:rPr>
        <w:t xml:space="preserve"> [egō eimi hē hodos kai hē alētheia kai hē zōē]</w:t>
      </w:r>
      <w:r>
        <w:rPr>
          <w:sz w:val="20"/>
        </w:rPr>
        <w:br/>
        <w:t>Три существительных с артиклем определяют Иисуса не просто как учителя пути, носителя истины или дающего жизнь: Он Сам назван Путём, Истиной и Жизнью.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В контексте ответ на вопрос «как знать путь?» персонален: путь к Отцу — не техника и не маршрут, а доступ через Самого Сына.</w:t>
      </w:r>
    </w:p>
    <w:p>
      <w:r>
        <w:t>7. «Если вы ἐγνώκατέ με — действительно познали Меня, — то познаете и Моего Отца. И отныне вы знаете Его и видели Его».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γινώσκω</w:t>
      </w:r>
      <w:r>
        <w:rPr>
          <w:sz w:val="20"/>
        </w:rPr>
        <w:t xml:space="preserve"> [ginōskō]</w:t>
      </w:r>
      <w:r>
        <w:rPr>
          <w:sz w:val="20"/>
        </w:rPr>
        <w:br/>
        <w:t>У Иоанна «познавать» часто означает личное, реляционное знание, а не только набор сведений.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Ин 14:7 имеет заметную вариантную традицию в условной форме и временах глаголов. WGT-T/WGT-E следуют чтению с perfect ἐγνώκατε и future γνώσεσθε.</w:t>
      </w:r>
    </w:p>
    <w:p>
      <w:r>
        <w:t>8. Филипп сказал: «Господи, покажи нам Отца, и этого нам достаточно».</w:t>
      </w:r>
    </w:p>
    <w:p>
      <w:r>
        <w:t>9. Иисус ответил: «Столько времени Я с вами, и ты не познал Меня, Филипп? Ὁ ἑωρακὼς ἐμὲ ἑώρακεν τὸν πατέρα — увидевший Меня увидел Отца. Как же ты говоришь: “Покажи нам Отца”?»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Иисус не говорит, что Он и Отец — одна и та же Личность; следующая фраза объясняет взаимное пребывание «Я в Отце и Отец во Мне». Но видеть Иисуса означает видеть совершенное откровение Отца.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14:10, Ин 1:18</w:t>
      </w:r>
    </w:p>
    <w:p>
      <w:r>
        <w:t>10. «Разве ты не веришь, что ἐγὼ ἐν τῷ πατρὶ καὶ ὁ πατὴρ ἐν ἐμοί — Я в Отце и Отец во Мне? Слова, которые Я говорю вам, говорю не независимо от Себя; Отец, ἐν ἐμοὶ μένων — пребывающий во Мне, — совершает Свои дела».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μένων</w:t>
      </w:r>
      <w:r>
        <w:rPr>
          <w:sz w:val="20"/>
        </w:rPr>
        <w:t xml:space="preserve"> [menōn]</w:t>
      </w:r>
      <w:r>
        <w:rPr>
          <w:sz w:val="20"/>
        </w:rPr>
        <w:br/>
        <w:t>Ключевой μένω теперь применяется к Отцу, пребывающему в Сыне. Это богословский центр последующих глав о взаимном пребывании.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15:4, Ин 17:21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Единство Сына и Отца раскрывается как взаимное пребывание, единство слова и дела, а не как исчезновение различия между Ними.</w:t>
      </w:r>
    </w:p>
    <w:p>
      <w:r>
        <w:t>11. Верьте Мне, что Я в Отце и Отец во Мне; а если нет — верьте ради самих дел.</w:t>
      </w:r>
    </w:p>
    <w:p>
      <w:r>
        <w:t>12. «Аминь, аминь говорю вам: верующий в Меня будет совершать дела, которые совершаю Я, и μείζονα τούτων — больше этих — совершит, потому что Я иду к Отцу».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«Большие дела» не обязательно означает более эффектные чудеса. В контексте ухода к Отцу и дара Духа естественно видеть расширение миссии и плод после прославления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14:16–17, Ин 16:7, Деян 2</w:t>
      </w:r>
    </w:p>
    <w:p>
      <w:r>
        <w:t>13. «И чего ни попросите ἐν τῷ ὀνόματί μου — в Моё имя, в согласии с Моей личностью и миссией, — Я сделаю, чтобы Отец был прославлен в Сыне».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ἐν τῷ ὀνόματί μου</w:t>
      </w:r>
      <w:r>
        <w:rPr>
          <w:sz w:val="20"/>
        </w:rPr>
        <w:t xml:space="preserve"> [en tō onomati mou]</w:t>
      </w:r>
      <w:r>
        <w:rPr>
          <w:sz w:val="20"/>
        </w:rPr>
        <w:br/>
        <w:t>Просить «во имя» — не магическая формула в конце молитвы, а просьба, согласованная с личностью, волей и представительством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15:16, Ин 16:23–24</w:t>
      </w:r>
    </w:p>
    <w:p>
      <w:r>
        <w:t>14. «Если попросите Меня о чём-нибудь во имя Моё, Я сделаю».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В выбранном чтении молитвенная просьба прямо обращена к Иисусу, что является значимым христологическим наблюдением.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Основной критический текст включает με «Меня»: «Если попросите Меня...». В части традиции με отсутствует.</w:t>
      </w:r>
    </w:p>
    <w:p>
      <w:r>
        <w:t>15. «Если ἀγαπᾶτέ με — любите Меня, — τὰς ἐντολὰς τὰς ἐμὰς τηρήσετε — будете хранить и соблюдать Мои заповеди».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τηρέω</w:t>
      </w:r>
      <w:r>
        <w:rPr>
          <w:sz w:val="20"/>
        </w:rPr>
        <w:t xml:space="preserve"> [tēreō]</w:t>
      </w:r>
      <w:r>
        <w:rPr>
          <w:sz w:val="20"/>
        </w:rPr>
        <w:br/>
        <w:t>τηρέω означает хранить, беречь, соблюдать. У Иоанна любовь к Иисусу выражается в верном удержании Его слова и заповедей.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14:21, Ин 14:23, Ин 15:10</w:t>
      </w:r>
    </w:p>
    <w:p>
      <w:r>
        <w:t>16. «И Я попрошу Отца, и Он даст вам ἄλλον παράκλητον — другого Параклета: Защитника, Ходатая, Помощника, — чтобы Он был с вами вовек».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ἄλλον παράκλητον</w:t>
      </w:r>
      <w:r>
        <w:rPr>
          <w:sz w:val="20"/>
        </w:rPr>
        <w:t xml:space="preserve"> [allon paraklēton]</w:t>
      </w:r>
      <w:r>
        <w:rPr>
          <w:sz w:val="20"/>
        </w:rPr>
        <w:br/>
        <w:t>παράκλητος трудно передать одним словом: защитник, ходатай, помощник, утешитель. ἄλλον «другого» подразумевает функциональную преемственность с присутствием Самого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14:26, Ин 15:26, Ин 16:7, 1 Ин 2:1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Дух не безличная сила в грамматике речи: Он учит, напоминает, свидетельствует и ведёт, то есть действует как личный Параклет.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14:26, Ин 15:26, Ин 16:13</w:t>
      </w:r>
    </w:p>
    <w:p>
      <w:r>
        <w:t>17. «Πνεῦμα τῆς ἀληθείας — Духа истины, Которого мир не может принять, потому что не видит Его и не знает. Вы знаете Его, потому что παρ’ ὑμῖν μένει — Он пребывает с вами — и ἐν ὑμῖν ἔσται — будет в вас».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μένει</w:t>
      </w:r>
      <w:r>
        <w:rPr>
          <w:sz w:val="20"/>
        </w:rPr>
        <w:t xml:space="preserve"> [menei]</w:t>
      </w:r>
      <w:r>
        <w:rPr>
          <w:sz w:val="20"/>
        </w:rPr>
        <w:br/>
        <w:t>Снова μένω: Дух «пребывает» с учениками и будет внутри них. Лексика пребывания связывает Духа, Сына, Отца и учеников.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sz w:val="20"/>
        </w:rPr>
        <w:br/>
        <w:t>В рукописях встречается вариант настоящего «есть в вас» вместо будущего «будет в вас». WGT-T/WGT-E следуют будущему чтению рабочего критического текста.</w:t>
      </w:r>
    </w:p>
    <w:p>
      <w:r>
        <w:t>18. «Не оставлю вас ὀρφανούς — сиротами, оставленными без Отца и Учителя; ἔρχομαι πρὸς ὑμᾶς — приду к вам».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ὀρφανούς</w:t>
      </w:r>
      <w:r>
        <w:rPr>
          <w:sz w:val="20"/>
        </w:rPr>
        <w:t xml:space="preserve"> [orphanous]</w:t>
      </w:r>
      <w:r>
        <w:rPr>
          <w:sz w:val="20"/>
        </w:rPr>
        <w:br/>
        <w:t>ὀρφανός — осиротевший, оставленный без родителя/покровителя. Обещание подчёркивает, что уход Иисуса не означает abandono учеников.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«Приду к вам» непосредственно связано с присутствием Духа и последующим взаимным пребыванием; также оно естественно включает явления воскресшего Иисуса. Контекст допускает несколько взаимосвязанных исполнений.</w:t>
      </w:r>
    </w:p>
    <w:p>
      <w:r>
        <w:t>19. Ещё немного, и мир Меня больше не увидит; а вы увидите Меня. Потому что Я живу, и вы будете жить.</w:t>
      </w:r>
    </w:p>
    <w:p>
      <w:r>
        <w:t>20. «В тот день вы узнаете: ἐγὼ ἐν τῷ πατρί μου καὶ ὑμεῖς ἐν ἐμοὶ κἀγὼ ἐν ὑμῖν — Я в Моём Отце, вы во Мне, и Я в вас».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Три уровня взаимного пребывания образуют сердцевину иоанновского языка единения: Сын в Отце, ученики в Сыне, Сын в учениках.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15:4, Ин 17:21–23</w:t>
      </w:r>
    </w:p>
    <w:p>
      <w:r>
        <w:t>21. «Кто имеет Мои заповеди и τηρῶν — хранит, соблюдает — их, тот любит Меня. Любящий Меня будет любим Моим Отцом; и Я полюблю его и ἐμφανίσω αὐτῷ ἐμαυτόν — явлю ему Себя».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ἐμφανίζω</w:t>
      </w:r>
      <w:r>
        <w:rPr>
          <w:sz w:val="20"/>
        </w:rPr>
        <w:t xml:space="preserve"> [emphanizō]</w:t>
      </w:r>
      <w:r>
        <w:rPr>
          <w:sz w:val="20"/>
        </w:rPr>
        <w:br/>
        <w:t>Глагол означает сделать явным, открыть, проявить. Иуда в 14:22 как раз спрашивает, как это явление будет отличаться от публичного явления миру.</w:t>
      </w:r>
    </w:p>
    <w:p>
      <w:r>
        <w:t>22. Иуда, не Искариот, спросил: «Господи, что произошло, что Ты собираешься явить Себя нам, а не миру?»</w:t>
      </w:r>
    </w:p>
    <w:p>
      <w:r>
        <w:t>23. Иисус ответил: «Если кто любит Меня, будет хранить Моё слово; Мой Отец полюбит его, и Мы придём к нему и μονὴν παρ’ αὐτῷ ποιησόμεθα — устроим у него обитель, место пребывания».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μονήν</w:t>
      </w:r>
      <w:r>
        <w:rPr>
          <w:sz w:val="20"/>
        </w:rPr>
        <w:t xml:space="preserve"> [monēn]</w:t>
      </w:r>
      <w:r>
        <w:rPr>
          <w:sz w:val="20"/>
        </w:rPr>
        <w:br/>
        <w:t>То же слово μονή, что в 14:2: обещанные «обители» в доме Отца зеркально отражаются в том, что Отец и Сын устраивают «обитель» у верующего.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14:2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Будущее пребывание с Богом и нынешнее пребывание Бога в ученике не противопоставлены — у Иоанна это одна линия общения.</w:t>
      </w:r>
    </w:p>
    <w:p>
      <w:r>
        <w:t>24. Кто не любит Меня, Моих слов не соблюдает. И слово, которое вы слышите, не Моё, а пославшего Меня Отца.</w:t>
      </w:r>
    </w:p>
    <w:p>
      <w:r>
        <w:t>25. Это Я сказал вам, пребывая с вами.</w:t>
      </w:r>
    </w:p>
    <w:p>
      <w:r>
        <w:t>26. «А Παράκλητος — Параклет, Святой Дух, Которого Отец пошлёт во имя Моё, — ἐκεῖνος ὑμᾶς διδάξει πάντα — Он научит вас всему — и напомнит всё, что Я сказал».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Роль Духа включает не создание независимого нового учения, а обучение и напоминание слов Иисуса; это важно для понимания апостольского свидетельства.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ἐκεῖνος</w:t>
      </w:r>
      <w:r>
        <w:rPr>
          <w:sz w:val="20"/>
        </w:rPr>
        <w:t xml:space="preserve"> [ekeinos]</w:t>
      </w:r>
      <w:r>
        <w:rPr>
          <w:sz w:val="20"/>
        </w:rPr>
        <w:br/>
        <w:t>Указательное местоимение мужского рода согласуется с παράκλητος и подчёркивает Духа как действующего Лица в речи.</w:t>
      </w:r>
    </w:p>
    <w:p>
      <w:r>
        <w:t>27. «Εἰρήνην ἀφίημι ὑμῖν — мир оставляю вам; εἰρήνην τὴν ἐμὴν — Мой собственный мир — даю вам. Я даю не так, как даёт мир. Пусть ваше сердце не тревожится и не робеет».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εἰρήνη</w:t>
      </w:r>
      <w:r>
        <w:rPr>
          <w:sz w:val="20"/>
        </w:rPr>
        <w:t xml:space="preserve"> [eirēnē]</w:t>
      </w:r>
      <w:r>
        <w:rPr>
          <w:sz w:val="20"/>
        </w:rPr>
        <w:br/>
        <w:t>«Мир» здесь не просто отсутствие конфликта. Это дар Иисуса в момент, когда впереди предательство, арест и смерть, поэтому речь о глубинной целостности и безопасности в Боге.</w:t>
      </w:r>
    </w:p>
    <w:p>
      <w:r>
        <w:t>28. «Вы слышали, что Я сказал: “Я ухожу и приду к вам”. Если бы вы любили Меня, то обрадовались бы, что Я иду к Отцу, потому что ὁ πατὴρ μείζων μού ἐστιν — Отец больше Меня».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ὁ πατὴρ μείζων μού ἐστιν</w:t>
      </w:r>
      <w:r>
        <w:rPr>
          <w:sz w:val="20"/>
        </w:rPr>
        <w:t xml:space="preserve"> [ho patēr meizōn mou estin]</w:t>
      </w:r>
      <w:r>
        <w:rPr>
          <w:sz w:val="20"/>
        </w:rPr>
        <w:br/>
        <w:t>Фраза говорит о превосходстве Отца в контексте посланничества и возвращения Сына к Отцу. Её нельзя изолировать от тех же глав, где Иисус говорит о взаимном пребывании и о том, что видеть Его — видеть Отца.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14:9–11, Ин 17:5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Уход к Отцу — причина для радости, потому что это не поражение, а возвращение к источнику славы и завершение миссии.</w:t>
      </w:r>
    </w:p>
    <w:p>
      <w:r>
        <w:t>29. И теперь Я сказал вам прежде, чем это произойдёт, чтобы, когда произойдёт, вы поверили.</w:t>
      </w:r>
    </w:p>
    <w:p>
      <w:r>
        <w:t>30. «Уже недолго буду говорить с вами, потому что идёт ὁ τοῦ κόσμου ἄρχων — правитель этого мира. Ἐν ἐμοὶ οὐκ ἔχει οὐδέν — во Мне он не имеет ничего, никакого права или внутренней опоры».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ἐν ἐμοὶ οὐκ ἔχει οὐδέν</w:t>
      </w:r>
      <w:r>
        <w:rPr>
          <w:sz w:val="20"/>
        </w:rPr>
        <w:t xml:space="preserve"> [en emoi ouk echei ouden]</w:t>
      </w:r>
      <w:r>
        <w:rPr>
          <w:sz w:val="20"/>
        </w:rPr>
        <w:br/>
        <w:t>Буквально «во Мне не имеет ничего». Идиома означает отсутствие власти, законного притязания или внутренней точки захвата.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12:31, Ин 16:11</w:t>
      </w:r>
    </w:p>
    <w:p>
      <w:r>
        <w:t>31. «Но чтобы мир узнал, что ἀγαπῶ τὸν πατέρα — Я люблю Отца — и поступаю именно так, как заповедал Мне Отец: встаньте, пойдём отсюда».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Послушание Иисуса Отцу представлено как выражение любви, точно так же как послушание учеников Иисусу в 14:15. Модель любви и заповеди симметрична.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14:15</w:t>
      </w:r>
    </w:p>
    <w:p>
      <w:pPr>
        <w:pStyle w:val="Heading2"/>
      </w:pPr>
      <w:r>
        <w:t>Глава 15</w:t>
      </w:r>
    </w:p>
    <w:p>
      <w:r>
        <w:t>1. «ἐγώ εἰμι ἡ ἄμπελος ἡ ἀληθινή — Я есть истинная виноградная Лоза, а Мой Отец — ὁ γεωργός, виноградарь».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ἡ ἄμπελος ἡ ἀληθινή</w:t>
      </w:r>
      <w:r>
        <w:rPr>
          <w:sz w:val="20"/>
        </w:rPr>
        <w:t xml:space="preserve"> [hē ampelos hē alēthinē]</w:t>
      </w:r>
      <w:r>
        <w:rPr>
          <w:sz w:val="20"/>
        </w:rPr>
        <w:br/>
        <w:t>Последнее крупное образное «Я есть» в прощальной речи. «Истинная» у Иоанна часто означает окончательную, подлинную Божью реальность.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В Ветхом Завете Израиль часто изображается как Божья виноградная лоза/виноградник. Назвав Себя «истинной лозой», Иисус собирает этот образ вокруг Себя.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80:8–16, Ис 5:1–7, Иер 2:21</w:t>
      </w:r>
    </w:p>
    <w:p>
      <w:r>
        <w:t>2. «Всякую ветвь во Мне, не приносящую плода, Он αἴρει — убирает; слово также буквально может значить “поднимает”. А всякую приносящую плод καθαίρει — очищает/подрезает, — чтобы она приносила больше плода».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αἴρει ... καθαίρει</w:t>
      </w:r>
      <w:r>
        <w:rPr>
          <w:sz w:val="20"/>
        </w:rPr>
        <w:t xml:space="preserve"> [airei ... kathairei]</w:t>
      </w:r>
      <w:r>
        <w:rPr>
          <w:sz w:val="20"/>
        </w:rPr>
        <w:br/>
        <w:t>Два созвучных глагола: αἴρει «убирает/поднимает» и καθαίρει «очищает, подрезает». Контекст хорошо поддерживает «удаляет» для бесплодной ветви и «очищает/подрезает» для плодной.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καθαίρει</w:t>
      </w:r>
      <w:r>
        <w:rPr>
          <w:sz w:val="20"/>
        </w:rPr>
        <w:t xml:space="preserve"> [kathairei]</w:t>
      </w:r>
      <w:r>
        <w:rPr>
          <w:sz w:val="20"/>
        </w:rPr>
        <w:br/>
        <w:t>Глагол связан с καθαρός «чистый» в следующем стихе. Обрезка лозы и очищение учеников намеренно соединены словесно.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15:3</w:t>
      </w:r>
    </w:p>
    <w:p>
      <w:r>
        <w:t>3. «Вы уже καθαροί — чисты — благодаря λόγος, слову, которое Я сказал вам».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καθαροί</w:t>
      </w:r>
      <w:r>
        <w:rPr>
          <w:sz w:val="20"/>
        </w:rPr>
        <w:t xml:space="preserve"> [katharoi]</w:t>
      </w:r>
      <w:r>
        <w:rPr>
          <w:sz w:val="20"/>
        </w:rPr>
        <w:br/>
        <w:t>καθαρός «чистый» продолжает игру с καθαίρει «очищает» из 15:2. Божье очищение ветвей уже действует через слово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15:2, Ин 13:10</w:t>
      </w:r>
    </w:p>
    <w:p>
      <w:r>
        <w:t>4. «Μείνατε ἐν ἐμοί — пребывайте во Мне, — и Я в вас. Как ветвь не может приносить плод сама от себя, если не μένῃ, не пребывает на лозе, так и вы, если не будете пребывать во Мне».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μένω</w:t>
      </w:r>
      <w:r>
        <w:rPr>
          <w:sz w:val="20"/>
        </w:rPr>
        <w:t xml:space="preserve"> [menō]</w:t>
      </w:r>
      <w:r>
        <w:rPr>
          <w:sz w:val="20"/>
        </w:rPr>
        <w:br/>
        <w:t>Глагол μένω — центральное слово главы. Это не краткий визит, а продолжающееся, устойчивое пребывание в отношениях с Иисусом.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Плод не производится автономно. Образ определяет ученичество как зависимость от живой связи с Иисусом, а не как самостоятельное религиозное усилие.</w:t>
      </w:r>
    </w:p>
    <w:p>
      <w:r>
        <w:t>5. «ἐγώ εἰμι ἡ ἄμπελος, ὑμεῖς τὰ κλήματα — Я есть Лоза, вы ветви. Кто пребывает во Мне и Я в нём, тот приносит много плода; χωρὶς ἐμοῦ — отдельно от Меня — вы не можете делать ничего».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χωρὶς ἐμοῦ</w:t>
      </w:r>
      <w:r>
        <w:rPr>
          <w:sz w:val="20"/>
        </w:rPr>
        <w:t xml:space="preserve"> [chōris emou]</w:t>
      </w:r>
      <w:r>
        <w:rPr>
          <w:sz w:val="20"/>
        </w:rPr>
        <w:br/>
        <w:t>χωρίς — отдельно от, без связи с. Фраза не значит, что человек физически неспособен на любое действие; в образе речь о плоде, который соответствует жизни лозы.</w:t>
      </w:r>
    </w:p>
    <w:p>
      <w:r>
        <w:t>6. «Кто не μένῃ — не пребывает — во Мне, тот выброшен вон, как ветвь, и засыхает. Такие ветви собирают, бросают в огонь, и они сгорают».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Образ становится предупреждением: отсутствие пребывания ведёт не к нейтральной бесплодности, а к отсечению и уничтожению ветви.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Насколько подробно каждый элемент относится к эсхатологическому суду, обсуждается; сам образ явно несёт серьёзное предупреждение, но не требует превращать каждую деталь виноградарства в отдельную доктрину.</w:t>
      </w:r>
    </w:p>
    <w:p>
      <w:r>
        <w:t>7. «Если μείνητε ἐν ἐμοί — пребудете во Мне — и τὰ ῥήματά μου ἐν ὑμῖν μείνῃ — Мои слова пребудут в вас, — просите чего хотите, и будет вам».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Обещание молитвы встроено в условие взаимного пребывания и пребывания слов Иисуса. Поэтому «чего хотите» не отделено от формирования желаний Его словом.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14:13–14, Ин 15:16</w:t>
      </w:r>
    </w:p>
    <w:p>
      <w:r>
        <w:t>8. «В этом ἐδοξάσθη ὁ πατήρ μου — прославляется Мой Отец: чтобы вы приносили много плода и стали Моими учениками».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Плод учеников имеет вертикальную цель: прославление Отца. Это связывает миссию учеников с центральной темой славы Отца и Сына.</w:t>
      </w:r>
    </w:p>
    <w:p>
      <w:r>
        <w:t>9. «Καθὼς ἠγάπησέν με ὁ πατήρ — как Отец возлюбил Меня, — так и Я возлюбил вас. Μείνατε ἐν τῇ ἀγάπῃ τῇ ἐμῇ — пребывайте в Моей любви».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Любовь Отца к Сыну становится мерой любви Сына к ученикам. Это одно из сильнейших утверждений о качестве любви к ним.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μείνατε</w:t>
      </w:r>
      <w:r>
        <w:rPr>
          <w:sz w:val="20"/>
        </w:rPr>
        <w:t xml:space="preserve"> [meinate]</w:t>
      </w:r>
      <w:r>
        <w:rPr>
          <w:sz w:val="20"/>
        </w:rPr>
        <w:br/>
        <w:t>Пребывать теперь нужно не только «во Мне», но конкретно «в Моей любви». У Иоанна пребывание имеет реляционный, а не пространственный смысл.</w:t>
      </w:r>
    </w:p>
    <w:p>
      <w:r>
        <w:t>10. «Если будете τηρήσητε — хранить и соблюдать — Мои заповеди, пребудете в Моей любви, как Я сохранил заповеди Моего Отца и μένω — пребываю — в Его любви».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Послушание не противопоставлено любви, а описано как способ оставаться внутри отношений любви. Модель учеников — собственное послушание Иисуса Отцу.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14:15, Ин 14:31</w:t>
      </w:r>
    </w:p>
    <w:p>
      <w:r>
        <w:t>11. «Это Я сказал вам, чтобы ἡ χαρὰ ἡ ἐμὴ — Моя радость — была в вас и ваша радость πεπληρωμένη — стала полной, завершённой».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πεπληρωμένη</w:t>
      </w:r>
      <w:r>
        <w:rPr>
          <w:sz w:val="20"/>
        </w:rPr>
        <w:t xml:space="preserve"> [peplērōmenē]</w:t>
      </w:r>
      <w:r>
        <w:rPr>
          <w:sz w:val="20"/>
        </w:rPr>
        <w:br/>
        <w:t>Перфектное причастие от πληρόω: радость доведена до полноты и остаётся полной.</w:t>
      </w:r>
    </w:p>
    <w:p>
      <w:r>
        <w:t>12. «Вот Моя заповедь: ἵνα ἀγαπᾶτε ἀλλήλους — чтобы вы любили друг друга, — как Я возлюбил вас».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Ин 15 повторяет и развивает «новую заповедь» Ин 13:34. Нормой любви остаётся не абстрактное чувство, а собственная любовь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13:34</w:t>
      </w:r>
    </w:p>
    <w:p>
      <w:r>
        <w:t>13. «Μείζονα ταύτης ἀγάπην οὐδεὶς ἔχει — нет любви больше этой: если кто τὴν ψυχὴν αὐτοῦ θῇ — положит свою жизнь — за своих φίλους, друзей».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τὴν ψυχὴν ... θῇ</w:t>
      </w:r>
      <w:r>
        <w:rPr>
          <w:sz w:val="20"/>
        </w:rPr>
        <w:t xml:space="preserve"> [tēn psychēn ... thē]</w:t>
      </w:r>
      <w:r>
        <w:rPr>
          <w:sz w:val="20"/>
        </w:rPr>
        <w:br/>
        <w:t>Та же формула «положить жизнь», что у Доброго Пастыря в Ин 10 и в обещании Петра в 13:37. Здесь она становится мерой любви.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10:11, Ин 13:37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Смысл стиха достигает кульминации в смерти Иисуса за учеников; это не просто общая пословица о героизме.</w:t>
      </w:r>
    </w:p>
    <w:p>
      <w:r>
        <w:t>14. «Вы φίλοι μου — Мои друзья, — если делаете то, что Я заповедую вам».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φίλοι</w:t>
      </w:r>
      <w:r>
        <w:rPr>
          <w:sz w:val="20"/>
        </w:rPr>
        <w:t xml:space="preserve"> [philoi]</w:t>
      </w:r>
      <w:r>
        <w:rPr>
          <w:sz w:val="20"/>
        </w:rPr>
        <w:br/>
        <w:t>φίλος — друг, близкий человек. Здесь корень φιλέω/φίλος явно имеет положительное и высокое значение, ещё раз показывая, что его нельзя считать «низшей любовью» по сравнению с ἀγαπάω.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11:3, Ин 16:27, Ин 21:15–17</w:t>
      </w:r>
    </w:p>
    <w:p>
      <w:r>
        <w:t>15. «Я уже не называю вас δούλους — рабами, — потому что раб не знает, что делает его господин. Я назвал вас φίλους — друзьями, — потому что всё, что услышал от Моего Отца, γνωρίσω — сделал вам известным».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Переход от «рабов» к «друзьям» основан на откровении намерений Отца. Дружба не отменяет послушание (15:14), а добавляет знание и близость.</w:t>
      </w:r>
    </w:p>
    <w:p>
      <w:r>
        <w:t>16. «Не вы избрали Меня, а ἐγὼ ἐξελεξάμην ὑμᾶς — Я избрал вас — и ἔθηκα ὑμᾶς — поставил/назначил вас, — чтобы вы шли и приносили плод и чтобы ваш плод μένῃ — пребывал; тогда чего ни попросите Отца во имя Моё, Он даст вам».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ἔθηκα ὑμᾶς</w:t>
      </w:r>
      <w:r>
        <w:rPr>
          <w:sz w:val="20"/>
        </w:rPr>
        <w:t xml:space="preserve"> [ethēka hymas]</w:t>
      </w:r>
      <w:r>
        <w:rPr>
          <w:sz w:val="20"/>
        </w:rPr>
        <w:br/>
        <w:t>τίθημι здесь означает поставить, назначить, определить к задаче. Избрание связано не только со статусом, но с миссией и плодом.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μένῃ</w:t>
      </w:r>
      <w:r>
        <w:rPr>
          <w:sz w:val="20"/>
        </w:rPr>
        <w:t xml:space="preserve"> [menē]</w:t>
      </w:r>
      <w:r>
        <w:rPr>
          <w:sz w:val="20"/>
        </w:rPr>
        <w:br/>
        <w:t>Даже плод должен «пребывать» — быть устойчивым и продолжающимся, а не мгновенным эффектом.</w:t>
      </w:r>
    </w:p>
    <w:p>
      <w:r>
        <w:t>17. Это заповедую вам: любите друг друга.</w:t>
      </w:r>
    </w:p>
    <w:p>
      <w:r>
        <w:t>18. «Если ὁ κόσμος — мир — ненавидит вас, знайте, что ἐμὲ πρῶτον ὑμῶν μεμίσηκεν — прежде вас он возненавидел Меня».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«Мир» у Иоанна здесь не человечество как объект Божьей любви вообще, а человеческая система в сопротивлении откровению Иисуса. Значение κόσμος меняется по контексту.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3:16, Ин 7:7</w:t>
      </w:r>
    </w:p>
    <w:p>
      <w:r>
        <w:t>19. «Если бы вы были ἐκ τοῦ κόσμου — от мира, принадлежали миру, — мир любил бы τὸ ἴδιον — своё. Но вы не от мира: Я избрал вас ἐκ τοῦ κόσμου — из мира, — поэтому мир ненавидит вас».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ἐκ τοῦ κόσμου ... ἐκ τοῦ κόσμου</w:t>
      </w:r>
      <w:r>
        <w:rPr>
          <w:sz w:val="20"/>
        </w:rPr>
        <w:t xml:space="preserve"> [ek tou kosmou ... ek tou kosmou]</w:t>
      </w:r>
      <w:r>
        <w:rPr>
          <w:sz w:val="20"/>
        </w:rPr>
        <w:br/>
        <w:t>Одинаковая формула используется в двух смыслах: «быть от мира» как принадлежность и быть «избранными из мира» как выведение из этой принадлежности.</w:t>
      </w:r>
    </w:p>
    <w:p>
      <w:r>
        <w:t>20. «Помните слово, которое Я сказал: “δοῦλος οὐκ ἔστιν μείζων τοῦ κυρίου αὐτοῦ — раб не больше своего господина”. Если Меня преследовали, будут преследовать и вас; если Моё слово соблюдали, будут соблюдать и ваше».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Иисус возвращает формулу из омовения ног (13:16), но теперь применяет её не к служению, а к страданию: ученик не может ожидать пути, противоположного пути Господа.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13:16</w:t>
      </w:r>
    </w:p>
    <w:p>
      <w:r>
        <w:t>21. «Но всё это будут делать вам διὰ τὸ ὄνομά μου — из-за Моего имени, из-за принадлежности Мне, — потому что не знают Пославшего Меня».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διὰ τὸ ὄνομά μου</w:t>
      </w:r>
      <w:r>
        <w:rPr>
          <w:sz w:val="20"/>
        </w:rPr>
        <w:t xml:space="preserve"> [dia to onoma mou]</w:t>
      </w:r>
      <w:r>
        <w:rPr>
          <w:sz w:val="20"/>
        </w:rPr>
        <w:br/>
        <w:t>«Из-за Моего имени» означает из-за идентичности и авторитета Иисуса, которые ученики представляют.</w:t>
      </w:r>
    </w:p>
    <w:p>
      <w:r>
        <w:t>22. «Если бы Я не пришёл и не говорил им, они не имели бы такого греха; теперь же πρόφασιν οὐκ ἔχουσιν — у них нет оправдания, предлога — за свой грех».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Иисус не утверждает, что до Его прихода люди вообще были без греха. Речь о специфической ответственности, возникшей после ясного откровения в Его словах.</w:t>
      </w:r>
    </w:p>
    <w:p>
      <w:r>
        <w:t>23. Кто ненавидит Меня, ненавидит и Моего Отца.</w:t>
      </w:r>
    </w:p>
    <w:p>
      <w:r>
        <w:t>24. «Если бы Я не совершил среди них дела, каких никто другой не совершал, они не имели бы такого греха; теперь же καὶ ἑωράκασιν καὶ μεμισήκασιν — они и увидели, и возненавидели — и Меня, и Моего Отца».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ἑωράκασιν ... μεμισήκασιν</w:t>
      </w:r>
      <w:r>
        <w:rPr>
          <w:sz w:val="20"/>
        </w:rPr>
        <w:t xml:space="preserve"> [heōrakasin ... memisēkasin]</w:t>
      </w:r>
      <w:r>
        <w:rPr>
          <w:sz w:val="20"/>
        </w:rPr>
        <w:br/>
        <w:t>Оба перфекта: они увидели и остаются ответственными за увиденное; они возненавидели, и эта позиция продолжается.</w:t>
      </w:r>
    </w:p>
    <w:p>
      <w:r>
        <w:t>25. «Но это произошло, чтобы исполнилось слово, написанное в их Законе: “Ἐμίσησάν με δωρεάν — возненавидели Меня без причины, даром”».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Формула соответствует Пс 34:19 LXX / 35:19 MT и близка Пс 68:5 LXX / 69:4 MT. «Закон» здесь употреблён широко о Писании, а не только о Пятикнижии.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35:19, Пс 69:4</w:t>
      </w:r>
    </w:p>
    <w:p>
      <w:r>
        <w:t>26. «Когда придёт ὁ παράκλητος — Параклет, Защитник/Ходатай/Помощник, — Которого ἐγὼ πέμψω ὑμῖν παρὰ τοῦ πατρός — Я пошлю вам от Отца, — Πνεῦμα τῆς ἀληθείας, Дух истины, Который παρὰ τοῦ πατρὸς ἐκπορεύεται — исходит от Отца, — Он будет свидетельствовать обо Мне».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ἐγὼ πέμψω ... παρὰ τοῦ πατρός</w:t>
      </w:r>
      <w:r>
        <w:rPr>
          <w:sz w:val="20"/>
        </w:rPr>
        <w:t xml:space="preserve"> [egō pempsō ... para tou patros]</w:t>
      </w:r>
      <w:r>
        <w:rPr>
          <w:sz w:val="20"/>
        </w:rPr>
        <w:br/>
        <w:t>В Ин 14:26 Отец посылает Духа во имя Иисуса; здесь Иисус посылает Духа от Отца. Речь подчёркивает совместное участие Отца и Сына в послании Духа.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14:26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ἐκπορεύεται</w:t>
      </w:r>
      <w:r>
        <w:rPr>
          <w:sz w:val="20"/>
        </w:rPr>
        <w:t xml:space="preserve"> [ekporeuetai]</w:t>
      </w:r>
      <w:r>
        <w:rPr>
          <w:sz w:val="20"/>
        </w:rPr>
        <w:br/>
        <w:t>ἐκπορεύομαι — выходить, исходить. В стихе это настоящее описание отношения Духа «от Отца». Более поздние тринитарные споры используют этот текст, но WGT-E не подменяет сам стих последующей терминологией.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Главная функция Духа здесь — свидетельствовать об Иисусе, продолжая центральную судебно-свидетельскую тему Евангелия.</w:t>
      </w:r>
    </w:p>
    <w:p>
      <w:r>
        <w:t>27. «И вы тоже μαρτυρεῖτε — свидетельствуете, — потому что ἀπ’ ἀρχῆς μετ’ ἐμοῦ ἐστε — вы со Мной от начала».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μαρτυρεῖτε</w:t>
      </w:r>
      <w:r>
        <w:rPr>
          <w:sz w:val="20"/>
        </w:rPr>
        <w:t xml:space="preserve"> [martyreite]</w:t>
      </w:r>
      <w:r>
        <w:rPr>
          <w:sz w:val="20"/>
        </w:rPr>
        <w:br/>
        <w:t>Форма может звучать как изъявительное «вы свидетельствуете» или повелительное «свидетельствуйте». WGT-T сохраняет изъявительное чтение, но миссионный смысл остаётся очевидным.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Свидетельство Духа и свидетельство очевидцев-учеников не конкурируют, а действуют вместе.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16:13–15, Деян 1:8</w:t>
      </w:r>
    </w:p>
    <w:p>
      <w:pPr>
        <w:pStyle w:val="Heading2"/>
      </w:pPr>
      <w:r>
        <w:t>Глава 16</w:t>
      </w:r>
    </w:p>
    <w:p>
      <w:r>
        <w:t>1. «Это Я сказал вам, чтобы вы не σκανδαλισθῆτε — не споткнулись и не отпали».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σκανδαλισθῆτε</w:t>
      </w:r>
      <w:r>
        <w:rPr>
          <w:sz w:val="20"/>
        </w:rPr>
        <w:t xml:space="preserve"> [skandalisthēte]</w:t>
      </w:r>
      <w:r>
        <w:rPr>
          <w:sz w:val="20"/>
        </w:rPr>
        <w:br/>
        <w:t>σκανδαλίζω — заставить споткнуться, стать причиной отпадения. Иисус заранее предупреждает учеников, чтобы грядущее преследование не разрушило их веру.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6:61, Ин 16:4</w:t>
      </w:r>
    </w:p>
    <w:p>
      <w:r>
        <w:t>2. «Вас будут делать ἀποσυναγώγους — исключёнными из синагогальной общины. Более того, приходит ὥρα — час, — когда каждый, убивающий вас, будет думать, что προσφέρειν λατρείαν τῷ θεῷ — приносит Богу служение».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ἀποσυναγώγους</w:t>
      </w:r>
      <w:r>
        <w:rPr>
          <w:sz w:val="20"/>
        </w:rPr>
        <w:t xml:space="preserve"> [aposynagōgous]</w:t>
      </w:r>
      <w:r>
        <w:rPr>
          <w:sz w:val="20"/>
        </w:rPr>
        <w:br/>
        <w:t>То же редкое слово, что в Ин 9:22 и 12:42: быть «вне синагоги», исключённым из религиозной общины.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9:22, Ин 12:42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λατρεία</w:t>
      </w:r>
      <w:r>
        <w:rPr>
          <w:sz w:val="20"/>
        </w:rPr>
        <w:t xml:space="preserve"> [latreia]</w:t>
      </w:r>
      <w:r>
        <w:rPr>
          <w:sz w:val="20"/>
        </w:rPr>
        <w:br/>
        <w:t>λατρεία — религиозное служение/богослужение. Иисус предупреждает о преследовании, которое сами преследователи будут воспринимать как верность Богу.</w:t>
      </w:r>
    </w:p>
    <w:p>
      <w:r>
        <w:t>3. «Они будут делать это потому, что не ἔγνωσαν — не познали — ни Отца, ни Меня».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Проблема описана не как нехватка религиозной информации, а как отсутствие истинного познания Отца и Сына. Религиозная ревность сама по себе не гарантирует знание Бога.</w:t>
      </w:r>
    </w:p>
    <w:p>
      <w:r>
        <w:t>4. «Но Я сказал вам это, чтобы, когда придёт их ὥρα — время исполнения, — вы вспомнили, что Я говорил вам. Я не говорил этого с начала, потому что был с вами».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Предсказание должно стать основанием памяти и устойчивости учеников, когда события начнут исполняться.</w:t>
      </w:r>
    </w:p>
    <w:p>
      <w:r>
        <w:t>5. «А теперь Я иду к Пославшему Меня, и никто из вас не спрашивает Меня: “Куда Ты идёшь?”»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Пётр и Фома уже задавали похожие вопросы (13:36; 14:5), но теперь акцент в том, что ученики поглощены собственной потерей, а не смыслом возвращения Иисуса к Отцу.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13:36, Ин 14:5</w:t>
      </w:r>
    </w:p>
    <w:p>
      <w:r>
        <w:t>6. «Но потому, что Я сказал вам это, λύπη — скорбь — наполнила ваше сердце».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Скорбь учеников станет центральной темой 16:20–22, где она не просто исчезнет, а превратится в радость.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16:20–22</w:t>
      </w:r>
    </w:p>
    <w:p>
      <w:r>
        <w:t>7. «Однако Я говорю вам истину: συμφέρει ὑμῖν — вам полезнее, лучше для вас, — чтобы Я ушёл. Если Я не уйду, ὁ παράκλητος — Параклет, Защитник/Ходатай/Помощник — не придёт к вам; а если уйду, πέμψω αὐτὸν πρὸς ὑμᾶς — пошлю Его к вам».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συμφέρει</w:t>
      </w:r>
      <w:r>
        <w:rPr>
          <w:sz w:val="20"/>
        </w:rPr>
        <w:t xml:space="preserve"> [sympherei]</w:t>
      </w:r>
      <w:r>
        <w:rPr>
          <w:sz w:val="20"/>
        </w:rPr>
        <w:br/>
        <w:t>То же слово «полезно/выгодно», которое Каиафа употребил в Ин 11:50, но здесь Иисус раскрывает подлинное благо Своего ухода: приход Духа.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11:50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παράκλητος</w:t>
      </w:r>
      <w:r>
        <w:rPr>
          <w:sz w:val="20"/>
        </w:rPr>
        <w:t xml:space="preserve"> [paraklētos]</w:t>
      </w:r>
      <w:r>
        <w:rPr>
          <w:sz w:val="20"/>
        </w:rPr>
        <w:br/>
        <w:t>παράκλητος трудно передать одним русским словом: Защитник, Ходатай, Помощник, Утешитель. Ин 14–16 раскрывает Его как личного Посланника, продолжающего присутствие и свидетельство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14:16, Ин 14:26, Ин 15:26</w:t>
      </w:r>
    </w:p>
    <w:p>
      <w:r>
        <w:t>8. «И придя, Он ἐλέγξει τὸν κόσμον — обличит, разоблачит и покажет миру его неправоту — о грехе, о праведности и о суде».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ἐλέγξει</w:t>
      </w:r>
      <w:r>
        <w:rPr>
          <w:sz w:val="20"/>
        </w:rPr>
        <w:t xml:space="preserve"> [elenxei]</w:t>
      </w:r>
      <w:r>
        <w:rPr>
          <w:sz w:val="20"/>
        </w:rPr>
        <w:br/>
        <w:t>ἐλέγχω — обличать, разоблачать, доказывать неправоту, приводить к признанию вины. Работа Духа касается не просто эмоции вины, а раскрытия истинного положения мира перед Богом.</w:t>
      </w:r>
    </w:p>
    <w:p>
      <w:r>
        <w:t>9. «о грехе — потому что они не верят в Меня»;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Корневой грех в этом контексте сформулирован как неверие в Иисуса — отказ принять Божье откровение в Сыне.</w:t>
      </w:r>
    </w:p>
    <w:p>
      <w:r>
        <w:t>10. «о δικαιοσύνη — праведности/правоте — потому что Я иду к Отцу и вы больше не увидите Меня»;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δικαιοσύνη</w:t>
      </w:r>
      <w:r>
        <w:rPr>
          <w:sz w:val="20"/>
        </w:rPr>
        <w:t xml:space="preserve"> [dikaiosynē]</w:t>
      </w:r>
      <w:r>
        <w:rPr>
          <w:sz w:val="20"/>
        </w:rPr>
        <w:br/>
        <w:t>δικαιοσύνη может означать праведность, правоту, справедливость. Здесь связь с уходом Иисуса к Отцу естественно допускает смысл Божьего оправдания/подтверждения правоты Иисуса через Его возвращение к Отцу.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Стих труден и допускает несколько богословских прочтений. WGT-E не превращает одну реконструкцию значения «праведности» в сам текст.</w:t>
      </w:r>
    </w:p>
    <w:p>
      <w:r>
        <w:t>11. «о κρίσις — суде, — потому что ὁ ἄρχων τοῦ κόσμου τούτου — правитель этого мира — κέκριται, уже осуждён и остаётся под приговором».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κέκριται</w:t>
      </w:r>
      <w:r>
        <w:rPr>
          <w:sz w:val="20"/>
        </w:rPr>
        <w:t xml:space="preserve"> [kekritai]</w:t>
      </w:r>
      <w:r>
        <w:rPr>
          <w:sz w:val="20"/>
        </w:rPr>
        <w:br/>
        <w:t>Перфект: суд уже состоялся и его результат остаётся в силе. Крест, который внешне выглядит поражением Иисуса, становится судом над правителем мира.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12:31, Ин 14:30</w:t>
      </w:r>
    </w:p>
    <w:p>
      <w:r>
        <w:t>12. «Ещё многое имею сказать вам, но сейчас вы не можете βαστάζειν — вынести, понести — это».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βαστάζειν</w:t>
      </w:r>
      <w:r>
        <w:rPr>
          <w:sz w:val="20"/>
        </w:rPr>
        <w:t xml:space="preserve"> [bastazein]</w:t>
      </w:r>
      <w:r>
        <w:rPr>
          <w:sz w:val="20"/>
        </w:rPr>
        <w:br/>
        <w:t>βαστάζω буквально означает нести, носить, выдерживать. Смысл не только «интеллектуально понять», но и быть способным вынести полноту откровения в данный момент.</w:t>
      </w:r>
    </w:p>
    <w:p>
      <w:r>
        <w:t>13. «Когда же придёт Он, Πνεῦμα τῆς ἀληθείας — Дух истины, — ὁδηγήσει ὑμᾶς εἰς τὴν ἀλήθειαν πᾶσαν — поведёт вас во всю полноту истины. Он не будет говорить ἀφ’ ἑαυτοῦ — независимо от Себя, — но будет говорить то, что услышит, и возвестит вам грядущее».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ὁδηγήσει</w:t>
      </w:r>
      <w:r>
        <w:rPr>
          <w:sz w:val="20"/>
        </w:rPr>
        <w:t xml:space="preserve"> [hodēgēsei]</w:t>
      </w:r>
      <w:r>
        <w:rPr>
          <w:sz w:val="20"/>
        </w:rPr>
        <w:br/>
        <w:t>ὁδηγέω — вести по пути, направлять. Образ не просто передачи информации, а водительства учеников в полноту истины.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Как Сын в Евангелии говорит не независимо от Отца, так Дух говорит не независимо от Сына и Отца. Речь описывает единство источника откровения, а не меньшую значимость Духа.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5:19, Ин 12:49, Ин 16:14–15</w:t>
      </w:r>
    </w:p>
    <w:p>
      <w:r>
        <w:t>14. «Он ἐμὲ δοξάσει — прославит Меня, — потому что ἐκ τοῦ ἐμοῦ λήμψεται — возьмёт из Моего — и возвестит вам».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Главная направленность служения Духа в этом стихе — сделать явной славу Иисуса, раскрывая ученикам то, что принадлежит Сыну.</w:t>
      </w:r>
    </w:p>
    <w:p>
      <w:r>
        <w:t>15. «Всё, что имеет Отец, — Моё. Поэтому Я сказал: Он берёт ἐκ τοῦ ἐμοῦ — из Моего — и возвещает вам».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Аргумент движется Отец → Сын → Дух → ученики. Формула «всё, что имеет Отец, — Моё» является чрезвычайно сильным заявлением о совместном владении и откровении.</w:t>
      </w:r>
    </w:p>
    <w:p>
      <w:r>
        <w:t>16. «Μικρόν — ещё немного, — и вы Меня больше не θεωρεῖτέ — не будете видеть/наблюдать; и снова немного — и ὄψεσθέ με, увидите Меня».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θεωρεῖτε ... ὄψεσθέ</w:t>
      </w:r>
      <w:r>
        <w:rPr>
          <w:sz w:val="20"/>
        </w:rPr>
        <w:t xml:space="preserve"> [theōreite ... opsesthe]</w:t>
      </w:r>
      <w:r>
        <w:rPr>
          <w:sz w:val="20"/>
        </w:rPr>
        <w:br/>
        <w:t>Иоанн использует два разных глагола зрения. Оба могут переводиться «видеть», но смена слова подчёркивает переход от нынешнего видимого присутствия к новому видению после «немного».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Наиболее непосредственный горизонт — смерть и последующее явление воскресшего Иисуса; прощальная речь также связывает новое присутствие с Духом.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20:19–20, Ин 14:18</w:t>
      </w:r>
    </w:p>
    <w:p>
      <w:r>
        <w:t>17. Тогда некоторые из Его учеников говорили друг другу: «Что значит сказанное Им: “Ещё немного — и вы Меня не увидите, и снова немного — и увидите Меня” и “Я иду к Отцу”?»</w:t>
      </w:r>
    </w:p>
    <w:p>
      <w:r>
        <w:t>18. Они говорили: «Что значит это “немного”? Мы не понимаем, о чём Он говорит».</w:t>
      </w:r>
    </w:p>
    <w:p>
      <w:r>
        <w:t>19. Иисус понял, что они хотят спросить Его, и сказал: «Вы спрашиваете друг друга о том, что Я сказал: “Ещё немного — и вы Меня не увидите; и снова немного — и увидите Меня”?</w:t>
      </w:r>
    </w:p>
    <w:p>
      <w:r>
        <w:t>20. «Аминь, аминь говорю вам: вы будете κλαύσετε καὶ θρηνήσετε — плакать и рыдать, — а мир будет радоваться. Вы будете скорбеть, но ваша λύπη εἰς χαρὰν γενήσεται — скорбь превратится в радость».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Иисус обещает не просто радость после скорби, а превращение самой ситуации скорби в источник радости через воскресение.</w:t>
      </w:r>
    </w:p>
    <w:p>
      <w:r>
        <w:t>21. «Женщина, когда рождает, имеет λύπη — скорбь, — потому что пришёл её ὥρα — час. Но когда родит ребёнка, уже не помнит θλῖψις — страдания — от радости, что человек родился в мир».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Образ рождения описывает боль, которая не просто заканчивается, а приводит к новой жизни. «Час» женщины образно перекликается с «часом»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12:23, Ин 13:1</w:t>
      </w:r>
    </w:p>
    <w:p>
      <w:r>
        <w:t>22. «Так и вы сейчас имеете скорбь; но πάλιν ὄψομαι ὑμᾶς — Я снова увижу вас, — и ваше сердце обрадуется, и вашей радости никто не отнимет».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Фраза неожиданно ставит субъектом Иисуса: не только «вы увидите Меня», но «Я увижу вас». Воссоединение взаимно.</w:t>
      </w:r>
    </w:p>
    <w:p>
      <w:r>
        <w:t>23. «В тот день вы ἐμὲ οὐκ ἐρωτήσετε οὐδέν — уже не будете спрашивать Меня ни о чём. Аминь, аминь говорю вам: чего ни αἰτήσητε — попросите — у Отца во имя Моё, Он даст вам».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ἐρωτήσετε ... αἰτήσητε</w:t>
      </w:r>
      <w:r>
        <w:rPr>
          <w:sz w:val="20"/>
        </w:rPr>
        <w:t xml:space="preserve"> [erōtēsete ... aitēsēte]</w:t>
      </w:r>
      <w:r>
        <w:rPr>
          <w:sz w:val="20"/>
        </w:rPr>
        <w:br/>
        <w:t>В одном стихе стоят два разных глагола: ἐρωτάω здесь «спрашивать, задавать вопрос», а αἰτέω — «просить». Русский легко стирает это различие.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ἐν τῷ ὀνόματί μου</w:t>
      </w:r>
      <w:r>
        <w:rPr>
          <w:sz w:val="20"/>
        </w:rPr>
        <w:t xml:space="preserve"> [en tō onomati mou]</w:t>
      </w:r>
      <w:r>
        <w:rPr>
          <w:sz w:val="20"/>
        </w:rPr>
        <w:br/>
        <w:t>«Во имя Моё» — просьба в согласии с личностью и миссией Иисуса, а не магическая словесная формула.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14:13, Ин 15:16</w:t>
      </w:r>
    </w:p>
    <w:p>
      <w:r>
        <w:t>24. «До сих пор вы ничего не просили во имя Моё. Просите — и получите, чтобы ваша χαρά — радость — ᾖ πεπληρωμένη, была доведена до полноты».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ᾖ πεπληρωμένη</w:t>
      </w:r>
      <w:r>
        <w:rPr>
          <w:sz w:val="20"/>
        </w:rPr>
        <w:t xml:space="preserve"> [ē peplērōmenē]</w:t>
      </w:r>
      <w:r>
        <w:rPr>
          <w:sz w:val="20"/>
        </w:rPr>
        <w:br/>
        <w:t>Перфектное причастие передаёт радость, которая стала полной и остаётся в этой полноте.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15:11</w:t>
      </w:r>
    </w:p>
    <w:p>
      <w:r>
        <w:t>25. «Я говорил вам это ἐν παροιμίαις — образно, загадочными речениями. Приходит ὥρα — время, — когда больше не буду говорить вам образно, но παρρησίᾳ — открыто, прямо — возвещу вам об Отце».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παροιμία</w:t>
      </w:r>
      <w:r>
        <w:rPr>
          <w:sz w:val="20"/>
        </w:rPr>
        <w:t xml:space="preserve"> [paroimia]</w:t>
      </w:r>
      <w:r>
        <w:rPr>
          <w:sz w:val="20"/>
        </w:rPr>
        <w:br/>
        <w:t>То же слово, что в Ин 10:6: образная/загадочная речь. В прощальном дискурсе ученики ещё слышат многое через фигуры.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10:6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παρρησίᾳ</w:t>
      </w:r>
      <w:r>
        <w:rPr>
          <w:sz w:val="20"/>
        </w:rPr>
        <w:t xml:space="preserve"> [parrēsia]</w:t>
      </w:r>
      <w:r>
        <w:rPr>
          <w:sz w:val="20"/>
        </w:rPr>
        <w:br/>
        <w:t>παρρησία — открыто, ясно, без скрытности. Контраст «образно / прямо» встроен в саму лексику стиха.</w:t>
      </w:r>
    </w:p>
    <w:p>
      <w:r>
        <w:t>26. «В тот день будете просить во имя Моё. И Я не говорю вам, что ἐρωτήσω τὸν πατέρα περὶ ὑμῶν — Мне придётся уговаривать/просить Отца за вас»,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ἐρωτήσω</w:t>
      </w:r>
      <w:r>
        <w:rPr>
          <w:sz w:val="20"/>
        </w:rPr>
        <w:t xml:space="preserve"> [erōtēsō]</w:t>
      </w:r>
      <w:r>
        <w:rPr>
          <w:sz w:val="20"/>
        </w:rPr>
        <w:br/>
        <w:t>ἐρωτάω здесь имеет оттенок просить/ходатайствовать. Иисус не отрицает Своё ходатайство вообще, а отвергает представление о неохотном Отце, Которого нужно склонять к любви к ученикам.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17:9, 1 Ин 2:1</w:t>
      </w:r>
    </w:p>
    <w:p>
      <w:r>
        <w:t>27. «потому что αὐτὸς ὁ πατὴρ φιλεῖ ὑμᾶς — Сам Отец любит вас [φιλέω], — потому что вы πεφιλήκατε ἐμέ — возлюбили Меня [φιλέω] — и поверили, что Я вышел от Бога».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φιλεῖ ... πεφιλήκατε</w:t>
      </w:r>
      <w:r>
        <w:rPr>
          <w:sz w:val="20"/>
        </w:rPr>
        <w:t xml:space="preserve"> [philei ... pephilēkate]</w:t>
      </w:r>
      <w:r>
        <w:rPr>
          <w:sz w:val="20"/>
        </w:rPr>
        <w:br/>
        <w:t>Взаимная любовь Отца и учеников здесь выражена именно φιλέω. Это ещё один сильный внутренний аргумент против схемы, будто φιλέω — лишь «низшая дружеская любовь».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5:20, Ин 11:3, Ин 21:15–17</w:t>
      </w:r>
    </w:p>
    <w:p>
      <w:r>
        <w:t>28. «ἐξῆλθον παρὰ τοῦ πατρὸς — Я вышел от Отца — и пришёл в мир; снова оставляю мир и πρὸς τὸν πατέρα — иду к Отцу».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Стих сжимает всю миссию Иисуса в движение: от Отца → в мир → из мира → к Отцу. Это рамка всего Евангелия.</w:t>
      </w:r>
    </w:p>
    <w:p>
      <w:r>
        <w:t>29. Его ученики сказали: «Вот теперь Ты говоришь прямо и не говоришь образно.</w:t>
      </w:r>
    </w:p>
    <w:p>
      <w:r>
        <w:t>30. Теперь мы знаем, что Ты знаешь всё и не нуждаешься, чтобы кто-либо Тебя спрашивал. Поэтому верим, что Ты вышел от Бога».</w:t>
      </w:r>
    </w:p>
    <w:p>
      <w:r>
        <w:t>31. Иисус ответил: «Ἄρτι πιστεύετε; — Теперь верите?»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ἄρτι πιστεύετε</w:t>
      </w:r>
      <w:r>
        <w:rPr>
          <w:sz w:val="20"/>
        </w:rPr>
        <w:t xml:space="preserve"> [arti pisteuete]</w:t>
      </w:r>
      <w:r>
        <w:rPr>
          <w:sz w:val="20"/>
        </w:rPr>
        <w:br/>
        <w:t>Древний греческий текст не имел современной вопросительной пунктуации. Фраза может читаться как вопрос «Теперь верите?» или как утверждение «Теперь вы верите». Контекст 16:32 делает вопросительную иронию очень естественной.</w:t>
      </w:r>
    </w:p>
    <w:p>
      <w:r>
        <w:t>32. «Вот приходит ὥρα — час, — и уже пришёл, когда вы σκορπισθῆτε — рассеетесь, — каждый εἰς τὰ ἴδια, к своему, и оставите Меня одного. Но Я не один, потому что Отец со Мной».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σκορπισθῆτε</w:t>
      </w:r>
      <w:r>
        <w:rPr>
          <w:sz w:val="20"/>
        </w:rPr>
        <w:t xml:space="preserve"> [skorpisthēte]</w:t>
      </w:r>
      <w:r>
        <w:rPr>
          <w:sz w:val="20"/>
        </w:rPr>
        <w:br/>
        <w:t>σκορπίζω — рассеивать. Образ учеников как рассеянного стада естественно перекликается с пророческой формулой о поражённом пастыре и рассеянных овцах, хотя Иоанн здесь её не цитирует.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Зах 13:7, Мк 14:27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εἰς τὰ ἴδια</w:t>
      </w:r>
      <w:r>
        <w:rPr>
          <w:sz w:val="20"/>
        </w:rPr>
        <w:t xml:space="preserve"> [eis ta idia]</w:t>
      </w:r>
      <w:r>
        <w:rPr>
          <w:sz w:val="20"/>
        </w:rPr>
        <w:br/>
        <w:t>Выражение может значить «к своим делам/домам/своему». Тот же корень ἴδιος в прологе описывал «Своё / Свои» в Ин 1:11.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1:11</w:t>
      </w:r>
    </w:p>
    <w:p>
      <w:r>
        <w:t>33. «Это Я сказал вам, чтобы ἐν ἐμοὶ εἰρήνην ἔχητε — во Мне вы имели мир. В мире у вас θλῖψις — скорбь, давление, бедствие; но θαρσεῖτε — мужайтесь: ἐγὼ νενίκηκα τὸν κόσμον — Я победил мир и эта победа остаётся».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θλῖψις</w:t>
      </w:r>
      <w:r>
        <w:rPr>
          <w:sz w:val="20"/>
        </w:rPr>
        <w:t xml:space="preserve"> [thlipsis]</w:t>
      </w:r>
      <w:r>
        <w:rPr>
          <w:sz w:val="20"/>
        </w:rPr>
        <w:br/>
        <w:t>θλῖψις — давление, притеснение, скорбь, бедствие. Мир Иисуса не обещает отсутствие давления, а существует внутри него.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νενίκηκα</w:t>
      </w:r>
      <w:r>
        <w:rPr>
          <w:sz w:val="20"/>
        </w:rPr>
        <w:t xml:space="preserve"> [nenikēka]</w:t>
      </w:r>
      <w:r>
        <w:rPr>
          <w:sz w:val="20"/>
        </w:rPr>
        <w:br/>
        <w:t>Перфект νικάω: «Я победил — и победа остаётся в силе». Иисус говорит это до ареста и креста, представляя исход уже как определённый.</w:t>
      </w:r>
    </w:p>
    <w:p>
      <w:pPr>
        <w:pStyle w:val="Heading2"/>
      </w:pPr>
      <w:r>
        <w:t>Глава 17</w:t>
      </w:r>
    </w:p>
    <w:p>
      <w:r>
        <w:t>1. Сказав это, Иисус поднял глаза к небу и сказал: «Отец, ἐλήλυθεν ἡ ὥρα — пришёл час. Прославь Твоего Сына, чтобы Сын прославил Тебя».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ἐλήλυθεν ἡ ὥρα</w:t>
      </w:r>
      <w:r>
        <w:rPr>
          <w:sz w:val="20"/>
        </w:rPr>
        <w:t xml:space="preserve"> [elēlythen hē hōra]</w:t>
      </w:r>
      <w:r>
        <w:rPr>
          <w:sz w:val="20"/>
        </w:rPr>
        <w:br/>
        <w:t>Час, который раньше «ещё не пришёл», теперь окончательно наступил. Молитва начинается в точке кульминации всей линии ὥρα в Евангелии.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2:4, Ин 7:30, Ин 12:23, Ин 13:1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Прославление Сына и прославление Отца взаимны: крест и последующее возвращение Сына к Отцу раскрывают славу обоих, а не конкурируют между собой.</w:t>
      </w:r>
    </w:p>
    <w:p>
      <w:r>
        <w:t>2. «как Ты дал Ему ἐξουσίαν πάσης σαρκός — власть над всякой плотью, над всем человечеством, — чтобы всему, что Ты дал Ему, Он дал вечную жизнь».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πάσης σαρκός</w:t>
      </w:r>
      <w:r>
        <w:rPr>
          <w:sz w:val="20"/>
        </w:rPr>
        <w:t xml:space="preserve"> [pasēs sarkos]</w:t>
      </w:r>
      <w:r>
        <w:rPr>
          <w:sz w:val="20"/>
        </w:rPr>
        <w:br/>
        <w:t>«Всякая плоть» — библейский способ говорить обо всём человечестве как смертных людях.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πᾶν ὃ δέδωκας αὐτῷ</w:t>
      </w:r>
      <w:r>
        <w:rPr>
          <w:sz w:val="20"/>
        </w:rPr>
        <w:t xml:space="preserve"> [pan ho dedōkas autō]</w:t>
      </w:r>
      <w:r>
        <w:rPr>
          <w:sz w:val="20"/>
        </w:rPr>
        <w:br/>
        <w:t>«Всё, что Ты дал Ему» стоит в среднем роде как собирательное целое, как и в Ин 6:37–39, а затем речь идёт о даровании жизни конкретным людям.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6:37–39</w:t>
      </w:r>
    </w:p>
    <w:p>
      <w:r>
        <w:t>3. «А вот вечная жизнь: ἵνα γινώσκωσιν σὲ — чтобы они познавали Тебя — единственного истинного Бога и Посланного Тобой Иисуса Христа».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γινώσκωσιν</w:t>
      </w:r>
      <w:r>
        <w:rPr>
          <w:sz w:val="20"/>
        </w:rPr>
        <w:t xml:space="preserve"> [ginōskōsin]</w:t>
      </w:r>
      <w:r>
        <w:rPr>
          <w:sz w:val="20"/>
        </w:rPr>
        <w:br/>
        <w:t>Настоящее время глагола γινώσκω описывает продолжающееся познание, а не разовую передачу информации. Вечная жизнь определяется как отношение познания Бога и Иисуса Христа.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Стих различает Отца как «единственного истинного Бога» и Иисуса как Посланного Им Мессию, не отменяя сильных христологических утверждений самого Евангелия о Сыне.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1:1, Ин 20:28</w:t>
      </w:r>
    </w:p>
    <w:p>
      <w:r>
        <w:t>4. «Я прославил Тебя на земле, τὸ ἔργον τελειώσας — доведя до завершения дело, — которое Ты дал Мне совершить».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τελειώσας</w:t>
      </w:r>
      <w:r>
        <w:rPr>
          <w:sz w:val="20"/>
        </w:rPr>
        <w:t xml:space="preserve"> [teleiōsas]</w:t>
      </w:r>
      <w:r>
        <w:rPr>
          <w:sz w:val="20"/>
        </w:rPr>
        <w:br/>
        <w:t>τελειόω — доводить до завершения. Иисус говорит о миссии как уже завершённой в преддверии креста; это молитвенная перспектива уверенного исполнения.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4:34, Ин 19:30</w:t>
      </w:r>
    </w:p>
    <w:p>
      <w:r>
        <w:t>5. «И теперь, Отец, прославь Меня παρὰ σεαυτῷ — у Тебя, в Твоём присутствии, — той славой, которую Я εἶχον πρὸ τοῦ τὸν κόσμον εἶναι — имел у Тебя прежде существования мира».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Стих говорит не только о предзнании славы, а о славе, которую Иисус «имел» у Отца до существования мира. Это одно из наиболее прямых утверждений о предсуществовании Сына в Евангелии.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Возвращение к славе «у Отца» завершает движение «вышел от Отца → пришёл в мир → возвращаюсь к Отцу».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16:28</w:t>
      </w:r>
    </w:p>
    <w:p>
      <w:r>
        <w:t>6. «Я ἐφανέρωσά σου τὸ ὄνομα — явил Твоё имя, раскрыл Кто Ты, — людям, которых Ты дал Мне из мира. Они были Твои, Ты дал их Мне, и они τετήρηκαν — сохранили — Твоё слово».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φανερόω τὸ ὄνομα</w:t>
      </w:r>
      <w:r>
        <w:rPr>
          <w:sz w:val="20"/>
        </w:rPr>
        <w:t xml:space="preserve"> [phaneroō to onoma]</w:t>
      </w:r>
      <w:r>
        <w:rPr>
          <w:sz w:val="20"/>
        </w:rPr>
        <w:br/>
        <w:t>«Явить имя» в библейском языке означает раскрыть личность, характер и авторитет Бога, а не просто сообщить правильное произношение имени.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τετήρηκαν</w:t>
      </w:r>
      <w:r>
        <w:rPr>
          <w:sz w:val="20"/>
        </w:rPr>
        <w:t xml:space="preserve"> [tetērēkan]</w:t>
      </w:r>
      <w:r>
        <w:rPr>
          <w:sz w:val="20"/>
        </w:rPr>
        <w:br/>
        <w:t>Перфект τηρέω: ученики приняли и сохранили слово, и этот результат остаётся.</w:t>
      </w:r>
    </w:p>
    <w:p>
      <w:r>
        <w:t>7. Теперь они узнали, что всё, что Ты дал Мне, — от Тебя.</w:t>
      </w:r>
    </w:p>
    <w:p>
      <w:r>
        <w:t>8. «Потому что τὰ ῥήματα — слова/высказывания, — которые Ты дал Мне, Я дал им; они приняли их и поистине узнали, что ἐξῆλθον παρὰ σοῦ — Я вышел от Тебя, — и поверили, что Ты Меня послал».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Молитва подводит итог теме посланничества: ученики приняли слова Иисуса и через них распознали Его происхождение от Отца.</w:t>
      </w:r>
    </w:p>
    <w:p>
      <w:r>
        <w:t>9. «Я ἐρωτῶ — прошу, ходатайствую — о них. Не о мире сейчас прошу, а о тех, кого Ты дал Мне, потому что они Твои».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Фраза «не о мире прошу» относится к фокусу этой конкретной молитвы о защите и единстве учеников. Она не означает отсутствие любви Бога к миру или отсутствия миссии к миру.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3:16, Ин 17:18, Ин 17:21</w:t>
      </w:r>
    </w:p>
    <w:p>
      <w:r>
        <w:t>10. «И всё Моё — Твоё, и Твоё — Моё; и Я δεδόξασμαι — прославлен — в них».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δεδόξασμαι</w:t>
      </w:r>
      <w:r>
        <w:rPr>
          <w:sz w:val="20"/>
        </w:rPr>
        <w:t xml:space="preserve"> [dedoxasmai]</w:t>
      </w:r>
      <w:r>
        <w:rPr>
          <w:sz w:val="20"/>
        </w:rPr>
        <w:br/>
        <w:t>Перфект: «Я прославлен и пребываю прославленным» в учениках. Их принадлежность и будущая миссия уже рассматриваются как сфера славы Сына.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Взаимная формула собственности «Моё — Твоё, Твоё — Моё» является необычайно сильным языком единства Отца и Сына.</w:t>
      </w:r>
    </w:p>
    <w:p>
      <w:r>
        <w:t>11. «Я уже не в мире, а они в мире, и Я иду к Тебе. Ἅγιε πάτερ — Святой Отец, — сохрани их ἐν τῷ ὀνόματί σου ᾧ δέδωκάς μοι — в Твоём имени, которое Ты дал Мне, — чтобы ὦσιν ἓν καθὼς ἡμεῖς — они были одно, как Мы».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ὦσιν ἕν</w:t>
      </w:r>
      <w:r>
        <w:rPr>
          <w:sz w:val="20"/>
        </w:rPr>
        <w:t xml:space="preserve"> [ōsin hen]</w:t>
      </w:r>
      <w:r>
        <w:rPr>
          <w:sz w:val="20"/>
        </w:rPr>
        <w:br/>
        <w:t>«Одно» — ἕν среднего рода, как в Ин 10:30. Речь об единстве, а не о превращении учеников в одну личность.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10:30, Ин 17:21–23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Модель единства учеников — единство Отца и Сына. Это реляционное и миссионное единство, а не просто организационная одинаковость.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Основной текст проекта читает «в Твоём имени, которое Ты дал Мне». В рукописной традиции встречаются варианты связи относительного местоимения; WGT-E не смешивает их.</w:t>
      </w:r>
    </w:p>
    <w:p>
      <w:r>
        <w:t>12. «Когда Я был с ними, Я сохранял их в Твоём имени, которое Ты дал Мне, и ἐφύλαξα — уберёг их; никто из них не погиб, кроме ὁ υἱὸς τῆς ἀπωλείας — сына погибели, человека, принадлежащего погибели, — чтобы исполнилось Писание».</w:t>
      </w:r>
    </w:p>
    <w:p>
      <w:pPr>
        <w:ind w:left="360"/>
      </w:pPr>
      <w:r>
        <w:rPr>
          <w:b/>
          <w:sz w:val="20"/>
        </w:rPr>
        <w:t>Семитизм</w:t>
      </w:r>
      <w:r>
        <w:rPr>
          <w:i/>
          <w:sz w:val="20"/>
        </w:rPr>
        <w:t xml:space="preserve"> ὁ υἱὸς τῆς ἀπωλείας</w:t>
      </w:r>
      <w:r>
        <w:rPr>
          <w:sz w:val="20"/>
        </w:rPr>
        <w:t xml:space="preserve"> [ho huios tēs apōleias]</w:t>
      </w:r>
      <w:r>
        <w:rPr>
          <w:sz w:val="20"/>
        </w:rPr>
        <w:br/>
        <w:t>«Сын погибели» — семитизированная конструкция принадлежности/характера: человек, связанный с погибелью. Здесь речь об Иуде.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Ближайший уже процитированный в Евангелии текст о предателе — Пс 41:9 в Ин 13:18. Ин 17:12 говорит шире об исполнении Писания, не называя новый конкретный стих.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13:18, Пс 41:9</w:t>
      </w:r>
    </w:p>
    <w:p>
      <w:r>
        <w:t>13. «Теперь Я иду к Тебе и говорю это в мире, чтобы они имели τὴν χαρὰν τὴν ἐμὴν πεπληρωμένην ἐν ἑαυτοῖς — Мою радость, доведённую в них до полноты».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πεπληρωμένην</w:t>
      </w:r>
      <w:r>
        <w:rPr>
          <w:sz w:val="20"/>
        </w:rPr>
        <w:t xml:space="preserve"> [peplērōmenēn]</w:t>
      </w:r>
      <w:r>
        <w:rPr>
          <w:sz w:val="20"/>
        </w:rPr>
        <w:br/>
        <w:t>Перфектное причастие: радость доведена до полноты и остаётся полной. Это повторяет цель прощальной речи.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15:11, Ин 16:24</w:t>
      </w:r>
    </w:p>
    <w:p>
      <w:r>
        <w:t>14. «Я дал им Твоё слово, и мир возненавидел их, потому что они οὐκ εἰσὶν ἐκ τοῦ κόσμου — не от мира, не принадлежат его системе, — как и Я не от мира».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«Не от мира» не означает физически выйти из человеческого общества; следующий стих прямо просит не забирать учеников из мира. Речь о происхождении и принадлежности.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17:15, Ин 15:19</w:t>
      </w:r>
    </w:p>
    <w:p>
      <w:r>
        <w:t>15. «Я не прошу, чтобы Ты взял их из мира, но чтобы сохранил их ἐκ τοῦ πονηροῦ — от зла / от Злого».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τοῦ πονηροῦ</w:t>
      </w:r>
      <w:r>
        <w:rPr>
          <w:sz w:val="20"/>
        </w:rPr>
        <w:t xml:space="preserve"> [tou ponērou]</w:t>
      </w:r>
      <w:r>
        <w:rPr>
          <w:sz w:val="20"/>
        </w:rPr>
        <w:br/>
        <w:t>Артикль и форма позволяют понимать выражение как «от Злого» (дьявола) или более обобщённо «от зла». Контекст борьбы с правителем мира делает личное чтение вполне возможным.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16:11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τοῦ πονηροῦ грамматически допускает как безличное «от зла», так и личное «от Злого». WGT-T сохраняет более открытую форму «от зла», WGT-E показывает обе возможности.</w:t>
      </w:r>
    </w:p>
    <w:p>
      <w:r>
        <w:t>16. Они не от мира, как и Я не от мира.</w:t>
      </w:r>
    </w:p>
    <w:p>
      <w:r>
        <w:t>17. «Ἁγίασον αὐτοὺς ἐν τῇ ἀληθείᾳ — освяти, отдели их для Бога в истине. Ὁ λόγος ὁ σὸς ἀλήθειά ἐστιν — Твоё слово есть истина».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ἁγιάζω</w:t>
      </w:r>
      <w:r>
        <w:rPr>
          <w:sz w:val="20"/>
        </w:rPr>
        <w:t xml:space="preserve"> [hagiazō]</w:t>
      </w:r>
      <w:r>
        <w:rPr>
          <w:sz w:val="20"/>
        </w:rPr>
        <w:br/>
        <w:t>ἁγιάζω — освящать, посвящать, отделять для Бога и Его цели. Здесь это не просто нравственное улучшение, а посвящение учеников Божьей миссии.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Среда освящения — истина, определённая словом Отца. В контексте Иоанна эта истина не отделена от Иисуса, Который назван «Истиной» в 14:6.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14:6</w:t>
      </w:r>
    </w:p>
    <w:p>
      <w:r>
        <w:t>18. «Как Ты ἀπέστειλάς με εἰς τὸν κόσμον — послал Меня в мир, — так и Я ἀπέστειλα αὐτοὺς εἰς τὸν κόσμον — послал их в мир».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Миссия учеников построена по модели миссии Сына: их посланничество производно и продолжает движение Отца к миру через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20:21</w:t>
      </w:r>
    </w:p>
    <w:p>
      <w:r>
        <w:t>19. «И ради них ἐγὼ ἁγιάζω ἐμαυτόν — Я освящаю, посвящаю Себя, — чтобы и они были ἡγιασμένοι ἐν ἀληθείᾳ — освящены в истине».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ἁγιάζω ἐμαυτόν</w:t>
      </w:r>
      <w:r>
        <w:rPr>
          <w:sz w:val="20"/>
        </w:rPr>
        <w:t xml:space="preserve"> [hagiazō emauton]</w:t>
      </w:r>
      <w:r>
        <w:rPr>
          <w:sz w:val="20"/>
        </w:rPr>
        <w:br/>
        <w:t>Когда Иисус «освящает Себя», речь не об очищении от греха, а о добровольном посвящении Себя Отцу и предстоящей жертвенной миссии.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Самопосвящение Иисуса становится основанием посвящения учеников.</w:t>
      </w:r>
    </w:p>
    <w:p>
      <w:r>
        <w:t>20. «Не только о них прошу, но и о тех, кто πιστευόντων διὰ τοῦ λόγου αὐτῶν — поверит в Меня через их слово/свидетельство».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Молитва явно выходит за пределы первой группы учеников и включает будущих верующих, пришедших к вере через апостольское свидетельство.</w:t>
      </w:r>
    </w:p>
    <w:p>
      <w:r>
        <w:t>21. «чтобы πάντες ἓν ὦσιν — все были одно, — как Ты, Отец, во Мне и Я в Тебе, чтобы и они ἐν ἡμῖν ὦσιν — были в Нас, — чтобы мир поверил, что Ты послал Меня».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ἓν</w:t>
      </w:r>
      <w:r>
        <w:rPr>
          <w:sz w:val="20"/>
        </w:rPr>
        <w:t xml:space="preserve"> [hen]</w:t>
      </w:r>
      <w:r>
        <w:rPr>
          <w:sz w:val="20"/>
        </w:rPr>
        <w:br/>
        <w:t>Снова средний род «одно», не «один человек». Единство моделируется взаимным пребыванием Отца и Сына.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Единство верующих имеет миссионную цель: оно должно стать видимым свидетельством миру о посланничестве Иисуса.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Формула «в Нас» продолжает взаимное пребывание Ин 14–15: единство учеников невозможно отделить от участия в общении Отца и Сына.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14:20, Ин 15:4</w:t>
      </w:r>
    </w:p>
    <w:p>
      <w:r>
        <w:t>22. «И τὴν δόξαν — славу, — которую Ты дал Мне, Я дал им, чтобы они были одно, как Мы одно».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Иисус говорит о переданной ученикам «славе» как средстве единства. В Иоанна слава Сына особенно раскрывается в самоотдающей любви и кресте, поэтому речь не сводится к почёту или престижу.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12:23–33, Ин 13:31–34</w:t>
      </w:r>
    </w:p>
    <w:p>
      <w:r>
        <w:t>23. «ἐγὼ ἐν αὐτοῖς καὶ σὺ ἐν ἐμοί — Я в них и Ты во Мне, — чтобы они ὦσιν τετελειωμένοι εἰς ἕν — были доведены до совершенного единства, — и чтобы мир узнал, что Ты послал Меня и ἠγάπησας αὐτοὺς καθὼς ἐμὲ ἠγάπησας — возлюбил их так, как возлюбил Меня».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τετελειωμένοι</w:t>
      </w:r>
      <w:r>
        <w:rPr>
          <w:sz w:val="20"/>
        </w:rPr>
        <w:t xml:space="preserve"> [teteleiōmenoi]</w:t>
      </w:r>
      <w:r>
        <w:rPr>
          <w:sz w:val="20"/>
        </w:rPr>
        <w:br/>
        <w:t>Перфект τελειόω: быть доведёнными до полноты/завершённости единства и оставаться в этом состоянии.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καθὼς ἐμὲ ἠγάπησας</w:t>
      </w:r>
      <w:r>
        <w:rPr>
          <w:sz w:val="20"/>
        </w:rPr>
        <w:t xml:space="preserve"> [kathōs eme ēgapēsas]</w:t>
      </w:r>
      <w:r>
        <w:rPr>
          <w:sz w:val="20"/>
        </w:rPr>
        <w:br/>
        <w:t>Иисус утверждает поразительную меру: Отец любит учеников «как» любит Сына. Это продолжает Ин 15:9, где любовь Сына к ученикам измеряется любовью Отца к Сыну.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15:9</w:t>
      </w:r>
    </w:p>
    <w:p>
      <w:r>
        <w:t>24. «Отец, θέλω — Я хочу, желаю, — чтобы те, кого Ты дал Мне, были со Мной там, где Я, чтобы θεωρῶσιν τὴν δόξαν τὴν ἐμήν — созерцали Мою славу, — которую Ты дал Мне, потому что ἠγάπησάς με πρὸ καταβολῆς κόσμου — Ты возлюбил Меня прежде основания мира».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θέλω</w:t>
      </w:r>
      <w:r>
        <w:rPr>
          <w:sz w:val="20"/>
        </w:rPr>
        <w:t xml:space="preserve"> [thelō]</w:t>
      </w:r>
      <w:r>
        <w:rPr>
          <w:sz w:val="20"/>
        </w:rPr>
        <w:br/>
        <w:t>Здесь Иисус не использует обычное «прошу», а сильное «хочу/желаю». Это выражение Его воли о конечной судьбе учеников.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Любовь Отца к Сыну помещена «прежде основания мира», усиливая тему вечного отношения и предсуществования, уже явную в 17:5.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17:5</w:t>
      </w:r>
    </w:p>
    <w:p>
      <w:r>
        <w:t>25. «Πάτερ δίκαιε — Праведный Отец, — мир Тебя не познал, а Я Тебя познал; и они узнали, что Ты Меня послал».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«Праведный Отец» соответствует теме суда мира и верности Бога. Контраст снова проходит не между религиозными и нерелигиозными людьми, а между познанием и непознанием Отца через Сына.</w:t>
      </w:r>
    </w:p>
    <w:p>
      <w:r>
        <w:t>26. «Я ἐγνώρισα αὐτοῖς τὸ ὄνομά σου — сделал им известным Твоё имя, Кто Ты, — и ещё сделаю известным, чтобы ἡ ἀγάπη ἣν ἠγάπησάς με — любовь, которой Ты возлюбил Меня, — была в них, и Я в них».</w:t>
      </w:r>
    </w:p>
    <w:p>
      <w:pPr>
        <w:ind w:left="360"/>
      </w:pPr>
      <w:r>
        <w:rPr>
          <w:b/>
          <w:sz w:val="20"/>
        </w:rPr>
        <w:t>Идиома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γνωρίζω τὸ ὄνομα</w:t>
      </w:r>
      <w:r>
        <w:rPr>
          <w:sz w:val="20"/>
        </w:rPr>
        <w:t xml:space="preserve"> [gnōrizō to onoma]</w:t>
      </w:r>
      <w:r>
        <w:rPr>
          <w:sz w:val="20"/>
        </w:rPr>
        <w:br/>
        <w:t>«Сделать известным имя» означает открыть личность и характер Бога. Иисус завершает молитву той же темой, с которой начал в 17:6.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17:6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Финал молитвы соединяет две цели: любовь Отца к Сыну должна быть внутри учеников, и Сам Иисус должен пребывать в них. Это кульминация темы μένω/взаимного пребывания предыдущих глав.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14:23, Ин 15:9</w:t>
      </w:r>
    </w:p>
    <w:p>
      <w:pPr>
        <w:pStyle w:val="Heading2"/>
      </w:pPr>
      <w:r>
        <w:t>Глава 18</w:t>
      </w:r>
    </w:p>
    <w:p>
      <w:r>
        <w:t>1. Сказав это, Иисус вышел с учениками за χείμαρρος τοῦ Κεδρών — поток Кедрон, — где был сад; туда вошли Он и Его ученики.</w:t>
      </w:r>
    </w:p>
    <w:p>
      <w:pPr>
        <w:ind w:left="360"/>
      </w:pPr>
      <w:r>
        <w:rPr>
          <w:b/>
          <w:sz w:val="20"/>
        </w:rPr>
        <w:t>География</w:t>
      </w:r>
      <w:r>
        <w:rPr>
          <w:i/>
          <w:sz w:val="20"/>
        </w:rPr>
        <w:t xml:space="preserve"> χείμαρρος τοῦ Κεδρών</w:t>
      </w:r>
      <w:r>
        <w:rPr>
          <w:sz w:val="20"/>
        </w:rPr>
        <w:t xml:space="preserve"> [cheimarros tou Kedrōn]</w:t>
      </w:r>
      <w:r>
        <w:rPr>
          <w:sz w:val="20"/>
        </w:rPr>
        <w:br/>
        <w:t>χείμαρρος — сезонный поток/овраг. Переход за Кедрон ведёт от города к саду у Масличной горы и создаёт конкретную географическую рамку ареста.</w:t>
      </w:r>
    </w:p>
    <w:p>
      <w:r>
        <w:t>2. Иуда, παραδιδούς — предававший/выдававший Его, — тоже знал это место, потому что Иисус часто собирался там со Своими учениками.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παραδιδούς</w:t>
      </w:r>
      <w:r>
        <w:rPr>
          <w:sz w:val="20"/>
        </w:rPr>
        <w:t xml:space="preserve"> [paradidous]</w:t>
      </w:r>
      <w:r>
        <w:rPr>
          <w:sz w:val="20"/>
        </w:rPr>
        <w:br/>
        <w:t>παραδίδωμι — передавать, выдавать, предавать. Это ключевой глагол страстного повествования, связывающий действия Иуды, руководителей и Пилата.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18:30, Ин 19:16</w:t>
      </w:r>
    </w:p>
    <w:p>
      <w:r>
        <w:t>3. Иуда, взяв σπεῖρα — военный отряд — и служителей от первосвященников и фарисеев, пришёл туда с фонарями, факелами и оружием.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σπεῖρα</w:t>
      </w:r>
      <w:r>
        <w:rPr>
          <w:sz w:val="20"/>
        </w:rPr>
        <w:t xml:space="preserve"> [speira]</w:t>
      </w:r>
      <w:r>
        <w:rPr>
          <w:sz w:val="20"/>
        </w:rPr>
        <w:br/>
        <w:t>σπεῖρα обычно обозначает римское военное подразделение/когорту, но контекст не требует, чтобы присутствовала полная когорта. Иоанн описывает смешанную группу военных и храмовых служителей.</w:t>
      </w:r>
    </w:p>
    <w:p>
      <w:r>
        <w:t>4. Иисус, εἰδὼς πάντα — зная всё, что должно было с Ним произойти, — Сам вышел навстречу и спросил: «Кого вы ищете?»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Иоанн подчёркивает инициативу Иисуса: Он не застигнут врасплох, а выходит навстречу, уже зная развитие событий.</w:t>
      </w:r>
    </w:p>
    <w:p>
      <w:r>
        <w:t>5. Они ответили: «Иисуса Назарянина». Он сказал им: «ἐγώ εἰμι — Я есть». С ними стоял и Иуда, предававший Его.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ἐγώ εἰμι</w:t>
      </w:r>
      <w:r>
        <w:rPr>
          <w:sz w:val="20"/>
        </w:rPr>
        <w:t xml:space="preserve"> [egō eimi]</w:t>
      </w:r>
      <w:r>
        <w:rPr>
          <w:sz w:val="20"/>
        </w:rPr>
        <w:br/>
        <w:t>В ситуации ареста выражение естественно выполняет функцию самоидентификации «это Я», но Иоанн сохраняет абсолютную форму «Я есть», уже богословски нагруженную в 8:24, 8:58 и 13:19.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8:24, Ин 8:58, Ин 13:19</w:t>
      </w:r>
    </w:p>
    <w:p>
      <w:r>
        <w:t>6. Когда Он сказал им: «ἐγώ εἰμι — Я есть», они ἀπῆλθαν εἰς τὰ ὀπίσω — отступили назад — и упали на землю.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Необычная реакция группы на слова Иисуса создаёт сильный повествовательный эффект: арестуемый выглядит не беспомощной жертвой, а Тем, перед Кем отступают пришедшие с оружием.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Падение перед божественным присутствием имеет ветхозаветные параллели, но Иоанн не маркирует здесь прямую цитату. Поэтому связь возможна как фон, а не как доказательство сама по себе.</w:t>
      </w:r>
    </w:p>
    <w:p>
      <w:r>
        <w:t>7. Он снова спросил их: «Кого вы ищете?» Они ответили: «Иисуса Назарянина».</w:t>
      </w:r>
    </w:p>
    <w:p>
      <w:r>
        <w:t>8. Иисус сказал: «Я сказал вам, что ἐγώ εἰμι — Я есть. Поэтому, если Меня ищете, дайте этим уйти».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Даже в момент ареста Иисус действует как Пастырь, защищающий Своих. Стих подготавливает авторское пояснение 18:9.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10:11, Ин 18:9</w:t>
      </w:r>
    </w:p>
    <w:p>
      <w:r>
        <w:t>9. Так исполнилось слово, которое Он сказал: «Из тех, кого Ты дал Мне, Я не ἀπώλεσα — не потерял — никого».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ἀπώλεσα</w:t>
      </w:r>
      <w:r>
        <w:rPr>
          <w:sz w:val="20"/>
        </w:rPr>
        <w:t xml:space="preserve"> [apōlesa]</w:t>
      </w:r>
      <w:r>
        <w:rPr>
          <w:sz w:val="20"/>
        </w:rPr>
        <w:br/>
        <w:t>Тот же корень «потерять/погубить», который звучал в Ин 6:39. Иоанн применяет обещание сохранения учеников к конкретной сцене ареста.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6:39, Ин 17:12</w:t>
      </w:r>
    </w:p>
    <w:p>
      <w:r>
        <w:t>10. Тогда Симон Пётр, у которого был μάχαιρα — меч/короткое оружие, — вытащил его, ударил раба первосвященника и отсёк ему правое ухо. Раба звали Малх.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Иоанн единственный называет и Петра, и Малха, делая сцену конкретной и связывая её с последующим вопросом родственника Малха в 18:26.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18:26</w:t>
      </w:r>
    </w:p>
    <w:p>
      <w:r>
        <w:t>11. Иисус сказал Петру: «Вложи меч в ножны. Τὸ ποτήριον — чашу, — которую дал Мне Отец, неужели Я не выпью?»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τὸ ποτήριον</w:t>
      </w:r>
      <w:r>
        <w:rPr>
          <w:sz w:val="20"/>
        </w:rPr>
        <w:t xml:space="preserve"> [to potērion]</w:t>
      </w:r>
      <w:r>
        <w:rPr>
          <w:sz w:val="20"/>
        </w:rPr>
        <w:br/>
        <w:t>«Чаша» в Писании часто является образом назначенной Богом участи, нередко суда и страдания. Здесь Иисус описывает предстоящие события как принятую от Отца чашу.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75:8, Ис 51:17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Иоанн не передаёт молитву о чаше в Гефсимании в синоптической форме, но сохраняет тот же образ и подчёркивает добровольное принятие воли Отца.</w:t>
      </w:r>
    </w:p>
    <w:p>
      <w:r>
        <w:t>12. Тогда военный отряд, χιλίαρχος — тысяченачальник, римский командир, — и служители иудейских руководителей схватили Иисуса и связали Его.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χιλίαρχος</w:t>
      </w:r>
      <w:r>
        <w:rPr>
          <w:sz w:val="20"/>
        </w:rPr>
        <w:t xml:space="preserve"> [chiliarchos]</w:t>
      </w:r>
      <w:r>
        <w:rPr>
          <w:sz w:val="20"/>
        </w:rPr>
        <w:br/>
        <w:t>χιλίαρχος буквально «начальник тысячи», обычный титул римского военного трибуна. Это усиливает присутствие римской военной власти в сцене ареста.</w:t>
      </w:r>
    </w:p>
    <w:p>
      <w:r>
        <w:t>13. Сначала Его отвели к Анне, потому что тот был тестем Каиафы, первосвященника того года.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Анна ранее сам был первосвященником и сохранял значительное влияние через семью; Каиафа был действующим первосвященником. Иоанн показывает не ежегодную смену должности, а власть Каиафы именно в тот решающий год.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11:49–51</w:t>
      </w:r>
    </w:p>
    <w:p>
      <w:r>
        <w:t>14. Каиафа был тем, кто посоветовал иудейским руководителям, что συμφέρει — выгоднее/целесообразнее — одному человеку умереть за народ.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Иоанн возвращает читателя к невольному пророчеству Каиафы из 11:50–52. То, что было политическим расчётом, теперь входит в исполнение.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11:50–52</w:t>
      </w:r>
    </w:p>
    <w:p>
      <w:r>
        <w:t>15. За Иисусом следовали Симон Пётр и другой ученик. Этот ученик был знаком первосвященнику и вошёл вместе с Иисусом во двор первосвященника.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«Другой ученик» остаётся неназванным. Предлагалось отождествлять его с любимым учеником, но сам стих этого прямо не говорит.</w:t>
      </w:r>
    </w:p>
    <w:p>
      <w:r>
        <w:t>16. А Пётр стоял снаружи у двери. Тогда другой ученик, знакомый первосвященнику, вышел, поговорил с привратницей и ввёл Петра.</w:t>
      </w:r>
    </w:p>
    <w:p>
      <w:r>
        <w:t>17. Служанка-привратница спросила Петра: «Μὴ καὶ σὺ — неужели и ты — из учеников Этого Человека?» Он ответил: «οὐκ εἰμί — нет, я не есть».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οὐκ εἰμί</w:t>
      </w:r>
      <w:r>
        <w:rPr>
          <w:sz w:val="20"/>
        </w:rPr>
        <w:t xml:space="preserve"> [ouk eimi]</w:t>
      </w:r>
      <w:r>
        <w:rPr>
          <w:sz w:val="20"/>
        </w:rPr>
        <w:br/>
        <w:t>Пётр отвечает буквально «я не есть», что резко контрастирует с многократным ἐγώ εἰμι Иисуса в той же главе. Иисус открыто говорит «Я есть», Пётр — «я не».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18:5–8</w:t>
      </w:r>
    </w:p>
    <w:p>
      <w:r>
        <w:t>18. Рабы и служители развели ἀνθρακιά — угольный огонь, — потому что было холодно, и грелись. Пётр тоже стоял с ними и грелся.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ἀνθρακιά</w:t>
      </w:r>
      <w:r>
        <w:rPr>
          <w:sz w:val="20"/>
        </w:rPr>
        <w:t xml:space="preserve"> [anthrakia]</w:t>
      </w:r>
      <w:r>
        <w:rPr>
          <w:sz w:val="20"/>
        </w:rPr>
        <w:br/>
        <w:t>Угольный огонь появится ещё раз только в Ин 21:9, где Пётр встретится с воскресшим Иисусом и получит тройное восстановление после тройного отречения.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21:9, Ин 21:15–17</w:t>
      </w:r>
    </w:p>
    <w:p>
      <w:r>
        <w:t>19. Первосвященник спросил Иисуса о Его учениках и учении.</w:t>
      </w:r>
    </w:p>
    <w:p>
      <w:r>
        <w:t>20. Иисус ответил: «Я говорил миру παρρησίᾳ — открыто, публично. Я всегда учил в синагоге и храме, где собираются иудеи, и ничего не говорил ἐν κρυπτῷ — тайно».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παρρησίᾳ ... ἐν κρυπτῷ</w:t>
      </w:r>
      <w:r>
        <w:rPr>
          <w:sz w:val="20"/>
        </w:rPr>
        <w:t xml:space="preserve"> [parrēsia ... en kryptō]</w:t>
      </w:r>
      <w:r>
        <w:rPr>
          <w:sz w:val="20"/>
        </w:rPr>
        <w:br/>
        <w:t>Контраст «открыто / тайно» подчёркивает публичный характер учения Иисуса и ставит под вопрос закрытый характер ночного допроса.</w:t>
      </w:r>
    </w:p>
    <w:p>
      <w:r>
        <w:t>21. Почему ты спрашиваешь Меня? Спроси слышавших, что Я говорил им. Они знают, что Я говорил».</w:t>
      </w:r>
    </w:p>
    <w:p>
      <w:r>
        <w:t>22. Когда Он сказал это, один из стоявших рядом служителей ударил Иисуса и сказал: «Так отвечаешь первосвященнику?»</w:t>
      </w:r>
    </w:p>
    <w:p>
      <w:r>
        <w:t>23. Иисус ответил: «Если Я сказал что-то κακῶς — злое/неправильное, — μαρτύρησον περὶ τοῦ κακοῦ — засвидетельствуй о зле; а если хорошо — почему ты Меня бьёшь?»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Иисус переводит сцену обратно в юридическую плоскость свидетельства: если есть обвинение, оно должно быть доказано свидетельством, а не ударом.</w:t>
      </w:r>
    </w:p>
    <w:p>
      <w:r>
        <w:t>24. Тогда Анна послал Его связанным к первосвященнику Каиафе.</w:t>
      </w:r>
    </w:p>
    <w:p>
      <w:r>
        <w:t>25. Симон Пётр стоял и грелся. Его спросили: «Разве и ты не из Его учеников?» Он отрёкся и сказал: «Нет».</w:t>
      </w:r>
    </w:p>
    <w:p>
      <w:r>
        <w:t>26. Один из рабов первосвященника, родственник того, кому Пётр отсёк ухо, сказал: «Разве я не видел тебя с Ним в саду?»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Связь с Малхом делает третье отречение особенно опасным: Петра узнаёт родственник человека, которого он ранил в саду.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18:10</w:t>
      </w:r>
    </w:p>
    <w:p>
      <w:r>
        <w:t>27. Пётр снова ἠρνήσατο — отрёкся, — и тотчас запел петух.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Третье отречение дословно исполняет предсказание Иисуса из 13:38 и завершает дугу, которая будет восстановлена тройным поручением в Ин 21.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13:38, Ин 21:15–17</w:t>
      </w:r>
    </w:p>
    <w:p>
      <w:r>
        <w:t>28. Иисуса повели от Каиафы в πραιτώριον — преторий, резиденцию римского наместника. Было раннее утро. Сами обвинители не вошли внутрь, чтобы не оскверниться и иметь возможность есть Пасху.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πραιτώριον</w:t>
      </w:r>
      <w:r>
        <w:rPr>
          <w:sz w:val="20"/>
        </w:rPr>
        <w:t xml:space="preserve"> [praitōrion]</w:t>
      </w:r>
      <w:r>
        <w:rPr>
          <w:sz w:val="20"/>
        </w:rPr>
        <w:br/>
        <w:t>Латинизм praetorium обозначает резиденцию/штаб римского правителя. Точное здание в Иерусалиме обсуждается.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Иоанн сохраняет собственную пасхальную хронологию: обвинители ещё планируют «есть Пасху». WGT-E не гармонизирует этот стих с синоптиками искусственным изменением текста.</w:t>
      </w:r>
    </w:p>
    <w:p>
      <w:r>
        <w:t>29. Поэтому Пилат вышел к ним и спросил: «Какое обвинение вы предъявляете против Этого Человека?»</w:t>
      </w:r>
    </w:p>
    <w:p>
      <w:r>
        <w:t>30. Они ответили: «Если бы Он не был κακοποιός — делающим зло преступником, — мы не предали бы Его тебе».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κακοποιός</w:t>
      </w:r>
      <w:r>
        <w:rPr>
          <w:sz w:val="20"/>
        </w:rPr>
        <w:t xml:space="preserve"> [kakopoios]</w:t>
      </w:r>
      <w:r>
        <w:rPr>
          <w:sz w:val="20"/>
        </w:rPr>
        <w:br/>
        <w:t>Слово означает злодей/преступник. Ответ уклоняется от конкретного обвинения и апеллирует к авторитету уже вынесенного ими суждения.</w:t>
      </w:r>
    </w:p>
    <w:p>
      <w:r>
        <w:t>31. Пилат сказал: «Возьмите Его сами и судите по вашему закону». Иудейские руководители ответили: «Нам не ἔξεστιν — не разрешено — предавать кого-либо смерти».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ἔξεστιν</w:t>
      </w:r>
      <w:r>
        <w:rPr>
          <w:sz w:val="20"/>
        </w:rPr>
        <w:t xml:space="preserve"> [exestin]</w:t>
      </w:r>
      <w:r>
        <w:rPr>
          <w:sz w:val="20"/>
        </w:rPr>
        <w:br/>
        <w:t>Иоанн объясняет необходимость римского участия ограничением права на исполнение смертного приговора. Точные юридические полномочия местных властей в этот период обсуждаются историками.</w:t>
      </w:r>
    </w:p>
    <w:p>
      <w:r>
        <w:t>32. Так исполнилось слово Иисуса, которым Он σημαίνων — обозначал, показывал, — какой смертью Ему предстоит умереть.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Римское участие ведёт к распятию, то есть к «поднятию», которое Иисус уже предсказывал в 12:32–33.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12:32–33</w:t>
      </w:r>
    </w:p>
    <w:p>
      <w:r>
        <w:t>33. Пилат снова вошёл в преторий, позвал Иисуса и спросил: «Σὺ εἶ ὁ βασιλεὺς τῶν Ἰουδαίων; — Ты Царь иудеев?»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С этого момента суд строится вокруг вопроса царства: Пилат слышит политическую угрозу, Иисус раскрывает происхождение и природу Своего царства.</w:t>
      </w:r>
    </w:p>
    <w:p>
      <w:r>
        <w:t>34. Иисус ответил: «Ты сам это говоришь или другие сказали тебе обо Мне?»</w:t>
      </w:r>
    </w:p>
    <w:p>
      <w:r>
        <w:t>35. Пилат ответил: «Разве я иудей? Твой народ и первосвященники предали Тебя мне. Что Ты сделал?»</w:t>
      </w:r>
    </w:p>
    <w:p>
      <w:r>
        <w:t>36. Иисус ответил: «Ἡ βασιλεία ἡ ἐμὴ οὐκ ἔστιν ἐκ τοῦ κόσμου τούτου — Моё Царство не из этого мира, не берёт происхождение из его системы. Если бы Моё Царство было из этого мира, Мои служители сражались бы, чтобы Я не был предан. Но Моё Царство οὐκ ἔστιν ἐντεῦθεν — не отсюда».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ἐκ τοῦ κόσμου ... ἐντεῦθεν</w:t>
      </w:r>
      <w:r>
        <w:rPr>
          <w:sz w:val="20"/>
        </w:rPr>
        <w:t xml:space="preserve"> [ek tou kosmou ... enteuthen]</w:t>
      </w:r>
      <w:r>
        <w:rPr>
          <w:sz w:val="20"/>
        </w:rPr>
        <w:br/>
        <w:t>Иисус говорит прежде всего о происхождении царства «не из мира», а не о том, что оно не имеет отношения к земной реальности. Его источник и способ действия не мирские.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Отсутствие вооружённой защиты становится признаком иного характера царской власти Иисуса.</w:t>
      </w:r>
    </w:p>
    <w:p>
      <w:r>
        <w:t>37. Пилат спросил: «Так Ты всё-таки царь?» Иисус ответил: «Σὺ λέγεις ὅτι βασιλεύς εἰμι — ты говоришь, что Я царь. Я для того родился и для того пришёл в мир, чтобы μαρτυρήσω τῇ ἀληθείᾳ — свидетельствовать об истине. Каждый, кто ἐκ τῆς ἀληθείας — от истины, принадлежит истине, — слушает Мой голос».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Царская миссия Иисуса формулируется через свидетельство об истине, а не через военную власть.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«Слушает Мой голос» возвращает образ овец, узнающих голос Пастыря в Ин 10.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10:3–4, Ин 10:27</w:t>
      </w:r>
    </w:p>
    <w:p>
      <w:r>
        <w:t>38. Пилат спросил: «Τί ἐστιν ἀλήθεια; — Что есть истина?» Сказав это, он снова вышел и объявил: «Я не нахожу в Нём никакой αἰτία — вины, основания для обвинения».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Ирония сцены в том, что Пилат задаёт вопрос об истине непосредственно перед Тем, Кто в 14:6 назвал Себя Истиной, и не ждёт ответа.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14:6</w:t>
      </w:r>
    </w:p>
    <w:p>
      <w:pPr>
        <w:ind w:left="360"/>
      </w:pPr>
      <w:r>
        <w:rPr>
          <w:b/>
          <w:sz w:val="20"/>
        </w:rPr>
        <w:t>Правовой аспект</w:t>
      </w:r>
      <w:r>
        <w:rPr>
          <w:i/>
          <w:sz w:val="20"/>
        </w:rPr>
        <w:t xml:space="preserve"> αἰτία</w:t>
      </w:r>
      <w:r>
        <w:rPr>
          <w:sz w:val="20"/>
        </w:rPr>
        <w:t xml:space="preserve"> [aitia]</w:t>
      </w:r>
      <w:r>
        <w:rPr>
          <w:sz w:val="20"/>
        </w:rPr>
        <w:br/>
        <w:t>αἰτία — причина, основание обвинения, вина. Пилат формально заявляет отсутствие достаточного уголовного основания.</w:t>
      </w:r>
    </w:p>
    <w:p>
      <w:r>
        <w:t>39. Но у вас есть обычай, чтобы я отпускал вам одного на Пасху. Хотите, отпущу вам Царя иудеев?»</w:t>
      </w:r>
    </w:p>
    <w:p>
      <w:r>
        <w:t>40. Тогда они снова закричали: «Не Его, а Варавву!» Варавва же был λῃστής — разбойником, возможно вооружённым мятежником.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λῃστής</w:t>
      </w:r>
      <w:r>
        <w:rPr>
          <w:sz w:val="20"/>
        </w:rPr>
        <w:t xml:space="preserve"> [lēstēs]</w:t>
      </w:r>
      <w:r>
        <w:rPr>
          <w:sz w:val="20"/>
        </w:rPr>
        <w:br/>
        <w:t>λῃστής может означать разбойника и в римско-иудейском контексте также человека, связанного с насильственным мятежом. Точная роль Вараввы из одного слова не определяется.</w:t>
      </w:r>
    </w:p>
    <w:p>
      <w:pPr>
        <w:pStyle w:val="Heading2"/>
      </w:pPr>
      <w:r>
        <w:t>Глава 19</w:t>
      </w:r>
    </w:p>
    <w:p>
      <w:r>
        <w:t>1. Тогда Пилат взял Иисуса и велел бичевать Его.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sz w:val="20"/>
        </w:rPr>
        <w:br/>
        <w:t>Бичевание было римским наказанием, применявшимся перед казнью или как отдельное наказание. Иоанн не описывает детали телесных повреждений; акцент повествования остаётся на суде и царской иронии.</w:t>
      </w:r>
    </w:p>
    <w:p>
      <w:r>
        <w:t>2. Воины сплели στέφανον ἐξ ἀκανθῶν — венок из терновника, — возложили Ему на голову и надели на Него пурпурную одежду.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Терновый венок и пурпурная одежда задуманы как насмешка над царской претензией, но в повествовательной иронии Иоанна невольно объявляют истинного Царя.</w:t>
      </w:r>
    </w:p>
    <w:p>
      <w:r>
        <w:t>3. Они подходили и говорили: «Χαῖρε, ὁ βασιλεὺς τῶν Ἰουδαίων — Радуйся, Царь иудеев!» — и били Его по лицу.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Воинское приветствие пародирует царскую/императорскую почесть. Ирония в том, что титул «Царь иудеев» будет затем официально помещён на кресте.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19:19</w:t>
      </w:r>
    </w:p>
    <w:p>
      <w:r>
        <w:t>4. Пилат снова вышел и сказал им: «Вот, я вывожу Его к вам, чтобы вы знали: я не нахожу в Нём никакой вины».</w:t>
      </w:r>
    </w:p>
    <w:p>
      <w:r>
        <w:t>5. Иисус вышел в терновом венке и пурпурной одежде. Пилат сказал: «Ἰδοὺ ὁ ἄνθρωπος — Вот Человек!»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Ἰδοὺ ὁ ἄνθρωπος</w:t>
      </w:r>
      <w:r>
        <w:rPr>
          <w:sz w:val="20"/>
        </w:rPr>
        <w:t xml:space="preserve"> [Idou ho anthrōpos]</w:t>
      </w:r>
      <w:r>
        <w:rPr>
          <w:sz w:val="20"/>
        </w:rPr>
        <w:br/>
        <w:t>Фраза может быть просто презрительным предъявлением заключённого, но в Евангелии приобретает более глубокую иронию: перед толпой стоит Человек, через Которого раскрывается Божья слава.</w:t>
      </w:r>
    </w:p>
    <w:p>
      <w:r>
        <w:t>6. Когда первосвященники и служители увидели Его, они закричали: «Распни! Распни!» Пилат сказал: «Возьмите Его сами и распните, потому что я не нахожу в Нём вины».</w:t>
      </w:r>
    </w:p>
    <w:p>
      <w:r>
        <w:t>7. Иудейские руководители ответили: «У нас есть закон, и по закону Он должен умереть, потому что ἑαυτὸν υἱὸν θεοῦ ἐποίησεν — сделал Себя Сыном Божьим».</w:t>
      </w:r>
    </w:p>
    <w:p>
      <w:pPr>
        <w:ind w:left="360"/>
      </w:pPr>
      <w:r>
        <w:rPr>
          <w:b/>
          <w:sz w:val="20"/>
        </w:rPr>
        <w:t>Правовой аспект</w:t>
      </w:r>
      <w:r>
        <w:rPr>
          <w:sz w:val="20"/>
        </w:rPr>
        <w:br/>
        <w:t>Обвинение переключается с политического титула «царь» на религиозное: статус Сына Божьего. Пилат в следующем стихе реагирует на это новым страхом.</w:t>
      </w:r>
    </w:p>
    <w:p>
      <w:r>
        <w:t>8. Услышав эти слова, Пилат испугался ещё больше.</w:t>
      </w:r>
    </w:p>
    <w:p>
      <w:r>
        <w:t>9. Он снова вошёл в преторий и спросил Иисуса: «Πόθεν εἶ σύ; — Откуда Ты?» Но Иисус не дал ему ответа.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«Откуда Ты?» — один из ключевых вопросов Евангелия. Читатель знает ответ: Иисус пришёл от Отца; Пилат, как многие прежде, не понимает глубины вопроса.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7:27–29, Ин 8:14, Ин 16:28</w:t>
      </w:r>
    </w:p>
    <w:p>
      <w:r>
        <w:t>10. Пилат сказал: «Ты не говоришь со мной? Разве не знаешь, что ἐξουσίαν ἔχω — я имею власть — отпустить Тебя и имею власть распять Тебя?»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ἐξουσία</w:t>
      </w:r>
      <w:r>
        <w:rPr>
          <w:sz w:val="20"/>
        </w:rPr>
        <w:t xml:space="preserve"> [exousia]</w:t>
      </w:r>
      <w:r>
        <w:rPr>
          <w:sz w:val="20"/>
        </w:rPr>
        <w:br/>
        <w:t>ἐξουσία — власть, полномочие, право. Пилат утверждает политическую власть, но Иисус в следующем стихе ставит её под более высокое Божье разрешение.</w:t>
      </w:r>
    </w:p>
    <w:p>
      <w:r>
        <w:t>11. Иисус ответил: «Ты не имел бы надо Мной οὐδεμίαν ἐξουσίαν — никакой власти, — если бы не было δεδομένον σοι ἄνωθεν — дано тебе свыше. Поэтому тот, кто предал Меня тебе, имеет больший грех».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ἄνωθεν</w:t>
      </w:r>
      <w:r>
        <w:rPr>
          <w:sz w:val="20"/>
        </w:rPr>
        <w:t xml:space="preserve"> [anōthen]</w:t>
      </w:r>
      <w:r>
        <w:rPr>
          <w:sz w:val="20"/>
        </w:rPr>
        <w:br/>
        <w:t>То же ἄνωθεν, что в Ин 3:3: «свыше». Власть Пилата в конечном счёте не автономна, а существует под Божьим суверенитетом.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3:3, Ин 3:31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Иисус различает степени ответственности: Божий суверенитет над событиями не стирает человеческую вину участников.</w:t>
      </w:r>
    </w:p>
    <w:p>
      <w:r>
        <w:t>12. С этого времени Пилат пытался освободить Его. Но иудейские руководители кричали: «Если отпустишь Его, οὐκ εἶ φίλος τοῦ Καίσαρος — ты не друг кесаря. Каждый, кто делает себя царём, выступает против кесаря».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φίλος τοῦ Καίσαρος</w:t>
      </w:r>
      <w:r>
        <w:rPr>
          <w:sz w:val="20"/>
        </w:rPr>
        <w:t xml:space="preserve"> [philos tou Kaisaros]</w:t>
      </w:r>
      <w:r>
        <w:rPr>
          <w:sz w:val="20"/>
        </w:rPr>
        <w:br/>
        <w:t>Выражение может быть как общим обвинением в нелояльности императору, так и отсылкой к языку официальной политической лояльности. В любом случае давление на Пилата становится политическим.</w:t>
      </w:r>
    </w:p>
    <w:p>
      <w:r>
        <w:t>13. Услышав это, Пилат вывел Иисуса и ἐκάθισεν ἐπὶ βήματος — сел на судейское место — на площадке, называемой Λιθόστρωτος — Каменный помост, а по-еврейски Гаввафа.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ἐκάθισεν</w:t>
      </w:r>
      <w:r>
        <w:rPr>
          <w:sz w:val="20"/>
        </w:rPr>
        <w:t xml:space="preserve"> [ekathisen]</w:t>
      </w:r>
      <w:r>
        <w:rPr>
          <w:sz w:val="20"/>
        </w:rPr>
        <w:br/>
        <w:t>Глагол может быть переходным или непереходным по смыслу: традиционно «Пилат сел», но грамматически обсуждалось и чтение «усадил Иисуса». WGT-T следует обычному «Пилат сел».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βῆμα</w:t>
      </w:r>
      <w:r>
        <w:rPr>
          <w:sz w:val="20"/>
        </w:rPr>
        <w:t xml:space="preserve"> [bēma]</w:t>
      </w:r>
      <w:r>
        <w:rPr>
          <w:sz w:val="20"/>
        </w:rPr>
        <w:br/>
        <w:t>βῆμα — судейская платформа/трибунал, место официального вынесения решения.</w:t>
      </w:r>
    </w:p>
    <w:p>
      <w:r>
        <w:t>14. Был παρασκευὴ τοῦ πάσχα — день приготовления к Пасхе, — около шестого часа. Пилат сказал: «Ἴδε ὁ βασιλεὺς ὑμῶν — Вот ваш Царь!»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Иоанн подчёркивает пасхальный момент и царский титул одновременно. WGT-E сохраняет эту хронологию и не гармонизирует её с синоптиками путём исправления текста.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sz w:val="20"/>
        </w:rPr>
        <w:br/>
        <w:t>Время «около шестого часа» имеет древнюю вариантную традицию, включая чтение «третьего часа» в части свидетелей. Проект сохраняет шестой час как основное чтение своего критического слоя.</w:t>
      </w:r>
    </w:p>
    <w:p>
      <w:r>
        <w:t>15. Они закричали: «Ἆρον, ἆρον — Долой! Долой! Распни Его!» Пилат спросил: «Вашего Царя распять?» Первосвященники ответили: «Οὐκ ἔχομεν βασιλέα εἰ μὴ Καίσαρα — Нет у нас царя, кроме кесаря».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Кульминационная ирония: религиозные руководители отвергают собственного мессианского Царя и формально исповедуют единственным царём римского кесаря.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На фоне библейского исповедания Бога как Царя Израиля эта фраза особенно трагична, хотя Иоанн не цитирует конкретный ветхозаветный стих.</w:t>
      </w:r>
    </w:p>
    <w:p>
      <w:r>
        <w:t>16. Тогда Пилат παρέδωκεν — передал/предал — Иисуса им на распятие. Они взяли Иисуса.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παρέδωκεν</w:t>
      </w:r>
      <w:r>
        <w:rPr>
          <w:sz w:val="20"/>
        </w:rPr>
        <w:t xml:space="preserve"> [paredōken]</w:t>
      </w:r>
      <w:r>
        <w:rPr>
          <w:sz w:val="20"/>
        </w:rPr>
        <w:br/>
        <w:t>Тот же παραδίδωμι, которым описывалось предательство Иуды. Теперь цепь «передачи» достигает римской власти и казни.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18:2, Ин 18:30</w:t>
      </w:r>
    </w:p>
    <w:p>
      <w:r>
        <w:t>17. βαστάζων ἑαυτῷ τὸν σταυρόν — неся Себе крест, — Он вышел к месту, называемому Местом Черепа, по-еврейски Голгофа.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Иоанн подчёркивает, что Иисус Сам несёт крест. Это согласуется с общей темой добровольной отдачи жизни: «Я Сам отдаю её».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10:18</w:t>
      </w:r>
    </w:p>
    <w:p>
      <w:r>
        <w:t>18. Там Его распяли, и с Ним ещё двоих — по одному с каждой стороны, а Иисуса посередине.</w:t>
      </w:r>
    </w:p>
    <w:p>
      <w:r>
        <w:t>19. Пилат написал τίτλος — официальную надпись — и поместил на кресте: «Ἰησοῦς ὁ Ναζωραῖος ὁ βασιλεὺς τῶν Ἰουδαίων — Иисус Назарянин, Царь иудеев».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τίτλος</w:t>
      </w:r>
      <w:r>
        <w:rPr>
          <w:sz w:val="20"/>
        </w:rPr>
        <w:t xml:space="preserve"> [titlos]</w:t>
      </w:r>
      <w:r>
        <w:rPr>
          <w:sz w:val="20"/>
        </w:rPr>
        <w:br/>
        <w:t>Латинизм titulus обозначает табличку с обвинением/основанием казни. У Иоанна официальная формулировка Пилата становится невольным царским провозглашением.</w:t>
      </w:r>
    </w:p>
    <w:p>
      <w:r>
        <w:t>20. Эту надпись читали многие, потому что место было близ города; написано было Ἑβραϊστί, Ῥωμαϊστί, Ἑλληνιστί — по-еврейски/арамейски, по-латыни и по-гречески.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Три языка делают царский титул Иисуса публичным для местного, имперского и греко-язычного мира — ещё одна иоанновская ирония невольного свидетельства.</w:t>
      </w:r>
    </w:p>
    <w:p>
      <w:r>
        <w:t>21. Первосвященники иудеев говорили Пилату: «Не пиши: “Царь иудеев”, а напиши: “Он сказал: Я Царь иудеев”».</w:t>
      </w:r>
    </w:p>
    <w:p>
      <w:r>
        <w:t>22. Пилат ответил: «Ὃ γέγραφα γέγραφα — Что написал, то написано и остаётся написанным».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γέγραφα</w:t>
      </w:r>
      <w:r>
        <w:rPr>
          <w:sz w:val="20"/>
        </w:rPr>
        <w:t xml:space="preserve"> [gegrapha]</w:t>
      </w:r>
      <w:r>
        <w:rPr>
          <w:sz w:val="20"/>
        </w:rPr>
        <w:br/>
        <w:t>Дважды perfect: «я написал — и это остаётся написанным». Формула подчёркивает окончательность надписи вопреки протесту первосвященников.</w:t>
      </w:r>
    </w:p>
    <w:p>
      <w:r>
        <w:t>23. Когда воины распяли Иисуса, они взяли Его ἱμάτια — верхнюю одежду — и разделили на четыре части; взяли и χιτών — хитон. Хитон был ἄραφος, без шва, весь выткан сверху.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χιτών ... ἄραφος</w:t>
      </w:r>
      <w:r>
        <w:rPr>
          <w:sz w:val="20"/>
        </w:rPr>
        <w:t xml:space="preserve"> [chitōn ... araphos]</w:t>
      </w:r>
      <w:r>
        <w:rPr>
          <w:sz w:val="20"/>
        </w:rPr>
        <w:br/>
        <w:t>χιτών — нижняя одежда/туника; ἄραφος — несшитая, без шва. Иоанн приводит деталь, которая непосредственно ведёт к исполнению Пс 22:18.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22:18</w:t>
      </w:r>
    </w:p>
    <w:p>
      <w:r>
        <w:t>24. Они сказали: «Не будем разрывать его, а бросим жребий». Так исполнилось Писание: «Διεμερίσαντο τὰ ἱμάτιά μου ἑαυτοῖς, καὶ ἐπὶ τὸν ἱματισμόν μου ἔβαλον κλῆρον — разделили между собой Мои одежды и о Моей одежде бросили жребий».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Прямая цитата Пс 21:19 LXX / 22:18 MT. Иоанн подчёркивает буквальное соответствие двух действий воинов двум параллельным строкам псалма.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22:18</w:t>
      </w:r>
    </w:p>
    <w:p>
      <w:r>
        <w:t>25. У креста Иисуса стояли Его мать, сестра Его матери, Мария Клопы и Мария Магдалина.</w:t>
      </w:r>
    </w:p>
    <w:p>
      <w:r>
        <w:t>26. Иисус, увидев мать и стоящего рядом ученика, ὃν ἠγάπα — которого любил, — сказал матери: «Γύναι, ἴδε ὁ υἱός σου — Женщина, вот твой сын».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Обращение γύναι «женщина» то же, что в Кане (2:4). Две сцены образуют рамку общественного служения Иисуса с участием Его матери.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2:4</w:t>
      </w:r>
    </w:p>
    <w:p>
      <w:r>
        <w:t>27. Потом сказал ученику: «Ἴδε ἡ μήτηρ σου — Вот твоя мать». И с того часа ученик ἔλαβεν αὐτὴν εἰς τὰ ἴδια — принял её к себе, в своё».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εἰς τὰ ἴδια</w:t>
      </w:r>
      <w:r>
        <w:rPr>
          <w:sz w:val="20"/>
        </w:rPr>
        <w:t xml:space="preserve"> [eis ta idia]</w:t>
      </w:r>
      <w:r>
        <w:rPr>
          <w:sz w:val="20"/>
        </w:rPr>
        <w:br/>
        <w:t>Выражение означает «к себе / в своё». Тот же корень ἴδιος использован в Ин 1:11 «пришёл к Своим».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1:11</w:t>
      </w:r>
    </w:p>
    <w:p>
      <w:r>
        <w:t>28. После этого Иисус, зная, что уже πάντα τετέλεσται — всё доведено до завершения, — чтобы τελειωθῇ ἡ γραφή — Писание достигло исполнения, — сказал: «Διψῶ — Жажду».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τετέλεσται ... τελειωθῇ</w:t>
      </w:r>
      <w:r>
        <w:rPr>
          <w:sz w:val="20"/>
        </w:rPr>
        <w:t xml:space="preserve"> [tetelestai ... teleiōthē]</w:t>
      </w:r>
      <w:r>
        <w:rPr>
          <w:sz w:val="20"/>
        </w:rPr>
        <w:br/>
        <w:t>Два родственных слова τελέω/τελειόω создают тему завершения: дело доведено до цели, и Писание достигает исполнения.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Жажда и поднесённое кислое вино естественно связываются прежде всего с Пс 69:21, где страдающему дают уксус/кислое питьё.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69:21</w:t>
      </w:r>
    </w:p>
    <w:p>
      <w:r>
        <w:t>29. Там стоял сосуд с ὄξος — кислым вином. Губку, напитанную кислым вином, насадили на ὕσσωπος — иссоп — и поднесли к Его рту.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ὕσσωπος</w:t>
      </w:r>
      <w:r>
        <w:rPr>
          <w:sz w:val="20"/>
        </w:rPr>
        <w:t xml:space="preserve"> [hyssōpos]</w:t>
      </w:r>
      <w:r>
        <w:rPr>
          <w:sz w:val="20"/>
        </w:rPr>
        <w:br/>
        <w:t>Иссоп имеет пасхальные и очистительные ассоциации в Писании, особенно Исх 12:22. Иоанн не объясняет эту деталь, но на фоне Пасхи она может иметь дополнительный резонанс.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12:22, Пс 51:7</w:t>
      </w:r>
    </w:p>
    <w:p>
      <w:r>
        <w:t>30. Когда Иисус принял кислое вино, Он сказал: «Τετέλεσται — совершилось; всё доведено до цели». И, склонив голову, παρέδωκεν τὸ πνεῦμα — предал/передал дух.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τετέλεσται</w:t>
      </w:r>
      <w:r>
        <w:rPr>
          <w:sz w:val="20"/>
        </w:rPr>
        <w:t xml:space="preserve"> [tetelestai]</w:t>
      </w:r>
      <w:r>
        <w:rPr>
          <w:sz w:val="20"/>
        </w:rPr>
        <w:br/>
        <w:t>Перфект τελέω: «завершено и остаётся завершённым». Это кульминация темы завершения порученного Отцом дела.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4:34, Ин 17:4, Ин 19:28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παρέδωκεν</w:t>
      </w:r>
      <w:r>
        <w:rPr>
          <w:sz w:val="20"/>
        </w:rPr>
        <w:t xml:space="preserve"> [paredōken]</w:t>
      </w:r>
      <w:r>
        <w:rPr>
          <w:sz w:val="20"/>
        </w:rPr>
        <w:br/>
        <w:t>παραδίδωμι в книге обычно означает «предавать/передавать». Здесь Иисус Сам «передаёт дух», что соответствует теме добровольной отдачи жизни.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10:18</w:t>
      </w:r>
    </w:p>
    <w:p>
      <w:r>
        <w:t>31. Поскольку был день приготовления, иудейские руководители попросили Пилата снять тела, чтобы они не оставались на крестах в субботу, потому что ἦν μεγάλη ἡ ἡμέρα ἐκείνου τοῦ σαββάτου — та суббота была великим, особым днём.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Суббота совпадала с пасхальным праздничным периодом, поэтому имела особое значение; также Втор 21:22–23 запрещает оставлять казнённое тело на дереве на ночь.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21:22–23</w:t>
      </w:r>
    </w:p>
    <w:p>
      <w:r>
        <w:t>32. Воины пришли и перебили голени сначала одному, потом другому, распятому с Ним.</w:t>
      </w:r>
    </w:p>
    <w:p>
      <w:r>
        <w:t>33. Но, подойдя к Иисусу и увидев, что Он уже умер, не перебили Ему голени.</w:t>
      </w:r>
    </w:p>
    <w:p>
      <w:r>
        <w:t>34. Однако один из воинов ἔνυξεν — пронзил — копьём Его бок, и тотчас вышли кровь и вода.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Иоанн выделяет этот факт и немедленно подкрепляет его свидетельством очевидца в 19:35. Сам текст не объясняет физиологический механизм и не требует спекулятивной медицинской реконструкции.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(по церковному преданию)</w:t>
      </w:r>
      <w:r>
        <w:rPr>
          <w:sz w:val="20"/>
        </w:rPr>
        <w:br/>
        <w:t>Кровь и вода получили богатое символическое толкование в христианской традиции, но Иоанн в этом стихе не расшифровывает символику напрямую.</w:t>
      </w:r>
    </w:p>
    <w:p>
      <w:r>
        <w:t>35. И ὁ ἑωρακὼς μεμαρτύρηκεν — тот, кто видел, засвидетельствовал, — и его свидетельство истинно; он знает, что говорит истину, чтобы и вы поверили.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μεμαρτύρηκεν</w:t>
      </w:r>
      <w:r>
        <w:rPr>
          <w:sz w:val="20"/>
        </w:rPr>
        <w:t xml:space="preserve"> [memartyrēken]</w:t>
      </w:r>
      <w:r>
        <w:rPr>
          <w:sz w:val="20"/>
        </w:rPr>
        <w:br/>
        <w:t>Перфект: свидетельство дано и остаётся действительным. Иоанн особо подчёркивает очевидческий характер утверждения.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Цель свидетельства названа прямо: вера читателя. Это предвосхищает программное заявление 20:31.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20:31</w:t>
      </w:r>
    </w:p>
    <w:p>
      <w:r>
        <w:t>36. Это произошло, чтобы исполнилось Писание: «Ὀστοῦν οὐ συντριβήσεται αὐτοῦ — кость Его не будет сокрушена».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Формула связывает Иисуса с пасхальным агнцем (Исх 12:46; Чис 9:12) и может также резонировать с Пс 34:20. На пасхальном фоне Евангелия связь с агнцем особенно сильна.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12:46, Чис 9:12, Пс 34:20</w:t>
      </w:r>
    </w:p>
    <w:p>
      <w:r>
        <w:t>37. И ещё другое Писание говорит: «Ὄψονται εἰς ὃν ἐξεκέντησαν — будут смотреть на Того, Кого пронзили».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sz w:val="20"/>
        </w:rPr>
        <w:br/>
        <w:t>Цитата Зах 12:10. Иоанн применяет пророческий образ пронзённого к распятому Иисусу.</w:t>
      </w:r>
      <w:r>
        <w:rPr>
          <w:i/>
          <w:sz w:val="20"/>
        </w:rPr>
        <w:br/>
        <w:t xml:space="preserve">См.: </w:t>
      </w:r>
      <w:r>
        <w:rPr>
          <w:sz w:val="20"/>
        </w:rPr>
        <w:t>Зах 12:10</w:t>
      </w:r>
    </w:p>
    <w:p>
      <w:r>
        <w:t>38. После этого Иосиф из Аримафеи, бывший μαθητής — учеником Иисуса — κεκρυμμένος, скрытым из страха перед иудейскими руководителями, попросил Пилата позволить снять тело Иисуса.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Скрытый ученик теперь совершает публично рискованный поступок после смерти Иисуса. Страх не является последней характеристикой его ученичества.</w:t>
      </w:r>
    </w:p>
    <w:p>
      <w:r>
        <w:t>39. Пришёл и Никодим, который прежде приходил к Иисусу ночью. Он принёс смесь мирры и алоэ весом около ἑκατὸν λίτρας — ста римских литр, чрезвычайно большое количество ароматов.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ἑκατὸν λίτρας</w:t>
      </w:r>
      <w:r>
        <w:rPr>
          <w:sz w:val="20"/>
        </w:rPr>
        <w:t xml:space="preserve"> [hekaton litras]</w:t>
      </w:r>
      <w:r>
        <w:rPr>
          <w:sz w:val="20"/>
        </w:rPr>
        <w:br/>
        <w:t>Около ста римских литр — примерно 30+ кг. Масштаб дара подчёркивает царскую/почётную пышность погребения.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Никодим завершает путь от ночного посетителя (Ин 3) через осторожную защиту (Ин 7) к открытому участию в погребении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3:1–2, Ин 7:50–52</w:t>
      </w:r>
    </w:p>
    <w:p>
      <w:r>
        <w:t>40. Они взяли тело Иисуса и обернули его ὀθόνια — льняными погребальными полотнами — с ароматами, как принято у иудеев хоронить.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Эти погребальные полотна станут важными свидетелями пустой гробницы в Ин 20:5–7.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20:5–7</w:t>
      </w:r>
    </w:p>
    <w:p>
      <w:r>
        <w:t>41. На месте, где Он был распят, был κῆπος — сад, — а в саду новая гробница, в которой ещё никто не был положен.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Страсти начинаются в саду (18:1) и погребение завершается в саду. Ин 20 начнётся в том же месте, что придаёт саду рамочную функцию.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18:1, Ин 20:1</w:t>
      </w:r>
    </w:p>
    <w:p>
      <w:r>
        <w:t>42. Туда, из-за иудейского дня приготовления и потому что гробница была близко, они положили Иисуса.</w:t>
      </w:r>
    </w:p>
    <w:p>
      <w:pPr>
        <w:pStyle w:val="Heading2"/>
      </w:pPr>
      <w:r>
        <w:t>Глава 20</w:t>
      </w:r>
    </w:p>
    <w:p>
      <w:r>
        <w:t>1. В первый день недели Мария Магдалина приходит к гробнице πρωῒ σκοτίας ἔτι οὔσης — рано, когда ещё была тьма, — и видит камень убранным от гробницы.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Указание «ещё была тьма» является реальным временем суток и одновременно естественно резонирует с иоанновской темой света и тьмы. Рассвет воскресения начинается внутри мира, который ещё воспринимается как тёмный.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1:5, Ин 8:12</w:t>
      </w:r>
    </w:p>
    <w:p>
      <w:r>
        <w:t>2. Она бежит к Симону Петру и другому ученику, ὃν ἐφίλει ὁ Ἰησοῦς — которого любил Иисус [φιλέω], — и говорит: «Господа унесли из гробницы, и мы не знаем, где Его положили».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ἐφίλει</w:t>
      </w:r>
      <w:r>
        <w:rPr>
          <w:sz w:val="20"/>
        </w:rPr>
        <w:t xml:space="preserve"> [ephilei]</w:t>
      </w:r>
      <w:r>
        <w:rPr>
          <w:sz w:val="20"/>
        </w:rPr>
        <w:br/>
        <w:t>Здесь о любви Иисуса к ученику употреблено φιλέω, тогда как в других местах о «любимом ученике» встречается ἀγαπάω. Это ещё один внутренний аргумент против жёсткой схемы «ἀγαπάω = божественная любовь, φιλέω = только дружеская».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13:23, Ин 21:7</w:t>
      </w:r>
    </w:p>
    <w:p>
      <w:r>
        <w:t>3. Тогда Пётр и другой ученик вышли и направились к гробнице.</w:t>
      </w:r>
    </w:p>
    <w:p>
      <w:r>
        <w:t>4. Оба бежали вместе, но другой ученик побежал быстрее Петра и первым пришёл к гробнице.</w:t>
      </w:r>
    </w:p>
    <w:p>
      <w:r>
        <w:t>5. Наклонившись, он видит κείμενα τὰ ὀθόνια — лежащие льняные полотна, — но внутрь не вошёл.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Погребальные полотна из Ин 19:40 теперь остаются в гробнице без тела. Иоанн подробно повторит их расположение в 20:6–7, делая их частью свидетельства пустой гробницы.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19:40</w:t>
      </w:r>
    </w:p>
    <w:p>
      <w:r>
        <w:t>6. Следом за ним приходит Симон Пётр, входит в гробницу и видит лежащие льняные полотна,</w:t>
      </w:r>
    </w:p>
    <w:p>
      <w:r>
        <w:t>7. а σουδάριον — платок, бывший на голове Иисуса, — лежал не вместе с полотнами, а χωρὶς ἐντετυλιγμένον — отдельно, свёрнутый в другом месте.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σουδάριον</w:t>
      </w:r>
      <w:r>
        <w:rPr>
          <w:sz w:val="20"/>
        </w:rPr>
        <w:t xml:space="preserve"> [soudarion]</w:t>
      </w:r>
      <w:r>
        <w:rPr>
          <w:sz w:val="20"/>
        </w:rPr>
        <w:br/>
        <w:t>σουδάριον — платок/ткань, использовавшаяся в том числе в погребальном контексте. Такое же слово было при Лазаре в 11:44.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11:44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Иоанн подчёркивает порядок внутри гробницы. Сам текст не объясняет, каким именно образом ткань оказалась сложена, поэтому из детали не следует строить сложные реконструкции без дополнительных данных.</w:t>
      </w:r>
    </w:p>
    <w:p>
      <w:r>
        <w:t>8. Тогда вошёл и другой ученик, первым пришедший к гробнице; καὶ εἶδεν καὶ ἐπίστευσεν — он увидел и поверил.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Вера возникает на основании увиденного пустого гроба и тканей ещё до полного понимания Писания, которое автор отдельно отметит в 20:9.</w:t>
      </w:r>
    </w:p>
    <w:p>
      <w:r>
        <w:t>9. Они ещё не ᾔδεισαν τὴν γραφήν — не понимали Писание, — что Ему δεῖ — надлежит, необходимо по Божьему замыслу — воскреснуть из мёртвых.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δεῖ</w:t>
      </w:r>
      <w:r>
        <w:rPr>
          <w:sz w:val="20"/>
        </w:rPr>
        <w:t xml:space="preserve"> [dei]</w:t>
      </w:r>
      <w:r>
        <w:rPr>
          <w:sz w:val="20"/>
        </w:rPr>
        <w:br/>
        <w:t>δεῖ обозначает необходимость внутри Божьего замысла, а не просто вероятность события.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Иоанн не называет здесь один конкретный ветхозаветный стих. Речь, вероятно, о совокупном библейском свидетельстве, переосмысленном в свете воскресения.</w:t>
      </w:r>
    </w:p>
    <w:p>
      <w:r>
        <w:t>10. И ученики снова ушли πρὸς αὐτούς — к себе, в своё место.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πρὸς αὐτούς</w:t>
      </w:r>
      <w:r>
        <w:rPr>
          <w:sz w:val="20"/>
        </w:rPr>
        <w:t xml:space="preserve"> [pros autous]</w:t>
      </w:r>
      <w:r>
        <w:rPr>
          <w:sz w:val="20"/>
        </w:rPr>
        <w:br/>
        <w:t>Фраза буквально значит «к самим себе/к себе». Она не уточняет конкретный дом.</w:t>
      </w:r>
    </w:p>
    <w:p>
      <w:r>
        <w:t>11. Мария стояла у гробницы снаружи κλαίουσα — плача. Плача, она наклонилась внутрь гробницы.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Мария остаётся там, откуда ушли ученики, и именно её скорбь становится местом личного явления воскресшего Иисуса.</w:t>
      </w:r>
    </w:p>
    <w:p>
      <w:r>
        <w:t>12. и увидела двух ангелов в белом, сидящих там, где лежало тело Иисуса: одного у головы, другого у ног.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Некоторые толкователи видят в расположении двух ангелов по сторонам места, где лежало тело, возможный образ ковчега/херувимов. Сам Иоанн эту связь не объясняет, поэтому WGT-E отмечает её только как возможную.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25:18–22</w:t>
      </w:r>
    </w:p>
    <w:p>
      <w:r>
        <w:t>13. Они спросили её: «Женщина, почему ты плачешь?» Она ответила: «Унесли моего Господа, и я не знаю, где Его положили».</w:t>
      </w:r>
    </w:p>
    <w:p>
      <w:r>
        <w:t>14. Сказав это, она обернулась и увидела стоящего Иисуса, но οὐκ ᾔδει — не распознала, не знала, — что это Иисус.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Воскресший Иисус одновременно реально присутствует и не сразу узнаётся. Такой мотив повторится в других воскресных рассказах, но Иоанн не объясняет механизм неузнавания.</w:t>
      </w:r>
    </w:p>
    <w:p>
      <w:r>
        <w:t>15. Иисус спросил её: «Женщина, почему ты плачешь? Τίνα ζητεῖς; — Кого ты ищешь?» Думая, что это садовник, она сказала: «Господин, если ты унёс Его, скажи, где положил Его, и я заберу Его».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τίνα ζητεῖς</w:t>
      </w:r>
      <w:r>
        <w:rPr>
          <w:sz w:val="20"/>
        </w:rPr>
        <w:t xml:space="preserve"> [tina zēteis]</w:t>
      </w:r>
      <w:r>
        <w:rPr>
          <w:sz w:val="20"/>
        </w:rPr>
        <w:br/>
        <w:t>«Кого ищешь?» перекликается с первым вопросом Иисуса ученикам в 1:38 «Что вы ищете?» и с вопросом арестующим в 18:4 «Кого ищете?». Иоанн повторяет язык поиска в ключевых поворотах книги.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1:38, Ин 18:4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Мария принимает Иисуса за садовника. На уровне повествования это ошибка распознавания; предложения видеть здесь образ нового Адама в новом саду возможны, но текст не делает такой символизм явным.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19:41</w:t>
      </w:r>
    </w:p>
    <w:p>
      <w:r>
        <w:t>16. Иисус сказал ей: «Μαριάμ — Мария!» Она повернулась и сказала Ему по-еврейски: «Ῥαββουνί — Раввуни!» — то есть «Учитель».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Мария узнаёт Иисуса не по внешнему объяснению, а когда Он зовёт её по имени. Это прямо резонирует с образом Пастыря, который зовёт Своих овец по имени, и они узнают его голос.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10:3–4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Ῥαββουνί</w:t>
      </w:r>
      <w:r>
        <w:rPr>
          <w:sz w:val="20"/>
        </w:rPr>
        <w:t xml:space="preserve"> [Rabbouni]</w:t>
      </w:r>
      <w:r>
        <w:rPr>
          <w:sz w:val="20"/>
        </w:rPr>
        <w:br/>
        <w:t>Арамейская форма почтительного обращения к учителю. Иоанн переводит её для своих читателей.</w:t>
      </w:r>
    </w:p>
    <w:p>
      <w:r>
        <w:t>17. Иисус сказал: «Μή μου ἅπτου — не удерживай Меня, не продолжай держаться за Меня, — потому что Я ещё не восшёл к Отцу. Но пойди к Моим братьям и скажи: “Я восхожу к Моему Отцу и вашему Отцу, к Моему Богу и вашему Богу”».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μή μου ἅπτου</w:t>
      </w:r>
      <w:r>
        <w:rPr>
          <w:sz w:val="20"/>
        </w:rPr>
        <w:t xml:space="preserve"> [mē mou haptou]</w:t>
      </w:r>
      <w:r>
        <w:rPr>
          <w:sz w:val="20"/>
        </w:rPr>
        <w:br/>
        <w:t>Настоящий императив с μή естественно может означать «перестань держаться/не продолжай удерживать», а не обязательно «вообще не прикасайся». Это согласуется с физическим контактом с воскресшим Иисусом в других сценах.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Иисус говорит «Мой Отец и ваш Отец, Мой Бог и ваш Бог», соединяя учеников с Отцом, но сохраняя различие Своего уникального сыновства и их отношения к Богу.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Ученики впервые здесь названы «Моими братьями» после воскресения, что подчёркивает новую семейную близость.</w:t>
      </w:r>
    </w:p>
    <w:p>
      <w:r>
        <w:t>18. Мария Магдалина приходит к ученикам и объявляет: «Ἑώρακα τὸν κύριον — Я видела Господа!» — и передаёт, что Он сказал ей это.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Мария становится первой в этой главе носительницей воскресного свидетельства с формулой «Я видела Господа», которую ученики повторят Фоме в 20:25.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20:25</w:t>
      </w:r>
    </w:p>
    <w:p>
      <w:r>
        <w:t>19. Вечером того же первого дня недели, когда двери были κεκλεισμένων — заперты — из страха перед иудейскими руководителями, пришёл Иисус, ἔστη εἰς τὸ μέσον — встал посреди — и сказал: «Εἰρήνη ὑμῖν — Мир вам!»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Обещанный мир из 14:27 теперь произносится воскресшим Иисусом в закрытой комнате, где ученики находятся в страхе.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14:27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Запертые двери подчёркивают необычный характер явления, но текст не объясняет физический механизм.</w:t>
      </w:r>
    </w:p>
    <w:p>
      <w:r>
        <w:t>20. Сказав это, Он показал им руки и бок. Ученики ἐχάρησαν — обрадовались — увидев Господа.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Обещание 16:22 «Я снова увижу вас, и ваше сердце обрадуется» исполняется буквально: скорбь превращается в радость при встрече с воскресшим Иисусом.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16:20–22</w:t>
      </w:r>
    </w:p>
    <w:p>
      <w:r>
        <w:t>21. Иисус снова сказал: «Мир вам! Καθὼς ἀπέσταλκέν με ὁ πατήρ, κἀγὼ πέμπω ὑμᾶς — как Отец послал Меня, так и Я посылаю вас».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Миссия учеников строится по модели миссии Сына. Это исполнение молитвы 17:18 и переход от воскресения к посланничеству.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17:18</w:t>
      </w:r>
    </w:p>
    <w:p>
      <w:r>
        <w:t>22. Сказав это, ἐνεφύσησεν — Он дунул/вдохнул — и сказал: «Λάβετε πνεῦμα ἅγιον — Примите Святого Духа».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ἐνεφύσησεν</w:t>
      </w:r>
      <w:r>
        <w:rPr>
          <w:sz w:val="20"/>
        </w:rPr>
        <w:t xml:space="preserve"> [enephysēsen]</w:t>
      </w:r>
      <w:r>
        <w:rPr>
          <w:sz w:val="20"/>
        </w:rPr>
        <w:br/>
        <w:t>Редкий глагол означает дуть/вдыхать. Его форма сильно напоминает греческий текст Быт 2:7, где Бог вдыхает дыхание жизни в человека, создавая возможный образ нового творения.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2:7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Связь этого дара Духа с Пятидесятницей в Деян 2 толкуется по-разному: как реальный дар уже здесь, символическое предварение или иное измерение одного обещания. WGT-E сохраняет текст Иоанна без искусственного сведения сцен.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7:39, Ин 14:16–17, Деян 2</w:t>
      </w:r>
    </w:p>
    <w:p>
      <w:r>
        <w:t>23. «Если кому ἀφῆτε τὰς ἁμαρτίας — простите/отпустите грехи, — они ἀφέωνται, прощены и остаются прощёнными; если на ком κρατῆτε — удержите, — они удержаны».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ἀφέωνται ... κεκράτηνται</w:t>
      </w:r>
      <w:r>
        <w:rPr>
          <w:sz w:val="20"/>
        </w:rPr>
        <w:t xml:space="preserve"> [apheōntai ... kekratēntai]</w:t>
      </w:r>
      <w:r>
        <w:rPr>
          <w:sz w:val="20"/>
        </w:rPr>
        <w:br/>
        <w:t>Обе формы perfect: решение описывается как имеющее продолжающийся результат.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Стих связывает миссию, дар Духа и власть объявлять/осуществлять прощение и удержание грехов. Разные церковные традиции по-разному описывают механизм этой власти; WGT-E не встраивает одну позднюю систему в сам текст.</w:t>
      </w:r>
    </w:p>
    <w:p>
      <w:r>
        <w:t>24. Фома, один из двенадцати, называемый Δίδυμος — Близнец, — не был с ними, когда приходил Иисус.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Δίδυμος</w:t>
      </w:r>
      <w:r>
        <w:rPr>
          <w:sz w:val="20"/>
        </w:rPr>
        <w:t xml:space="preserve"> [Didymos]</w:t>
      </w:r>
      <w:r>
        <w:rPr>
          <w:sz w:val="20"/>
        </w:rPr>
        <w:br/>
        <w:t>Δίδυμος означает «Близнец» и является греческим переводом имени/прозвища Фомы, как уже в 11:16.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11:16</w:t>
      </w:r>
    </w:p>
    <w:p>
      <w:r>
        <w:t>25. Другие ученики говорили ему: «Ἑωράκαμεν τὸν κύριον — Мы видели Господа!» Но он сказал: «Если не увижу на Его руках следа гвоздей и не удостоверюсь в этом сам, οὐ μὴ πιστεύσω — ни за что не поверю».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οὐ μὴ πιστεύσω</w:t>
      </w:r>
      <w:r>
        <w:rPr>
          <w:sz w:val="20"/>
        </w:rPr>
        <w:t xml:space="preserve"> [ou mē pisteusō]</w:t>
      </w:r>
      <w:r>
        <w:rPr>
          <w:sz w:val="20"/>
        </w:rPr>
        <w:br/>
        <w:t>οὐ μή — сильнейшее отрицание: Фома заявляет не лёгкое сомнение, а твёрдое условие для веры.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Фома требует для себя того вида свидетельства, который уже получили остальные ученики в 20:20. Рассказ не карикатурит его как единственного сомневающегося.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20:20</w:t>
      </w:r>
    </w:p>
    <w:p>
      <w:r>
        <w:t>26. Через восемь дней Его ученики снова были внутри, и Фома с ними. Иисус пришёл, хотя двери были заперты, встал посреди и сказал: «Мир вам!»</w:t>
      </w:r>
    </w:p>
    <w:p>
      <w:r>
        <w:t>27. Потом сказал Фоме: «Подай сюда палец и посмотри на Мои руки; подай руку и вложи в Мой бок. Καὶ μὴ γίνου ἄπιστος ἀλλὰ πιστός — и не становись неверующим, но верующим/верным».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ἄπιστος ... πιστός</w:t>
      </w:r>
      <w:r>
        <w:rPr>
          <w:sz w:val="20"/>
        </w:rPr>
        <w:t xml:space="preserve"> [apistos ... pistos]</w:t>
      </w:r>
      <w:r>
        <w:rPr>
          <w:sz w:val="20"/>
        </w:rPr>
        <w:br/>
        <w:t>Прямой контраст двух однокоренных слов: не «неверующий», а «верующий/верный». Призыв касается не просто интеллектуальной проверки, а позиции доверия.</w:t>
      </w:r>
    </w:p>
    <w:p>
      <w:r>
        <w:t>28. Фома ответил Ему: «Ὁ κύριός μου καὶ ὁ θεός μου — Господь мой и Бог мой!»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sz w:val="20"/>
        </w:rPr>
        <w:br/>
        <w:t>Грамматически исповедание обращено к Иисусу. Оно образует мощную рамку с Ин 1:1 «Слово было Богом» и является кульминационным христологическим исповеданием Евангелия.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1:1</w:t>
      </w:r>
    </w:p>
    <w:p>
      <w:r>
        <w:t>29. Иисус сказал: «Ты поверил потому, что увидел Меня? Μακάριοι οἱ μὴ ἰδόντες καὶ πιστεύσαντες — блаженны не видевшие и всё же поверившие».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Стих напрямую включает будущих читателей Евангелия, которые не видят воскресшего Иисуса физически, но приходят к вере через свидетельство текста.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20:30–31</w:t>
      </w:r>
    </w:p>
    <w:p>
      <w:r>
        <w:t>30. Много и других σημεῖα — знамений, знаков — совершил Иисус перед учениками, которые не записаны в этой книге.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«Знамения» возвращают читателя к программной лексике всей книги: чудеса записаны не ради каталога необычного, а ради того, на что они указывают.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2:11</w:t>
      </w:r>
    </w:p>
    <w:p>
      <w:r>
        <w:t>31. А эти записаны, чтобы πιστεύητε — вы продолжали верить — что Иисус есть Христос, Сын Божий, и чтобы, веря, имели ζωήν ἐν τῷ ὀνόματι αὐτοῦ — жизнь в Его имени, в принадлежности Ему и Его власти.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πιστεύητε</w:t>
      </w:r>
      <w:r>
        <w:rPr>
          <w:sz w:val="20"/>
        </w:rPr>
        <w:t xml:space="preserve"> [pisteuēte]</w:t>
      </w:r>
      <w:r>
        <w:rPr>
          <w:sz w:val="20"/>
        </w:rPr>
        <w:br/>
        <w:t>Настоящее сослагательное естественно передаёт продолжающуюся веру. Этот вариант хорошо подходит к аудитории уже верующих читателей, но текстовая вариативность не позволяет строить на аспекте слишком жёсткий вывод.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Это авторское заявление цели книги: идентичность Иисуса → вера → жизнь. Оно является ключом для интерпретации всего Евангелия.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Рабочий базовый текст SBLGNT имеет πιστεύητε (present subjunctive), что естественно поддерживает «чтобы продолжали верить». Вариант πιστεύσητε (aorist subjunctive) может звучать как «чтобы поверили» и имеет значительную рукописную поддержку.</w:t>
      </w:r>
    </w:p>
    <w:p>
      <w:pPr>
        <w:pStyle w:val="Heading2"/>
      </w:pPr>
      <w:r>
        <w:t>Глава 21</w:t>
      </w:r>
    </w:p>
    <w:p>
      <w:r>
        <w:t>1. После этого Иисус снова ἐφανέρωσεν ἑαυτόν — явил Себя, сделал Себя узнаваемым — ученикам у Тивериадского моря. Явил Он Себя так: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ἐφανέρωσεν</w:t>
      </w:r>
      <w:r>
        <w:rPr>
          <w:sz w:val="20"/>
        </w:rPr>
        <w:t xml:space="preserve"> [ephanerōsen]</w:t>
      </w:r>
      <w:r>
        <w:rPr>
          <w:sz w:val="20"/>
        </w:rPr>
        <w:br/>
        <w:t>φανερόω — делать явным, открывать, проявлять. Иоанн подчёркивает не просто случайную встречу, а сознательное самооткровение воскресшего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2:11, Ин 21:14</w:t>
      </w:r>
    </w:p>
    <w:p>
      <w:r>
        <w:t>2. вместе были Симон Пётр, Фома, называемый Близнецом, Нафанаил из Каны Галилейской, сыновья Зеведея и ещё двое Его учеников.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(возможно)</w:t>
      </w:r>
      <w:r>
        <w:rPr>
          <w:sz w:val="20"/>
        </w:rPr>
        <w:br/>
        <w:t>Список семи учеников соединяет известных персонажей книги с двумя неназванными. Число семь часто замечают как литературную деталь, но сам текст не объясняет его символически.</w:t>
      </w:r>
    </w:p>
    <w:p>
      <w:r>
        <w:t>3. Симон Пётр сказал им: «Ὑπάγω ἁλιεύειν — иду ловить рыбу». Они ответили: «И мы идём с тобой». Они вышли и сели в лодку, но ἐν ἐκείνῃ τῇ νυκτὶ ἐπίασαν οὐδέν — в ту ночь не поймали ничего.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Ночная безрезультатность создаёт резкий контраст с изобилием после слова Иисуса. Текст не говорит, что возвращение к рыбалке было грехом или отказом от призвания.</w:t>
      </w:r>
    </w:p>
    <w:p>
      <w:r>
        <w:t>4. Когда уже наступало πρωΐα — утро, — Иисус стоял на берегу, но ученики οὐ μέντοι ᾔδεισαν — ещё не распознали, — что это Иисус.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Как Мария в Ин 20:14, ученики сначала видят воскресшего Иисуса, но не узнают Его. Узнавание происходит через Его действие и слово.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20:14</w:t>
      </w:r>
    </w:p>
    <w:p>
      <w:r>
        <w:t>5. Иисус спросил их: «Παιδία — дети, друзья, — есть у вас что-нибудь поесть?» Они ответили: «Нет».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παιδία</w:t>
      </w:r>
      <w:r>
        <w:rPr>
          <w:sz w:val="20"/>
        </w:rPr>
        <w:t xml:space="preserve"> [paidia]</w:t>
      </w:r>
      <w:r>
        <w:rPr>
          <w:sz w:val="20"/>
        </w:rPr>
        <w:br/>
        <w:t>Уменьшительно-дружеское обращение «дети/ребята». Оно мягче, чем формальный титул, и подчёркивает близость воскресшего Иисуса к ученикам.</w:t>
      </w:r>
    </w:p>
    <w:p>
      <w:r>
        <w:t>6. Он сказал: «Закиньте сеть по правую сторону лодки — и найдёте». Они закинули и уже οὐκέτι αὐτὸ ἑλκύσαι ἴσχυον — не могли вытянуть её — из-за множества рыбы.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ἑλκύσαι</w:t>
      </w:r>
      <w:r>
        <w:rPr>
          <w:sz w:val="20"/>
        </w:rPr>
        <w:t xml:space="preserve"> [helkysai]</w:t>
      </w:r>
      <w:r>
        <w:rPr>
          <w:sz w:val="20"/>
        </w:rPr>
        <w:br/>
        <w:t>Тот же ἕλκω «тянуть/привлекать», который в 6:44 и 12:32 используется богословски. Здесь значение буквально физическое — тянуть сеть. Это полезный контроль семантического диапазона слова.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6:44, Ин 12:32</w:t>
      </w:r>
    </w:p>
    <w:p>
      <w:r>
        <w:t>7. Тогда ученик, ὃν ἠγάπα ὁ Ἰησοῦς — которого любил Иисус [ἀγαπάω], — сказал Петру: «Ὁ κύριός ἐστιν — Это Господь!» Симон Пётр, услышав это, накинул верхнюю одежду и бросился в море.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Любимый ученик первым распознаёт, Пётр первым устремляется к Иисусу. Их разные реакции продолжают характерную для последних глав парную динамику этих учеников.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20:4–8</w:t>
      </w:r>
    </w:p>
    <w:p>
      <w:r>
        <w:t>8. А другие ученики приплыли в лодке, таща сеть с рыбой, потому что были недалеко от земли — примерно διακοσίων πηχῶν — в двухстах локтях, около ста метров.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διακοσίων πηχῶν</w:t>
      </w:r>
      <w:r>
        <w:rPr>
          <w:sz w:val="20"/>
        </w:rPr>
        <w:t xml:space="preserve"> [diakosiōn pēchōn]</w:t>
      </w:r>
      <w:r>
        <w:rPr>
          <w:sz w:val="20"/>
        </w:rPr>
        <w:br/>
        <w:t>Двести локтей — приблизительно 90–100 метров, в зависимости от принимаемой длины локтя.</w:t>
      </w:r>
    </w:p>
    <w:p>
      <w:r>
        <w:t>9. Когда они вышли на берег, увидели ἀνθρακιὰν — угольный огонь, — на нём рыбу и хлеб.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ἀνθρακιά</w:t>
      </w:r>
      <w:r>
        <w:rPr>
          <w:sz w:val="20"/>
        </w:rPr>
        <w:t xml:space="preserve"> [anthrakia]</w:t>
      </w:r>
      <w:r>
        <w:rPr>
          <w:sz w:val="20"/>
        </w:rPr>
        <w:br/>
        <w:t>В Евангелии Иоанна ἀνθρακιά появляется только здесь и у огня, возле которого Пётр трижды отрёкся от Иисуса. Сцена восстановления намеренно разворачивается у того же типа огня.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18:18</w:t>
      </w:r>
    </w:p>
    <w:p>
      <w:r>
        <w:t>10. Иисус сказал им: «Принесите ἀπὸ τῶν ὀψαρίων — часть рыбы, которую вы сейчас поймали».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Иисус уже имеет рыбу и хлеб на огне, но приглашает учеников добавить к трапезе плод улова, полученного по Его слову. Дар и участие учеников соединены.</w:t>
      </w:r>
    </w:p>
    <w:p>
      <w:r>
        <w:t>11. Симон Пётр поднялся в лодку и вытащил на берег сеть, полную крупной рыбы — ἑκατὸν πεντήκοντα τριῶν, сто пятьдесят три. И хотя её было столько, сеть οὐκ ἐσχίσθη — не разорвалась.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Иоанн необычно точно называет 153 рыбы и подчёркивает, что сеть не порвалась. Попытки вывести скрытую нумерологию многочисленны, но текст не даёт ключа к единственной символической расшифровке.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σχίζω</w:t>
      </w:r>
      <w:r>
        <w:rPr>
          <w:sz w:val="20"/>
        </w:rPr>
        <w:t xml:space="preserve"> [schizō]</w:t>
      </w:r>
      <w:r>
        <w:rPr>
          <w:sz w:val="20"/>
        </w:rPr>
        <w:br/>
        <w:t>σχίζω — разрывать. Родственный существительный σχίσμα «разделение» многократно использовался в Евангелии о разделении людей вокруг Иисуса; возможный литературный резонанс интересен, но не обязателен.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7:43, Ин 9:16, Ин 10:19</w:t>
      </w:r>
    </w:p>
    <w:p>
      <w:r>
        <w:t>12. Иисус сказал: «Δεῦτε ἀριστήσατε — идите, позавтракайте». Никто из учеников не решался спросить: «Кто Ты?» — εἰδότες ὅτι ὁ κύριός ἐστιν, потому что знали: это Господь.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Сцена сочетает узнаваемость и таинственность воскресшего Иисуса: ученики знают Его, хотя само желание спросить «Кто Ты?» показывает необычность встречи.</w:t>
      </w:r>
    </w:p>
    <w:p>
      <w:r>
        <w:t>13. Иисус подходит, берёт хлеб и даёт им; так же и рыбу.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Жесты «взял хлеб и дал» напоминают умножение хлебов в Ин 6, связывая трапезу воскресшего Иисуса с прежним откровением Хлеба жизни.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6:11</w:t>
      </w:r>
    </w:p>
    <w:p>
      <w:r>
        <w:t>14. Это уже τρίτον — в третий раз — Иисус ἐφανερώθη — явился, сделал Себя явным — ученикам после воскресения из мёртвых.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«Третий раз» естественно считает групповые явления ученикам в 20:19, 20:26 и здесь, а не все отдельные воскресные явления, поскольку Мария уже видела Иисуса раньше.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20:19, Ин 20:26</w:t>
      </w:r>
    </w:p>
    <w:p>
      <w:r>
        <w:t>15. Когда они позавтракали, Иисус спросил: «Σίμων Ἰωάννου, ἀγαπᾷς με πλέον τούτων; — Симон, сын Иоанна, любишь Меня [ἀγαπάω] больше, чем эти / больше, чем они?» Пётр ответил: «Да, Господи, Ты знаешь, что φιλῶ σε — я люблю Тебя [φιλέω]». Иисус сказал: «Βόσκε τὰ ἀρνία μου — корми Моих ягнят».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πλέον τούτων</w:t>
      </w:r>
      <w:r>
        <w:rPr>
          <w:sz w:val="20"/>
        </w:rPr>
        <w:t xml:space="preserve"> [pleon toutōn]</w:t>
      </w:r>
      <w:r>
        <w:rPr>
          <w:sz w:val="20"/>
        </w:rPr>
        <w:br/>
        <w:t>τούτων может означать «этих людей» или «эти вещи». Наиболее распространённое чтение — «любишь Меня больше, чем они [любят Меня]?», возможно в свете прежней самоуверенности Петра. Грамматика не исключает «больше, чем всё это».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13:37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ἀγαπᾷς ... φιλῶ</w:t>
      </w:r>
      <w:r>
        <w:rPr>
          <w:sz w:val="20"/>
        </w:rPr>
        <w:t xml:space="preserve"> [agapas ... philō]</w:t>
      </w:r>
      <w:r>
        <w:rPr>
          <w:sz w:val="20"/>
        </w:rPr>
        <w:br/>
        <w:t>Иисус использует ἀγαπάω, Пётр отвечает φιλέω. Различие лемм реально и должно быть видно, но всё Евангелие показывает значительное семантическое перекрытие этих глаголов: оба описывают любовь Отца к Сыну, Иисуса к Лазарю и любимому ученику. Поэтому WGT-E не превращает смену глаголов в доказанную шкалу «божественная против дружеской любви».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5:20, Ин 11:3, Ин 11:5, Ин 16:27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βόσκε τὰ ἀρνία μου</w:t>
      </w:r>
      <w:r>
        <w:rPr>
          <w:sz w:val="20"/>
        </w:rPr>
        <w:t xml:space="preserve"> [boske ta arnia mou]</w:t>
      </w:r>
      <w:r>
        <w:rPr>
          <w:sz w:val="20"/>
        </w:rPr>
        <w:br/>
        <w:t>βόσκω — кормить/питать стадо; ἀρνία — ягнята. Первое поручение Петру выражено как питание самых уязвимых членов стада.</w:t>
      </w:r>
    </w:p>
    <w:p>
      <w:r>
        <w:t>16. Во второй раз Он спросил: «Симон, сын Иоанна, ἀγαπᾷς με — любишь Меня [ἀγαπάω]?» Пётр ответил: «Да, Господи, Ты знаешь, что φιλῶ σε — люблю Тебя [φιλέω]». Иисус сказал: «Ποίμαινε τὰ πρόβατά μου — паси, пастырствуй Моих овец».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ποίμαινε</w:t>
      </w:r>
      <w:r>
        <w:rPr>
          <w:sz w:val="20"/>
        </w:rPr>
        <w:t xml:space="preserve"> [poimaine]</w:t>
      </w:r>
      <w:r>
        <w:rPr>
          <w:sz w:val="20"/>
        </w:rPr>
        <w:br/>
        <w:t>ποιμαίνω — пасти, вести стадо, быть пастырем; шире, чем только кормить. Глагол связан с ποιμήν «пастырь» из Ин 10.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10:11–16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Пётр, который обещал положить жизнь за Иисуса и трижды отрёкся, теперь получает пастырское поручение над овцами самого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13:37–38, Ин 18:17–27</w:t>
      </w:r>
    </w:p>
    <w:p>
      <w:r>
        <w:t>17. В третий раз Он спросил: «Симон, сын Иоанна, φιλεῖς με — любишь Меня [φιλέω]?» Пётр опечалился, что Он в третий раз спросил о любви, и ответил: «Господи, Ты знаешь всё; Ты γινώσκεις — знаешь, что φιλῶ σε — я люблю Тебя». Иисус сказал: «Βόσκε τὰ πρόβατά μου — корми Моих овец».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φιλεῖς ... φιλῶ</w:t>
      </w:r>
      <w:r>
        <w:rPr>
          <w:sz w:val="20"/>
        </w:rPr>
        <w:t xml:space="preserve"> [phileis ... philō]</w:t>
      </w:r>
      <w:r>
        <w:rPr>
          <w:sz w:val="20"/>
        </w:rPr>
        <w:br/>
        <w:t>В третьем вопросе Иисус переходит к тому же φιλέω, которым отвечал Пётр. Это изменение следует показывать, но само повествование объясняет скорбь Петра прежде всего тем, что вопрос прозвучал «в третий раз», очевидно связывая сцену с тройным отречением.</w:t>
      </w:r>
    </w:p>
    <w:p>
      <w:pPr>
        <w:ind w:left="360"/>
      </w:pPr>
      <w:r>
        <w:rPr>
          <w:b/>
          <w:sz w:val="20"/>
        </w:rPr>
        <w:t>Игра слов</w:t>
      </w:r>
      <w:r>
        <w:rPr>
          <w:i/>
          <w:sz w:val="20"/>
        </w:rPr>
        <w:t xml:space="preserve"> οἶδας ... γινώσκεις</w:t>
      </w:r>
      <w:r>
        <w:rPr>
          <w:sz w:val="20"/>
        </w:rPr>
        <w:t xml:space="preserve"> [oidas ... ginōskeis]</w:t>
      </w:r>
      <w:r>
        <w:rPr>
          <w:sz w:val="20"/>
        </w:rPr>
        <w:br/>
        <w:t>Пётр использует два глагола знания: «Ты знаешь всё; Ты знаешь/понимаешь, что я люблю Тебя». Жёсткое различие между ними здесь также не следует переоценивать.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βόσκε</w:t>
      </w:r>
      <w:r>
        <w:rPr>
          <w:sz w:val="20"/>
        </w:rPr>
        <w:t xml:space="preserve"> [boske]</w:t>
      </w:r>
      <w:r>
        <w:rPr>
          <w:sz w:val="20"/>
        </w:rPr>
        <w:br/>
        <w:t>Поручение возвращается к βόσκω «кормить». Последовательность поручений: корми ягнят → паси овец → корми овец.</w:t>
      </w:r>
    </w:p>
    <w:p>
      <w:r>
        <w:t>18. «Аминь, аминь говорю тебе: когда ты был молод, сам ἐζώννυες σεαυτόν — подпоясывался — и ходил, куда хотел. Но когда состаришься, ἐκτενεῖς τὰς χεῖράς σου — протянешь руки, — и другой подпояшет тебя и поведёт, куда ты не хочешь».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Рассказчик в следующем стихе сам объясняет, что речь указывает на смерть Петра, которой он прославит Бога. Поэтому «протянешь руки» имеет более глубокий смысл, чем бытовая помощь в старости.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21:19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(по церковному преданию)</w:t>
      </w:r>
      <w:r>
        <w:rPr>
          <w:sz w:val="20"/>
        </w:rPr>
        <w:br/>
        <w:t>Поздняя христианская традиция связывает это предсказание с распятием Петра, но конкретные детали его смерти не содержатся в самом Евангелии.</w:t>
      </w:r>
    </w:p>
    <w:p>
      <w:r>
        <w:t>19. Он сказал это, σημαίνων ποίῳ θανάτῳ δοξάσει τὸν θεόν — показывая, какой смертью Пётр прославит Бога. И затем сказал: «Ἀκολούθει μοι — Следуй за Мной».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Пётр когда-то сказал, что готов последовать за Иисусом и отдать жизнь, но не смог. Теперь воскресший Иисус возвращает ему исходный призыв «следуй за Мной» уже после восстановления.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13:36–38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Даже будущая смерть ученика описывается как возможность «прославить Бога», продолжая иоанновскую парадоксальную связь страдания и славы.</w:t>
      </w:r>
    </w:p>
    <w:p>
      <w:r>
        <w:t>20. Пётр, обернувшись, увидел ἀκολουθοῦντα — идущего следом — ученика, которого любил Иисус, того, кто во время ужина наклонился к Его груди и спросил: «Господи, кто Тебя предаст?»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Любимый ученик уже буквально «следует» за Иисусом в момент, когда Петру только что сказано «следуй за Мной». Это создаёт фон для следующего вопроса Петра.</w:t>
      </w:r>
    </w:p>
    <w:p>
      <w:r>
        <w:t>21. Увидев его, Пётр спросил Иисуса: «Κύριε, οὗτος δὲ τί; — Господи, а этот что? Что будет с ним?»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После личного призыва Пётр сразу сравнивает собственную судьбу с судьбой другого ученика. Ответ Иисуса возвращает его к персональной ответственности следовать.</w:t>
      </w:r>
    </w:p>
    <w:p>
      <w:r>
        <w:t>22. Иисус ответил: «Если Я хочу, чтобы он μένειν — оставался, пребывал — пока Я не приду, τί πρὸς σέ; — что тебе до этого? Σύ μοι ἀκολούθει — ты следуй за Мной».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μένειν</w:t>
      </w:r>
      <w:r>
        <w:rPr>
          <w:sz w:val="20"/>
        </w:rPr>
        <w:t xml:space="preserve"> [menein]</w:t>
      </w:r>
      <w:r>
        <w:rPr>
          <w:sz w:val="20"/>
        </w:rPr>
        <w:br/>
        <w:t>Снова центральный μένω «оставаться/пребывать». Здесь он означает физически оставаться в жизни до некоторого события, а не автоматически богословское «пребывать во Христе».</w:t>
      </w:r>
    </w:p>
    <w:p>
      <w:pPr>
        <w:ind w:left="360"/>
      </w:pPr>
      <w:r>
        <w:rPr>
          <w:b/>
          <w:sz w:val="20"/>
        </w:rPr>
        <w:t>Грамматика</w:t>
      </w:r>
      <w:r>
        <w:rPr>
          <w:i/>
          <w:sz w:val="20"/>
        </w:rPr>
        <w:t xml:space="preserve"> τί πρὸς σέ;</w:t>
      </w:r>
      <w:r>
        <w:rPr>
          <w:sz w:val="20"/>
        </w:rPr>
        <w:t xml:space="preserve"> [ti pros se?]</w:t>
      </w:r>
      <w:r>
        <w:rPr>
          <w:sz w:val="20"/>
        </w:rPr>
        <w:br/>
        <w:t>Идиома буквально «что к тебе?» — «какое тебе до этого дело?». Иисус пресекает сравнение призваний.</w:t>
      </w:r>
    </w:p>
    <w:p>
      <w:r>
        <w:t>23. Поэтому среди братьев распространилось слово, будто тот ученик не умрёт. Но Иисус οὐκ εἶπεν — не сказал — что он не умрёт; Он сказал лишь: «Если Я хочу, чтобы он оставался, пока Я не приду, что тебе до этого?»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Иоанн демонстрирует прямо внутри Евангелия принцип точной передачи слов Иисуса: общинный слух возник из неверного вывода, и автор исправляет его, возвращаясь к точной формулировке.</w:t>
      </w:r>
    </w:p>
    <w:p>
      <w:pPr>
        <w:ind w:left="360"/>
      </w:pPr>
      <w:r>
        <w:rPr>
          <w:b/>
          <w:sz w:val="20"/>
        </w:rPr>
        <w:t>Герменевтика</w:t>
      </w:r>
      <w:r>
        <w:rPr>
          <w:sz w:val="20"/>
        </w:rPr>
        <w:br/>
        <w:t>Это важный пример для всей методологии WGT: не превращать следствие или традиционный вывод в то, что текст буквально сказал.</w:t>
      </w:r>
    </w:p>
    <w:p>
      <w:r>
        <w:t>24. Это тот ученик, ὁ μαρτυρῶν περὶ τούτων καὶ ὁ γράψας ταῦτα — свидетельствующий об этом и написавший это; и οἴδαμεν — мы знаем, — что его свидетельство истинно.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(вероятно)</w:t>
      </w:r>
      <w:r>
        <w:rPr>
          <w:sz w:val="20"/>
        </w:rPr>
        <w:br/>
        <w:t>Финал связывает письменный текст с свидетельством конкретного ученика и одновременно вводит «мы знаем», вероятно голос подтверждающей общины или редакционного круга. Точный процесс составления книги из одного стиха определить нельзя.</w:t>
      </w:r>
    </w:p>
    <w:p>
      <w:pPr>
        <w:ind w:left="360"/>
      </w:pPr>
      <w:r>
        <w:rPr>
          <w:b/>
          <w:sz w:val="20"/>
        </w:rPr>
        <w:t>Структура текста</w:t>
      </w:r>
      <w:r>
        <w:rPr>
          <w:sz w:val="20"/>
        </w:rPr>
        <w:br/>
        <w:t>Формула истинного свидетельства отзывается Ин 19:35 и замыкает тему очевидца.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19:35</w:t>
      </w:r>
    </w:p>
    <w:p>
      <w:r>
        <w:t>25. Есть и многое другое, что сделал Иисус. Если записывать всё καθ’ ἕν — по одному, — думаю, сам мир не χωρήσειν — вместил бы — написанных книг.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sz w:val="20"/>
        </w:rPr>
        <w:br/>
        <w:t>Финальная гипербола подчёркивает избирательность Евангелия: книга не претендует рассказать всё, а сознательно отбирает свидетельства ради цели, сформулированной в 20:31.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20:30–31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χωρήσειν</w:t>
      </w:r>
      <w:r>
        <w:rPr>
          <w:sz w:val="20"/>
        </w:rPr>
        <w:t xml:space="preserve"> [chōrēsein]</w:t>
      </w:r>
      <w:r>
        <w:rPr>
          <w:sz w:val="20"/>
        </w:rPr>
        <w:br/>
        <w:t>χωρέω — вмещать, давать место. Тот же корень звучал в 8:37 о слове Иисуса, которое «не находит места» в противниках.</w:t>
      </w:r>
      <w:r>
        <w:rPr>
          <w:i/>
          <w:sz w:val="20"/>
        </w:rPr>
        <w:br/>
        <w:t xml:space="preserve">См.: </w:t>
      </w:r>
      <w:r>
        <w:rPr>
          <w:sz w:val="20"/>
        </w:rPr>
        <w:t>Ин 8:37</w:t>
      </w:r>
    </w:p>
    <w:p>
      <w:pPr>
        <w:pStyle w:val="Heading1"/>
      </w:pPr>
      <w:r>
        <w:t>Деяния апостолов</w:t>
      </w:r>
    </w:p>
    <w:p>
      <w:pPr>
        <w:pStyle w:val="Heading2"/>
      </w:pPr>
      <w:r>
        <w:t>Глава 1</w:t>
      </w:r>
    </w:p>
    <w:p>
      <w:r>
        <w:t>1. В первом повествовании, Феофил, я написал обо всём, что Иисус начал делать и чему учить,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Τὸν μὲν πρῶτον λόγον</w:t>
      </w:r>
      <w:r>
        <w:rPr>
          <w:sz w:val="20"/>
        </w:rPr>
        <w:t xml:space="preserve"> [Ton men prōton logon]</w:t>
      </w:r>
      <w:r>
        <w:rPr>
          <w:sz w:val="20"/>
        </w:rPr>
        <w:br/>
        <w:t>«Первое повествование» связывает Деяния с Евангелием от Луки как со второй частью единого двухтомного труда, адресованного Феофилу.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1:1–4</w:t>
      </w:r>
    </w:p>
    <w:p>
      <w:r>
        <w:t>2. до того дня, когда Он был вознесён, дав через Святого Духа повеления апостолам, которых избрал.</w:t>
      </w:r>
    </w:p>
    <w:p>
      <w:pPr>
        <w:ind w:left="360"/>
      </w:pPr>
      <w:r>
        <w:rPr>
          <w:b/>
          <w:sz w:val="20"/>
        </w:rPr>
        <w:t>Учение о Духе</w:t>
      </w:r>
      <w:r>
        <w:rPr>
          <w:i/>
          <w:sz w:val="20"/>
        </w:rPr>
        <w:t xml:space="preserve"> διὰ πνεύματος ἁγίου</w:t>
      </w:r>
      <w:r>
        <w:rPr>
          <w:sz w:val="20"/>
        </w:rPr>
        <w:t xml:space="preserve"> [dia pneumatos hagiou]</w:t>
      </w:r>
      <w:r>
        <w:rPr>
          <w:sz w:val="20"/>
        </w:rPr>
        <w:br/>
        <w:t>Даже заключительные повеления воскресшего Иисуса апостолам описаны как данные «через Святого Духа». Тема Духа начинается до Пятидесятницы и продолжает линию Евангелия от Луки.</w:t>
      </w:r>
    </w:p>
    <w:p>
      <w:r>
        <w:t>3. Им Он и явил Себя живым после Своего страдания, дав многие убедительные доказательства: в течение сорока дней являлся им и говорил о Царстве Божьем.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περὶ τῆς βασιλείας τοῦ θεοῦ</w:t>
      </w:r>
      <w:r>
        <w:rPr>
          <w:sz w:val="20"/>
        </w:rPr>
        <w:t xml:space="preserve"> [peri tēs basileias tou theou]</w:t>
      </w:r>
      <w:r>
        <w:rPr>
          <w:sz w:val="20"/>
        </w:rPr>
        <w:br/>
        <w:t>Царство Божье — тема сорока дней наставления воскресшего Иисуса и затем рамка финала книги в 28:31.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28:31</w:t>
      </w:r>
    </w:p>
    <w:p>
      <w:r>
        <w:t>4. Собрав их вместе, Он повелел им не уходить из Иерусалима, но ждать обещанного Отцом, «о котором вы слышали от Меня:</w:t>
      </w:r>
    </w:p>
    <w:p>
      <w:pPr>
        <w:ind w:left="360"/>
      </w:pPr>
      <w:r>
        <w:rPr>
          <w:b/>
          <w:sz w:val="20"/>
        </w:rPr>
        <w:t>Лука и Деяния</w:t>
      </w:r>
      <w:r>
        <w:rPr>
          <w:i/>
          <w:sz w:val="20"/>
        </w:rPr>
        <w:t xml:space="preserve"> τὴν ἐπαγγελίαν τοῦ πατρὸς</w:t>
      </w:r>
      <w:r>
        <w:rPr>
          <w:sz w:val="20"/>
        </w:rPr>
        <w:t xml:space="preserve"> [tēn epangelian tou patros]</w:t>
      </w:r>
      <w:r>
        <w:rPr>
          <w:sz w:val="20"/>
        </w:rPr>
        <w:br/>
        <w:t>«Обещанное Отцом» продолжает Лк 24:49, где ученикам также велено ждать в Иерусалиме силы свыше.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24:49</w:t>
      </w:r>
    </w:p>
    <w:p>
      <w:r>
        <w:t>5. Иоанн крестил водой, а вы через несколько дней будете крещены Святым Духом».</w:t>
      </w:r>
    </w:p>
    <w:p>
      <w:pPr>
        <w:ind w:left="360"/>
      </w:pPr>
      <w:r>
        <w:rPr>
          <w:b/>
          <w:sz w:val="20"/>
        </w:rPr>
        <w:t>Учение о Духе</w:t>
      </w:r>
      <w:r>
        <w:rPr>
          <w:i/>
          <w:sz w:val="20"/>
        </w:rPr>
        <w:t xml:space="preserve"> ἐν πνεύματι βαπτισθήσεσθε ἁγίῳ</w:t>
      </w:r>
      <w:r>
        <w:rPr>
          <w:sz w:val="20"/>
        </w:rPr>
        <w:t xml:space="preserve"> [en pneumati baptisthēsesthe hagiō]</w:t>
      </w:r>
      <w:r>
        <w:rPr>
          <w:sz w:val="20"/>
        </w:rPr>
        <w:br/>
        <w:t>Иисус противопоставляет крещение Иоанна водой будущему крещению Святым Духом. Лука не сводит эту формулу к водному крещению: событие исполняется в повествовании Пятидесятницы.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3:16, Деян 2:1–4, Деян 11:16</w:t>
      </w:r>
    </w:p>
    <w:p>
      <w:r>
        <w:t>6. Собравшись, они спрашивали Его: «Господи, не в это ли время Ты восстанавливаешь царство Израилю?»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ἀποκαθιστάνεις τὴν βασιλείαν τῷ Ἰσραήλ</w:t>
      </w:r>
      <w:r>
        <w:rPr>
          <w:sz w:val="20"/>
        </w:rPr>
        <w:t xml:space="preserve"> [apokathistaneis tēn basileian tō Israēl]</w:t>
      </w:r>
      <w:r>
        <w:rPr>
          <w:sz w:val="20"/>
        </w:rPr>
        <w:br/>
        <w:t>Вопрос учеников касается восстановления царства Израилю. Ответ Иисуса не объявляет сам вопрос ложным, а переносит акцент с сроков на миссию, силу Духа и всемирное свидетельство.</w:t>
      </w:r>
    </w:p>
    <w:p>
      <w:r>
        <w:t>7. Он сказал им: «Не ваше дело знать времена или сроки, которые Отец установил Своей властью. [χρόνους ἢ καιρούς — χρόνοι и καιροί перекрываются по значению, но вместе охватывают времена и установленные периоды; их определение…]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χρόνους ἢ καιρούς</w:t>
      </w:r>
      <w:r>
        <w:rPr>
          <w:sz w:val="20"/>
        </w:rPr>
        <w:t xml:space="preserve"> [chronous ē kairous]</w:t>
      </w:r>
      <w:r>
        <w:rPr>
          <w:sz w:val="20"/>
        </w:rPr>
        <w:br/>
        <w:t>χρόνοι и καιροί перекрываются по значению, но вместе охватывают времена и установленные периоды; их определение принадлежит власти Отца.</w:t>
      </w:r>
    </w:p>
    <w:p>
      <w:r>
        <w:t>8. Но вы примете силу, когда Святой Дух сойдёт на вас, и будете Моими свидетелями в Иерусалиме, во всей Иудее и Самарии и до края земли».</w:t>
      </w:r>
    </w:p>
    <w:p>
      <w:pPr>
        <w:ind w:left="360"/>
      </w:pPr>
      <w:r>
        <w:rPr>
          <w:b/>
          <w:sz w:val="20"/>
        </w:rPr>
        <w:t>Программное место</w:t>
      </w:r>
      <w:r>
        <w:rPr>
          <w:i/>
          <w:sz w:val="20"/>
        </w:rPr>
        <w:t xml:space="preserve"> λήμψεσθε δύναμιν ... ἔσεσθέ μου μάρτυρες</w:t>
      </w:r>
      <w:r>
        <w:rPr>
          <w:sz w:val="20"/>
        </w:rPr>
        <w:t xml:space="preserve"> [lēmpsesthe dynamin ... esesthe mou martyres]</w:t>
      </w:r>
      <w:r>
        <w:rPr>
          <w:sz w:val="20"/>
        </w:rPr>
        <w:br/>
        <w:t>Сила Духа направлена к свидетельству. Географическая последовательность «Иерусалим → вся Иудея и Самария → край земли» служит программной картой развития всей книги.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8:1, Деян 13:47, Деян 28:28</w:t>
      </w:r>
    </w:p>
    <w:p>
      <w:r>
        <w:t>9. Сказав это, Он был поднят у них на глазах, и облако скрыло Его от их взоров.</w:t>
      </w:r>
    </w:p>
    <w:p>
      <w:r>
        <w:t>10. Когда они пристально смотрели в небо, пока Он уходил, вдруг рядом с ними предстали двое мужчин в белых одеждах.</w:t>
      </w:r>
    </w:p>
    <w:p>
      <w:r>
        <w:t>11. Они сказали: «Мужи галилейские! Что вы стоите и смотрите в небо? Этот Иисус, вознесённый от вас на небо, придёт таким же образом, как вы видели Его уходящим на небо».</w:t>
      </w:r>
    </w:p>
    <w:p>
      <w:r>
        <w:t>12. Тогда они возвратились в Иерусалим с горы, называемой Елеонской, которая находится близ Иерусалима, на расстоянии субботнего пути.</w:t>
      </w:r>
    </w:p>
    <w:p>
      <w:r>
        <w:t>13. Войдя в город, они поднялись в верхнюю комнату, где остановились: Пётр, Иоанн, Иаков и Андрей, Филипп и Фома, Варфоломей и Матфей, Иаков Алфеев, Симон Зилот и Иуда Иаковлев.</w:t>
      </w:r>
    </w:p>
    <w:p>
      <w:r>
        <w:t>14. Все они единодушно и постоянно пребывали в молитве вместе с женщинами, а также с Марией, матерью Иисуса, и Его братьями.</w:t>
      </w:r>
    </w:p>
    <w:p>
      <w:pPr>
        <w:ind w:left="360"/>
      </w:pPr>
      <w:r>
        <w:rPr>
          <w:b/>
          <w:sz w:val="20"/>
        </w:rPr>
        <w:t>Община</w:t>
      </w:r>
      <w:r>
        <w:rPr>
          <w:i/>
          <w:sz w:val="20"/>
        </w:rPr>
        <w:t xml:space="preserve"> προσκαρτεροῦντες ὁμοθυμαδὸν τῇ προσευχῇ</w:t>
      </w:r>
      <w:r>
        <w:rPr>
          <w:sz w:val="20"/>
        </w:rPr>
        <w:t xml:space="preserve"> [proskarterountes homothymadon tē proseuchē]</w:t>
      </w:r>
      <w:r>
        <w:rPr>
          <w:sz w:val="20"/>
        </w:rPr>
        <w:br/>
        <w:t>До Пятидесятницы община характеризуется постоянством, единодушием и молитвой — типичная для Луки связка молитвы и ключевых переходов повествования.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Поздняя традиция добавляет «и в молении»; базовый критический текст не требует этого добавления.</w:t>
      </w:r>
    </w:p>
    <w:p>
      <w:r>
        <w:t>15. В те дни Пётр встал среди братьев — собравшихся было около ста двадцати человек — и сказал:</w:t>
      </w:r>
    </w:p>
    <w:p>
      <w:r>
        <w:t>16. «Мужи братья! Надлежало исполниться Писанию, которое Святой Дух заранее изрёк устами Давида об Иуде, ставшем проводником для тех, кто схватил Иисуса.</w:t>
      </w:r>
    </w:p>
    <w:p>
      <w:pPr>
        <w:ind w:left="360"/>
      </w:pPr>
      <w:r>
        <w:rPr>
          <w:b/>
          <w:sz w:val="20"/>
        </w:rPr>
        <w:t>Писание</w:t>
      </w:r>
      <w:r>
        <w:rPr>
          <w:i/>
          <w:sz w:val="20"/>
        </w:rPr>
        <w:t xml:space="preserve"> ἔδει πληρωθῆναι τὴν γραφήν</w:t>
      </w:r>
      <w:r>
        <w:rPr>
          <w:sz w:val="20"/>
        </w:rPr>
        <w:t xml:space="preserve"> [edei plērōthēnai tēn graphēn]</w:t>
      </w:r>
      <w:r>
        <w:rPr>
          <w:sz w:val="20"/>
        </w:rPr>
        <w:br/>
        <w:t>δεῖ выражает божественную необходимость: судьба Иуды рассматривается внутри исполняющегося замысла Писания, а не как случайный сбой Божьего плана.</w:t>
      </w:r>
    </w:p>
    <w:p>
      <w:r>
        <w:t>17. Он был причислен к нам и получил долю в этом служении.</w:t>
      </w:r>
    </w:p>
    <w:p>
      <w:r>
        <w:t>18. Он приобрёл поле на плату за неправедность и, упав ничком, рассёкся посередине, и все его внутренности выпали.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πρηνὴς γενόμενος — «оказавшись/упав ничком, лицом вниз». WGT-T передаёт собственную формулировку Деяний и не гармонизирует её с Мф 27.</w:t>
      </w:r>
    </w:p>
    <w:p>
      <w:r>
        <w:t>19. Об этом стало известно всем жителям Иерусалима, так что то поле на их языке стали называть Акелдама, то есть «Поле крови».</w:t>
      </w:r>
    </w:p>
    <w:p>
      <w:r>
        <w:t>20. Ведь в книге Псалмов написано: «Пусть его жилище станет пустым, и пусть не будет живущего в нём», и: «Пусть другой примет его должность».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γενηθήτω ἡ ἔπαυλις αὐτοῦ ἔρημος</w:t>
      </w:r>
      <w:r>
        <w:rPr>
          <w:sz w:val="20"/>
        </w:rPr>
        <w:t xml:space="preserve"> [genēthētō hē epaulis autou erēmos]</w:t>
      </w:r>
      <w:r>
        <w:rPr>
          <w:sz w:val="20"/>
        </w:rPr>
        <w:br/>
        <w:t>Первая цитата следует Пс 68(69):26 LXX и применяется к опустевшему месту Иуды.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69:25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τὴν ἐπισκοπὴν αὐτοῦ λαβέτω ἕτερος</w:t>
      </w:r>
      <w:r>
        <w:rPr>
          <w:sz w:val="20"/>
        </w:rPr>
        <w:t xml:space="preserve"> [tēn episkopēn autou labetō heteros]</w:t>
      </w:r>
      <w:r>
        <w:rPr>
          <w:sz w:val="20"/>
        </w:rPr>
        <w:br/>
        <w:t>Вторая цитата — Пс 108(109):8 LXX. ἐπισκοπή здесь означает поручение/должность надзора и обосновывает необходимость замены Иуды.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109:8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ἐπισκοπή здесь — поручение/должность надзора. В контексте избрания замены Иуде «должность» точнее и естественнее, чем искусственное «служение надзора».</w:t>
      </w:r>
    </w:p>
    <w:p>
      <w:r>
        <w:t>21. Итак, нужно, чтобы один из мужчин, бывших с нами всё время, когда Господь Иисус входил и выходил среди нас,</w:t>
      </w:r>
    </w:p>
    <w:p>
      <w:pPr>
        <w:ind w:left="360"/>
      </w:pPr>
      <w:r>
        <w:rPr>
          <w:b/>
          <w:sz w:val="20"/>
        </w:rPr>
        <w:t>Божественная необходимость</w:t>
      </w:r>
      <w:r>
        <w:rPr>
          <w:i/>
          <w:sz w:val="20"/>
        </w:rPr>
        <w:t xml:space="preserve"> δεῖ οὖν</w:t>
      </w:r>
      <w:r>
        <w:rPr>
          <w:sz w:val="20"/>
        </w:rPr>
        <w:t xml:space="preserve"> [dei oun]</w:t>
      </w:r>
      <w:r>
        <w:rPr>
          <w:sz w:val="20"/>
        </w:rPr>
        <w:br/>
        <w:t>Повтор δεῖ связывает практическое решение об избрании свидетеля с логикой божественной необходимости, заданной в 1:16.</w:t>
      </w:r>
    </w:p>
    <w:p>
      <w:r>
        <w:t>22. начиная от крещения Иоанна и до того дня, когда Он был вознесён от нас, стал вместе с нами свидетелем Его воскресения».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μάρτυρα τῆς ἀναστάσεως αὐτοῦ</w:t>
      </w:r>
      <w:r>
        <w:rPr>
          <w:sz w:val="20"/>
        </w:rPr>
        <w:t xml:space="preserve"> [martyra tēs anastaseōs autou]</w:t>
      </w:r>
      <w:r>
        <w:rPr>
          <w:sz w:val="20"/>
        </w:rPr>
        <w:br/>
        <w:t>Ключевой критерий апостольского свидетельства здесь — быть свидетелем воскресения Иисуса, при этом кандидат должен сопровождать служение от крещения Иоанна до вознесения.</w:t>
      </w:r>
    </w:p>
    <w:p>
      <w:r>
        <w:t>23. И они поставили двоих: Иосифа, называемого Варсавой, которого прозвали Иустом, и Матфия.</w:t>
      </w:r>
    </w:p>
    <w:p>
      <w:r>
        <w:t>24. Затем помолились: «Ты, Господи, знающий сердца всех, покажи, кого из этих двоих Ты избрал,</w:t>
      </w:r>
    </w:p>
    <w:p>
      <w:r>
        <w:t>25. чтобы он занял место в этом служении и апостольстве, от которого отступил Иуда, чтобы пойти в своё место».</w:t>
      </w:r>
    </w:p>
    <w:p>
      <w:r>
        <w:t>26. И они бросили о них жребий; жребий выпал Матфию, и он был причислен к одиннадцати апостолам.</w:t>
      </w:r>
    </w:p>
    <w:p>
      <w:pPr>
        <w:pStyle w:val="Heading2"/>
      </w:pPr>
      <w:r>
        <w:t>Глава 2</w:t>
      </w:r>
    </w:p>
    <w:p>
      <w:r>
        <w:t>1. Когда наступил день Пятидесятницы, все они были вместе в одном месте.</w:t>
      </w:r>
    </w:p>
    <w:p>
      <w:pPr>
        <w:ind w:left="360"/>
      </w:pPr>
      <w:r>
        <w:rPr>
          <w:b/>
          <w:sz w:val="20"/>
        </w:rPr>
        <w:t>Праздник</w:t>
      </w:r>
      <w:r>
        <w:rPr>
          <w:i/>
          <w:sz w:val="20"/>
        </w:rPr>
        <w:t xml:space="preserve"> τὴν ἡμέραν τῆς πεντηκοστῆς</w:t>
      </w:r>
      <w:r>
        <w:rPr>
          <w:sz w:val="20"/>
        </w:rPr>
        <w:t xml:space="preserve"> [tēn hēmeran tēs pentēkostēs]</w:t>
      </w:r>
      <w:r>
        <w:rPr>
          <w:sz w:val="20"/>
        </w:rPr>
        <w:br/>
        <w:t>Пятидесятница — иудейский праздник Шавуот, отмечаемый на пятидесятый день. Лука помещает излияние Духа в календарь Израиля, а не в изолированный от него контекст.</w:t>
      </w:r>
    </w:p>
    <w:p>
      <w:r>
        <w:t>2. Внезапно с неба раздался шум, словно от несущегося сильного ветра, и наполнил весь дом, где они сидели. [ὥσπερ φερομένης πνοῆς βιαίας — Текст говорит о звуке «словно» сильного несущегося дыхания/ветра; это сравнение, а не утверждение, что в доме буквально…]</w:t>
      </w:r>
    </w:p>
    <w:p>
      <w:pPr>
        <w:ind w:left="360"/>
      </w:pPr>
      <w:r>
        <w:rPr>
          <w:b/>
          <w:sz w:val="20"/>
        </w:rPr>
        <w:t>Учение о Духе</w:t>
      </w:r>
      <w:r>
        <w:rPr>
          <w:i/>
          <w:sz w:val="20"/>
        </w:rPr>
        <w:t xml:space="preserve"> ὥσπερ φερομένης πνοῆς βιαίας</w:t>
      </w:r>
      <w:r>
        <w:rPr>
          <w:sz w:val="20"/>
        </w:rPr>
        <w:t xml:space="preserve"> [hōsper pheromenēs pnoēs biaias]</w:t>
      </w:r>
      <w:r>
        <w:rPr>
          <w:sz w:val="20"/>
        </w:rPr>
        <w:br/>
        <w:t>Текст говорит о звуке «словно» сильного несущегося дыхания/ветра; это сравнение, а не утверждение, что в доме буквально дул ветер.</w:t>
      </w:r>
    </w:p>
    <w:p>
      <w:r>
        <w:t>3. Им явились разделяющиеся языки, словно огненные, и по одному почили на каждом из них.</w:t>
      </w:r>
    </w:p>
    <w:p>
      <w:pPr>
        <w:ind w:left="360"/>
      </w:pPr>
      <w:r>
        <w:rPr>
          <w:b/>
          <w:sz w:val="20"/>
        </w:rPr>
        <w:t>Учение о Духе</w:t>
      </w:r>
      <w:r>
        <w:rPr>
          <w:i/>
          <w:sz w:val="20"/>
        </w:rPr>
        <w:t xml:space="preserve"> διαμεριζόμεναι γλῶσσαι ὡσεὶ πυρός</w:t>
      </w:r>
      <w:r>
        <w:rPr>
          <w:sz w:val="20"/>
        </w:rPr>
        <w:t xml:space="preserve"> [diamerizomenai glōssai hōsei pyros]</w:t>
      </w:r>
      <w:r>
        <w:rPr>
          <w:sz w:val="20"/>
        </w:rPr>
        <w:br/>
        <w:t>И здесь Лука использует сравнение: языки были «словно огненные». Формулировка не требует понимать явление как обычное физическое пламя.</w:t>
      </w:r>
    </w:p>
    <w:p>
      <w:r>
        <w:t>4. И все исполнились Святого Духа и начали говорить на других языках, как Дух давал им произносить.</w:t>
      </w:r>
    </w:p>
    <w:p>
      <w:pPr>
        <w:ind w:left="360"/>
      </w:pPr>
      <w:r>
        <w:rPr>
          <w:b/>
          <w:sz w:val="20"/>
        </w:rPr>
        <w:t>Учение о Духе</w:t>
      </w:r>
      <w:r>
        <w:rPr>
          <w:i/>
          <w:sz w:val="20"/>
        </w:rPr>
        <w:t xml:space="preserve"> ἐπλήσθησαν πάντες πνεύματος ἁγίου</w:t>
      </w:r>
      <w:r>
        <w:rPr>
          <w:sz w:val="20"/>
        </w:rPr>
        <w:t xml:space="preserve"> [eplēsthēsan pantes pneumatos hagiou]</w:t>
      </w:r>
      <w:r>
        <w:rPr>
          <w:sz w:val="20"/>
        </w:rPr>
        <w:br/>
        <w:t>«Все исполнились Святого Духа». В Деяниях исполнение Духом неоднократно описывается как переживание, дающее речь, смелость, пророчество или руководство.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4:8, Деян 4:31, Деян 13:9</w:t>
      </w:r>
    </w:p>
    <w:p>
      <w:pPr>
        <w:ind w:left="360"/>
      </w:pPr>
      <w:r>
        <w:rPr>
          <w:b/>
          <w:sz w:val="20"/>
        </w:rPr>
        <w:t>Языки</w:t>
      </w:r>
      <w:r>
        <w:rPr>
          <w:i/>
          <w:sz w:val="20"/>
        </w:rPr>
        <w:t xml:space="preserve"> λαλεῖν ἑτέραις γλώσσαις</w:t>
      </w:r>
      <w:r>
        <w:rPr>
          <w:sz w:val="20"/>
        </w:rPr>
        <w:t xml:space="preserve"> [lalein heterais glōssais]</w:t>
      </w:r>
      <w:r>
        <w:rPr>
          <w:sz w:val="20"/>
        </w:rPr>
        <w:br/>
        <w:t>γλῶσσαι здесь далее соотносятся с тем, что слушатели узнают собственные διάλεκτοι — родные языки/речевые формы. Лука подчёркивает сверхъестественно понятную многоязычную речь.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2:6–11</w:t>
      </w:r>
    </w:p>
    <w:p>
      <w:r>
        <w:t>5. В Иерусалиме жили иудеи, благочестивые люди из всех народов под небом.</w:t>
      </w:r>
    </w:p>
    <w:p>
      <w:r>
        <w:t>6. Когда раздался этот звук, собралась толпа и пришла в замешательство, потому что каждый слышал, как они говорят на его родном языке.</w:t>
      </w:r>
    </w:p>
    <w:p>
      <w:r>
        <w:t>7. Все изумлялись и удивлялись: «Разве все эти говорящие не галилеяне?</w:t>
      </w:r>
    </w:p>
    <w:p>
      <w:r>
        <w:t>8. Как же каждый из нас слышит свой родной язык?</w:t>
      </w:r>
    </w:p>
    <w:p>
      <w:r>
        <w:t>9. Парфяне, мидяне, эламиты, жители Месопотамии, Иудеи, Каппадокии, Понта и Азии,</w:t>
      </w:r>
    </w:p>
    <w:p>
      <w:r>
        <w:t>10. Фригии и Памфилии, Египта и областей Ливии близ Кирены, пришедшие из Рима,</w:t>
      </w:r>
    </w:p>
    <w:p>
      <w:r>
        <w:t>11. иудеи и прозелиты, критяне и арабы — мы слышим, как они говорят на наших языках о великих делах Божьих!»</w:t>
      </w:r>
    </w:p>
    <w:p>
      <w:r>
        <w:t>12. Все изумлялись и недоумевали, спрашивая друг друга: «Что это значит?»</w:t>
      </w:r>
    </w:p>
    <w:p>
      <w:r>
        <w:t>13. А другие насмехались: «Они напились сладкого вина».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γλεῦκος — сладкое, молодое вино/виноградное вино. WGT-T сохраняет более конкретное значение.</w:t>
      </w:r>
    </w:p>
    <w:p>
      <w:r>
        <w:t>14. Тогда Пётр встал вместе с одиннадцатью, возвысил голос и обратился к ним: «Мужи иудейские и все жители Иерусалима! Пусть это будет вам известно; прислушайтесь к моим словам.</w:t>
      </w:r>
    </w:p>
    <w:p>
      <w:r>
        <w:t>15. Эти люди не пьяны, как вы думаете, ведь сейчас только третий час дня.</w:t>
      </w:r>
    </w:p>
    <w:p>
      <w:r>
        <w:t>16. Но это то, что было сказано через пророка Иоиля:</w:t>
      </w:r>
    </w:p>
    <w:p>
      <w:r>
        <w:t>17. “И будет в последние дни, говорит Бог: изолью от Моего Духа на всякую плоть; и будут пророчествовать ваши сыновья и ваши дочери, ваши юноши будут видеть видения, а вашим старцам будут сниться сны.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ἐκχεῶ ἀπὸ τοῦ πνεύματός μου ἐπὶ πᾶσαν σάρκα</w:t>
      </w:r>
      <w:r>
        <w:rPr>
          <w:sz w:val="20"/>
        </w:rPr>
        <w:t xml:space="preserve"> [ekcheō apo tou pneumatos mou epi pasan sarka]</w:t>
      </w:r>
      <w:r>
        <w:rPr>
          <w:sz w:val="20"/>
        </w:rPr>
        <w:br/>
        <w:t>Пётр цитирует Иоил 2:28 LXX. «На всякую плоть» раскрывается последующим перечислением сыновей, дочерей, молодых, старых, рабов и рабынь: излияние Духа пересекает возрастные, половые и социальные границы.</w:t>
      </w:r>
      <w:r>
        <w:rPr>
          <w:i/>
          <w:sz w:val="20"/>
        </w:rPr>
        <w:br/>
        <w:t xml:space="preserve">См.: </w:t>
      </w:r>
      <w:r>
        <w:rPr>
          <w:sz w:val="20"/>
        </w:rPr>
        <w:t>Иоил 2:28–32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ἐν ταῖς ἐσχάταις ἡμέραις</w:t>
      </w:r>
      <w:r>
        <w:rPr>
          <w:sz w:val="20"/>
        </w:rPr>
        <w:t xml:space="preserve"> [en tais eschatais hēmerais]</w:t>
      </w:r>
      <w:r>
        <w:rPr>
          <w:sz w:val="20"/>
        </w:rPr>
        <w:br/>
        <w:t>Фраза «в последние дни» в речи Петра делает событие Пятидесятницы эсхатологическим исполнением пророчества; это формулировка цитаты в Деяниях.</w:t>
      </w:r>
    </w:p>
    <w:p>
      <w:r>
        <w:t>18. И даже на Моих рабов и на Моих рабынь в те дни изолью от Моего Духа, и они будут пророчествовать.</w:t>
      </w:r>
    </w:p>
    <w:p>
      <w:r>
        <w:t>19. И дам чудеса на небе вверху и знамения на земле внизу: кровь, огонь и клубы дыма.</w:t>
      </w:r>
    </w:p>
    <w:p>
      <w:r>
        <w:t>20. Солнце обратится во тьму, а луна — в кровь, прежде чем придёт великий и славный день Господа.</w:t>
      </w:r>
    </w:p>
    <w:p>
      <w:r>
        <w:t>21. И будет: каждый, кто призовёт имя Господа, будет спасён”.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πᾶς ὃς ἐὰν ἐπικαλέσηται τὸ ὄνομα κυρίου σωθήσεται</w:t>
      </w:r>
      <w:r>
        <w:rPr>
          <w:sz w:val="20"/>
        </w:rPr>
        <w:t xml:space="preserve"> [pas hos ean epikalesētai to onoma kyriou sōthēsetai]</w:t>
      </w:r>
      <w:r>
        <w:rPr>
          <w:sz w:val="20"/>
        </w:rPr>
        <w:br/>
        <w:t>Финал цитаты Иоиля связывает спасение с призыванием имени Господа. Далее речь Петра концентрирует внимание на Иисусе как Господе и Христе.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Иоил 2:32, Деян 2:36</w:t>
      </w:r>
    </w:p>
    <w:p>
      <w:r>
        <w:t>22. Мужи израильские! Выслушайте эти слова: Иисуса Назарянина, Мужа, засвидетельствованного вам Богом силами, чудесами и знамениями, которые Бог совершил через Него среди вас, как вы и сами знаете,</w:t>
      </w:r>
    </w:p>
    <w:p>
      <w:r>
        <w:t>23. Его, преданного по определённому замыслу и предведению Бога, вы распяли и убили руками беззаконных.</w:t>
      </w:r>
    </w:p>
    <w:p>
      <w:pPr>
        <w:ind w:left="360"/>
      </w:pPr>
      <w:r>
        <w:rPr>
          <w:b/>
          <w:sz w:val="20"/>
        </w:rPr>
        <w:t>Божий замысел</w:t>
      </w:r>
      <w:r>
        <w:rPr>
          <w:i/>
          <w:sz w:val="20"/>
        </w:rPr>
        <w:t xml:space="preserve"> τῇ ὡρισμένῃ βουλῇ καὶ προγνώσει τοῦ θεοῦ</w:t>
      </w:r>
      <w:r>
        <w:rPr>
          <w:sz w:val="20"/>
        </w:rPr>
        <w:t xml:space="preserve"> [tē hōrismenē boulē kai prognōsei tou theou]</w:t>
      </w:r>
      <w:r>
        <w:rPr>
          <w:sz w:val="20"/>
        </w:rPr>
        <w:br/>
        <w:t>Крест одновременно помещён в определённый Божий замысел и предведение, при этом человеческая ответственность за распятие в той же фразе не снимается.</w:t>
      </w:r>
    </w:p>
    <w:p>
      <w:r>
        <w:t>24. Но Бог воскресил Его, освободив от мук смерти, потому что смерти невозможно было удержать Его. [τὰς ὠδῖνας τοῦ θανάτου — означает родовые муки/схватки]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τὰς ὠδῖνας τοῦ θανάτου</w:t>
      </w:r>
      <w:r>
        <w:rPr>
          <w:sz w:val="20"/>
        </w:rPr>
        <w:t xml:space="preserve"> [tas ōdinas tou thanatou]</w:t>
      </w:r>
      <w:r>
        <w:rPr>
          <w:sz w:val="20"/>
        </w:rPr>
        <w:br/>
        <w:t>ὠδῖνες буквально обозначает родовые муки/схватки. Образ подчёркивает мучительную власть смерти, от которой Бог освобождает Иисуса.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ὠδῖνες τοῦ θανάτου буквально «муки/родовые боли смерти». Основной текст сохраняет образ как «муки смерти»; возможный семитский фон относится к WGT-E/комментарию.</w:t>
      </w:r>
    </w:p>
    <w:p>
      <w:r>
        <w:t>25. Ведь Давид говорит о Нём: “Я всегда видел Господа перед собой, потому что Он по правую руку от меня, чтобы я не поколебался.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προωρώμην τὸν κύριον ἐνώπιόν μου διὰ παντός</w:t>
      </w:r>
      <w:r>
        <w:rPr>
          <w:sz w:val="20"/>
        </w:rPr>
        <w:t xml:space="preserve"> [proōrōmēn ton kyrion enōpion mou dia pantos]</w:t>
      </w:r>
      <w:r>
        <w:rPr>
          <w:sz w:val="20"/>
        </w:rPr>
        <w:br/>
        <w:t>Пётр цитирует Пс 15(16):8–11 по греческой традиции и читает псалом христологически, особенно строки о неоставлении в Аиде и нетлении.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16:8–11</w:t>
      </w:r>
    </w:p>
    <w:p>
      <w:r>
        <w:t>26. Поэтому возрадовалось моё сердце и возликовал мой язык; даже плоть моя будет покоиться в надежде,</w:t>
      </w:r>
    </w:p>
    <w:p>
      <w:r>
        <w:t>27. потому что Ты не оставишь душу мою в Аиде и не дашь Твоему Святому увидеть тление. [εἰς ᾅδην — ᾅδης здесь — Аид, область мёртвых; это не то же греческое слово, что γέεννα]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εἰς ᾅδην</w:t>
      </w:r>
      <w:r>
        <w:rPr>
          <w:sz w:val="20"/>
        </w:rPr>
        <w:t xml:space="preserve"> [eis hadēn]</w:t>
      </w:r>
      <w:r>
        <w:rPr>
          <w:sz w:val="20"/>
        </w:rPr>
        <w:br/>
        <w:t>ᾅδης здесь — Аид, область мёртвых; это не то же греческое слово, что γέεννα.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ᾅδης — Аид, мир мёртвых; WGT-T не подменяет его более поздним богословски нагруженным словом «ад».</w:t>
      </w:r>
    </w:p>
    <w:p>
      <w:r>
        <w:t>28. Ты дал мне узнать пути жизни; Ты исполнишь меня радостью перед лицом Твоим”.</w:t>
      </w:r>
    </w:p>
    <w:p>
      <w:r>
        <w:t>29. Мужи братья! Можно с уверенностью сказать вам о патриархе Давиде, что он умер и был похоронен, и его гробница у нас до этого дня.</w:t>
      </w:r>
    </w:p>
    <w:p>
      <w:r>
        <w:t>30. Будучи пророком и зная, что Бог клятвой поклялся ему посадить на его престоле одного из его потомков,</w:t>
      </w:r>
    </w:p>
    <w:p>
      <w:pPr>
        <w:ind w:left="360"/>
      </w:pPr>
      <w:r>
        <w:rPr>
          <w:b/>
          <w:sz w:val="20"/>
        </w:rPr>
        <w:t>Линия Давида</w:t>
      </w:r>
      <w:r>
        <w:rPr>
          <w:i/>
          <w:sz w:val="20"/>
        </w:rPr>
        <w:t xml:space="preserve"> ἐκ καρποῦ τῆς ὀσφύος αὐτοῦ καθίσαι ἐπὶ τὸν θρόνον αὐτοῦ</w:t>
      </w:r>
      <w:r>
        <w:rPr>
          <w:sz w:val="20"/>
        </w:rPr>
        <w:t xml:space="preserve"> [ek karpou tēs osphyos autou kathisai epi ton thronon autou]</w:t>
      </w:r>
      <w:r>
        <w:rPr>
          <w:sz w:val="20"/>
        </w:rPr>
        <w:br/>
        <w:t>Аргумент опирается на Божью клятву Давиду о потомке на его престоле; Пётр связывает Давидово обещание с воскресением Мессии.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2 Цар 7:12–13, Пс 132:11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 не содержит позднего расширения «по плоти воздвигнуть Христа»; оно не включено в WGT-T.</w:t>
      </w:r>
    </w:p>
    <w:p>
      <w:r>
        <w:t>31. он, предвидя это, сказал о воскресении Христа, что Он не был оставлен в Аиде и Его плоть не увидела тления.</w:t>
      </w:r>
    </w:p>
    <w:p>
      <w:r>
        <w:t>32. Этого Иисуса Бог воскресил, и все мы — свидетели этого.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οὗ πάντες ἡμεῖς ἐσμεν μάρτυρες</w:t>
      </w:r>
      <w:r>
        <w:rPr>
          <w:sz w:val="20"/>
        </w:rPr>
        <w:t xml:space="preserve"> [hou pantes hēmeis esmen martyres]</w:t>
      </w:r>
      <w:r>
        <w:rPr>
          <w:sz w:val="20"/>
        </w:rPr>
        <w:br/>
        <w:t>Воскресение вновь становится центральным содержанием апостольского свидетельства, как программно было заявлено в 1:22.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1:22</w:t>
      </w:r>
    </w:p>
    <w:p>
      <w:r>
        <w:t>33. Итак, будучи вознесён к правой руке Бога и получив от Отца обещанного Святого Духа, Он излил то, что вы сейчас видите и слышите.</w:t>
      </w:r>
    </w:p>
    <w:p>
      <w:pPr>
        <w:ind w:left="360"/>
      </w:pPr>
      <w:r>
        <w:rPr>
          <w:b/>
          <w:sz w:val="20"/>
        </w:rPr>
        <w:t>Учение о Духе</w:t>
      </w:r>
      <w:r>
        <w:rPr>
          <w:i/>
          <w:sz w:val="20"/>
        </w:rPr>
        <w:t xml:space="preserve"> τὴν ἐπαγγελίαν τοῦ πνεύματος τοῦ ἁγίου</w:t>
      </w:r>
      <w:r>
        <w:rPr>
          <w:sz w:val="20"/>
        </w:rPr>
        <w:t xml:space="preserve"> [tēn epangelian tou pneumatos tou hagiou]</w:t>
      </w:r>
      <w:r>
        <w:rPr>
          <w:sz w:val="20"/>
        </w:rPr>
        <w:br/>
        <w:t>Пётр объясняет видимое и слышимое событие как излияние обещанного Святого Духа, полученного возвышенным Иисусом от Отца.</w:t>
      </w:r>
    </w:p>
    <w:p>
      <w:r>
        <w:t>34. Ведь Давид не восходил на небеса, но сам говорит: “Сказал Господь моему Господу: сядь по правую руку от Меня,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εἶπεν ὁ κύριος τῷ κυρίῳ μου</w:t>
      </w:r>
      <w:r>
        <w:rPr>
          <w:sz w:val="20"/>
        </w:rPr>
        <w:t xml:space="preserve"> [eipen ho kyrios tō kyriō mou]</w:t>
      </w:r>
      <w:r>
        <w:rPr>
          <w:sz w:val="20"/>
        </w:rPr>
        <w:br/>
        <w:t>Цитируется Пс 109(110):1 LXX. Пётр использует Давидов псалом для аргумента о возвышении Иисуса по правую руку Бога.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110:1</w:t>
      </w:r>
    </w:p>
    <w:p>
      <w:r>
        <w:t>35. пока Я не положу Твоих врагов подножием Твоих ног”.</w:t>
      </w:r>
    </w:p>
    <w:p>
      <w:r>
        <w:t>36. Итак, пусть весь дом Израиля твёрдо знает: Бог сделал Господом и Христом этого Иисуса, Которого вы распяли».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καὶ κύριον αὐτὸν καὶ χριστὸν ἐποίησεν ὁ θεός</w:t>
      </w:r>
      <w:r>
        <w:rPr>
          <w:sz w:val="20"/>
        </w:rPr>
        <w:t xml:space="preserve"> [kai kyrion auton kai christon epoiēsen ho theos]</w:t>
      </w:r>
      <w:r>
        <w:rPr>
          <w:sz w:val="20"/>
        </w:rPr>
        <w:br/>
        <w:t>«Сделал Господом и Христом» описывает публичное утверждение и возвышение распятого Иисуса в мессианском господстве; фраза не требует вывода, будто Иисус до этого вообще не был Господом или Мессией.</w:t>
      </w:r>
    </w:p>
    <w:p>
      <w:r>
        <w:t>37. Услышав это, они были пронзены в сердце и сказали Петру и остальным апостолам: «Что нам делать, мужи братья?» [κατενύγησαν τὴν καρδίαν — Буквально образ передаёт сильное внутреннее пронзение/уязвление сердца, которое приводит слушателей к вопросу о требуемом…]</w:t>
      </w:r>
    </w:p>
    <w:p>
      <w:pPr>
        <w:ind w:left="360"/>
      </w:pPr>
      <w:r>
        <w:rPr>
          <w:b/>
          <w:sz w:val="20"/>
        </w:rPr>
        <w:t>Ответ</w:t>
      </w:r>
      <w:r>
        <w:rPr>
          <w:i/>
          <w:sz w:val="20"/>
        </w:rPr>
        <w:t xml:space="preserve"> κατενύγησαν τὴν καρδίαν</w:t>
      </w:r>
      <w:r>
        <w:rPr>
          <w:sz w:val="20"/>
        </w:rPr>
        <w:t xml:space="preserve"> [katenygēsan tēn kardian]</w:t>
      </w:r>
      <w:r>
        <w:rPr>
          <w:sz w:val="20"/>
        </w:rPr>
        <w:br/>
        <w:t>Буквально образ передаёт сильное внутреннее пронзение/уязвление сердца, которое приводит слушателей к вопросу о требуемом ответе.</w:t>
      </w:r>
    </w:p>
    <w:p>
      <w:r>
        <w:t>38. Пётр сказал им: «Покайтесь, и пусть каждый из вас будет крещён во имя Иисуса Христа для прощения ваших грехов, и вы получите дар Святого Духа. [μετανοήσατε — означает покаяться — изменить направление мышления и жизни в ответ на возвещение об Иисусе]</w:t>
      </w:r>
    </w:p>
    <w:p>
      <w:pPr>
        <w:ind w:left="360"/>
      </w:pPr>
      <w:r>
        <w:rPr>
          <w:b/>
          <w:sz w:val="20"/>
        </w:rPr>
        <w:t>Покаяние</w:t>
      </w:r>
      <w:r>
        <w:rPr>
          <w:i/>
          <w:sz w:val="20"/>
        </w:rPr>
        <w:t xml:space="preserve"> μετανοήσατε</w:t>
      </w:r>
      <w:r>
        <w:rPr>
          <w:sz w:val="20"/>
        </w:rPr>
        <w:t xml:space="preserve"> [metanoēsate]</w:t>
      </w:r>
      <w:r>
        <w:rPr>
          <w:sz w:val="20"/>
        </w:rPr>
        <w:br/>
        <w:t>Повеление означает покаяться — изменить направление мышления и жизни в ответ на возвещение об Иисусе.</w:t>
      </w:r>
    </w:p>
    <w:p>
      <w:pPr>
        <w:ind w:left="360"/>
      </w:pPr>
      <w:r>
        <w:rPr>
          <w:b/>
          <w:sz w:val="20"/>
        </w:rPr>
        <w:t>Крещение</w:t>
      </w:r>
      <w:r>
        <w:rPr>
          <w:i/>
          <w:sz w:val="20"/>
        </w:rPr>
        <w:t xml:space="preserve"> βαπτισθήτω ἕκαστος ὑμῶν ἐπὶ τῷ ὀνόματι Ἰησοῦ Χριστοῦ</w:t>
      </w:r>
      <w:r>
        <w:rPr>
          <w:sz w:val="20"/>
        </w:rPr>
        <w:t xml:space="preserve"> [baptisthētō hekastos hymōn epi tō onomati Iēsou Christou]</w:t>
      </w:r>
      <w:r>
        <w:rPr>
          <w:sz w:val="20"/>
        </w:rPr>
        <w:br/>
        <w:t>Водное крещение названо ответом каждого человека «во имя Иисуса Христа» и связано в предложении с прощением грехов.</w:t>
      </w:r>
    </w:p>
    <w:p>
      <w:pPr>
        <w:ind w:left="360"/>
      </w:pPr>
      <w:r>
        <w:rPr>
          <w:b/>
          <w:sz w:val="20"/>
        </w:rPr>
        <w:t>Учение о Духе</w:t>
      </w:r>
      <w:r>
        <w:rPr>
          <w:i/>
          <w:sz w:val="20"/>
        </w:rPr>
        <w:t xml:space="preserve"> λήμψεσθε τὴν δωρεὰν τοῦ ἁγίου πνεύματος</w:t>
      </w:r>
      <w:r>
        <w:rPr>
          <w:sz w:val="20"/>
        </w:rPr>
        <w:t xml:space="preserve"> [lēmpsesthe tēn dōrean tou hagiou pneumatos]</w:t>
      </w:r>
      <w:r>
        <w:rPr>
          <w:sz w:val="20"/>
        </w:rPr>
        <w:br/>
        <w:t>Пётр обещает «дар Святого Духа». Лука далее показывает разные повествовательные последовательности обращения, крещения и явного получения/схождения Духа; этот стих нельзя изолированно превращать в жёсткую универсальную схему порядка событий.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8:12–17, Деян 10:44–48, Деян 19:1–6</w:t>
      </w:r>
    </w:p>
    <w:p>
      <w:r>
        <w:t>39. Потому что обещание — вам, вашим детям и всем дальним, кого ни призовёт Господь, наш Бог».</w:t>
      </w:r>
    </w:p>
    <w:p>
      <w:pPr>
        <w:ind w:left="360"/>
      </w:pPr>
      <w:r>
        <w:rPr>
          <w:b/>
          <w:sz w:val="20"/>
        </w:rPr>
        <w:t>Обетование</w:t>
      </w:r>
      <w:r>
        <w:rPr>
          <w:i/>
          <w:sz w:val="20"/>
        </w:rPr>
        <w:t xml:space="preserve"> πᾶσιν τοῖς εἰς μακράν</w:t>
      </w:r>
      <w:r>
        <w:rPr>
          <w:sz w:val="20"/>
        </w:rPr>
        <w:t xml:space="preserve"> [pasin tois eis makran]</w:t>
      </w:r>
      <w:r>
        <w:rPr>
          <w:sz w:val="20"/>
        </w:rPr>
        <w:br/>
        <w:t>Обещание распространяется на «дальних» — на всех, кого призовёт Господь Бог. В логике Деяний эта перспектива раскрывается по мере движения вести за пределы Иерусалима.</w:t>
      </w:r>
    </w:p>
    <w:p>
      <w:r>
        <w:t>40. И многими другими словами он свидетельствовал и увещевал их: «Спасайтесь от этого развращённого поколения».</w:t>
      </w:r>
    </w:p>
    <w:p>
      <w:r>
        <w:t>41. Те, кто принял его слово, были крещены, и в тот день прибавилось около трёх тысяч человек.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Позднее «охотно принявшие» не входит в базовое SBLGNT-чтение.</w:t>
      </w:r>
    </w:p>
    <w:p>
      <w:r>
        <w:t>42. Они постоянно пребывали в учении апостолов, в общении, в преломлении хлеба и в молитвах.</w:t>
      </w:r>
    </w:p>
    <w:p>
      <w:pPr>
        <w:ind w:left="360"/>
      </w:pPr>
      <w:r>
        <w:rPr>
          <w:b/>
          <w:sz w:val="20"/>
        </w:rPr>
        <w:t>Община</w:t>
      </w:r>
      <w:r>
        <w:rPr>
          <w:i/>
          <w:sz w:val="20"/>
        </w:rPr>
        <w:t xml:space="preserve"> τῇ διδαχῇ τῶν ἀποστόλων ... τῇ κοινωνίᾳ ... τῇ κλάσει τοῦ ἄρτου ... ταῖς προσευχαῖς</w:t>
      </w:r>
      <w:r>
        <w:rPr>
          <w:sz w:val="20"/>
        </w:rPr>
        <w:t xml:space="preserve"> [tē didachē tōn apostolōn ... tē koinōnia ... tē klasei tou artou ... tais proseuchais]</w:t>
      </w:r>
      <w:r>
        <w:rPr>
          <w:sz w:val="20"/>
        </w:rPr>
        <w:br/>
        <w:t>Лука суммирует устойчивый ритм новой общины четырьмя сферами: апостольское учение, общение, преломление хлеба и молитвы.</w:t>
      </w:r>
    </w:p>
    <w:p>
      <w:r>
        <w:t>43. Страх охватил каждого, и через апостолов совершалось много чудес и знамений.</w:t>
      </w:r>
    </w:p>
    <w:p>
      <w:r>
        <w:t>44. Все верующие были вместе и имели всё общее.</w:t>
      </w:r>
    </w:p>
    <w:p>
      <w:pPr>
        <w:ind w:left="360"/>
      </w:pPr>
      <w:r>
        <w:rPr>
          <w:b/>
          <w:sz w:val="20"/>
        </w:rPr>
        <w:t>Община</w:t>
      </w:r>
      <w:r>
        <w:rPr>
          <w:i/>
          <w:sz w:val="20"/>
        </w:rPr>
        <w:t xml:space="preserve"> εἶχον ἅπαντα κοινά</w:t>
      </w:r>
      <w:r>
        <w:rPr>
          <w:sz w:val="20"/>
        </w:rPr>
        <w:t xml:space="preserve"> [eichon hapanta koina]</w:t>
      </w:r>
      <w:r>
        <w:rPr>
          <w:sz w:val="20"/>
        </w:rPr>
        <w:br/>
        <w:t>«Имели всё общее» описывает практику взаимного пользования и поддержки, которую следующие стихи конкретизируют продажей имущества по мере нужды.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2:45, Деян 4:32–35</w:t>
      </w:r>
    </w:p>
    <w:p>
      <w:r>
        <w:t>45. Они продавали владения и имущество и распределяли вырученное между всеми по мере нужды каждого.</w:t>
      </w:r>
    </w:p>
    <w:p>
      <w:r>
        <w:t>46. Каждый день они единодушно пребывали в храме, преломляли хлеб по домам и принимали пищу с радостью и простотой сердца,</w:t>
      </w:r>
    </w:p>
    <w:p>
      <w:r>
        <w:t>47. хваля Бога и пользуясь расположением всего народа. А Господь ежедневно прибавлял к ним спасаемых. [τοὺς σῳζομένους — означает «спасаемых»]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τοὺς σῳζομένους</w:t>
      </w:r>
      <w:r>
        <w:rPr>
          <w:sz w:val="20"/>
        </w:rPr>
        <w:t xml:space="preserve"> [tous sōzomenous]</w:t>
      </w:r>
      <w:r>
        <w:rPr>
          <w:sz w:val="20"/>
        </w:rPr>
        <w:br/>
        <w:t>Причастие буквально обозначает «спасаемых». Рост общины Лука описывает как действие Господа, ежедневно прибавляющего людей.</w:t>
      </w:r>
    </w:p>
    <w:p>
      <w:pPr>
        <w:pStyle w:val="Heading2"/>
      </w:pPr>
      <w:r>
        <w:t>Глава 3</w:t>
      </w:r>
    </w:p>
    <w:p>
      <w:r>
        <w:t>1. Пётр и Иоанн поднимались в храм в девятый час, час молитвы.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ἐπὶ τὴν ὥραν τῆς προσευχῆς τὴν ἐνάτην</w:t>
      </w:r>
      <w:r>
        <w:rPr>
          <w:sz w:val="20"/>
        </w:rPr>
        <w:t xml:space="preserve"> [epi tēn hōran tēs proseuchēs tēn enatēn]</w:t>
      </w:r>
      <w:r>
        <w:rPr>
          <w:sz w:val="20"/>
        </w:rPr>
        <w:br/>
        <w:t>Пётр и Иоанн продолжают участвовать в храмовой молитвенной жизни. Девятый час соответствует примерно середине второй половины дня.</w:t>
      </w:r>
    </w:p>
    <w:p>
      <w:r>
        <w:t>2. Туда каждый день приносили человека, хромого от рождения, и сажали у ворот храма, называемых Красивыми, чтобы он просил милостыню у входящих в храм.</w:t>
      </w:r>
    </w:p>
    <w:p>
      <w:r>
        <w:t>3. Увидев Петра и Иоанна, собиравшихся войти в храм, он попросил у них милостыню.</w:t>
      </w:r>
    </w:p>
    <w:p>
      <w:r>
        <w:t>4. Пётр вместе с Иоанном пристально посмотрел на него и сказал: «Посмотри на нас».</w:t>
      </w:r>
    </w:p>
    <w:p>
      <w:r>
        <w:t>5. Тот устремил на них взгляд, ожидая что-нибудь получить.</w:t>
      </w:r>
    </w:p>
    <w:p>
      <w:r>
        <w:t>6. Но Пётр сказал: «Серебра и золота у меня нет, но что имею, то даю тебе: во имя Иисуса Христа Назарянина — ходи!»</w:t>
      </w:r>
    </w:p>
    <w:p>
      <w:pPr>
        <w:ind w:left="360"/>
      </w:pPr>
      <w:r>
        <w:rPr>
          <w:b/>
          <w:sz w:val="20"/>
        </w:rPr>
        <w:t>Имя</w:t>
      </w:r>
      <w:r>
        <w:rPr>
          <w:i/>
          <w:sz w:val="20"/>
        </w:rPr>
        <w:t xml:space="preserve"> ἐν τῷ ὀνόματι Ἰησοῦ Χριστοῦ τοῦ Ναζωραίου</w:t>
      </w:r>
      <w:r>
        <w:rPr>
          <w:sz w:val="20"/>
        </w:rPr>
        <w:t xml:space="preserve"> [en tō onomati Iēsou Christou tou Nazōraiou]</w:t>
      </w:r>
      <w:r>
        <w:rPr>
          <w:sz w:val="20"/>
        </w:rPr>
        <w:br/>
        <w:t>«Имя» здесь действует как выражение авторитета и представительства Иисуса, а не как магическая формула.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 читает просто περιπάτει «ходи»; позднее «встань и» не включено в основной текст.</w:t>
      </w:r>
    </w:p>
    <w:p>
      <w:r>
        <w:t>7. Взяв его за правую руку, Пётр поднял его; и сразу укрепились его ступни и лодыжки.</w:t>
      </w:r>
    </w:p>
    <w:p>
      <w:r>
        <w:t>8. Вскочив, он встал и начал ходить. Он вошёл с ними в храм, ходя, прыгая и хваля Бога.</w:t>
      </w:r>
    </w:p>
    <w:p>
      <w:pPr>
        <w:ind w:left="360"/>
      </w:pPr>
      <w:r>
        <w:rPr>
          <w:b/>
          <w:sz w:val="20"/>
        </w:rPr>
        <w:t>Лука и Деяния</w:t>
      </w:r>
      <w:r>
        <w:rPr>
          <w:i/>
          <w:sz w:val="20"/>
        </w:rPr>
        <w:t xml:space="preserve"> περιπατῶν καὶ ἁλλόμενος καὶ αἰνῶν τὸν θεόν</w:t>
      </w:r>
      <w:r>
        <w:rPr>
          <w:sz w:val="20"/>
        </w:rPr>
        <w:t xml:space="preserve"> [peripatōn kai hallomenos kai ainōn ton theon]</w:t>
      </w:r>
      <w:r>
        <w:rPr>
          <w:sz w:val="20"/>
        </w:rPr>
        <w:br/>
        <w:t>Исцеление показано как полное восстановление: человек ходит, прыгает и хвалит Бога. Хвала Богу после Божьего действия — характерная лукианская реакция.</w:t>
      </w:r>
    </w:p>
    <w:p>
      <w:r>
        <w:t>9. Весь народ увидел его ходящим и хвалящим Бога.</w:t>
      </w:r>
    </w:p>
    <w:p>
      <w:r>
        <w:t>10. Люди узнавали в нём того самого, кто просил милостыню у Красивых ворот храма, и были охвачены изумлением и потрясением от случившегося с ним.</w:t>
      </w:r>
    </w:p>
    <w:p>
      <w:r>
        <w:t>11. Пока он держался за Петра и Иоанна, весь народ в изумлении сбежался к ним в колоннаду, называемую Соломоновой.</w:t>
      </w:r>
    </w:p>
    <w:p>
      <w:r>
        <w:t>12. Увидев это, Пётр сказал народу: «Мужи израильские! Почему вы удивляетесь этому? Почему смотрите на нас так, будто мы своей силой или благочестием сделали так, что он ходит?</w:t>
      </w:r>
    </w:p>
    <w:p>
      <w:pPr>
        <w:ind w:left="360"/>
      </w:pPr>
      <w:r>
        <w:rPr>
          <w:b/>
          <w:sz w:val="20"/>
        </w:rPr>
        <w:t>Сила</w:t>
      </w:r>
      <w:r>
        <w:rPr>
          <w:i/>
          <w:sz w:val="20"/>
        </w:rPr>
        <w:t xml:space="preserve"> ἰδίᾳ δυνάμει ἢ εὐσεβείᾳ</w:t>
      </w:r>
      <w:r>
        <w:rPr>
          <w:sz w:val="20"/>
        </w:rPr>
        <w:t xml:space="preserve"> [idia dynamei ē eusebeia]</w:t>
      </w:r>
      <w:r>
        <w:rPr>
          <w:sz w:val="20"/>
        </w:rPr>
        <w:br/>
        <w:t>Пётр прямо отрицает, что исцеление произошло его собственной силой или благочестием; это важно для понимания δύναμις в Деяниях как Божьего действия через свидетелей.</w:t>
      </w:r>
    </w:p>
    <w:p>
      <w:r>
        <w:t>13. Бог Авраама, Исаака и Иакова, Бог наших отцов, прославил Своего Служителя Иисуса, Которого вы предали и от Которого отреклись перед Пилатом, когда тот решил Его отпустить.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τὸν παῖδα αὐτοῦ Ἰησοῦν</w:t>
      </w:r>
      <w:r>
        <w:rPr>
          <w:sz w:val="20"/>
        </w:rPr>
        <w:t xml:space="preserve"> [ton paida autou Iēsoun]</w:t>
      </w:r>
      <w:r>
        <w:rPr>
          <w:sz w:val="20"/>
        </w:rPr>
        <w:br/>
        <w:t>παῖς может означать «слуга/служитель» и здесь естественно вызывает фон Служителя Господа у Исаии. WGT-T передаёт «Служителя», а не «сына», чтобы сохранить этот смысловой мост.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42:1, Ис 52:13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παῖς может означать «слуга/служитель» и несёт важный фон Служителя Господа; WGT-T использует «Служитель», WGT-E должен раскрыть этот фон.</w:t>
      </w:r>
    </w:p>
    <w:p>
      <w:r>
        <w:t>14. Но вы отреклись от Святого и Праведного и попросили даровать вам убийцу,</w:t>
      </w:r>
    </w:p>
    <w:p>
      <w:r>
        <w:t>15. а Начинателя жизни убили. Но Бог воскресил Его из мёртвых, и мы — свидетели этого.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τὸν ἀρχηγὸν τῆς ζωῆς</w:t>
      </w:r>
      <w:r>
        <w:rPr>
          <w:sz w:val="20"/>
        </w:rPr>
        <w:t xml:space="preserve"> [ton archēgon tēs zōēs]</w:t>
      </w:r>
      <w:r>
        <w:rPr>
          <w:sz w:val="20"/>
        </w:rPr>
        <w:br/>
        <w:t>ἀρχηγός соединяет идеи начинателя, источника-предводителя и того, кто прокладывает путь. Парадокс речи: люди убили «Начинателя жизни», но Бог воскресил Его.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ἀρχηγός здесь сочетает значения «начинатель/основатель» и «ведущий». В сочетании ἀρχηγὸς τῆς ζωῆς WGT-T выбирает «Начинатель жизни», сохраняя идею происхождения/начала жизни; в 5:31 контекст требует несколько иного русского соответствия.</w:t>
      </w:r>
    </w:p>
    <w:p>
      <w:r>
        <w:t>16. И по вере в Его имя само Его имя укрепило этого человека, которого вы видите и знаете; и вера, приходящая через Него, дала ему эту полную крепость перед всеми вами.</w:t>
      </w:r>
    </w:p>
    <w:p>
      <w:pPr>
        <w:ind w:left="360"/>
      </w:pPr>
      <w:r>
        <w:rPr>
          <w:b/>
          <w:sz w:val="20"/>
        </w:rPr>
        <w:t>Имя</w:t>
      </w:r>
      <w:r>
        <w:rPr>
          <w:i/>
          <w:sz w:val="20"/>
        </w:rPr>
        <w:t xml:space="preserve"> ἐπὶ τῇ πίστει τοῦ ὀνόματος αὐτοῦ</w:t>
      </w:r>
      <w:r>
        <w:rPr>
          <w:sz w:val="20"/>
        </w:rPr>
        <w:t xml:space="preserve"> [epi tē pistei tou onomatos autou]</w:t>
      </w:r>
      <w:r>
        <w:rPr>
          <w:sz w:val="20"/>
        </w:rPr>
        <w:br/>
        <w:t>Пётр намеренно связывает исцеление с верой в имя Иисуса и повторяет «имя» как действующий авторитет.</w:t>
      </w:r>
    </w:p>
    <w:p>
      <w:pPr>
        <w:ind w:left="360"/>
      </w:pPr>
      <w:r>
        <w:rPr>
          <w:b/>
          <w:sz w:val="20"/>
        </w:rPr>
        <w:t>Вера</w:t>
      </w:r>
      <w:r>
        <w:rPr>
          <w:i/>
          <w:sz w:val="20"/>
        </w:rPr>
        <w:t xml:space="preserve"> ἡ πίστις ἡ δι᾽ αὐτοῦ</w:t>
      </w:r>
      <w:r>
        <w:rPr>
          <w:sz w:val="20"/>
        </w:rPr>
        <w:t xml:space="preserve"> [hē pistis hē di autou]</w:t>
      </w:r>
      <w:r>
        <w:rPr>
          <w:sz w:val="20"/>
        </w:rPr>
        <w:br/>
        <w:t>Фраза допускает оттенок «вера, которая через Него/посредством Него». WGT-T сохраняет эту конструкцию, не сводя её к простой психологической уверенности человека.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Греческий намеренно повторяет «имя»: ἐπὶ τῇ πίστει τοῦ ὀνόματος αὐτοῦ ... ἐστερέωσεν τὸ ὄνομα αὐτοῦ. WGT-T сохраняет этот повтор; вторая фраза ἡ πίστις ἡ δι’ αὐτοῦ передана близко как «вера, которая через Него».</w:t>
      </w:r>
    </w:p>
    <w:p>
      <w:r>
        <w:t>17. И теперь, братья, я знаю, что вы сделали это по неведению, как и ваши начальники.</w:t>
      </w:r>
    </w:p>
    <w:p>
      <w:r>
        <w:t>18. Но Бог так исполнил то, что заранее возвестил устами всех пророков: Его Христу предстояло пострадать.</w:t>
      </w:r>
    </w:p>
    <w:p>
      <w:r>
        <w:t>19. Итак, покайтесь и обратитесь, чтобы ваши грехи были изглажены,</w:t>
      </w:r>
    </w:p>
    <w:p>
      <w:pPr>
        <w:ind w:left="360"/>
      </w:pPr>
      <w:r>
        <w:rPr>
          <w:b/>
          <w:sz w:val="20"/>
        </w:rPr>
        <w:t>Покаяние</w:t>
      </w:r>
      <w:r>
        <w:rPr>
          <w:i/>
          <w:sz w:val="20"/>
        </w:rPr>
        <w:t xml:space="preserve"> μετανοήσατε οὖν καὶ ἐπιστρέψατε</w:t>
      </w:r>
      <w:r>
        <w:rPr>
          <w:sz w:val="20"/>
        </w:rPr>
        <w:t xml:space="preserve"> [metanoēsate oun kai epistrepsate]</w:t>
      </w:r>
      <w:r>
        <w:rPr>
          <w:sz w:val="20"/>
        </w:rPr>
        <w:br/>
        <w:t>Два повеления усиливают друг друга: «покайтесь и обратитесь». Покаяние в речи Петра направлено к реальному повороту к Богу, результатом которого названо изглаживание грехов.</w:t>
      </w:r>
    </w:p>
    <w:p>
      <w:r>
        <w:t>20. чтобы от лица Господа пришли времена отрады и Он послал предназначенного вам Христа — Иисуса,</w:t>
      </w:r>
    </w:p>
    <w:p>
      <w:pPr>
        <w:ind w:left="360"/>
      </w:pPr>
      <w:r>
        <w:rPr>
          <w:b/>
          <w:sz w:val="20"/>
        </w:rPr>
        <w:t>Эсхатология</w:t>
      </w:r>
      <w:r>
        <w:rPr>
          <w:i/>
          <w:sz w:val="20"/>
        </w:rPr>
        <w:t xml:space="preserve"> καιροὶ ἀναψύξεως</w:t>
      </w:r>
      <w:r>
        <w:rPr>
          <w:sz w:val="20"/>
        </w:rPr>
        <w:t xml:space="preserve"> [kairoi anapsyxeōs]</w:t>
      </w:r>
      <w:r>
        <w:rPr>
          <w:sz w:val="20"/>
        </w:rPr>
        <w:br/>
        <w:t>Редкое выражение означает времена облегчения, отрады или обновляющего «освежения», приходящие от лица Господа.</w:t>
      </w:r>
    </w:p>
    <w:p>
      <w:r>
        <w:t>21. Которого небо должно принять до времён восстановления всего, о чём Бог говорил устами Своих святых пророков от века. [ἄχρι χρόνων ἀποκαταστάσεως πάντων — означает восстановление]</w:t>
      </w:r>
    </w:p>
    <w:p>
      <w:pPr>
        <w:ind w:left="360"/>
      </w:pPr>
      <w:r>
        <w:rPr>
          <w:b/>
          <w:sz w:val="20"/>
        </w:rPr>
        <w:t>Восстановление</w:t>
      </w:r>
      <w:r>
        <w:rPr>
          <w:i/>
          <w:sz w:val="20"/>
        </w:rPr>
        <w:t xml:space="preserve"> ἄχρι χρόνων ἀποκαταστάσεως πάντων</w:t>
      </w:r>
      <w:r>
        <w:rPr>
          <w:sz w:val="20"/>
        </w:rPr>
        <w:t xml:space="preserve"> [achri chronōn apokatastaseōs pantōn]</w:t>
      </w:r>
      <w:r>
        <w:rPr>
          <w:sz w:val="20"/>
        </w:rPr>
        <w:br/>
        <w:t>ἀποκατάστασις обозначает восстановление. Контекст связывает его с тем, о чём Бог говорил через пророков; стих не даёт сам по себе полного определения объёма этого «восстановления всего».</w:t>
      </w:r>
    </w:p>
    <w:p>
      <w:r>
        <w:t>22. Моисей сказал: “Господь, ваш Бог, воздвигнет вам из ваших братьев Пророка, подобного мне. Слушайте Его во всём, что Он будет говорить вам.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προφήτην ὑμῖν ἀναστήσει κύριος ὁ θεὸς ὑμῶν</w:t>
      </w:r>
      <w:r>
        <w:rPr>
          <w:sz w:val="20"/>
        </w:rPr>
        <w:t xml:space="preserve"> [prophētēn hymin anastēsei kyrios ho theos hymōn]</w:t>
      </w:r>
      <w:r>
        <w:rPr>
          <w:sz w:val="20"/>
        </w:rPr>
        <w:br/>
        <w:t>Цитата соединяет язык Втор 18:15–19 и в следующем стихе Лев 23:29. Пётр применяет обещание о пророке, подобном Моисею, к Иисусу.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18:15–19, Лев 23:29</w:t>
      </w:r>
    </w:p>
    <w:p>
      <w:r>
        <w:t>23. И всякая душа, которая не послушает того Пророка, будет истреблена из народа”.</w:t>
      </w:r>
    </w:p>
    <w:p>
      <w:r>
        <w:t>24. И все пророки, от Самуила и далее, сколько их ни говорило, также возвещали эти дни.</w:t>
      </w:r>
    </w:p>
    <w:p>
      <w:r>
        <w:t>25. Вы — сыновья пророков и завета, который Бог заключил с вашими отцами, сказав Аврааму: “И в твоём семени будут благословлены все племена земли”.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ἐν τῷ σπέρματί σου ἐνευλογηθήσονται πᾶσαι αἱ πατριαὶ τῆς γῆς</w:t>
      </w:r>
      <w:r>
        <w:rPr>
          <w:sz w:val="20"/>
        </w:rPr>
        <w:t xml:space="preserve"> [en tō spermati sou eneulogēthēsontai pasai hai patriai tēs gēs]</w:t>
      </w:r>
      <w:r>
        <w:rPr>
          <w:sz w:val="20"/>
        </w:rPr>
        <w:br/>
        <w:t>Авраамово обещание о благословении всех племён земли становится основанием миссии, которая начинается с Израиля и движется к народам.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22:18, Быт 26:4</w:t>
      </w:r>
    </w:p>
    <w:p>
      <w:r>
        <w:t>26. Для вас прежде всего Бог воздвиг Своего Служителя и послал Его благословлять вас, обращая каждого от ваших злых дел». [ὑμῖν πρῶτον — означает приоритет Израиля в начале миссии, не её конечную границу]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ὑμῖν πρῶτον</w:t>
      </w:r>
      <w:r>
        <w:rPr>
          <w:sz w:val="20"/>
        </w:rPr>
        <w:t xml:space="preserve"> [hymin prōton]</w:t>
      </w:r>
      <w:r>
        <w:rPr>
          <w:sz w:val="20"/>
        </w:rPr>
        <w:br/>
        <w:t>«Вам прежде всего» обозначает приоритет Израиля в начале миссии, не её конечную границу. Уже программное 1:8 направляет свидетельство к краю земли.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1:8, Деян 13:46</w:t>
      </w:r>
    </w:p>
    <w:p>
      <w:pPr>
        <w:pStyle w:val="Heading2"/>
      </w:pPr>
      <w:r>
        <w:t>Глава 4</w:t>
      </w:r>
    </w:p>
    <w:p>
      <w:r>
        <w:t>1. Пока они говорили народу, к ним подошли священники, начальник храмовой стражи и саддукеи,</w:t>
      </w:r>
    </w:p>
    <w:p>
      <w:r>
        <w:t>2. раздражённые тем, что они учат народ и возвещают в Иисусе воскресение из мёртвых.</w:t>
      </w:r>
    </w:p>
    <w:p>
      <w:r>
        <w:t>3. Они схватили их и заключили под стражу до следующего дня, потому что уже был вечер.</w:t>
      </w:r>
    </w:p>
    <w:p>
      <w:r>
        <w:t>4. Но многие из слышавших слово поверили, и число мужчин достигло примерно пяти тысяч.</w:t>
      </w:r>
    </w:p>
    <w:p>
      <w:r>
        <w:t>5. На следующий день в Иерусалиме собрались их начальники, старейшины и книжники,</w:t>
      </w:r>
    </w:p>
    <w:p>
      <w:r>
        <w:t>6. а также первосвященник Анна, Каиафа, Иоанн, Александр и все, кто принадлежал к первосвященническому роду.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 прямо называет Ἅννας, Καϊάφας, Ἰωάννης и Ἀλέξανδρος. Основной текст передаёт все четыре имени; историческая идентификация Иоанна и Александра относится к комментарию, а не к переводу.</w:t>
      </w:r>
    </w:p>
    <w:p>
      <w:r>
        <w:t>7. Поставив Петра и Иоанна посреди, они спрашивали: «Какой силой или каким именем вы это сделали?»</w:t>
      </w:r>
    </w:p>
    <w:p>
      <w:r>
        <w:t>8. Тогда Пётр, исполнившись Святого Духа, сказал им: «Начальники народа и старейшины!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πλησθεὶς πνεύματος ἁγίου</w:t>
      </w:r>
      <w:r>
        <w:rPr>
          <w:sz w:val="20"/>
        </w:rPr>
        <w:t xml:space="preserve"> [plēstheis pneumatos hagiou]</w:t>
      </w:r>
      <w:r>
        <w:rPr>
          <w:sz w:val="20"/>
        </w:rPr>
        <w:br/>
        <w:t>Пётр говорит, «исполнившись Святого Духа». Лука снова использует язык исполнения Духом уже после Пятидесятницы; текст описывает конкретное действие Духа в ситуации свидетельства.</w:t>
      </w:r>
    </w:p>
    <w:p>
      <w:r>
        <w:t>9. Если нас сегодня допрашивают за доброе дело, сделанное больному человеку, и спрашивают, через кого он был спасён,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σέσωσται</w:t>
      </w:r>
      <w:r>
        <w:rPr>
          <w:sz w:val="20"/>
        </w:rPr>
        <w:t xml:space="preserve"> [sesōstai]</w:t>
      </w:r>
      <w:r>
        <w:rPr>
          <w:sz w:val="20"/>
        </w:rPr>
        <w:br/>
        <w:t>Форма σῴζω здесь относится к исцелённому человеку («спасён»), а в 4:12 тот же словесный корень звучит в утверждении о спасении. Лука намеренно допускает связь физического спасения/исцеления с более широким языком спасения.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σέσωσται — форма σῴζω «спасён». В контексте речь о физическом исцелении, но WGT-T сохраняет глагол «спасён», чтобы не терять лексическую связь со σωτηρία/σωθῆναι в 4:12.</w:t>
      </w:r>
    </w:p>
    <w:p>
      <w:r>
        <w:t>10. то пусть будет известно всем вам и всему народу Израиля: именем Иисуса Христа Назарянина, Которого вы распяли и Которого Бог воскресил из мёртвых, — Им этот человек стоит перед вами здоровым.</w:t>
      </w:r>
    </w:p>
    <w:p>
      <w:r>
        <w:t>11. Он — камень, отвергнутый вами, строителями, который стал главой угла.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λίθος ... ὁ γενόμενος εἰς κεφαλὴν γωνίας</w:t>
      </w:r>
      <w:r>
        <w:rPr>
          <w:sz w:val="20"/>
        </w:rPr>
        <w:t xml:space="preserve"> [lithos ... ho genomenos eis kephalēn gōnias]</w:t>
      </w:r>
      <w:r>
        <w:rPr>
          <w:sz w:val="20"/>
        </w:rPr>
        <w:br/>
        <w:t>Прямое применение Пс 117:22 LXX (118:22 MT-нумерации): отвергнутый строителями камень становится главой угла. Пётр применяет образ к отвергнутому и воскресшему Иисусу.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118:22</w:t>
      </w:r>
    </w:p>
    <w:p>
      <w:r>
        <w:t>12. И ни в ком другом нет спасения, потому что нет под небом другого имени, данного людям, которым надлежит нам спастись».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οὐκ ἔστιν ἐν ἄλλῳ οὐδενὶ ἡ σωτηρία</w:t>
      </w:r>
      <w:r>
        <w:rPr>
          <w:sz w:val="20"/>
        </w:rPr>
        <w:t xml:space="preserve"> [ouk estin en allō oudeni hē sōtēria]</w:t>
      </w:r>
      <w:r>
        <w:rPr>
          <w:sz w:val="20"/>
        </w:rPr>
        <w:br/>
        <w:t>Утверждение построено предельно исключительным образом: «ни в ком другом» нет σωτηρία. Следующее предложение связывает спасение с данным людям именем и божественной необходимостью δεῖ: «которым надлежит нам спастись».</w:t>
      </w:r>
    </w:p>
    <w:p>
      <w:r>
        <w:t>13. Видя смелость Петра и Иоанна и понимая, что они люди необразованные и простые, они удивлялись и узнавали в них тех, кто был с Иисусом. [ἀγράμματοι καὶ ἰδιῶται — означает людей без книжной/раввинской профессиональной подготовки, обычных частных людей]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ἀγράμματοι καὶ ἰδιῶται</w:t>
      </w:r>
      <w:r>
        <w:rPr>
          <w:sz w:val="20"/>
        </w:rPr>
        <w:t xml:space="preserve"> [agrammatoi kai idiōtai]</w:t>
      </w:r>
      <w:r>
        <w:rPr>
          <w:sz w:val="20"/>
        </w:rPr>
        <w:br/>
        <w:t>ἀγράμματοι καὶ ἰδιῶται обозначает людей без книжной/раввинской профессиональной подготовки, обычных частных людей; фраза сама по себе не утверждает, что Пётр и Иоанн не умели читать.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ἀγράμματοι καὶ ἰδιῶται — не прошедшие книжной/раввинской подготовки и обычные люди, не техническое утверждение о неграмотности.</w:t>
      </w:r>
    </w:p>
    <w:p>
      <w:r>
        <w:t>14. А видя исцелённого человека, стоящего рядом с ними, они ничего не могли возразить.</w:t>
      </w:r>
    </w:p>
    <w:p>
      <w:r>
        <w:t>15. Приказав им выйти из синедриона, они стали совещаться друг с другом:</w:t>
      </w:r>
    </w:p>
    <w:p>
      <w:r>
        <w:t>16. «Что нам делать с этими людьми? Ведь всем жителям Иерусалима известно, что через них произошло явное знамение, и мы не можем этого отрицать.</w:t>
      </w:r>
    </w:p>
    <w:p>
      <w:r>
        <w:t>17. Но чтобы это не распространялось дальше среди народа, пригрозим им, чтобы впредь они никому не говорили об этом имени».</w:t>
      </w:r>
    </w:p>
    <w:p>
      <w:r>
        <w:t>18. Позвав их, они приказали им вообще не говорить и не учить во имя Иисуса.</w:t>
      </w:r>
    </w:p>
    <w:p>
      <w:r>
        <w:t>19. Но Пётр и Иоанн ответили: «Судите сами, справедливо ли перед Богом слушать вас больше, чем Бога.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εἰ δίκαιόν ἐστιν ἐνώπιον τοῦ θεοῦ ὑμῶν ἀκούειν μᾶλλον ἢ τοῦ θεοῦ</w:t>
      </w:r>
      <w:r>
        <w:rPr>
          <w:sz w:val="20"/>
        </w:rPr>
        <w:t xml:space="preserve"> [ei dikaion estin enōpion tou theou hymōn akouein mallon ē tou theou]</w:t>
      </w:r>
      <w:r>
        <w:rPr>
          <w:sz w:val="20"/>
        </w:rPr>
        <w:br/>
        <w:t>Ответ формулирует конфликт послушаний: апостолы предлагают судьям самим решить, справедливо ли перед Богом слушать человеческий запрет больше, чем Бога.</w:t>
      </w:r>
    </w:p>
    <w:p>
      <w:r>
        <w:t>20. Мы не можем не говорить о том, что видели и слышали».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οὐ δυνάμεθα ... μὴ λαλεῖν</w:t>
      </w:r>
      <w:r>
        <w:rPr>
          <w:sz w:val="20"/>
        </w:rPr>
        <w:t xml:space="preserve"> [ou dynametha ... mē lalein]</w:t>
      </w:r>
      <w:r>
        <w:rPr>
          <w:sz w:val="20"/>
        </w:rPr>
        <w:br/>
        <w:t>«Мы не можем не говорить» выражает внутреннюю необходимость свидетельства о виденном и слышанном и продолжает программную тему μαρτυρία из 1:8.</w:t>
      </w:r>
    </w:p>
    <w:p>
      <w:r>
        <w:t>21. Они снова пригрозили им и отпустили, не находя возможности наказать их из-за народа, потому что все прославляли Бога за произошедшее.</w:t>
      </w:r>
    </w:p>
    <w:p>
      <w:r>
        <w:t>22. Человеку, над которым совершилось это знамение исцеления, было больше сорока лет.</w:t>
      </w:r>
    </w:p>
    <w:p>
      <w:r>
        <w:t>23. После освобождения они пришли к своим и рассказали всё, что сказали им первосвященники и старейшины.</w:t>
      </w:r>
    </w:p>
    <w:p>
      <w:r>
        <w:t>24. Услышав это, все единодушно возвысили голос к Богу: «Владыка! Ты создал небо, землю, море и всё, что в них.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ὁμοθυμαδὸν ἦραν φωνὴν πρὸς τὸν θεόν</w:t>
      </w:r>
      <w:r>
        <w:rPr>
          <w:sz w:val="20"/>
        </w:rPr>
        <w:t xml:space="preserve"> [homothymadon ēran phōnēn pros ton theon]</w:t>
      </w:r>
      <w:r>
        <w:rPr>
          <w:sz w:val="20"/>
        </w:rPr>
        <w:br/>
        <w:t>Община отвечает на угрозы совместной молитвой. ὁμοθυμαδόν («единодушно») — характерное для Деяний слово согласованного действия общины.</w:t>
      </w:r>
    </w:p>
    <w:p>
      <w:r>
        <w:t>25. Ты через Святого Духа устами нашего отца Давида, Твоего служителя, сказал: “Почему бушуют народы и племена замышляют пустое?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ἱνατί ἐφρύαξαν ἔθνη καὶ λαοὶ ἐμελέτησαν κενά</w:t>
      </w:r>
      <w:r>
        <w:rPr>
          <w:sz w:val="20"/>
        </w:rPr>
        <w:t xml:space="preserve"> [hinati ephryaxan ethnē kai laoi emeletēsan kena]</w:t>
      </w:r>
      <w:r>
        <w:rPr>
          <w:sz w:val="20"/>
        </w:rPr>
        <w:br/>
        <w:t>Начало прямой цитаты Пс 2:1–2 в форме, близкой LXX. Молитва читает сопротивление Иисусу и Его свидетелям через псалом о восстании народов и правителей против Господа и Его Помазанника.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2:1–2</w:t>
      </w:r>
    </w:p>
    <w:p>
      <w:r>
        <w:t>26. Восстали цари земли, и начальники собрались вместе против Господа и против Его Христа”.</w:t>
      </w:r>
    </w:p>
    <w:p>
      <w:r>
        <w:t>27. И действительно, собрались против Твоего святого Служителя Иисуса, Которого Ты помазал, Ирод и Понтий Пилат вместе с язычниками и народами Израиля,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τὸν ἅγιον παῖδά σου Ἰησοῦν ὃν ἔχρισας</w:t>
      </w:r>
      <w:r>
        <w:rPr>
          <w:sz w:val="20"/>
        </w:rPr>
        <w:t xml:space="preserve"> [ton hagion paida sou Iēsoun hon echrisas]</w:t>
      </w:r>
      <w:r>
        <w:rPr>
          <w:sz w:val="20"/>
        </w:rPr>
        <w:br/>
        <w:t>Иисус назван святым παῖς Бога и Тем, Кого Бог «помазал» (ἔχρισας). Здесь язык Служителя и Помазанника соединяется с цитатой Пс 2.</w:t>
      </w:r>
    </w:p>
    <w:p>
      <w:r>
        <w:t>28. чтобы совершить всё заранее определённое Твоей рукой и Твоим замыслом.</w:t>
      </w:r>
    </w:p>
    <w:p>
      <w:pPr>
        <w:ind w:left="360"/>
      </w:pPr>
      <w:r>
        <w:rPr>
          <w:b/>
          <w:sz w:val="20"/>
        </w:rPr>
        <w:t>Божий замысел</w:t>
      </w:r>
      <w:r>
        <w:rPr>
          <w:i/>
          <w:sz w:val="20"/>
        </w:rPr>
        <w:t xml:space="preserve"> ἡ χείρ σου καὶ ἡ βουλή προώρισεν γενέσθαι</w:t>
      </w:r>
      <w:r>
        <w:rPr>
          <w:sz w:val="20"/>
        </w:rPr>
        <w:t xml:space="preserve"> [hē cheir sou kai hē boulē proōrisen genesthai]</w:t>
      </w:r>
      <w:r>
        <w:rPr>
          <w:sz w:val="20"/>
        </w:rPr>
        <w:br/>
        <w:t>Речь одновременно утверждает человеческое действие против Иисуса и Божий заранее определённый замысел. Лука не снимает ни человеческой ответственности, ни темы Божьего βουλή.</w:t>
      </w:r>
    </w:p>
    <w:p>
      <w:r>
        <w:t>29. И теперь, Господи, посмотри на их угрозы и дай Твоим рабам со всей смелостью говорить Твоё слово,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μετὰ παρρησίας πάσης λαλεῖν τὸν λόγον σου</w:t>
      </w:r>
      <w:r>
        <w:rPr>
          <w:sz w:val="20"/>
        </w:rPr>
        <w:t xml:space="preserve"> [meta parrēsias pasēs lalein ton logon sou]</w:t>
      </w:r>
      <w:r>
        <w:rPr>
          <w:sz w:val="20"/>
        </w:rPr>
        <w:br/>
        <w:t>Просьба общины — не прежде всего об устранении угроз, а о способности говорить Божье слово «со всей смелостью» (παρρησία).</w:t>
      </w:r>
    </w:p>
    <w:p>
      <w:r>
        <w:t>30. простирая Твою руку для исцеления, чтобы знамения и чудеса совершались через имя Твоего святого Служителя Иисуса».</w:t>
      </w:r>
    </w:p>
    <w:p>
      <w:r>
        <w:t>31. Когда они помолились, поколебалось место, где они были собраны; все исполнились Святого Духа и говорили слово Божье со смелостью.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ἐπλήσθησαν ἅπαντες τοῦ ἁγίου πνεύματος</w:t>
      </w:r>
      <w:r>
        <w:rPr>
          <w:sz w:val="20"/>
        </w:rPr>
        <w:t xml:space="preserve"> [eplēsthēsan hapantes tou hagiou pneumatos]</w:t>
      </w:r>
      <w:r>
        <w:rPr>
          <w:sz w:val="20"/>
        </w:rPr>
        <w:br/>
        <w:t>Все собравшиеся снова «исполнились Святого Духа» и вследствие этого говорили слово Божье с παρρησία. Это отдельное описанное исполнение после события Деян 2.</w:t>
      </w:r>
    </w:p>
    <w:p>
      <w:r>
        <w:t>32. У множества уверовавших было одно сердце и одна душа; никто ничего из своего имущества не называл своим, но всё у них было общее.</w:t>
      </w:r>
    </w:p>
    <w:p>
      <w:pPr>
        <w:ind w:left="360"/>
      </w:pPr>
      <w:r>
        <w:rPr>
          <w:b/>
          <w:sz w:val="20"/>
        </w:rPr>
        <w:t>Община</w:t>
      </w:r>
      <w:r>
        <w:rPr>
          <w:i/>
          <w:sz w:val="20"/>
        </w:rPr>
        <w:t xml:space="preserve"> καρδία καὶ ψυχὴ μία</w:t>
      </w:r>
      <w:r>
        <w:rPr>
          <w:sz w:val="20"/>
        </w:rPr>
        <w:t xml:space="preserve"> [kardia kai psychē mia]</w:t>
      </w:r>
      <w:r>
        <w:rPr>
          <w:sz w:val="20"/>
        </w:rPr>
        <w:br/>
        <w:t>«Одно сердце и одна душа» описывает единство множества уверовавших; далее оно конкретизируется отношением к имуществу и взаимной нужде.</w:t>
      </w:r>
    </w:p>
    <w:p>
      <w:r>
        <w:t>33. Апостолы с великой силой свидетельствовали о воскресении Господа Иисуса, и великая благодать была на всех них.</w:t>
      </w:r>
    </w:p>
    <w:p>
      <w:pPr>
        <w:ind w:left="360"/>
      </w:pPr>
      <w:r>
        <w:rPr>
          <w:b/>
          <w:sz w:val="20"/>
        </w:rPr>
        <w:t>Сила</w:t>
      </w:r>
      <w:r>
        <w:rPr>
          <w:i/>
          <w:sz w:val="20"/>
        </w:rPr>
        <w:t xml:space="preserve"> δυνάμει μεγάλῃ ἀπεδίδουν τὸ μαρτύριον</w:t>
      </w:r>
      <w:r>
        <w:rPr>
          <w:sz w:val="20"/>
        </w:rPr>
        <w:t xml:space="preserve"> [dynamei megalē apedidoun to martyrion]</w:t>
      </w:r>
      <w:r>
        <w:rPr>
          <w:sz w:val="20"/>
        </w:rPr>
        <w:br/>
        <w:t>«С великой силой» апостолы продолжают давать свидетельство о воскресении. δύναμις здесь прямо связана с μαρτύριον, продолжая 1:8.</w:t>
      </w:r>
    </w:p>
    <w:p>
      <w:r>
        <w:t>34. Среди них не было ни одного нуждающегося: все владельцы земель или домов продавали их и приносили деньги, вырученные от продажи,</w:t>
      </w:r>
    </w:p>
    <w:p>
      <w:r>
        <w:t>35. и клали к ногам апостолов; каждому распределяли по нужде.</w:t>
      </w:r>
    </w:p>
    <w:p>
      <w:r>
        <w:t>36. Иосиф, которого апостолы прозвали Варнавой, что переводится «сын утешения», левит, родом с Кипра,</w:t>
      </w:r>
    </w:p>
    <w:p>
      <w:pPr>
        <w:ind w:left="360"/>
      </w:pPr>
      <w:r>
        <w:rPr>
          <w:b/>
          <w:sz w:val="20"/>
        </w:rPr>
        <w:t>Имя</w:t>
      </w:r>
      <w:r>
        <w:rPr>
          <w:i/>
          <w:sz w:val="20"/>
        </w:rPr>
        <w:t xml:space="preserve"> Βαρνάβας ... υἱὸς παρακλήσεως</w:t>
      </w:r>
      <w:r>
        <w:rPr>
          <w:sz w:val="20"/>
        </w:rPr>
        <w:t xml:space="preserve"> [Barnabas ... huios paraklēseōs]</w:t>
      </w:r>
      <w:r>
        <w:rPr>
          <w:sz w:val="20"/>
        </w:rPr>
        <w:br/>
        <w:t>Лука сам поясняет прозвище Варнава как «сын утешения/ободрения» (υἱὸς παρακλήσεως). Это авторская интерпретация имени внутри повествования.</w:t>
      </w:r>
    </w:p>
    <w:p>
      <w:r>
        <w:t>37. имел поле; продав его, он принёс деньги и положил к ногам апостолов.</w:t>
      </w:r>
    </w:p>
    <w:p>
      <w:pPr>
        <w:pStyle w:val="Heading2"/>
      </w:pPr>
      <w:r>
        <w:t>Глава 5</w:t>
      </w:r>
    </w:p>
    <w:p>
      <w:r>
        <w:t>1. Некто по имени Анания вместе со своей женой Сапфирой продал имение.</w:t>
      </w:r>
    </w:p>
    <w:p>
      <w:r>
        <w:t>2. С ведома жены он утаил часть выручки, а часть принёс и положил к ногам апостолов.</w:t>
      </w:r>
    </w:p>
    <w:p>
      <w:r>
        <w:t>3. Пётр сказал: «Анания! Почему сатана наполнил твоё сердце, чтобы ты солгал Святому Духу и утаил часть выручки за поле?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ψεύσασθαί σε τὸ πνεῦμα τὸ ἅγιον</w:t>
      </w:r>
      <w:r>
        <w:rPr>
          <w:sz w:val="20"/>
        </w:rPr>
        <w:t xml:space="preserve"> [pseusasthai se to pneuma to hagion]</w:t>
      </w:r>
      <w:r>
        <w:rPr>
          <w:sz w:val="20"/>
        </w:rPr>
        <w:br/>
        <w:t>Пётр описывает поступок Анании как ложь Святому Духу. Объект обмана выражен прямо: τὸ πνεῦμα τὸ ἅγιον.</w:t>
      </w:r>
    </w:p>
    <w:p>
      <w:r>
        <w:t>4. Пока оно оставалось у тебя, разве не было твоим? И после продажи разве деньги не оставались в твоей власти? Зачем ты задумал это в своём сердце? Ты солгал не людям, а Богу».</w:t>
      </w:r>
    </w:p>
    <w:p>
      <w:pPr>
        <w:ind w:left="360"/>
      </w:pPr>
      <w:r>
        <w:rPr>
          <w:b/>
          <w:sz w:val="20"/>
        </w:rPr>
        <w:t>Богословие</w:t>
      </w:r>
      <w:r>
        <w:rPr>
          <w:i/>
          <w:sz w:val="20"/>
        </w:rPr>
        <w:t xml:space="preserve"> οὐκ ἐψεύσω ἀνθρώποις ἀλλὰ τῷ θεῷ</w:t>
      </w:r>
      <w:r>
        <w:rPr>
          <w:sz w:val="20"/>
        </w:rPr>
        <w:t xml:space="preserve"> [ouk epseusō anthrōpois alla tō theō]</w:t>
      </w:r>
      <w:r>
        <w:rPr>
          <w:sz w:val="20"/>
        </w:rPr>
        <w:br/>
        <w:t>Следующая фраза противопоставляет «не людям, а Богу». В непосредственном контексте 5:3–4 ложь Святому Духу и ложь Богу поставлены рядом; это текстовое наблюдение без необходимости превращать его в отдельный догматический комментарий.</w:t>
      </w:r>
    </w:p>
    <w:p>
      <w:r>
        <w:t>5. Услышав эти слова, Анания упал и умер. И великий страх охватил всех, кто услышал об этом.</w:t>
      </w:r>
    </w:p>
    <w:p>
      <w:r>
        <w:t>6. Молодые люди встали, завернули его, вынесли и похоронили.</w:t>
      </w:r>
    </w:p>
    <w:p>
      <w:r>
        <w:t>7. Примерно через три часа вошла его жена, не зная о случившемся.</w:t>
      </w:r>
    </w:p>
    <w:p>
      <w:r>
        <w:t>8. Пётр спросил её: «Скажи мне, за такую ли сумму вы продали поле?» Она ответила: «Да, за такую».</w:t>
      </w:r>
    </w:p>
    <w:p>
      <w:r>
        <w:t>9. Пётр сказал ей: «Почему вы сговорились испытать Духа Господа? Вот у двери ноги тех, кто похоронил твоего мужа; они вынесут и тебя».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πειράσαι τὸ πνεῦμα κυρίου</w:t>
      </w:r>
      <w:r>
        <w:rPr>
          <w:sz w:val="20"/>
        </w:rPr>
        <w:t xml:space="preserve"> [peirasai to pneuma kyriou]</w:t>
      </w:r>
      <w:r>
        <w:rPr>
          <w:sz w:val="20"/>
        </w:rPr>
        <w:br/>
        <w:t>Поступок Анании и Сапфиры назван согласованной попыткой «испытать Духа Господа». Формула усиливает персональный характер действия Духа в рассказе.</w:t>
      </w:r>
    </w:p>
    <w:p>
      <w:r>
        <w:t>10. Она сразу упала к его ногам и умерла. Войдя, молодые люди нашли её мёртвой, вынесли и похоронили рядом с мужем.</w:t>
      </w:r>
    </w:p>
    <w:p>
      <w:r>
        <w:t>11. И великий страх охватил всю церковь и всех, кто услышал об этом.</w:t>
      </w:r>
    </w:p>
    <w:p>
      <w:pPr>
        <w:ind w:left="360"/>
      </w:pPr>
      <w:r>
        <w:rPr>
          <w:b/>
          <w:sz w:val="20"/>
        </w:rPr>
        <w:t>Учение о Церкви</w:t>
      </w:r>
      <w:r>
        <w:rPr>
          <w:i/>
          <w:sz w:val="20"/>
        </w:rPr>
        <w:t xml:space="preserve"> ἐφ’ ὅλην τὴν ἐκκλησίαν</w:t>
      </w:r>
      <w:r>
        <w:rPr>
          <w:sz w:val="20"/>
        </w:rPr>
        <w:t xml:space="preserve"> [eph holēn tēn ekklēsian]</w:t>
      </w:r>
      <w:r>
        <w:rPr>
          <w:sz w:val="20"/>
        </w:rPr>
        <w:br/>
        <w:t>Это первое бесспорное употребление ἐκκλησία в основном тексте Деяний: великий страх охватывает «всю церковь/собрание».</w:t>
      </w:r>
    </w:p>
    <w:p>
      <w:r>
        <w:t>12. Руками апостолов совершалось в народе много знамений и чудес; все они единодушно собирались в колоннаде Соломона.</w:t>
      </w:r>
    </w:p>
    <w:p>
      <w:pPr>
        <w:ind w:left="360"/>
      </w:pPr>
      <w:r>
        <w:rPr>
          <w:b/>
          <w:sz w:val="20"/>
        </w:rPr>
        <w:t>Знамения</w:t>
      </w:r>
      <w:r>
        <w:rPr>
          <w:i/>
          <w:sz w:val="20"/>
        </w:rPr>
        <w:t xml:space="preserve"> σημεῖα καὶ τέρατα πολλὰ</w:t>
      </w:r>
      <w:r>
        <w:rPr>
          <w:sz w:val="20"/>
        </w:rPr>
        <w:t xml:space="preserve"> [sēmeia kai terata polla]</w:t>
      </w:r>
      <w:r>
        <w:rPr>
          <w:sz w:val="20"/>
        </w:rPr>
        <w:br/>
        <w:t>Формула «знамения и чудеса» продолжает язык Иоиля в 2:19 и молитвы общины в 4:30; здесь она описывает действия через руки апостолов.</w:t>
      </w:r>
    </w:p>
    <w:p>
      <w:r>
        <w:t>13. Из остальных никто не решался присоединиться к ним, однако народ высоко их почитал.</w:t>
      </w:r>
    </w:p>
    <w:p>
      <w:r>
        <w:t>14. А верующих в Господа прибавлялось всё больше — множество мужчин и женщин.</w:t>
      </w:r>
    </w:p>
    <w:p>
      <w:r>
        <w:t>15. Больных даже выносили на улицы и клали на кроватях и носилках, чтобы, когда проходил Пётр, хотя бы его тень осенила кого-нибудь из них.</w:t>
      </w:r>
    </w:p>
    <w:p>
      <w:r>
        <w:t>16. Сходилось также множество людей из городов вокруг Иерусалима, принося больных и мучимых нечистыми духами, и все они исцелялись.</w:t>
      </w:r>
    </w:p>
    <w:p>
      <w:r>
        <w:t>17. Тогда первосвященник и все бывшие с ним, принадлежавшие к партии саддукеев, поднялись, исполнившись ревности,</w:t>
      </w:r>
    </w:p>
    <w:p>
      <w:r>
        <w:t>18. схватили апостолов и заключили их в общую тюрьму.</w:t>
      </w:r>
    </w:p>
    <w:p>
      <w:r>
        <w:t>19. Но ночью ангел Господа открыл двери тюрьмы, вывел их и сказал:</w:t>
      </w:r>
    </w:p>
    <w:p>
      <w:r>
        <w:t>20. «Идите, встаньте в храме и говорите народу все слова этой Жизни».</w:t>
      </w:r>
    </w:p>
    <w:p>
      <w:pPr>
        <w:ind w:left="360"/>
      </w:pPr>
      <w:r>
        <w:rPr>
          <w:b/>
          <w:sz w:val="20"/>
        </w:rPr>
        <w:t>Жизнь</w:t>
      </w:r>
      <w:r>
        <w:rPr>
          <w:i/>
          <w:sz w:val="20"/>
        </w:rPr>
        <w:t xml:space="preserve"> πάντα τὰ ῥήματα τῆς ζωῆς ταύτης</w:t>
      </w:r>
      <w:r>
        <w:rPr>
          <w:sz w:val="20"/>
        </w:rPr>
        <w:t xml:space="preserve"> [panta ta rhēmata tēs zōēs tautēs]</w:t>
      </w:r>
      <w:r>
        <w:rPr>
          <w:sz w:val="20"/>
        </w:rPr>
        <w:br/>
        <w:t>Ангел велит возвещать «все слова этой Жизни». Ζωή здесь становится ёмким обозначением содержания провозглашаемой вести, а не просто физического существования.</w:t>
      </w:r>
    </w:p>
    <w:p>
      <w:r>
        <w:t>21. Услышав это, они на рассвете вошли в храм и стали учить. Тем временем первосвященник и бывшие с ним созвали синедрион и весь совет старейшин сынов Израиля и послали в тюрьму привести апостолов.</w:t>
      </w:r>
    </w:p>
    <w:p>
      <w:r>
        <w:t>22. Но служители, придя туда, не нашли их в тюрьме. Вернувшись, они доложили:</w:t>
      </w:r>
    </w:p>
    <w:p>
      <w:r>
        <w:t>23. «Тюрьму мы нашли надёжно запертой, а стражей — стоящими у дверей; но, открыв, внутри никого не нашли».</w:t>
      </w:r>
    </w:p>
    <w:p>
      <w:r>
        <w:t>24. Услышав это, начальник храмовой стражи и первосвященники недоумевали, что бы это могло значить.</w:t>
      </w:r>
    </w:p>
    <w:p>
      <w:r>
        <w:t>25. Тут пришёл кто-то и сообщил им: «Вот, люди, которых вы заключили в тюрьму, стоят в храме и учат народ».</w:t>
      </w:r>
    </w:p>
    <w:p>
      <w:r>
        <w:t>26. Тогда начальник стражи пошёл со служителями и привёл их, но без насилия, потому что они боялись, что народ побьёт их камнями.</w:t>
      </w:r>
    </w:p>
    <w:p>
      <w:r>
        <w:t>27. Приведя апостолов, их поставили перед синедрионом, и первосвященник спросил их:</w:t>
      </w:r>
    </w:p>
    <w:p>
      <w:r>
        <w:t>28. «Мы строго приказали вам не учить во имя это, а вы наполнили Иерусалим своим учением и хотите возложить на нас кровь этого Человека».</w:t>
      </w:r>
    </w:p>
    <w:p>
      <w:r>
        <w:t>29. Пётр и апостолы ответили: «Повиноваться нужно Богу больше, чем людям.</w:t>
      </w:r>
    </w:p>
    <w:p>
      <w:pPr>
        <w:ind w:left="360"/>
      </w:pPr>
      <w:r>
        <w:rPr>
          <w:b/>
          <w:sz w:val="20"/>
        </w:rPr>
        <w:t>Послушание</w:t>
      </w:r>
      <w:r>
        <w:rPr>
          <w:i/>
          <w:sz w:val="20"/>
        </w:rPr>
        <w:t xml:space="preserve"> πειθαρχεῖν δεῖ θεῷ μᾶλλον ἢ ἀνθρώποις</w:t>
      </w:r>
      <w:r>
        <w:rPr>
          <w:sz w:val="20"/>
        </w:rPr>
        <w:t xml:space="preserve"> [peitharchein dei theō mallon ē anthrōpois]</w:t>
      </w:r>
      <w:r>
        <w:rPr>
          <w:sz w:val="20"/>
        </w:rPr>
        <w:br/>
        <w:t>Ответ повторяет принцип 4:19, теперь с δεῖ: «надлежит повиноваться Богу больше, чем людям». Божественная необходимость определяет действие свидетелей.</w:t>
      </w:r>
    </w:p>
    <w:p>
      <w:r>
        <w:t>30. Бог наших отцов воскресил Иисуса, Которого вы убили, повесив на дереве.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κρεμάσαντες ἐπὶ ξύλου</w:t>
      </w:r>
      <w:r>
        <w:rPr>
          <w:sz w:val="20"/>
        </w:rPr>
        <w:t xml:space="preserve"> [kremasantes epi xylou]</w:t>
      </w:r>
      <w:r>
        <w:rPr>
          <w:sz w:val="20"/>
        </w:rPr>
        <w:br/>
        <w:t>ξύλον буквально «дерево/древесина». Формула «повесив на дереве» вероятно вызывает Втор 21:22–23 и сохраняет библейский фон проклятия казнённого.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21:22–23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ξύλον буквально «дерево/древесина». Формулировка сохраняет библейскую аллюзию; не заменяем автоматически на «крест».</w:t>
      </w:r>
    </w:p>
    <w:p>
      <w:r>
        <w:t>31. Его Бог возвысил Своей правой рукой как Начальника и Спасителя, чтобы дать Израилю покаяние и прощение грехов.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ἀρχηγὸν καὶ σωτῆρα</w:t>
      </w:r>
      <w:r>
        <w:rPr>
          <w:sz w:val="20"/>
        </w:rPr>
        <w:t xml:space="preserve"> [archēgon kai sōtēra]</w:t>
      </w:r>
      <w:r>
        <w:rPr>
          <w:sz w:val="20"/>
        </w:rPr>
        <w:br/>
        <w:t>Иисус возвышен Богом как ἀρχηγός и σωτήρ — ведущий/начинатель и Спаситель. Цель сформулирована как дар Израилю покаяния и прощения грехов.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ἀρχηγός — то же слово, что в 3:15, но здесь парное сочетание ἀρχηγὸν καὶ σωτῆρα естественнее передаётся «Начальника и Спасителя». WGT-T допускает контекстно различный русский эквивалент одной многозначной леммы.</w:t>
      </w:r>
    </w:p>
    <w:p>
      <w:r>
        <w:t>32. И мы — свидетели этих событий, как и Святой Дух, Которого Бог дал повинующимся Ему».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καὶ τὸ πνεῦμα τὸ ἅγιον ὃ ἔδωκεν ὁ θεὸς τοῖς πειθαρχοῦσιν αὐτῷ</w:t>
      </w:r>
      <w:r>
        <w:rPr>
          <w:sz w:val="20"/>
        </w:rPr>
        <w:t xml:space="preserve"> [kai to pneuma to hagion ho edōken ho theos tois peitharchousin autō]</w:t>
      </w:r>
      <w:r>
        <w:rPr>
          <w:sz w:val="20"/>
        </w:rPr>
        <w:br/>
        <w:t>Апостолы называют свидетелями не только себя, но и Святого Духа, Которого Бог дал повинующимся Ему. Текст связывает дар Духа с послушанием Богу, не раскладывая здесь это отношение в полную хронологию обращения.</w:t>
      </w:r>
    </w:p>
    <w:p>
      <w:r>
        <w:t>33. Услышав это, они пришли в ярость и хотели убить их.</w:t>
      </w:r>
    </w:p>
    <w:p>
      <w:r>
        <w:t>34. Но в синедрионе встал фарисей по имени Гамалиил, учитель Закона, уважаемый всем народом, и приказал ненадолго вывести этих людей.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Γαμαλιήλ ... νομοδιδάσκαλος τίμιος παντὶ τῷ λαῷ</w:t>
      </w:r>
      <w:r>
        <w:rPr>
          <w:sz w:val="20"/>
        </w:rPr>
        <w:t xml:space="preserve"> [Gamaliēl ... nomodidaskalos timios panti tō laō]</w:t>
      </w:r>
      <w:r>
        <w:rPr>
          <w:sz w:val="20"/>
        </w:rPr>
        <w:br/>
        <w:t>Гамалиил представлен как фарисей, учитель Закона и человек, уважаемый всем народом. Лука использует его речь как внутренний голос осторожности внутри синедриона.</w:t>
      </w:r>
    </w:p>
    <w:p>
      <w:r>
        <w:t>35. Затем сказал: «Мужи израильские! Будьте осторожны в том, что собираетесь сделать с этими людьми.</w:t>
      </w:r>
    </w:p>
    <w:p>
      <w:r>
        <w:t>36. Некоторое время назад появился Февда, выдавая себя за кого-то значительного; к нему примкнуло около четырёхсот человек. Его убили, а все последовавшие за ним рассеялись и сошли на нет.</w:t>
      </w:r>
    </w:p>
    <w:p>
      <w:r>
        <w:t>37. После него, во дни переписи, появился Иуда Галилеянин и увлёк за собой народ. Он тоже погиб, а все последовавшие за ним рассеялись.</w:t>
      </w:r>
    </w:p>
    <w:p>
      <w:r>
        <w:t>38. И теперь говорю вам: отступитесь от этих людей и оставьте их. Если этот замысел или это дело от людей, оно разрушится.</w:t>
      </w:r>
    </w:p>
    <w:p>
      <w:r>
        <w:t>39. Но если оно от Бога, вы не сможете их уничтожить — как бы вам не оказаться богоборцами». И они послушались его.</w:t>
      </w:r>
    </w:p>
    <w:p>
      <w:r>
        <w:t>40. Позвав апостолов, их избили, приказали не говорить во имя Иисуса и отпустили.</w:t>
      </w:r>
    </w:p>
    <w:p>
      <w:r>
        <w:t>41. Они же вышли из синедриона, радуясь, что удостоились понести бесчестие за Имя.</w:t>
      </w:r>
    </w:p>
    <w:p>
      <w:pPr>
        <w:ind w:left="360"/>
      </w:pPr>
      <w:r>
        <w:rPr>
          <w:b/>
          <w:sz w:val="20"/>
        </w:rPr>
        <w:t>Радость</w:t>
      </w:r>
      <w:r>
        <w:rPr>
          <w:i/>
          <w:sz w:val="20"/>
        </w:rPr>
        <w:t xml:space="preserve"> χαίροντες ... κατηξιώθησαν ... ἀτιμασθῆναι</w:t>
      </w:r>
      <w:r>
        <w:rPr>
          <w:sz w:val="20"/>
        </w:rPr>
        <w:t xml:space="preserve"> [chairontes ... katēxiōthēsan ... atimasthēnai]</w:t>
      </w:r>
      <w:r>
        <w:rPr>
          <w:sz w:val="20"/>
        </w:rPr>
        <w:br/>
        <w:t>Радость возникает именно после бесчестия за Имя. Это продолжает лукианский переворот: преследование свидетелей не останавливает свидетельство и становится поводом для радости.</w:t>
      </w:r>
    </w:p>
    <w:p>
      <w:r>
        <w:t>42. И каждый день в храме и по домам они не переставали учить и благовествовать об Иисусе как о Христе.</w:t>
      </w:r>
    </w:p>
    <w:p>
      <w:pPr>
        <w:ind w:left="360"/>
      </w:pPr>
      <w:r>
        <w:rPr>
          <w:b/>
          <w:sz w:val="20"/>
        </w:rPr>
        <w:t>Благая весть</w:t>
      </w:r>
      <w:r>
        <w:rPr>
          <w:i/>
          <w:sz w:val="20"/>
        </w:rPr>
        <w:t xml:space="preserve"> διδάσκοντες καὶ εὐαγγελιζόμενοι τὸν χριστὸν Ἰησοῦν</w:t>
      </w:r>
      <w:r>
        <w:rPr>
          <w:sz w:val="20"/>
        </w:rPr>
        <w:t xml:space="preserve"> [didaskontes kai euangelizomenoi ton christon Iēsoun]</w:t>
      </w:r>
      <w:r>
        <w:rPr>
          <w:sz w:val="20"/>
        </w:rPr>
        <w:br/>
        <w:t>Два причастия стоят рядом: они «учили и благовествовали». Содержание благовестия сформулировано как Иисус-Мессия/Иисус как Христос.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εὐαγγελιζόμενοι τὸν χριστὸν Ἰησοῦν использует εὐαγγελίζω, поэтому WGT-T сохраняет глагол «благовествовать». Оборот передан естественным русским «об Иисусе как о Христе», не смешивая его с καταγγέλλω «возвещать».</w:t>
      </w:r>
    </w:p>
    <w:p>
      <w:pPr>
        <w:pStyle w:val="Heading2"/>
      </w:pPr>
      <w:r>
        <w:t>Глава 6</w:t>
      </w:r>
    </w:p>
    <w:p>
      <w:r>
        <w:t>1. В те дни, когда число учеников возрастало, у эллинистов возник ропот против евреев из-за того, что их вдовы оставались без внимания при ежедневном распределении.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τῶν Ἑλληνιστῶν πρὸς τοὺς Ἑβραίους</w:t>
      </w:r>
      <w:r>
        <w:rPr>
          <w:sz w:val="20"/>
        </w:rPr>
        <w:t xml:space="preserve"> [tōn Hellēnistōn pros tous Hebraious]</w:t>
      </w:r>
      <w:r>
        <w:rPr>
          <w:sz w:val="20"/>
        </w:rPr>
        <w:br/>
        <w:t>Ἑλληνισταί здесь — грекоязычные иудейские верующие, противопоставленные Ἑβραῖοι, то есть преимущественно арамеоязычной/еврейской группе. Конфликт возникает внутри растущей общины вокруг ежедневной помощи вдовам.</w:t>
      </w:r>
    </w:p>
    <w:p>
      <w:r>
        <w:t>2. Тогда двенадцать созвали множество учеников и сказали: «Неправильно нам оставлять слово Божье ради служения при столах. [διακονεῖν τραπέζαις — Двенадцать говорят о «служении столам» с глаголом διακονέω]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διακονεῖν τραπέζαις</w:t>
      </w:r>
      <w:r>
        <w:rPr>
          <w:sz w:val="20"/>
        </w:rPr>
        <w:t xml:space="preserve"> [diakonein trapezais]</w:t>
      </w:r>
      <w:r>
        <w:rPr>
          <w:sz w:val="20"/>
        </w:rPr>
        <w:br/>
        <w:t>Двенадцать говорят о «служении столам» с глаголом διακονέω. В 6:4 существительное διακονία будет применено к «служению слова»; текст использует один корень для разных форм служения.</w:t>
      </w:r>
    </w:p>
    <w:p>
      <w:r>
        <w:t>3. Поэтому, братья, выберите из своей среды семь мужчин с добрым свидетельством, исполненных Духа и мудрости, которых мы поставим на это дело.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πλήρεις πνεύματος καὶ σοφίας</w:t>
      </w:r>
      <w:r>
        <w:rPr>
          <w:sz w:val="20"/>
        </w:rPr>
        <w:t xml:space="preserve"> [plēreis pneumatos kai sophias]</w:t>
      </w:r>
      <w:r>
        <w:rPr>
          <w:sz w:val="20"/>
        </w:rPr>
        <w:br/>
        <w:t>Основной текст SBLGNT читает «полных Духа и мудрости» без прилагательного ἁγίου в этом стихе. Поэтому WGT-T правильно не добавляет «Святого», хотя контекст ясно говорит о Божьем Духе.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 читает πνεύματος без ἁγίου. Поэтому WGT-T сохраняет просто «исполненных Духа и мудрости», не добавляя в основной текст отсутствующее слово «Святого».</w:t>
      </w:r>
    </w:p>
    <w:p>
      <w:r>
        <w:t>4. А мы будем постоянно пребывать в молитве и служении слова».</w:t>
      </w:r>
    </w:p>
    <w:p>
      <w:pPr>
        <w:ind w:left="360"/>
      </w:pPr>
      <w:r>
        <w:rPr>
          <w:b/>
          <w:sz w:val="20"/>
        </w:rPr>
        <w:t>Служение</w:t>
      </w:r>
      <w:r>
        <w:rPr>
          <w:i/>
          <w:sz w:val="20"/>
        </w:rPr>
        <w:t xml:space="preserve"> τῇ προσευχῇ καὶ τῇ διακονίᾳ τοῦ λόγου προσκαρτερήσομεν</w:t>
      </w:r>
      <w:r>
        <w:rPr>
          <w:sz w:val="20"/>
        </w:rPr>
        <w:t xml:space="preserve"> [tē proseuchē kai tē diakonia tou logou proskarterēsomen]</w:t>
      </w:r>
      <w:r>
        <w:rPr>
          <w:sz w:val="20"/>
        </w:rPr>
        <w:br/>
        <w:t>Апостолы намерены постоянно пребывать в молитве и служении слова. προσκαρτερέω продолжает лексику постоянства из 1:14; 2:42,46.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προσκαρτερέω — «постоянно пребывать, быть преданным». Это тот же глагол, который встречается в Деян 1:14; 2:42,46.</w:t>
      </w:r>
    </w:p>
    <w:p>
      <w:r>
        <w:t>5. Это предложение понравилось всему собранию, и они избрали Стефана, человека, полного веры и Святого Духа, Филиппа, Прохора, Никанора, Тимона, Пармена и Николая, прозелита из Антиохии.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Στέφανον ... πλήρη πίστεως καὶ πνεύματος ἁγίου</w:t>
      </w:r>
      <w:r>
        <w:rPr>
          <w:sz w:val="20"/>
        </w:rPr>
        <w:t xml:space="preserve"> [Stephanon ... plērē pisteōs kai pneumatos hagiou]</w:t>
      </w:r>
      <w:r>
        <w:rPr>
          <w:sz w:val="20"/>
        </w:rPr>
        <w:br/>
        <w:t>Стефан отдельно характеризуется как человек, «полный веры и Святого Духа»; далее именно он становится главным свидетелем повествования.</w:t>
      </w:r>
    </w:p>
    <w:p>
      <w:r>
        <w:t>6. Их поставили перед апостолами, и те, помолившись, возложили на них руки.</w:t>
      </w:r>
    </w:p>
    <w:p>
      <w:pPr>
        <w:ind w:left="360"/>
      </w:pPr>
      <w:r>
        <w:rPr>
          <w:b/>
          <w:sz w:val="20"/>
        </w:rPr>
        <w:t>Посланничество</w:t>
      </w:r>
      <w:r>
        <w:rPr>
          <w:i/>
          <w:sz w:val="20"/>
        </w:rPr>
        <w:t xml:space="preserve"> προσευξάμενοι ἐπέθηκαν αὐτοῖς τὰς χεῖρας</w:t>
      </w:r>
      <w:r>
        <w:rPr>
          <w:sz w:val="20"/>
        </w:rPr>
        <w:t xml:space="preserve"> [proseuxamenoi epethēkan autois tas cheiras]</w:t>
      </w:r>
      <w:r>
        <w:rPr>
          <w:sz w:val="20"/>
        </w:rPr>
        <w:br/>
        <w:t>После выбора общиной апостолы молятся и возлагают на семерых руки. Лука описывает действие, но в этом месте не даёт им специального должностного титула.</w:t>
      </w:r>
    </w:p>
    <w:p>
      <w:r>
        <w:t>7. Слово Божье распространялось, число учеников в Иерусалиме быстро росло, и множество священников повиновалось вере.</w:t>
      </w:r>
    </w:p>
    <w:p>
      <w:pPr>
        <w:ind w:left="360"/>
      </w:pPr>
      <w:r>
        <w:rPr>
          <w:b/>
          <w:sz w:val="20"/>
        </w:rPr>
        <w:t>Рост слова</w:t>
      </w:r>
      <w:r>
        <w:rPr>
          <w:i/>
          <w:sz w:val="20"/>
        </w:rPr>
        <w:t xml:space="preserve"> ὁ λόγος τοῦ θεοῦ ηὔξανεν</w:t>
      </w:r>
      <w:r>
        <w:rPr>
          <w:sz w:val="20"/>
        </w:rPr>
        <w:t xml:space="preserve"> [ho logos tou theou ēuxanen]</w:t>
      </w:r>
      <w:r>
        <w:rPr>
          <w:sz w:val="20"/>
        </w:rPr>
        <w:br/>
        <w:t>«Слово Божье росло» — важная формула прогресса миссии. Рост слова выражается в умножении учеников, включая множество священников, «повиновавшихся вере».</w:t>
      </w:r>
    </w:p>
    <w:p>
      <w:r>
        <w:t>8. Стефан, полный благодати и силы, совершал великие чудеса и знамения среди народа.</w:t>
      </w:r>
    </w:p>
    <w:p>
      <w:pPr>
        <w:ind w:left="360"/>
      </w:pPr>
      <w:r>
        <w:rPr>
          <w:b/>
          <w:sz w:val="20"/>
        </w:rPr>
        <w:t>Сила</w:t>
      </w:r>
      <w:r>
        <w:rPr>
          <w:i/>
          <w:sz w:val="20"/>
        </w:rPr>
        <w:t xml:space="preserve"> πλήρης χάριτος καὶ δυνάμεως</w:t>
      </w:r>
      <w:r>
        <w:rPr>
          <w:sz w:val="20"/>
        </w:rPr>
        <w:t xml:space="preserve"> [plērēs charitos kai dynameōs]</w:t>
      </w:r>
      <w:r>
        <w:rPr>
          <w:sz w:val="20"/>
        </w:rPr>
        <w:br/>
        <w:t>Стефан назван «полным благодати и силы»; δύναμις проявляется в великих чудесах и знамениях среди народа.</w:t>
      </w:r>
    </w:p>
    <w:p>
      <w:r>
        <w:t>9. Но некоторые из так называемой синагоги Либертинов, киринеев и александрийцев, а также выходцы из Киликии и Азии вступили в спор со Стефаном.</w:t>
      </w:r>
    </w:p>
    <w:p>
      <w:r>
        <w:t>10. Они не могли противостоять мудрости и Духу, Которым он говорил.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τῇ σοφίᾳ καὶ τῷ πνεύματι ᾧ ἐλάλει</w:t>
      </w:r>
      <w:r>
        <w:rPr>
          <w:sz w:val="20"/>
        </w:rPr>
        <w:t xml:space="preserve"> [tē sophia kai tō pneumati hō elalei]</w:t>
      </w:r>
      <w:r>
        <w:rPr>
          <w:sz w:val="20"/>
        </w:rPr>
        <w:br/>
        <w:t>Противники не могут противостоять мудрости и Духу, Которым Стефан говорит. Это исполняет характеристику 6:3 и подготавливает его речь в главе 7.</w:t>
      </w:r>
    </w:p>
    <w:p>
      <w:r>
        <w:t>11. Тогда они подговорили людей сказать: «Мы слышали, как он говорил хульные слова против Моисея и Бога».</w:t>
      </w:r>
    </w:p>
    <w:p>
      <w:r>
        <w:t>12. Они возбудили народ, старейшин и книжников, напали на него, схватили и привели в синедрион.</w:t>
      </w:r>
    </w:p>
    <w:p>
      <w:r>
        <w:t>13. И выставили ложных свидетелей, которые говорили: «Этот человек не перестаёт говорить против этого святого места и Закона.</w:t>
      </w:r>
    </w:p>
    <w:p>
      <w:r>
        <w:t>14. Мы слышали, как он говорил, что этот Иисус Назарянин разрушит это место и изменит обычаи, которые передал нам Моисей».</w:t>
      </w:r>
    </w:p>
    <w:p>
      <w:r>
        <w:t>15. Все сидевшие в синедрионе пристально смотрели на него и увидели, что его лицо было словно лицо ангела.</w:t>
      </w:r>
    </w:p>
    <w:p>
      <w:pPr>
        <w:ind w:left="360"/>
      </w:pPr>
      <w:r>
        <w:rPr>
          <w:b/>
          <w:sz w:val="20"/>
        </w:rPr>
        <w:t>Литературный приём</w:t>
      </w:r>
      <w:r>
        <w:rPr>
          <w:i/>
          <w:sz w:val="20"/>
        </w:rPr>
        <w:t xml:space="preserve"> ὡσεὶ πρόσωπον ἀγγέλου</w:t>
      </w:r>
      <w:r>
        <w:rPr>
          <w:sz w:val="20"/>
        </w:rPr>
        <w:t xml:space="preserve"> [hōsei prosōpon angelou]</w:t>
      </w:r>
      <w:r>
        <w:rPr>
          <w:sz w:val="20"/>
        </w:rPr>
        <w:br/>
        <w:t>Лицо Стефана описано «словно лицо ангела». Сравнение завершает сцену обвинения и подготавливает его речь перед синедрионом; текст не объясняет физическую природу этого впечатления.</w:t>
      </w:r>
    </w:p>
    <w:p>
      <w:pPr>
        <w:pStyle w:val="Heading2"/>
      </w:pPr>
      <w:r>
        <w:t>Глава 7</w:t>
      </w:r>
    </w:p>
    <w:p>
      <w:r>
        <w:t>1. Первосвященник спросил: «Так ли это?»</w:t>
      </w:r>
    </w:p>
    <w:p>
      <w:r>
        <w:t>2. Стефан ответил: «Мужи братья и отцы, послушайте! Бог славы явился нашему отцу Аврааму, когда тот был в Месопотамии, ещё до его переселения в Харран,</w:t>
      </w:r>
    </w:p>
    <w:p>
      <w:pPr>
        <w:ind w:left="360"/>
      </w:pPr>
      <w:r>
        <w:rPr>
          <w:b/>
          <w:sz w:val="20"/>
        </w:rPr>
        <w:t>Строение речи</w:t>
      </w:r>
      <w:r>
        <w:rPr>
          <w:i/>
          <w:sz w:val="20"/>
        </w:rPr>
        <w:t xml:space="preserve"> ὁ θεὸς τῆς δόξης</w:t>
      </w:r>
      <w:r>
        <w:rPr>
          <w:sz w:val="20"/>
        </w:rPr>
        <w:t xml:space="preserve"> [ho theos tēs doxēs]</w:t>
      </w:r>
      <w:r>
        <w:rPr>
          <w:sz w:val="20"/>
        </w:rPr>
        <w:br/>
        <w:t>Речь начинается с Бога славы, Который действует вне земли Израиля: Он является Аврааму в Месопотамии. Это задаёт важную для всей речи тему — Божье присутствие не ограничено одним местом.</w:t>
      </w:r>
    </w:p>
    <w:p>
      <w:r>
        <w:t>3. и сказал ему: “Выйди из своей земли и от своей родни и иди в землю, которую Я тебе покажу”.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ἔξελθε ἐκ τῆς γῆς σου καὶ τῆς συγγενείας σου</w:t>
      </w:r>
      <w:r>
        <w:rPr>
          <w:sz w:val="20"/>
        </w:rPr>
        <w:t xml:space="preserve"> [exelthe ek tēs gēs sou kai tēs syngeneias sou]</w:t>
      </w:r>
      <w:r>
        <w:rPr>
          <w:sz w:val="20"/>
        </w:rPr>
        <w:br/>
        <w:t>Стефан пересказывает призвание Авраама языком Быт 12:1, близким LXX. В аргументе это первый пример Божьего действия прежде Храма и вне Иудеи.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12:1</w:t>
      </w:r>
    </w:p>
    <w:p>
      <w:r>
        <w:t>4. Тогда он вышел из земли халдеев и поселился в Харране. А после смерти его отца Бог переселил его оттуда в эту землю, где вы теперь живёте.</w:t>
      </w:r>
    </w:p>
    <w:p>
      <w:r>
        <w:t>5. Он не дал ему в ней наследства даже на ширину ступни, но обещал дать её во владение ему и его потомству после него, хотя у него ещё не было ребёнка.</w:t>
      </w:r>
    </w:p>
    <w:p>
      <w:r>
        <w:t>6. Бог сказал, что его потомки будут переселенцами в чужой земле, где их поработят и будут притеснять четыреста лет.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ἔσται τὸ σπέρμα αὐτοῦ πάροικον ἐν γῇ ἀλλοτρίᾳ</w:t>
      </w:r>
      <w:r>
        <w:rPr>
          <w:sz w:val="20"/>
        </w:rPr>
        <w:t xml:space="preserve"> [estai to sperma autou paroikon en gē allotria]</w:t>
      </w:r>
      <w:r>
        <w:rPr>
          <w:sz w:val="20"/>
        </w:rPr>
        <w:br/>
        <w:t>Пересказ Быт 15:13 подчёркивает чужую землю, рабство и четыреста лет притеснения. Стефан строит историю как последовательность Божьего обещания и избавления.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15:13–14</w:t>
      </w:r>
    </w:p>
    <w:p>
      <w:r>
        <w:t>7. “Но народ, которому они будут служить, Я осужу, — сказал Бог, — и после этого они выйдут и будут служить Мне на этом месте”.</w:t>
      </w:r>
    </w:p>
    <w:p>
      <w:r>
        <w:t>8. И Бог дал ему завет обрезания. Так Авраам родил Исаака и обрезал его на восьмой день; Исаак — Иакова, а Иаков — двенадцать патриархов.</w:t>
      </w:r>
    </w:p>
    <w:p>
      <w:r>
        <w:t>9. Патриархи из зависти продали Иосифа в Египет, но Бог был с ним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i/>
          <w:sz w:val="20"/>
        </w:rPr>
        <w:t xml:space="preserve"> ὁ θεὸς ἦν μετ’ αὐτοῦ</w:t>
      </w:r>
      <w:r>
        <w:rPr>
          <w:sz w:val="20"/>
        </w:rPr>
        <w:t xml:space="preserve"> [ho theos ēn met' autou]</w:t>
      </w:r>
      <w:r>
        <w:rPr>
          <w:sz w:val="20"/>
        </w:rPr>
        <w:br/>
        <w:t>Иосиф отвергнут братьями и продан, но «Бог был с ним». Эта схема — отвергнутый избранник, которого Бог оправдывает и использует для спасения — становится важной частью аргумента Стефана.</w:t>
      </w:r>
    </w:p>
    <w:p>
      <w:r>
        <w:t>10. и избавил его от всех бедствий, дал ему благоволение и мудрость перед фараоном, царём Египта, и тот поставил его правителем над Египтом и всем своим домом.</w:t>
      </w:r>
    </w:p>
    <w:p>
      <w:r>
        <w:t>11. Потом на весь Египет и Ханаан пришёл голод и великое бедствие, и наши отцы не находили пищи.</w:t>
      </w:r>
    </w:p>
    <w:p>
      <w:r>
        <w:t>12. Услышав, что в Египте есть зерно, Иаков впервые послал туда наших отцов.</w:t>
      </w:r>
    </w:p>
    <w:p>
      <w:r>
        <w:t>13. Во второй раз Иосиф открылся своим братьям, и фараону стало известно происхождение Иосифа.</w:t>
      </w:r>
    </w:p>
    <w:p>
      <w:r>
        <w:t>14. Тогда Иосиф послал за своим отцом Иаковом и всей роднёй — всего семьдесят пять человек.</w:t>
      </w:r>
    </w:p>
    <w:p>
      <w:pPr>
        <w:ind w:left="360"/>
      </w:pPr>
      <w:r>
        <w:rPr>
          <w:b/>
          <w:sz w:val="20"/>
        </w:rPr>
        <w:t>Септуагинта</w:t>
      </w:r>
      <w:r>
        <w:rPr>
          <w:i/>
          <w:sz w:val="20"/>
        </w:rPr>
        <w:t xml:space="preserve"> ἐν ψυχαῖς ἑβδομήκοντα πέντε</w:t>
      </w:r>
      <w:r>
        <w:rPr>
          <w:sz w:val="20"/>
        </w:rPr>
        <w:t xml:space="preserve"> [en psychais hebdomēkonta pente]</w:t>
      </w:r>
      <w:r>
        <w:rPr>
          <w:sz w:val="20"/>
        </w:rPr>
        <w:br/>
        <w:t>«Семьдесят пять» соответствует греческой традиции Быт 46:27/Исх 1:5 в LXX, тогда как масоретская традиция обычно даёт семьдесят. WGT-T следует греческому тексту Деяний и не гармонизирует число.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46:27, Исх 1:5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Число 75 следует греческому тексту Деяний и соответствует лукианской/LXX-традиции; WGT-T не гармонизирует его с масоретским счётом Бытия.</w:t>
      </w:r>
    </w:p>
    <w:p>
      <w:r>
        <w:t>15. Иаков сошёл в Египет; там умерли и он, и наши отцы.</w:t>
      </w:r>
    </w:p>
    <w:p>
      <w:r>
        <w:t>16. Их перенесли в Сихем и положили в гробнице, которую Авраам купил за серебро у сынов Еммора в Сихеме.</w:t>
      </w:r>
    </w:p>
    <w:p>
      <w:pPr>
        <w:ind w:left="360"/>
      </w:pPr>
      <w:r>
        <w:rPr>
          <w:b/>
          <w:sz w:val="20"/>
        </w:rPr>
        <w:t>История текста</w:t>
      </w:r>
      <w:r>
        <w:rPr>
          <w:i/>
          <w:sz w:val="20"/>
        </w:rPr>
        <w:t xml:space="preserve"> ὃ ὠνήσατο Ἀβραὰμ ... παρὰ τῶν υἱῶν Ἐμμὼρ ἐν Συχέμ</w:t>
      </w:r>
      <w:r>
        <w:rPr>
          <w:sz w:val="20"/>
        </w:rPr>
        <w:t xml:space="preserve"> [ho ōnēsato Abraam ... para tōn huiōn Emmōr en Sychem]</w:t>
      </w:r>
      <w:r>
        <w:rPr>
          <w:sz w:val="20"/>
        </w:rPr>
        <w:br/>
        <w:t>Формулировка соединяет элементы, которые в Бытии распределены между покупкой Авраамом Махпелы и покупкой Иаковом участка у сынов Еммора. WGT-T не исправляет речь Стефана по Быт 23 и 33; различие фиксируется как историко-текстовая проблема.</w:t>
      </w:r>
      <w:r>
        <w:rPr>
          <w:i/>
          <w:sz w:val="20"/>
        </w:rPr>
        <w:br/>
        <w:t xml:space="preserve">См.: </w:t>
      </w:r>
      <w:r>
        <w:rPr>
          <w:sz w:val="20"/>
        </w:rPr>
        <w:t>Быт 23:16–20, Быт 33:18–20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WGT-T следует формулировке SBLGNT и не гармонизирует Деян 7:16 с повествованиями Бытия о покупках погребальных участков. Историко-текстовое сопоставление относится к WGT-E.</w:t>
      </w:r>
    </w:p>
    <w:p>
      <w:r>
        <w:t>17. Когда приближалось время исполнения обещания, которое Бог дал Аврааму, народ в Египте вырос и умножился,</w:t>
      </w:r>
    </w:p>
    <w:p>
      <w:r>
        <w:t>18. пока над Египтом не воцарился другой царь, который не знал Иосифа.</w:t>
      </w:r>
    </w:p>
    <w:p>
      <w:r>
        <w:t>19. Он действовал коварно против нашего народа и притеснял наших отцов, заставляя их оставлять младенцев, чтобы те не оставались в живых.</w:t>
      </w:r>
    </w:p>
    <w:p>
      <w:r>
        <w:t>20. В это время родился Моисей; он был прекрасен перед Богом. Три месяца его растили в доме отца.</w:t>
      </w:r>
    </w:p>
    <w:p>
      <w:r>
        <w:t>21. Когда же его оставили, дочь фараона взяла его и воспитала как своего сына.</w:t>
      </w:r>
    </w:p>
    <w:p>
      <w:r>
        <w:t>22. Моисей был обучен всей мудрости египтян и был силён в словах и делах.</w:t>
      </w:r>
    </w:p>
    <w:p>
      <w:r>
        <w:t>23. Когда ему исполнилось сорок лет, ему пришло на сердце посетить своих братьев, сынов Израиля.</w:t>
      </w:r>
    </w:p>
    <w:p>
      <w:r>
        <w:t>24. Увидев, что одного из них обижают, он вступился за притесняемого и отомстил за него, поразив египтянина.</w:t>
      </w:r>
    </w:p>
    <w:p>
      <w:r>
        <w:t>25. Он думал, что его братья поймут: Бог через его руку даёт им спасение, но они не поняли.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σωτηρίαν δίδωσιν αὐτοῖς ὁ θεὸς διὰ χειρὸς αὐτοῦ</w:t>
      </w:r>
      <w:r>
        <w:rPr>
          <w:sz w:val="20"/>
        </w:rPr>
        <w:t xml:space="preserve"> [sōtērian didōsin autois ho theos dia cheiros autou]</w:t>
      </w:r>
      <w:r>
        <w:rPr>
          <w:sz w:val="20"/>
        </w:rPr>
        <w:br/>
        <w:t>Моисей думает, что братья поймут: Бог через него «даёт спасение» (σωτηρία). Тот же спасительный словарь, который звучит в 4:12, здесь применяется к Божьему избавлению Израиля.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σωτηρία — именно «спасение», а не только политическое «избавление»; WGT-T сохраняет общую лексику σωτηρία/σῴζω книги Деяний.</w:t>
      </w:r>
    </w:p>
    <w:p>
      <w:r>
        <w:t>26. На следующий день он пришёл к ним, когда двое дрались, и пытался примирить их: “Мужи, вы же братья! Зачем вы обижаете друг друга?”</w:t>
      </w:r>
    </w:p>
    <w:p>
      <w:r>
        <w:t>27. Но тот, кто обижал ближнего, оттолкнул Моисея и сказал: “Кто поставил тебя начальником и судьёй над нами?</w:t>
      </w:r>
    </w:p>
    <w:p>
      <w:r>
        <w:t>28. Не хочешь ли ты убить и меня, как вчера убил египтянина?”</w:t>
      </w:r>
    </w:p>
    <w:p>
      <w:r>
        <w:t>29. Из-за этих слов Моисей бежал и стал переселенцем в земле Мадиам, где у него родились два сына.</w:t>
      </w:r>
    </w:p>
    <w:p>
      <w:r>
        <w:t>30. Когда прошло сорок лет, в пустыне у горы Синай ему явился ангел в пламени горящего куста.</w:t>
      </w:r>
    </w:p>
    <w:p>
      <w:r>
        <w:t>31. Моисей, увидев это, удивился видению. Когда он подошёл рассмотреть ближе, раздался голос Господа:</w:t>
      </w:r>
    </w:p>
    <w:p>
      <w:r>
        <w:t>32. “Я — Бог твоих отцов, Бог Авраама, Исаака и Иакова”. Моисей задрожал и не смел смотреть.</w:t>
      </w:r>
    </w:p>
    <w:p>
      <w:r>
        <w:t>33. Господь сказал ему: “Сними обувь с ног, потому что место, на котором ты стоишь, — святая земля.</w:t>
      </w:r>
    </w:p>
    <w:p>
      <w:r>
        <w:t>34. Я действительно увидел страдание Моего народа в Египте и услышал их стон. Я сошёл, чтобы избавить их. А теперь иди: Я пошлю тебя в Египет”.</w:t>
      </w:r>
    </w:p>
    <w:p>
      <w:r>
        <w:t>35. Этого Моисея, от которого они отреклись, говоря: “Кто поставил тебя начальником и судьёй?”, именно его Бог послал как начальника и избавителя через ангела, явившегося ему в кусте.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i/>
          <w:sz w:val="20"/>
        </w:rPr>
        <w:t xml:space="preserve"> τοῦτον ὁ θεὸς καὶ ἄρχοντα καὶ λυτρωτὴν ἀπέσταλκεν</w:t>
      </w:r>
      <w:r>
        <w:rPr>
          <w:sz w:val="20"/>
        </w:rPr>
        <w:t xml:space="preserve"> [touton ho theos kai archonta kai lytrōtēn apestalken]</w:t>
      </w:r>
      <w:r>
        <w:rPr>
          <w:sz w:val="20"/>
        </w:rPr>
        <w:br/>
        <w:t>Именно отвергнутого Моисея Бог посылает как начальника и избавителя. Повтор «этого Моисея» усиливает аргумент Стефана: Израиль отвергал Божьих посланников ещё прежде.</w:t>
      </w:r>
    </w:p>
    <w:p>
      <w:r>
        <w:t>36. Он вывел их, совершив чудеса и знамения в земле Египетской, в Красном море и в пустыне в течение сорока лет.</w:t>
      </w:r>
    </w:p>
    <w:p>
      <w:r>
        <w:t>37. Это тот Моисей, который сказал сынам Израиля: «Бог воздвигнет вам из ваших братьев Пророка, подобного мне».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προφήτην ὑμῖν ἀναστήσει ὁ θεὸς ἐκ τῶν ἀδελφῶν ὑμῶν ὡς ἐμέ</w:t>
      </w:r>
      <w:r>
        <w:rPr>
          <w:sz w:val="20"/>
        </w:rPr>
        <w:t xml:space="preserve"> [prophētēn hymin anastēsei ho theos ek tōn adelphōn hymōn hōs eme]</w:t>
      </w:r>
      <w:r>
        <w:rPr>
          <w:sz w:val="20"/>
        </w:rPr>
        <w:br/>
        <w:t>Повторяется обещание Втор 18 о пророке, подобном Моисею, уже использованное Петром в 3:22. В речи Стефана Моисей сам указывает вперёд на другого Божьего Посланника.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18:15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WGT-T следует краткому чтению SBLGNT; расширение «Господь, Бог ваш» и «Его слушайте» относится к поздней текстовой традиции.</w:t>
      </w:r>
    </w:p>
    <w:p>
      <w:r>
        <w:t>38. Это тот, кто был в собрании в пустыне вместе с ангелом, говорившим с ним на горе Синай, и с нашими отцами; он получил живые изречения, чтобы передать их нам. [ἐν τῇ ἐκκλησίᾳ ἐν τῇ ἐρήμῳ — означает собрание Израиля в пустыне]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ἐν τῇ ἐκκλησίᾳ ἐν τῇ ἐρήμῳ</w:t>
      </w:r>
      <w:r>
        <w:rPr>
          <w:sz w:val="20"/>
        </w:rPr>
        <w:t xml:space="preserve"> [en tē ekklēsia en tē erēmō]</w:t>
      </w:r>
      <w:r>
        <w:rPr>
          <w:sz w:val="20"/>
        </w:rPr>
        <w:br/>
        <w:t>ἐκκλησία здесь означает собрание Израиля в пустыне. Поэтому WGT-T передаёт «собрание», чтобы не создавать анахроническое впечатление новозаветной церковной организации.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ἐκκλησία здесь относится к собранию Израиля в пустыне; переводим «собрание», а не анахронично «церковь».</w:t>
      </w:r>
    </w:p>
    <w:p>
      <w:r>
        <w:t>39. Но наши отцы не захотели ему повиноваться; они отвергли его и сердцами обратились назад в Египет,</w:t>
      </w:r>
    </w:p>
    <w:p>
      <w:r>
        <w:t>40. сказав Аарону: “Сделай нам богов, которые пойдут перед нами. А этот Моисей, который вывел нас из земли Египетской, — мы не знаем, что с ним случилось”.</w:t>
      </w:r>
    </w:p>
    <w:p>
      <w:r>
        <w:t>41. В те дни они сделали тельца, принесли жертву идолу и радовались делу своих рук.</w:t>
      </w:r>
    </w:p>
    <w:p>
      <w:r>
        <w:t>42. Но Бог отвернулся от них и предал их служить небесному воинству, как написано в книге пророков: “Разве Мне вы приносили заклания и жертвы сорок лет в пустыне, дом Израиля?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μὴ σφάγια καὶ θυσίας προσηνέγκατέ μοι ... οἶκος Ἰσραήλ</w:t>
      </w:r>
      <w:r>
        <w:rPr>
          <w:sz w:val="20"/>
        </w:rPr>
        <w:t xml:space="preserve"> [mē sphagia kai thysias prosēnenkate moi ... oikos Israēl]</w:t>
      </w:r>
      <w:r>
        <w:rPr>
          <w:sz w:val="20"/>
        </w:rPr>
        <w:br/>
        <w:t>Начинается цитата Ам 5:25–27 по греческой форме. Стефан использует её как обвинение в устойчивом идолопоклонстве Израиля в пустыне.</w:t>
      </w:r>
      <w:r>
        <w:rPr>
          <w:i/>
          <w:sz w:val="20"/>
        </w:rPr>
        <w:br/>
        <w:t xml:space="preserve">См.: </w:t>
      </w:r>
      <w:r>
        <w:rPr>
          <w:sz w:val="20"/>
        </w:rPr>
        <w:t>Ам 5:25–27</w:t>
      </w:r>
    </w:p>
    <w:p>
      <w:r>
        <w:t>43. Вы носили шатёр Молоха и звезду вашего бога Рефана — изображения, которые сделали, чтобы поклоняться им. И Я переселю вас за Вавилон”.</w:t>
      </w:r>
    </w:p>
    <w:p>
      <w:pPr>
        <w:ind w:left="360"/>
      </w:pPr>
      <w:r>
        <w:rPr>
          <w:b/>
          <w:sz w:val="20"/>
        </w:rPr>
        <w:t>Септуагинта</w:t>
      </w:r>
      <w:r>
        <w:rPr>
          <w:i/>
          <w:sz w:val="20"/>
        </w:rPr>
        <w:t xml:space="preserve"> τὴν σκηνὴν τοῦ Μολὸχ ... τὸ ἄστρον τοῦ θεοῦ ὑμῶν Ῥαιφάν ... ἐπέκεινα Βαβυλῶνος</w:t>
      </w:r>
      <w:r>
        <w:rPr>
          <w:sz w:val="20"/>
        </w:rPr>
        <w:t xml:space="preserve"> [tēn skēnēn tou Moloch ... to astron tou theou hymōn Rhaiphan ... epekeina Babylōnos]</w:t>
      </w:r>
      <w:r>
        <w:rPr>
          <w:sz w:val="20"/>
        </w:rPr>
        <w:br/>
        <w:t>Форма цитаты следует LXX: Молох/Рефан и «за Вавилон». В еврейском тексте Амоса имена и географическая формулировка отличаются; Лука цитирует греческую библейскую традицию.</w:t>
      </w:r>
      <w:r>
        <w:rPr>
          <w:i/>
          <w:sz w:val="20"/>
        </w:rPr>
        <w:br/>
        <w:t xml:space="preserve">См.: </w:t>
      </w:r>
      <w:r>
        <w:rPr>
          <w:sz w:val="20"/>
        </w:rPr>
        <w:t>Ам 5:26–27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Цитата передаётся по греческой форме, используемой Лукой; различия с еврейским текстом Амоса относятся к аппарату/WGT-E.</w:t>
      </w:r>
    </w:p>
    <w:p>
      <w:r>
        <w:t>44. У наших отцов в пустыне был шатёр свидетельства, устроенный по повелению Того, Кто сказал Моисею сделать его по образцу, который тот видел.</w:t>
      </w:r>
    </w:p>
    <w:p>
      <w:pPr>
        <w:ind w:left="360"/>
      </w:pPr>
      <w:r>
        <w:rPr>
          <w:b/>
          <w:sz w:val="20"/>
        </w:rPr>
        <w:t>Скиния</w:t>
      </w:r>
      <w:r>
        <w:rPr>
          <w:i/>
          <w:sz w:val="20"/>
        </w:rPr>
        <w:t xml:space="preserve"> ἡ σκηνὴ τοῦ μαρτυρίου</w:t>
      </w:r>
      <w:r>
        <w:rPr>
          <w:sz w:val="20"/>
        </w:rPr>
        <w:t xml:space="preserve"> [hē skēnē tou martyriou]</w:t>
      </w:r>
      <w:r>
        <w:rPr>
          <w:sz w:val="20"/>
        </w:rPr>
        <w:br/>
        <w:t>После идольского «шатра Молоха» речь переходит к истинному «шатру свидетельства». Контраст усиливает тему правильного и ложного поклонения.</w:t>
      </w:r>
    </w:p>
    <w:p>
      <w:r>
        <w:t>45. Получив его, наши отцы вместе с Иисусом Навином внесли его, когда овладевали землями народов, которых Бог изгнал перед ними, — и так было до дней Давида.</w:t>
      </w:r>
    </w:p>
    <w:p>
      <w:r>
        <w:t>46. Давид обрёл благоволение перед Богом и просил обрести жилище для Бога Иакова.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 читает σκήνωμα τῷ θεῷ Ἰακώβ — «жилище для Бога Иакова», и WGT-T следует своему базовому тексту. В NA28 представлено трудное чтение τῷ οἴκῳ Ἰακώβ — «для дома Иакова»; это важный вариант для текстологического аппарата.</w:t>
      </w:r>
    </w:p>
    <w:p>
      <w:r>
        <w:t>47. Но дом Ему построил Соломон.</w:t>
      </w:r>
    </w:p>
    <w:p>
      <w:r>
        <w:t>48. Однако Всевышний не живёт в том, что сделано руками, как говорит пророк:</w:t>
      </w:r>
    </w:p>
    <w:p>
      <w:pPr>
        <w:ind w:left="360"/>
      </w:pPr>
      <w:r>
        <w:rPr>
          <w:b/>
          <w:sz w:val="20"/>
        </w:rPr>
        <w:t>Храм</w:t>
      </w:r>
      <w:r>
        <w:rPr>
          <w:i/>
          <w:sz w:val="20"/>
        </w:rPr>
        <w:t xml:space="preserve"> οὐχ ὁ ὕψιστος ἐν χειροποιήτοις κατοικεῖ</w:t>
      </w:r>
      <w:r>
        <w:rPr>
          <w:sz w:val="20"/>
        </w:rPr>
        <w:t xml:space="preserve"> [ouch ho hypsistos en cheiropoiētois katoikei]</w:t>
      </w:r>
      <w:r>
        <w:rPr>
          <w:sz w:val="20"/>
        </w:rPr>
        <w:br/>
        <w:t>Кульминационный тезис речи: Всевышний не обитает в «сделанном руками». Стефан не отрицает сам Храм, но отказывается ограничивать Божье присутствие рукотворным зданием.</w:t>
      </w:r>
    </w:p>
    <w:p>
      <w:r>
        <w:t>49. “Небо — Мой престол, а земля — подножие Моих ног. Какой дом построите Мне? — говорит Господь. — Или где место Моего покоя?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ὁ οὐρανός μοι θρόνος, ἡ δὲ γῆ ὑποπόδιον τῶν ποδῶν μου</w:t>
      </w:r>
      <w:r>
        <w:rPr>
          <w:sz w:val="20"/>
        </w:rPr>
        <w:t xml:space="preserve"> [ho ouranos moi thronos, hē de gē hypopodion tōn podōn mou]</w:t>
      </w:r>
      <w:r>
        <w:rPr>
          <w:sz w:val="20"/>
        </w:rPr>
        <w:br/>
        <w:t>Цитата Ис 66:1–2 завершает храмовую линию: небо — престол Бога, земля — подножие ног, поэтому никакой построенный людьми дом не может вместить Его.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66:1–2</w:t>
      </w:r>
    </w:p>
    <w:p>
      <w:r>
        <w:t>50. Разве не Моя рука сотворила всё это?”</w:t>
      </w:r>
    </w:p>
    <w:p>
      <w:r>
        <w:t>51. Жестоковыйные, необрезанные сердцем и ушами! Вы всегда противитесь Святому Духу — как ваши отцы, так и вы.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ὑμεῖς ἀεὶ τῷ πνεύματι τῷ ἁγίῳ ἀντιπίπτετε</w:t>
      </w:r>
      <w:r>
        <w:rPr>
          <w:sz w:val="20"/>
        </w:rPr>
        <w:t xml:space="preserve"> [hymeis aei tō pneumati tō hagiō antipiptete]</w:t>
      </w:r>
      <w:r>
        <w:rPr>
          <w:sz w:val="20"/>
        </w:rPr>
        <w:br/>
        <w:t>Обвинение достигает кульминации: «вы всегда противитесь Святому Духу». Стефан связывает сопротивление нынешних слушателей с повторяющимся сопротивлением их отцов Божьим посланникам.</w:t>
      </w:r>
    </w:p>
    <w:p>
      <w:r>
        <w:t>52. Кого из пророков не преследовали ваши отцы? Они убили тех, кто заранее возвещал приход Праведника, а теперь вы стали Его предателями и убийцами.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τοῦ δικαίου</w:t>
      </w:r>
      <w:r>
        <w:rPr>
          <w:sz w:val="20"/>
        </w:rPr>
        <w:t xml:space="preserve"> [tou dikaiou]</w:t>
      </w:r>
      <w:r>
        <w:rPr>
          <w:sz w:val="20"/>
        </w:rPr>
        <w:br/>
        <w:t>Иисус назван «Праведником». Стефан помещает Его в линию пророков, но одновременно как Того, Чьё пришествие пророки заранее возвещали.</w:t>
      </w:r>
    </w:p>
    <w:p>
      <w:r>
        <w:t>53. Вы получили Закон по распоряжениям ангелов, но не соблюли его».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εἰς διαταγὰς ἀγγέλων — буквально трудная конструкция с διαταγή «распоряжение/установление». WGT-T передаёт её «по распоряжениям ангелов», не разворачивая в основном тексте возможное толкование об ангельском посредничестве.</w:t>
      </w:r>
    </w:p>
    <w:p>
      <w:r>
        <w:t>54. Слушая это, они были уязвлены в сердцах и скрежетали на него зубами.</w:t>
      </w:r>
    </w:p>
    <w:p>
      <w:r>
        <w:t>55. Но Стефан, исполненный Святого Духа, пристально посмотрел в небо и увидел славу Божью и Иисуса, стоящего по правую руку Бога.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πλήρης πνεύματος ἁγίου</w:t>
      </w:r>
      <w:r>
        <w:rPr>
          <w:sz w:val="20"/>
        </w:rPr>
        <w:t xml:space="preserve"> [plērēs pneumatos hagiou]</w:t>
      </w:r>
      <w:r>
        <w:rPr>
          <w:sz w:val="20"/>
        </w:rPr>
        <w:br/>
        <w:t>Перед видением Стефан описан как «исполненный Святого Духа». Дух не избавляет его от преследования, но сопровождает его свидетельство до конца.</w:t>
      </w:r>
    </w:p>
    <w:p>
      <w:r>
        <w:t>56. Он сказал: «Вот, я вижу небеса открытыми и Сына Человеческого, стоящего по правую руку Бога».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τὸν υἱὸν τοῦ ἀνθρώπου ... ἐκ δεξιῶν τοῦ θεοῦ</w:t>
      </w:r>
      <w:r>
        <w:rPr>
          <w:sz w:val="20"/>
        </w:rPr>
        <w:t xml:space="preserve"> [ton huion tou anthrōpou ... ek dexiōn tou theou]</w:t>
      </w:r>
      <w:r>
        <w:rPr>
          <w:sz w:val="20"/>
        </w:rPr>
        <w:br/>
        <w:t>Это единственное место вне Евангелий, где в прямой речи звучит титул «Сын Человеческий» в такой форме. Стефан видит Его стоящим по правую руку Бога.</w:t>
      </w:r>
    </w:p>
    <w:p>
      <w:r>
        <w:t>57. Они громко закричали, закрыли уши и все вместе бросились на него.</w:t>
      </w:r>
    </w:p>
    <w:p>
      <w:r>
        <w:t>58. Выведя его за город, они стали побивать его камнями. Свидетели положили свои одежды у ног юноши по имени Савл.</w:t>
      </w:r>
    </w:p>
    <w:p>
      <w:r>
        <w:t>59. Когда Стефана побивали камнями, он взывал: «Господи Иисус! Прими мой дух».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κύριε Ἰησοῦ, δέξαι τὸ πνεῦμά μου</w:t>
      </w:r>
      <w:r>
        <w:rPr>
          <w:sz w:val="20"/>
        </w:rPr>
        <w:t xml:space="preserve"> [kyrie Iēsou, dexai to pneuma mou]</w:t>
      </w:r>
      <w:r>
        <w:rPr>
          <w:sz w:val="20"/>
        </w:rPr>
        <w:br/>
        <w:t>Стефан обращает молитвенное прошение непосредственно к Господу Иисусу: «прими мой дух». Сцена сознательно перекликается с последними словами Иисуса у Луки.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23:46</w:t>
      </w:r>
    </w:p>
    <w:p>
      <w:r>
        <w:t>60. Став на колени, он громко воскликнул: «Господи! Не вмени им этого греха». Сказав это, он уснул.</w:t>
      </w:r>
    </w:p>
    <w:p>
      <w:pPr>
        <w:ind w:left="360"/>
      </w:pPr>
      <w:r>
        <w:rPr>
          <w:b/>
          <w:sz w:val="20"/>
        </w:rPr>
        <w:t>Лука и Деяния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κύριε, μὴ στήσῃς αὐτοῖς ταύτην τὴν ἁμαρτίαν</w:t>
      </w:r>
      <w:r>
        <w:rPr>
          <w:sz w:val="20"/>
        </w:rPr>
        <w:t xml:space="preserve"> [kyrie, mē stēsēs autois tautēn tēn hamartian]</w:t>
      </w:r>
      <w:r>
        <w:rPr>
          <w:sz w:val="20"/>
        </w:rPr>
        <w:br/>
        <w:t>Просьба не вменять грех гонителям перекликается с лукианской сценой прощения врагов и завершает портрет Стефана как свидетеля, следующего пути Иисуса.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23:34</w:t>
      </w:r>
    </w:p>
    <w:p>
      <w:pPr>
        <w:pStyle w:val="Heading2"/>
      </w:pPr>
      <w:r>
        <w:t>Глава 8</w:t>
      </w:r>
    </w:p>
    <w:p>
      <w:r>
        <w:t>1. Савл одобрял его убийство. В тот день началось великое гонение на церковь в Иерусалиме, и все, кроме апостолов, рассеялись по областям Иудеи и Самарии.</w:t>
      </w:r>
    </w:p>
    <w:p>
      <w:pPr>
        <w:ind w:left="360"/>
      </w:pPr>
      <w:r>
        <w:rPr>
          <w:b/>
          <w:sz w:val="20"/>
        </w:rPr>
        <w:t>География</w:t>
      </w:r>
      <w:r>
        <w:rPr>
          <w:i/>
          <w:sz w:val="20"/>
        </w:rPr>
        <w:t xml:space="preserve"> διεσπάρησαν ... κατὰ τὰς χώρας τῆς Ἰουδαίας καὶ Σαμαρείας</w:t>
      </w:r>
      <w:r>
        <w:rPr>
          <w:sz w:val="20"/>
        </w:rPr>
        <w:t xml:space="preserve"> [diesparēsan ... kata tas chōras tēs Ioudaias kai Samareias]</w:t>
      </w:r>
      <w:r>
        <w:rPr>
          <w:sz w:val="20"/>
        </w:rPr>
        <w:br/>
        <w:t>Гонение невольно продвигает программу 1:8: ученики рассеиваются из Иерусалима именно по Иудее и Самарии.</w:t>
      </w:r>
    </w:p>
    <w:p>
      <w:r>
        <w:t>2. Благочестивые люди похоронили Стефана и глубоко оплакивали его.</w:t>
      </w:r>
    </w:p>
    <w:p>
      <w:r>
        <w:t>3. А Савл разорял церковь: входил в дома, вытаскивал мужчин и женщин и отдавал их в тюрьму.</w:t>
      </w:r>
    </w:p>
    <w:p>
      <w:r>
        <w:t>4. Рассеявшиеся ходили повсюду, благовествуя слово.</w:t>
      </w:r>
    </w:p>
    <w:p>
      <w:pPr>
        <w:ind w:left="360"/>
      </w:pPr>
      <w:r>
        <w:rPr>
          <w:b/>
          <w:sz w:val="20"/>
        </w:rPr>
        <w:t>Благая весть</w:t>
      </w:r>
      <w:r>
        <w:rPr>
          <w:i/>
          <w:sz w:val="20"/>
        </w:rPr>
        <w:t xml:space="preserve"> εὐαγγελιζόμενοι τὸν λόγον</w:t>
      </w:r>
      <w:r>
        <w:rPr>
          <w:sz w:val="20"/>
        </w:rPr>
        <w:t xml:space="preserve"> [euangelizomenoi ton logon]</w:t>
      </w:r>
      <w:r>
        <w:rPr>
          <w:sz w:val="20"/>
        </w:rPr>
        <w:br/>
        <w:t>Рассеянные не прекращают миссию: они идут, «благовествуя слово». Преследование становится средством географического расширения свидетельства.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εὐαγγελιζόμενοι τὸν λόγον — буквально «благовествуя слово». WGT-T сохраняет конструкцию, не добавляя существительное «весть».</w:t>
      </w:r>
    </w:p>
    <w:p>
      <w:r>
        <w:t>5. Филипп пришёл в город Самарии и проповедовал им Христа.</w:t>
      </w:r>
    </w:p>
    <w:p>
      <w:r>
        <w:t>6. Толпы единодушно внимали словам Филиппа, слыша и видя знамения, которые он совершал.</w:t>
      </w:r>
    </w:p>
    <w:p>
      <w:r>
        <w:t>7. Из многих одержимых выходили нечистые духи, а многие парализованные и хромые исцелялись.</w:t>
      </w:r>
    </w:p>
    <w:p>
      <w:r>
        <w:t>8. И в том городе была великая радость.</w:t>
      </w:r>
    </w:p>
    <w:p>
      <w:pPr>
        <w:ind w:left="360"/>
      </w:pPr>
      <w:r>
        <w:rPr>
          <w:b/>
          <w:sz w:val="20"/>
        </w:rPr>
        <w:t>Радость</w:t>
      </w:r>
      <w:r>
        <w:rPr>
          <w:i/>
          <w:sz w:val="20"/>
        </w:rPr>
        <w:t xml:space="preserve"> ἐγένετο δὲ πολλὴ χαρὰ ἐν τῇ πόλει ἐκείνῃ</w:t>
      </w:r>
      <w:r>
        <w:rPr>
          <w:sz w:val="20"/>
        </w:rPr>
        <w:t xml:space="preserve"> [egeneto de pollē chara en tē polei ekeinē]</w:t>
      </w:r>
      <w:r>
        <w:rPr>
          <w:sz w:val="20"/>
        </w:rPr>
        <w:br/>
        <w:t>«Великая радость» в Самарии продолжает лукианскую тему радости как ответа на Божье спасительное действие.</w:t>
      </w:r>
    </w:p>
    <w:p>
      <w:r>
        <w:t>9. В городе был человек по имени Симон, который прежде занимался магией и приводил народ Самарии в изумление, выдавая себя за кого-то великого.</w:t>
      </w:r>
    </w:p>
    <w:p>
      <w:r>
        <w:t>10. Все, от малого до великого, внимали ему и говорили: «Он — та сила Божья, которую называют Великой».</w:t>
      </w:r>
    </w:p>
    <w:p>
      <w:r>
        <w:t>11. Они внимали ему, потому что долгое время он поражал их своей магией.</w:t>
      </w:r>
    </w:p>
    <w:p>
      <w:r>
        <w:t>12. Но когда они поверили Филиппу, благовествовавшему о Царстве Божьем и имени Иисуса Христа, крестились и мужчины, и женщины.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εὐαγγελιζομένῳ περὶ τῆς βασιλείας τοῦ θεοῦ καὶ τοῦ ὀνόματος Ἰησοῦ Χριστοῦ</w:t>
      </w:r>
      <w:r>
        <w:rPr>
          <w:sz w:val="20"/>
        </w:rPr>
        <w:t xml:space="preserve"> [euangelizomenō peri tēs basileias tou theou kai tou onomatos Iēsou Christou]</w:t>
      </w:r>
      <w:r>
        <w:rPr>
          <w:sz w:val="20"/>
        </w:rPr>
        <w:br/>
        <w:t>Содержание благовестия Филиппа сформулировано двойственно: Царство Божье и имя Иисуса Христа. В Деяниях эти темы не противопоставлены друг другу.</w:t>
      </w:r>
    </w:p>
    <w:p>
      <w:r>
        <w:t>13. Поверил и сам Симон; крестившись, он неотступно держался Филиппа и изумлялся, видя совершающиеся знамения и великие проявления силы.</w:t>
      </w:r>
    </w:p>
    <w:p>
      <w:pPr>
        <w:ind w:left="360"/>
      </w:pPr>
      <w:r>
        <w:rPr>
          <w:b/>
          <w:sz w:val="20"/>
        </w:rPr>
        <w:t>Сила</w:t>
      </w:r>
      <w:r>
        <w:rPr>
          <w:i/>
          <w:sz w:val="20"/>
        </w:rPr>
        <w:t xml:space="preserve"> σημεῖα καὶ δυνάμεις μεγάλας</w:t>
      </w:r>
      <w:r>
        <w:rPr>
          <w:sz w:val="20"/>
        </w:rPr>
        <w:t xml:space="preserve"> [sēmeia kai dynameis megalas]</w:t>
      </w:r>
      <w:r>
        <w:rPr>
          <w:sz w:val="20"/>
        </w:rPr>
        <w:br/>
        <w:t>Симон видит знамения и «великие силы/могущественные деяния». Лука противопоставляет Божью δύναμις прежней магической репутации Симона.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δυνάμεις — «силы, могущественные деяния». «Проявления силы» в данном контексте яснее русского буквального «великие силы», сохраняя связь с δύναμις.</w:t>
      </w:r>
    </w:p>
    <w:p>
      <w:r>
        <w:t>14. Когда апостолы в Иерусалиме услышали, что Самария приняла слово Божье, они послали к ним Петра и Иоанна.</w:t>
      </w:r>
    </w:p>
    <w:p>
      <w:r>
        <w:t>15. Те пришли и помолились о них, чтобы они получили Святого Духа,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προσηύξαντο περὶ αὐτῶν ὅπως λάβωσιν πνεῦμα ἅγιον</w:t>
      </w:r>
      <w:r>
        <w:rPr>
          <w:sz w:val="20"/>
        </w:rPr>
        <w:t xml:space="preserve"> [prosēuxanto peri autōn hopōs labōsin pneuma hagion]</w:t>
      </w:r>
      <w:r>
        <w:rPr>
          <w:sz w:val="20"/>
        </w:rPr>
        <w:br/>
        <w:t>Пётр и Иоанн молятся о уже уверовавших и крещённых самарянах, чтобы они получили Святого Духа. Лука ясно различает эти описанные этапы в данном эпизоде, не объясняя здесь, почему последовательность именно такая.</w:t>
      </w:r>
    </w:p>
    <w:p>
      <w:r>
        <w:t>16. потому что Он ещё ни на кого из них не сходил; они только были крещены во имя Господа Иисуса.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οὐδέπω ... ἐπιπεπτωκός ... μόνον δὲ βεβαπτισμένοι ... εἰς τὸ ὄνομα τοῦ κυρίου Ἰησοῦ</w:t>
      </w:r>
      <w:r>
        <w:rPr>
          <w:sz w:val="20"/>
        </w:rPr>
        <w:t xml:space="preserve"> [oudepō ... epipeptōkos ... monon de bebaptismenoi ... eis to onoma tou kyriou Iēsou]</w:t>
      </w:r>
      <w:r>
        <w:rPr>
          <w:sz w:val="20"/>
        </w:rPr>
        <w:br/>
        <w:t>Причина молитвы названа прямо: Дух ещё «не сходил» ни на кого из них; они были только крещены во имя Господа Иисуса. Текст нельзя сглаживать так, будто крещение и получение Духа здесь происходят одновременно.</w:t>
      </w:r>
    </w:p>
    <w:p>
      <w:r>
        <w:t>17. Тогда апостолы возлагали на них руки, и они получали Святого Духа.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ἐπετίθεσαν τὰς χεῖρας ἐπ’ αὐτούς, καὶ ἐλάμβανον πνεῦμα ἅγιον</w:t>
      </w:r>
      <w:r>
        <w:rPr>
          <w:sz w:val="20"/>
        </w:rPr>
        <w:t xml:space="preserve"> [epetithesan tas cheiras ep' autous, kai elambanon pneuma hagion]</w:t>
      </w:r>
      <w:r>
        <w:rPr>
          <w:sz w:val="20"/>
        </w:rPr>
        <w:br/>
        <w:t>После возложения рук апостолов самаряне «получали Святого Духа». Лука сообщает факт получения, но в этом месте не говорит ни о языках, ни о других конкретных проявлениях.</w:t>
      </w:r>
    </w:p>
    <w:p>
      <w:r>
        <w:t>18. Увидев, что Дух даётся через возложение рук апостолов, Симон предложил им деньги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θεασάμενος ... ὅτι ... δίδοται τὸ πνεῦμα</w:t>
      </w:r>
      <w:r>
        <w:rPr>
          <w:sz w:val="20"/>
        </w:rPr>
        <w:t xml:space="preserve"> [theasamenos ... hoti ... didotai to pneuma]</w:t>
      </w:r>
      <w:r>
        <w:rPr>
          <w:sz w:val="20"/>
        </w:rPr>
        <w:br/>
        <w:t>Симон видит, что Дух даётся через возложение рук. Сам факт был каким-то образом наблюдаем, но Лука не уточняет, что именно Симон увидел; нельзя автоматически вставлять языки в текст.</w:t>
      </w:r>
    </w:p>
    <w:p>
      <w:r>
        <w:t>19. и сказал: «Дайте и мне эту власть, чтобы тот, на кого я возложу руки, получал Святого Духа».</w:t>
      </w:r>
    </w:p>
    <w:p>
      <w:r>
        <w:t>20. Но Пётр сказал ему: «Пусть твоё серебро погибнет вместе с тобой, потому что ты подумал приобрести дар Божий за деньги.</w:t>
      </w:r>
    </w:p>
    <w:p>
      <w:pPr>
        <w:ind w:left="360"/>
      </w:pPr>
      <w:r>
        <w:rPr>
          <w:b/>
          <w:sz w:val="20"/>
        </w:rPr>
        <w:t>Дар</w:t>
      </w:r>
      <w:r>
        <w:rPr>
          <w:i/>
          <w:sz w:val="20"/>
        </w:rPr>
        <w:t xml:space="preserve"> τὴν δωρεὰν τοῦ θεοῦ</w:t>
      </w:r>
      <w:r>
        <w:rPr>
          <w:sz w:val="20"/>
        </w:rPr>
        <w:t xml:space="preserve"> [tēn dōrean tou theou]</w:t>
      </w:r>
      <w:r>
        <w:rPr>
          <w:sz w:val="20"/>
        </w:rPr>
        <w:br/>
        <w:t>Пётр называет происходящее «даром Божьим», который невозможно купить. Отсюда позднее слово «симония», но сам текст прежде всего осуждает попытку превратить Божий дар во власть, приобретаемую деньгами.</w:t>
      </w:r>
    </w:p>
    <w:p>
      <w:r>
        <w:t>21. Нет тебе ни части, ни доли в этом деле, потому что твоё сердце неправо перед Богом.</w:t>
      </w:r>
    </w:p>
    <w:p>
      <w:r>
        <w:t>22. Итак, покайся в этом своём зле и моли Господа: может быть, простится тебе замысел твоего сердца.</w:t>
      </w:r>
    </w:p>
    <w:p>
      <w:pPr>
        <w:ind w:left="360"/>
      </w:pPr>
      <w:r>
        <w:rPr>
          <w:b/>
          <w:sz w:val="20"/>
        </w:rPr>
        <w:t>Покаяние</w:t>
      </w:r>
      <w:r>
        <w:rPr>
          <w:i/>
          <w:sz w:val="20"/>
        </w:rPr>
        <w:t xml:space="preserve"> μετανόησον ... καὶ δεήθητι τοῦ κυρίου</w:t>
      </w:r>
      <w:r>
        <w:rPr>
          <w:sz w:val="20"/>
        </w:rPr>
        <w:t xml:space="preserve"> [metanoēson ... kai deēthēti tou kyriou]</w:t>
      </w:r>
      <w:r>
        <w:rPr>
          <w:sz w:val="20"/>
        </w:rPr>
        <w:br/>
        <w:t>Симону велено покаяться и молиться Господу о прощении замысла сердца. Его предшествующая вера и крещение не используются Лукой как повод скрыть серьёзность нынешнего состояния.</w:t>
      </w:r>
    </w:p>
    <w:p>
      <w:r>
        <w:t>23. Я вижу, что ты в желчи горечи и в узах неправедности».</w:t>
      </w:r>
    </w:p>
    <w:p>
      <w:r>
        <w:t>24. Симон ответил: «Помолитесь вы за меня Господу, чтобы со мной не случилось ничего из того, что вы сказали».</w:t>
      </w:r>
    </w:p>
    <w:p>
      <w:r>
        <w:t>25. Засвидетельствовав и возвестив слово Господа, они возвращались в Иерусалим и благовествовали во многих селениях самарян.</w:t>
      </w:r>
    </w:p>
    <w:p>
      <w:r>
        <w:t>26. Ангел Господа сказал Филиппу: «Встань и иди на юг, на дорогу, идущую из Иерусалима в Газу; она пустынна».</w:t>
      </w:r>
    </w:p>
    <w:p>
      <w:pPr>
        <w:ind w:left="360"/>
      </w:pPr>
      <w:r>
        <w:rPr>
          <w:b/>
          <w:sz w:val="20"/>
        </w:rPr>
        <w:t>Руководство Божье</w:t>
      </w:r>
      <w:r>
        <w:rPr>
          <w:i/>
          <w:sz w:val="20"/>
        </w:rPr>
        <w:t xml:space="preserve"> ἄγγελος δὲ κυρίου ἐλάλησεν πρὸς Φίλιππον</w:t>
      </w:r>
      <w:r>
        <w:rPr>
          <w:sz w:val="20"/>
        </w:rPr>
        <w:t xml:space="preserve"> [angelos de kyriou elalēsen pros Philippon]</w:t>
      </w:r>
      <w:r>
        <w:rPr>
          <w:sz w:val="20"/>
        </w:rPr>
        <w:br/>
        <w:t>Переход к евнуху начинается сверхъестественным направлением через ангела Господа. Затем непосредственное руководство продолжает Дух в 8:29.</w:t>
      </w:r>
    </w:p>
    <w:p>
      <w:r>
        <w:t>27. Он встал и пошёл. И вот, эфиопский евнух, вельможа Кандакии, царицы эфиопов, заведовавший всей её казной, приезжал в Иерусалим для поклонения</w:t>
      </w:r>
    </w:p>
    <w:p>
      <w:r>
        <w:t>28. и теперь возвращался домой, сидя в своей колеснице и читая пророка Исаию.</w:t>
      </w:r>
    </w:p>
    <w:p>
      <w:r>
        <w:t>29. Дух сказал Филиппу: «Подойди и держись рядом с этой колесницей».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εἶπεν δὲ τὸ πνεῦμα τῷ Φιλίππῳ</w:t>
      </w:r>
      <w:r>
        <w:rPr>
          <w:sz w:val="20"/>
        </w:rPr>
        <w:t xml:space="preserve"> [eipen de to pneuma tō Philippō]</w:t>
      </w:r>
      <w:r>
        <w:rPr>
          <w:sz w:val="20"/>
        </w:rPr>
        <w:br/>
        <w:t>Дух говорит Филиппу конкретное указание приблизиться к колеснице. Это один из ясных примеров личного руководства Духа в Деяниях.</w:t>
      </w:r>
    </w:p>
    <w:p>
      <w:r>
        <w:t>30. Филипп подбежал и услышал, что тот читает пророка Исаию. Он спросил: «Понимаешь ли ты то, что читаешь?»</w:t>
      </w:r>
    </w:p>
    <w:p>
      <w:r>
        <w:t>31. Тот ответил: «Как я могу понять, если кто-нибудь не наставит меня?» — и попросил Филиппа подняться и сесть рядом.</w:t>
      </w:r>
    </w:p>
    <w:p>
      <w:r>
        <w:t>32. Место Писания, которое он читал, было таким: «Как овцу, Его вели на заклание, и как ягнёнок безгласен перед стригущим его, так Он не открывает Своих уст.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ὡς πρόβατον ἐπὶ σφαγὴν ἤχθη</w:t>
      </w:r>
      <w:r>
        <w:rPr>
          <w:sz w:val="20"/>
        </w:rPr>
        <w:t xml:space="preserve"> [hōs probaton epi sphagēn ēchthē]</w:t>
      </w:r>
      <w:r>
        <w:rPr>
          <w:sz w:val="20"/>
        </w:rPr>
        <w:br/>
        <w:t>Евнух читает Ис 53:7–8 в греческой форме LXX. Филипп начинает именно с этого текста и благовествует об Иисусе.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53:7–8</w:t>
      </w:r>
    </w:p>
    <w:p>
      <w:r>
        <w:t>33. В унижении Его суд над Ним был отнят. Кто расскажет о Его роде? Потому что Его жизнь забирается с земли». [ἐν τῇ ταπεινώσει ἡ κρίσις αὐτοῦ ἤρθη — Формулировка следует LXX Ис 53:8 и заметно отличается от привычных переводов еврейского текста]</w:t>
      </w:r>
    </w:p>
    <w:p>
      <w:pPr>
        <w:ind w:left="360"/>
      </w:pPr>
      <w:r>
        <w:rPr>
          <w:b/>
          <w:sz w:val="20"/>
        </w:rPr>
        <w:t>Септуагинта</w:t>
      </w:r>
      <w:r>
        <w:rPr>
          <w:i/>
          <w:sz w:val="20"/>
        </w:rPr>
        <w:t xml:space="preserve"> ἐν τῇ ταπεινώσει ἡ κρίσις αὐτοῦ ἤρθη</w:t>
      </w:r>
      <w:r>
        <w:rPr>
          <w:sz w:val="20"/>
        </w:rPr>
        <w:t xml:space="preserve"> [en tē tapeinōsei hē krisis autou ērthē]</w:t>
      </w:r>
      <w:r>
        <w:rPr>
          <w:sz w:val="20"/>
        </w:rPr>
        <w:br/>
        <w:t>Формулировка следует LXX Ис 53:8 и заметно отличается от привычных переводов еврейского текста. WGT-T поэтому сохраняет трудную греческую конструкцию «в унижении Его суд ... был отнят».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53:8</w:t>
      </w:r>
    </w:p>
    <w:p>
      <w:r>
        <w:t>34. Евнух спросил Филиппа: «Прошу тебя, о ком пророк говорит это — о себе или о ком-то другом?»</w:t>
      </w:r>
    </w:p>
    <w:p>
      <w:r>
        <w:t>35. Тогда Филипп открыл уста и, начав с этого места Писания, благовествовал ему об Иисусе.</w:t>
      </w:r>
    </w:p>
    <w:p>
      <w:pPr>
        <w:ind w:left="360"/>
      </w:pPr>
      <w:r>
        <w:rPr>
          <w:b/>
          <w:sz w:val="20"/>
        </w:rPr>
        <w:t>Благая весть</w:t>
      </w:r>
      <w:r>
        <w:rPr>
          <w:i/>
          <w:sz w:val="20"/>
        </w:rPr>
        <w:t xml:space="preserve"> εὐηγγελίσατο αὐτῷ τὸν Ἰησοῦν</w:t>
      </w:r>
      <w:r>
        <w:rPr>
          <w:sz w:val="20"/>
        </w:rPr>
        <w:t xml:space="preserve"> [euēngelisato autō ton Iēsoun]</w:t>
      </w:r>
      <w:r>
        <w:rPr>
          <w:sz w:val="20"/>
        </w:rPr>
        <w:br/>
        <w:t>Филипп, начав с Ис 53, «благовествовал ему Иисуса». Лука показывает христологическое прочтение текста через сам ход повествования.</w:t>
      </w:r>
    </w:p>
    <w:p>
      <w:r>
        <w:t>36. Продолжая путь, они подъехали к воде. Евнух сказал: «Вот вода. Что мешает мне креститься?»</w:t>
      </w:r>
    </w:p>
    <w:p>
      <w:pPr>
        <w:ind w:left="360"/>
      </w:pPr>
      <w:r>
        <w:rPr>
          <w:b/>
          <w:sz w:val="20"/>
        </w:rPr>
        <w:t>Крещение</w:t>
      </w:r>
      <w:r>
        <w:rPr>
          <w:i/>
          <w:sz w:val="20"/>
        </w:rPr>
        <w:t xml:space="preserve"> τί κωλύει με βαπτισθῆναι;</w:t>
      </w:r>
      <w:r>
        <w:rPr>
          <w:sz w:val="20"/>
        </w:rPr>
        <w:t xml:space="preserve"> [ti kōlyei me baptisthēnai]</w:t>
      </w:r>
      <w:r>
        <w:rPr>
          <w:sz w:val="20"/>
        </w:rPr>
        <w:br/>
        <w:t>Вопрос «что мешает мне креститься?» подчёркивает отсутствие дополнительного препятствия в повествовании. Следующий основной стих сразу рассказывает о крещении; 8:37 не входит в основной критический текст.</w:t>
      </w:r>
    </w:p>
    <w:p>
      <w:r>
        <w:t xml:space="preserve">37. 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Acts 8:37</w:t>
      </w:r>
      <w:r>
        <w:rPr>
          <w:sz w:val="20"/>
        </w:rPr>
        <w:t xml:space="preserve"> [Acts 8:37]</w:t>
      </w:r>
      <w:r>
        <w:rPr>
          <w:sz w:val="20"/>
        </w:rPr>
        <w:br/>
        <w:t>Стих с исповеданием веры отсутствует в SBLGNT и ранних ключевых греческих свидетелях и представлен в поздней текстовой традиции. Он сохраняется только как нумерационный слот и текстологическая заметка, не как running text.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Стих 8:37 — исповедание «Верую, что Иисус Христос есть Сын Божий» — относится к поздней рукописной традиции и отсутствует в SBLGNT. Нумерация сохранена, основной текст оставлен пустым.</w:t>
      </w:r>
    </w:p>
    <w:p>
      <w:r>
        <w:t>38. Он велел остановить колесницу, и оба, Филипп и евнух, сошли в воду, и Филипп крестил его.</w:t>
      </w:r>
    </w:p>
    <w:p>
      <w:r>
        <w:t>39. Когда они вышли из воды, Дух Господа внезапно унёс Филиппа, и евнух больше его не видел, но продолжал свой путь, радуясь.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πνεῦμα κυρίου ἥρπασεν τὸν Φίλιππον</w:t>
      </w:r>
      <w:r>
        <w:rPr>
          <w:sz w:val="20"/>
        </w:rPr>
        <w:t xml:space="preserve"> [pneuma kyriou hērpasen ton Philippon]</w:t>
      </w:r>
      <w:r>
        <w:rPr>
          <w:sz w:val="20"/>
        </w:rPr>
        <w:br/>
        <w:t>После крещения «Дух Господа унёс Филиппа». Евнух продолжает путь с радостью; повествование переносит Филиппа дальше к Азоту и Кесарии.</w:t>
      </w:r>
    </w:p>
    <w:p>
      <w:r>
        <w:t>40. А Филипп оказался в Азоте и, проходя дальше, благовествовал во всех городах, пока не пришёл в Кесарию.</w:t>
      </w:r>
    </w:p>
    <w:p>
      <w:pPr>
        <w:pStyle w:val="Heading2"/>
      </w:pPr>
      <w:r>
        <w:t>Глава 9</w:t>
      </w:r>
    </w:p>
    <w:p>
      <w:r>
        <w:t>1. Савл же, всё ещё дыша угрозами и убийством против учеников Господа, пришёл к первосвященнику</w:t>
      </w:r>
    </w:p>
    <w:p>
      <w:r>
        <w:t>2. и попросил у него письма в синагоги Дамаска, чтобы, найдя принадлежащих к Пути — мужчин или женщин, — связанными привести их в Иерусалим.</w:t>
      </w:r>
    </w:p>
    <w:p>
      <w:pPr>
        <w:ind w:left="360"/>
      </w:pPr>
      <w:r>
        <w:rPr>
          <w:b/>
          <w:sz w:val="20"/>
        </w:rPr>
        <w:t>Путь</w:t>
      </w:r>
      <w:r>
        <w:rPr>
          <w:i/>
          <w:sz w:val="20"/>
        </w:rPr>
        <w:t xml:space="preserve"> τῆς ὁδοῦ</w:t>
      </w:r>
      <w:r>
        <w:rPr>
          <w:sz w:val="20"/>
        </w:rPr>
        <w:t xml:space="preserve"> [tēs hodou]</w:t>
      </w:r>
      <w:r>
        <w:rPr>
          <w:sz w:val="20"/>
        </w:rPr>
        <w:br/>
        <w:t>«Путь» уже функционирует как название движения учеников Иисуса. Это обозначение будет повторяться в Деяниях и связывает веру не только с набором утверждений, но с образом пути/следования.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ἡ ὁδός здесь уже функционирует как обозначение движения учеников. В WGT-T используем «Путь» с прописной буквы как редакционное решение, которое нужно проверить глобально по Деяниям.</w:t>
      </w:r>
    </w:p>
    <w:p>
      <w:r>
        <w:t>3. Когда он был в пути и приближался к Дамаску, внезапно вокруг него засиял свет с неба.</w:t>
      </w:r>
    </w:p>
    <w:p>
      <w:r>
        <w:t>4. Он упал на землю и услышал голос: «Савл, Савл! Почему ты гонишь Меня?»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Σαοὺλ Σαούλ, τί με διώκεις;</w:t>
      </w:r>
      <w:r>
        <w:rPr>
          <w:sz w:val="20"/>
        </w:rPr>
        <w:t xml:space="preserve"> [Saoul Saoul, ti me diōkeis]</w:t>
      </w:r>
      <w:r>
        <w:rPr>
          <w:sz w:val="20"/>
        </w:rPr>
        <w:br/>
        <w:t>Иисус отождествляет преследование учеников с преследованием Себя: «почему ты гонишь Меня?» Это ключевой повествовательный момент для понимания обращения Савла.</w:t>
      </w:r>
    </w:p>
    <w:p>
      <w:r>
        <w:t>5. Он спросил: «Кто Ты, Господи?» Тот ответил: «Я — Иисус, Которого ты гонишь.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ἐγώ εἰμι Ἰησοῦς ὃν σὺ διώκεις</w:t>
      </w:r>
      <w:r>
        <w:rPr>
          <w:sz w:val="20"/>
        </w:rPr>
        <w:t xml:space="preserve"> [egō eimi Iēsous hon sy diōkeis]</w:t>
      </w:r>
      <w:r>
        <w:rPr>
          <w:sz w:val="20"/>
        </w:rPr>
        <w:br/>
        <w:t>Основной критический текст заканчивает ответ словами «Я — Иисус, Которого ты гонишь». Фраза о «рожне», знакомая по поздней традиции и Деян 26:14, здесь не входит в SBLGNT.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Поздняя традиция добавляет «Трудно тебе идти против рожна»; SBLGNT этого здесь не содержит.</w:t>
      </w:r>
    </w:p>
    <w:p>
      <w:r>
        <w:t>6. Но встань, войди в город, и тебе будет сказано, что тебе нужно делать».</w:t>
      </w:r>
    </w:p>
    <w:p>
      <w:pPr>
        <w:ind w:left="360"/>
      </w:pPr>
      <w:r>
        <w:rPr>
          <w:b/>
          <w:sz w:val="20"/>
        </w:rPr>
        <w:t>Божественная необходимость</w:t>
      </w:r>
      <w:r>
        <w:rPr>
          <w:i/>
          <w:sz w:val="20"/>
        </w:rPr>
        <w:t xml:space="preserve"> λαληθήσεταί σοι ὅ τί σε δεῖ ποιεῖν</w:t>
      </w:r>
      <w:r>
        <w:rPr>
          <w:sz w:val="20"/>
        </w:rPr>
        <w:t xml:space="preserve"> [lalēthēsetai soi ho ti se dei poiein]</w:t>
      </w:r>
      <w:r>
        <w:rPr>
          <w:sz w:val="20"/>
        </w:rPr>
        <w:br/>
        <w:t>Савлу будет сказано, что ему «надлежит» (δεῖ) делать. Лукианская тема божественной необходимости теперь направляет новую жизнь бывшего гонителя.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Позднее расширение «трепеща и ужасаясь… что повелишь мне делать?» не входит в SBLGNT.</w:t>
      </w:r>
    </w:p>
    <w:p>
      <w:r>
        <w:t>7. Люди, шедшие с ним, стояли онемевшие: слышали голос, но никого не видели. [ἀκούοντες μὲν τῆς φωνῆς, μηδένα δὲ θεωροῦντες — Спутники «слышали голос/звук», но никого не видели]</w:t>
      </w:r>
    </w:p>
    <w:p>
      <w:pPr>
        <w:ind w:left="360"/>
      </w:pPr>
      <w:r>
        <w:rPr>
          <w:b/>
          <w:sz w:val="20"/>
        </w:rPr>
        <w:t>Сравнение текстов</w:t>
      </w:r>
      <w:r>
        <w:rPr>
          <w:i/>
          <w:sz w:val="20"/>
        </w:rPr>
        <w:t xml:space="preserve"> ἀκούοντες μὲν τῆς φωνῆς, μηδένα δὲ θεωροῦντες</w:t>
      </w:r>
      <w:r>
        <w:rPr>
          <w:sz w:val="20"/>
        </w:rPr>
        <w:t xml:space="preserve"> [akouontes men tēs phōnēs, mēdena de theōrountes]</w:t>
      </w:r>
      <w:r>
        <w:rPr>
          <w:sz w:val="20"/>
        </w:rPr>
        <w:br/>
        <w:t>Спутники «слышали голос/звук», но никого не видели. В 22:9 используется другая падежная конструкция с ἀκούω; не следует автоматически добавлять в 9:7 «понимали» или строить противоречие без синтаксического анализа.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22:9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ἀκούοντες μὲν τῆς φωνῆς — буквально «слыша голос/звук». WGT-T не добавляет «понимали»; сопоставление с 22:9 оставлено как отдельная текстово-синтаксическая проблема.</w:t>
      </w:r>
    </w:p>
    <w:p>
      <w:r>
        <w:t>8. Савл поднялся с земли; хотя глаза его были открыты, он ничего не видел. Его взяли за руку и привели в Дамаск.</w:t>
      </w:r>
    </w:p>
    <w:p>
      <w:r>
        <w:t>9. Три дня он не видел, не ел и не пил.</w:t>
      </w:r>
    </w:p>
    <w:p>
      <w:r>
        <w:t>10. В Дамаске был ученик по имени Анания. Господь сказал ему в видении: «Анания!» Он ответил: «Вот я, Господи».</w:t>
      </w:r>
    </w:p>
    <w:p>
      <w:r>
        <w:t>11. Господь сказал ему: «Встань, иди на улицу, называемую Прямой, и в доме Иуды разыщи тарсянина по имени Савл. Вот, он молится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ἰδοὺ γὰρ προσεύχεται</w:t>
      </w:r>
      <w:r>
        <w:rPr>
          <w:sz w:val="20"/>
        </w:rPr>
        <w:t xml:space="preserve"> [idou gar proseuchetai]</w:t>
      </w:r>
      <w:r>
        <w:rPr>
          <w:sz w:val="20"/>
        </w:rPr>
        <w:br/>
        <w:t>Первое, что Господь сообщает Анании о Савле после встречи на дороге: «вот, он молится». Молитва снова сопровождает переломный момент в повествовании Лука–Деяния.</w:t>
      </w:r>
    </w:p>
    <w:p>
      <w:r>
        <w:t>12. и видел, как человек по имени Анания вошёл и возложил на него руки, чтобы он прозрел».</w:t>
      </w:r>
    </w:p>
    <w:p>
      <w:r>
        <w:t>13. Анания ответил: «Господи, я слышал от многих об этом человеке, сколько зла он сделал Твоим святым в Иерусалиме.</w:t>
      </w:r>
    </w:p>
    <w:p>
      <w:r>
        <w:t>14. И здесь у него есть власть от первосвященников связать всех призывающих Твоё имя».</w:t>
      </w:r>
    </w:p>
    <w:p>
      <w:r>
        <w:t>15. Но Господь сказал ему: «Иди, потому что он — Мой избранный сосуд, чтобы нести Моё имя перед народами, царями и сынами Израиля.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σκεῦος ἐκλογῆς ἐστίν μοι οὗτος ... ἐνώπιον ἐθνῶν τε καὶ βασιλέων υἱῶν τε Ἰσραήλ</w:t>
      </w:r>
      <w:r>
        <w:rPr>
          <w:sz w:val="20"/>
        </w:rPr>
        <w:t xml:space="preserve"> [skeuos eklogēs estin moi houtos ... enōpion ethnōn te kai basileōn huiōn te Israēl]</w:t>
      </w:r>
      <w:r>
        <w:rPr>
          <w:sz w:val="20"/>
        </w:rPr>
        <w:br/>
        <w:t>Савл назван «избранным сосудом» для несения имени Иисуса перед народами, царями и Израилем. Это программно предвосхищает дальнейшую миссию Павла.</w:t>
      </w:r>
    </w:p>
    <w:p>
      <w:r>
        <w:t>16. Я покажу ему, сколько ему предстоит пострадать за Моё имя».</w:t>
      </w:r>
    </w:p>
    <w:p>
      <w:pPr>
        <w:ind w:left="360"/>
      </w:pPr>
      <w:r>
        <w:rPr>
          <w:b/>
          <w:sz w:val="20"/>
        </w:rPr>
        <w:t>Страдание</w:t>
      </w:r>
      <w:r>
        <w:rPr>
          <w:i/>
          <w:sz w:val="20"/>
        </w:rPr>
        <w:t xml:space="preserve"> ὅσα δεῖ αὐτὸν ... παθεῖν</w:t>
      </w:r>
      <w:r>
        <w:rPr>
          <w:sz w:val="20"/>
        </w:rPr>
        <w:t xml:space="preserve"> [hosa dei auton ... pathein]</w:t>
      </w:r>
      <w:r>
        <w:rPr>
          <w:sz w:val="20"/>
        </w:rPr>
        <w:br/>
        <w:t>Призвание включает не только служение, но и страдание: «сколько ему надлежит пострадать» за имя Иисуса. δεῖ вновь выражает божественную необходимость.</w:t>
      </w:r>
    </w:p>
    <w:p>
      <w:r>
        <w:t>17. Анания пошёл, вошёл в дом, возложил на него руки и сказал: «Брат Савл! Господь Иисус, явившийся тебе на дороге, по которой ты шёл, послал меня, чтобы ты прозрел и исполнился Святого Духа».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ὅπως ἀναβλέψῃς καὶ πλησθῇς πνεύματος ἁγίου</w:t>
      </w:r>
      <w:r>
        <w:rPr>
          <w:sz w:val="20"/>
        </w:rPr>
        <w:t xml:space="preserve"> [hopōs anablepsēs kai plēsthēs pneumatos hagiou]</w:t>
      </w:r>
      <w:r>
        <w:rPr>
          <w:sz w:val="20"/>
        </w:rPr>
        <w:br/>
        <w:t>Анания возлагает на Савла руки с двумя названными целями: чтобы он прозрел и исполнился Святого Духа. Лука не сообщает здесь отдельной формулы принятия Духа через апостола; Анания назван просто учеником.</w:t>
      </w:r>
    </w:p>
    <w:p>
      <w:r>
        <w:t>18. И сразу словно чешуя отпала с его глаз; он прозрел, встал и был крещён.</w:t>
      </w:r>
    </w:p>
    <w:p>
      <w:pPr>
        <w:ind w:left="360"/>
      </w:pPr>
      <w:r>
        <w:rPr>
          <w:b/>
          <w:sz w:val="20"/>
        </w:rPr>
        <w:t>Крещение</w:t>
      </w:r>
      <w:r>
        <w:rPr>
          <w:i/>
          <w:sz w:val="20"/>
        </w:rPr>
        <w:t xml:space="preserve"> ἀναστὰς ἐβαπτίσθη</w:t>
      </w:r>
      <w:r>
        <w:rPr>
          <w:sz w:val="20"/>
        </w:rPr>
        <w:t xml:space="preserve"> [anastas ebaptisthē]</w:t>
      </w:r>
      <w:r>
        <w:rPr>
          <w:sz w:val="20"/>
        </w:rPr>
        <w:br/>
        <w:t>После прозрения Савл встаёт и крестится. В рассказе 9-й главы наполнение Духом и водное крещение расположены рядом, но Лука не описывает подробный момент или внешнее проявление исполнения Духом.</w:t>
      </w:r>
    </w:p>
    <w:p>
      <w:r>
        <w:t>19. Приняв пищу, он укрепился. Несколько дней Савл провёл с учениками в Дамаске</w:t>
      </w:r>
    </w:p>
    <w:p>
      <w:r>
        <w:t>20. и сразу стал проповедовать в синагогах, что Иисус — Сын Божий.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ὅτι οὗτός ἐστιν ὁ υἱὸς τοῦ θεοῦ</w:t>
      </w:r>
      <w:r>
        <w:rPr>
          <w:sz w:val="20"/>
        </w:rPr>
        <w:t xml:space="preserve"> [hoti houtos estin ho huios tou theou]</w:t>
      </w:r>
      <w:r>
        <w:rPr>
          <w:sz w:val="20"/>
        </w:rPr>
        <w:br/>
        <w:t>Первое содержание проповеди Савла в Деяниях: Иисус — Сын Божий. Уже в 9:22 тот же тезис выражается как доказательство, что Иисус есть Христос.</w:t>
      </w:r>
    </w:p>
    <w:p>
      <w:r>
        <w:t>21. Все слышавшие изумлялись и говорили: «Разве это не тот, кто в Иерусалиме уничтожал призывающих это имя? И сюда он пришёл именно затем, чтобы связанными отвести их к первосвященникам».</w:t>
      </w:r>
    </w:p>
    <w:p>
      <w:r>
        <w:t>22. Но Савл становился всё сильнее и приводил в замешательство иудеев, живших в Дамаске, доказывая, что Иисус есть Христос.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συμβιβάζων ὅτι οὗτός ἐστιν ὁ χριστός</w:t>
      </w:r>
      <w:r>
        <w:rPr>
          <w:sz w:val="20"/>
        </w:rPr>
        <w:t xml:space="preserve"> [symbibazōn hoti houtos estin ho christos]</w:t>
      </w:r>
      <w:r>
        <w:rPr>
          <w:sz w:val="20"/>
        </w:rPr>
        <w:br/>
        <w:t>Савл «сводил вместе/доказывал» аргументы, что Иисус есть Христос. Лука показывает быстрый переход бывшего гонителя к публичной мессианской аргументации.</w:t>
      </w:r>
    </w:p>
    <w:p>
      <w:r>
        <w:t>23. Когда прошло достаточно времени, иудеи сговорились убить его.</w:t>
      </w:r>
    </w:p>
    <w:p>
      <w:r>
        <w:t>24. Но Савлу стал известен их замысел. День и ночь они стерегли ворота, чтобы убить его.</w:t>
      </w:r>
    </w:p>
    <w:p>
      <w:r>
        <w:t>25. Тогда его ученики ночью взяли его и спустили через стену в корзине.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 читает οἱ μαθηταὶ αὐτοῦ — буквально «его ученики». WGT-T сохраняет притяжательное местоимение, даже если формулировка неожиданна на этом этапе повествования.</w:t>
      </w:r>
    </w:p>
    <w:p>
      <w:r>
        <w:t>26. Придя в Иерусалим, он пытался присоединиться к ученикам, но все боялись его, не веря, что он ученик.</w:t>
      </w:r>
    </w:p>
    <w:p>
      <w:r>
        <w:t>27. Варнава взял его, привёл к апостолам и рассказал им, как Савл видел на дороге Господа, как Господь говорил с ним и как в Дамаске он смело говорил во имя Иисуса.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ἐπαρρησιάσατο ἐν τῷ ὀνόματι Ἰησοῦ</w:t>
      </w:r>
      <w:r>
        <w:rPr>
          <w:sz w:val="20"/>
        </w:rPr>
        <w:t xml:space="preserve"> [eparrēsiasato en tō onomati Iēsou]</w:t>
      </w:r>
      <w:r>
        <w:rPr>
          <w:sz w:val="20"/>
        </w:rPr>
        <w:br/>
        <w:t>Варнава подтверждает, что в Дамаске Савл говорил с παρρησία во имя Иисуса. Та же смелость, о которой молилась община в 4-й главе, теперь характеризует бывшего гонителя.</w:t>
      </w:r>
    </w:p>
    <w:p>
      <w:r>
        <w:t>28. И Савл был с ними в Иерусалиме, входя и выходя,</w:t>
      </w:r>
    </w:p>
    <w:p>
      <w:r>
        <w:t>29. смело говоря во имя Господа и беседуя и споря с эллинистами; а они пытались убить его.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παρρησιαζόμενος ἐν τῷ ὀνόματι τοῦ κυρίου</w:t>
      </w:r>
      <w:r>
        <w:rPr>
          <w:sz w:val="20"/>
        </w:rPr>
        <w:t xml:space="preserve"> [parrēsiazomenos en tō onomati tou kyriou]</w:t>
      </w:r>
      <w:r>
        <w:rPr>
          <w:sz w:val="20"/>
        </w:rPr>
        <w:br/>
        <w:t>В Иерусалиме Савл продолжает говорить смело во имя Господа. Его путь зеркально напоминает Стефана: спор с эллинистами также приводит к намерению убить свидетеля.</w:t>
      </w:r>
    </w:p>
    <w:p>
      <w:r>
        <w:t>30. Узнав об этом, братья отвели его в Кесарию и отправили в Тарс.</w:t>
      </w:r>
    </w:p>
    <w:p>
      <w:r>
        <w:t>31. Итак, церковь по всей Иудее, Галилее и Самарии имела мир, созидаясь и живя в страхе Господа, и при ободрении Святого Духа умножалась.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τῇ παρακλήσει τοῦ ἁγίου πνεύματος ἐπληθύνετο</w:t>
      </w:r>
      <w:r>
        <w:rPr>
          <w:sz w:val="20"/>
        </w:rPr>
        <w:t xml:space="preserve"> [tē paraklēsei tou hagiou pneumatos eplēthyneto]</w:t>
      </w:r>
      <w:r>
        <w:rPr>
          <w:sz w:val="20"/>
        </w:rPr>
        <w:br/>
        <w:t>Церковь по Иудее, Галилее и Самарии умножается «при παράκλησις Святого Духа» — слове, которое может включать ободрение, утешение и поддержку. SBLGNT здесь читает единственное число «церковь», подчёркивая единство общины по трём областям.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 имеет единственное число ἡ ἐκκλησία и согласованные с ним формы. παράκλησις передаётся как «ободрение»; возможные оттенки «утешение/поддержка» относятся к расширенному комментарию.</w:t>
      </w:r>
    </w:p>
    <w:p>
      <w:r>
        <w:t>32. Пётр, обходя всех, пришёл и к святым, жившим в Лидде.</w:t>
      </w:r>
    </w:p>
    <w:p>
      <w:r>
        <w:t>33. Там он нашёл человека по имени Эней, который восемь лет лежал на постели, будучи парализован.</w:t>
      </w:r>
    </w:p>
    <w:p>
      <w:r>
        <w:t>34. Пётр сказал ему: «Эней! Иисус Христос исцеляет тебя. Встань и застели себе постель». И тот сразу встал.</w:t>
      </w:r>
    </w:p>
    <w:p>
      <w:pPr>
        <w:ind w:left="360"/>
      </w:pPr>
      <w:r>
        <w:rPr>
          <w:b/>
          <w:sz w:val="20"/>
        </w:rPr>
        <w:t>Исцеление</w:t>
      </w:r>
      <w:r>
        <w:rPr>
          <w:i/>
          <w:sz w:val="20"/>
        </w:rPr>
        <w:t xml:space="preserve"> ἰᾶταί σε Ἰησοῦς Χριστός</w:t>
      </w:r>
      <w:r>
        <w:rPr>
          <w:sz w:val="20"/>
        </w:rPr>
        <w:t xml:space="preserve"> [iatai se Iēsous Christos]</w:t>
      </w:r>
      <w:r>
        <w:rPr>
          <w:sz w:val="20"/>
        </w:rPr>
        <w:br/>
        <w:t>Пётр прямо приписывает исцеление Энея Иисусу Христу: «Иисус Христос исцеляет тебя». Апостол не представлен источником силы сам по себе.</w:t>
      </w:r>
    </w:p>
    <w:p>
      <w:r>
        <w:t>35. Его увидели все жители Лидды и Сарона и обратились к Господу.</w:t>
      </w:r>
    </w:p>
    <w:p>
      <w:pPr>
        <w:ind w:left="360"/>
      </w:pPr>
      <w:r>
        <w:rPr>
          <w:b/>
          <w:sz w:val="20"/>
        </w:rPr>
        <w:t>Обращение</w:t>
      </w:r>
      <w:r>
        <w:rPr>
          <w:i/>
          <w:sz w:val="20"/>
        </w:rPr>
        <w:t xml:space="preserve"> ἐπέστρεψαν ἐπὶ τὸν κύριον</w:t>
      </w:r>
      <w:r>
        <w:rPr>
          <w:sz w:val="20"/>
        </w:rPr>
        <w:t xml:space="preserve"> [epestrepsan epi ton kyrion]</w:t>
      </w:r>
      <w:r>
        <w:rPr>
          <w:sz w:val="20"/>
        </w:rPr>
        <w:br/>
        <w:t>Жители Лидды и Сарона «обратились к Господу». ἐπιστρέφω продолжает язык обращения из 3:19 и миссионерскую динамику книги.</w:t>
      </w:r>
    </w:p>
    <w:p>
      <w:r>
        <w:t>36. В Иоппии была ученица по имени Тавифа, что в переводе означает Дорка. Она была полна добрых дел и щедро подавала милостыню.</w:t>
      </w:r>
    </w:p>
    <w:p>
      <w:pPr>
        <w:ind w:left="360"/>
      </w:pPr>
      <w:r>
        <w:rPr>
          <w:b/>
          <w:sz w:val="20"/>
        </w:rPr>
        <w:t>Ученик</w:t>
      </w:r>
      <w:r>
        <w:rPr>
          <w:i/>
          <w:sz w:val="20"/>
        </w:rPr>
        <w:t xml:space="preserve"> μαθήτρια</w:t>
      </w:r>
      <w:r>
        <w:rPr>
          <w:sz w:val="20"/>
        </w:rPr>
        <w:t xml:space="preserve"> [mathētria]</w:t>
      </w:r>
      <w:r>
        <w:rPr>
          <w:sz w:val="20"/>
        </w:rPr>
        <w:br/>
        <w:t>Тавифа названа редкой женской формой «ученица» (μαθήτρια). Это единственное употребление этой формы в Новом Завете.</w:t>
      </w:r>
    </w:p>
    <w:p>
      <w:r>
        <w:t>37. В те дни она заболела и умерла. Её омыли и положили в верхней комнате.</w:t>
      </w:r>
    </w:p>
    <w:p>
      <w:r>
        <w:t>38. Поскольку Лидда была недалеко от Иоппии, ученики, услышав, что Пётр там, послали к нему двоих с просьбой: «Не медли прийти к нам».</w:t>
      </w:r>
    </w:p>
    <w:p>
      <w:r>
        <w:t>39. Пётр встал и пошёл с ними. Когда он пришёл, его отвели в верхнюю комнату. Все вдовы стояли рядом, плача и показывая хитоны и верхние одежды, которые Дорка делала, находясь с ними.</w:t>
      </w:r>
    </w:p>
    <w:p>
      <w:r>
        <w:t>40. Пётр вывел всех, встал на колени и помолился. Затем, повернувшись к телу, сказал: «Тавифа, встань!» Она открыла глаза и, увидев Петра, села.</w:t>
      </w:r>
    </w:p>
    <w:p>
      <w:pPr>
        <w:ind w:left="360"/>
      </w:pPr>
      <w:r>
        <w:rPr>
          <w:b/>
          <w:sz w:val="20"/>
        </w:rPr>
        <w:t>Лука и Деяния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θεὶς τὰ γόνατα προσηύξατο ... Ταβιθά, ἀνάστηθι</w:t>
      </w:r>
      <w:r>
        <w:rPr>
          <w:sz w:val="20"/>
        </w:rPr>
        <w:t xml:space="preserve"> [theis ta gonata prosēuxato ... Tabitha, anastēthi]</w:t>
      </w:r>
      <w:r>
        <w:rPr>
          <w:sz w:val="20"/>
        </w:rPr>
        <w:br/>
        <w:t>Пётр сначала становится на колени и молится, а затем повелевает Тавифе встать. Сцена перекликается с воскрешениями у Иисуса, но повествование подчёркивает зависимость Петра от Бога через молитву.</w:t>
      </w:r>
      <w:r>
        <w:rPr>
          <w:i/>
          <w:sz w:val="20"/>
        </w:rPr>
        <w:br/>
        <w:t xml:space="preserve">См.: </w:t>
      </w:r>
      <w:r>
        <w:rPr>
          <w:sz w:val="20"/>
        </w:rPr>
        <w:t>Лк 8:49–56</w:t>
      </w:r>
    </w:p>
    <w:p>
      <w:r>
        <w:t>41. Он подал ей руку и поднял её; затем позвал святых и вдов и представил её им живой.</w:t>
      </w:r>
    </w:p>
    <w:p>
      <w:r>
        <w:t>42. Об этом стало известно по всей Иоппии, и многие поверили в Господа.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πολλοὶ ἐπίστευσαν ἐπὶ τὸν κύριον</w:t>
      </w:r>
      <w:r>
        <w:rPr>
          <w:sz w:val="20"/>
        </w:rPr>
        <w:t xml:space="preserve"> [polloi episteusan epi ton kyrion]</w:t>
      </w:r>
      <w:r>
        <w:rPr>
          <w:sz w:val="20"/>
        </w:rPr>
        <w:br/>
        <w:t>Результат знамения сформулирован миссионерски: многие поверили в Господа. Чудо служит свидетельству, а не становится самоцелью.</w:t>
      </w:r>
    </w:p>
    <w:p>
      <w:r>
        <w:t>43. Пётр пробыл в Иоппии довольно много дней у некоего Симона-кожевника.</w:t>
      </w:r>
    </w:p>
    <w:p>
      <w:pPr>
        <w:pStyle w:val="Heading2"/>
      </w:pPr>
      <w:r>
        <w:t>Глава 10</w:t>
      </w:r>
    </w:p>
    <w:p>
      <w:r>
        <w:t>1. В Кесарии был человек по имени Корнилий, сотник из так называемой Италийской когорты.</w:t>
      </w:r>
    </w:p>
    <w:p>
      <w:r>
        <w:t>2. Он был благочестив, боялся Бога вместе со всем своим домом, щедро подавал милостыню народу и постоянно молился Богу.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δεόμενος τοῦ θεοῦ διὰ παντός</w:t>
      </w:r>
      <w:r>
        <w:rPr>
          <w:sz w:val="20"/>
        </w:rPr>
        <w:t xml:space="preserve"> [deomenos tou theou dia pantos]</w:t>
      </w:r>
      <w:r>
        <w:rPr>
          <w:sz w:val="20"/>
        </w:rPr>
        <w:br/>
        <w:t>Корнилий описан как человек, постоянно молящийся Богу. Лука снова помещает молитву в начало переломного миссионерского события.</w:t>
      </w:r>
    </w:p>
    <w:p>
      <w:r>
        <w:t>3. Около девятого часа дня он ясно увидел в видении ангела Божьего, вошедшего к нему и сказавшего: «Корнилий!»</w:t>
      </w:r>
    </w:p>
    <w:p>
      <w:r>
        <w:t>4. Он пристально посмотрел на него и, испугавшись, спросил: «Что, господин?» Ангел ответил: «Твои молитвы и милостыни поднялись как памятование перед Богом. [ἀνέβησαν εἰς μνημόσυνον ἔμπροσθεν τοῦ θεοῦ — Молитвы и милостыни Корнилия «поднялись как памятование» перед Богом]</w:t>
      </w:r>
    </w:p>
    <w:p>
      <w:pPr>
        <w:ind w:left="360"/>
      </w:pPr>
      <w:r>
        <w:rPr>
          <w:b/>
          <w:sz w:val="20"/>
        </w:rPr>
        <w:t>Культ</w:t>
      </w:r>
      <w:r>
        <w:rPr>
          <w:i/>
          <w:sz w:val="20"/>
        </w:rPr>
        <w:t xml:space="preserve"> ἀνέβησαν εἰς μνημόσυνον ἔμπροσθεν τοῦ θεοῦ</w:t>
      </w:r>
      <w:r>
        <w:rPr>
          <w:sz w:val="20"/>
        </w:rPr>
        <w:t xml:space="preserve"> [anebēsan eis mnēmosynon emprosthen tou theou]</w:t>
      </w:r>
      <w:r>
        <w:rPr>
          <w:sz w:val="20"/>
        </w:rPr>
        <w:br/>
        <w:t>Молитвы и милостыни Корнилия «поднялись как памятование» перед Богом. μνημόσυνον имеет культовый оттенок памятной жертвы/напоминания перед Богом.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μνημόσυνον — «памятование, напоминание, памятная жертва». Формулировка имеет культовый фон; WGT-T сохраняет «памятование», а объяснение жертвенной образности относится к WGT-E.</w:t>
      </w:r>
    </w:p>
    <w:p>
      <w:r>
        <w:t>5. Теперь пошли людей в Иоппию и пригласи Симона, которого называют Петром.</w:t>
      </w:r>
    </w:p>
    <w:p>
      <w:r>
        <w:t>6. Он гостит у Симона-кожевника, чей дом у моря».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Позднее продолжение «он скажет тебе, что тебе нужно делать» не входит в SBLGNT.</w:t>
      </w:r>
    </w:p>
    <w:p>
      <w:r>
        <w:t>7. Когда говоривший с ним ангел ушёл, Корнилий позвал двух своих домашних слуг и благочестивого воина из постоянно служивших ему,</w:t>
      </w:r>
    </w:p>
    <w:p>
      <w:r>
        <w:t>8. рассказал им всё и послал их в Иоппию.</w:t>
      </w:r>
    </w:p>
    <w:p>
      <w:r>
        <w:t>9. На следующий день, когда они были в пути и приближались к городу, Пётр около шестого часа поднялся на крышу помолиться.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ἀνέβη Πέτρος ἐπὶ τὸ δῶμα προσεύξασθαι</w:t>
      </w:r>
      <w:r>
        <w:rPr>
          <w:sz w:val="20"/>
        </w:rPr>
        <w:t xml:space="preserve"> [anebē Petros epi to dōma proseuxasthai]</w:t>
      </w:r>
      <w:r>
        <w:rPr>
          <w:sz w:val="20"/>
        </w:rPr>
        <w:br/>
        <w:t>Пётр получает видение во время молитвы. Молитва связывает историю Корнилия и историю Петра параллельной структурой.</w:t>
      </w:r>
    </w:p>
    <w:p>
      <w:r>
        <w:t>10. Он сильно проголодался и хотел поесть. Пока готовили пищу, он впал в исступление</w:t>
      </w:r>
    </w:p>
    <w:p>
      <w:r>
        <w:t>11. и увидел открытое небо и некий предмет, подобный большому полотну, спускавшийся на землю за четыре края.</w:t>
      </w:r>
    </w:p>
    <w:p>
      <w:r>
        <w:t>12. В нём находились всякие четвероногие, земные пресмыкающиеся и небесные птицы.</w:t>
      </w:r>
    </w:p>
    <w:p>
      <w:r>
        <w:t>13. И раздался голос: «Встань, Пётр, заколи и ешь».</w:t>
      </w:r>
    </w:p>
    <w:p>
      <w:r>
        <w:t>14. Но Пётр ответил: «Ни за что, Господи! Я никогда не ел ничего осквернённого и нечистого».</w:t>
      </w:r>
    </w:p>
    <w:p>
      <w:r>
        <w:t>15. Голос снова, во второй раз, сказал ему: «Что Бог очистил, ты не считай осквернённым».</w:t>
      </w:r>
    </w:p>
    <w:p>
      <w:pPr>
        <w:ind w:left="360"/>
      </w:pPr>
      <w:r>
        <w:rPr>
          <w:b/>
          <w:sz w:val="20"/>
        </w:rPr>
        <w:t>Чистота</w:t>
      </w:r>
      <w:r>
        <w:rPr>
          <w:i/>
          <w:sz w:val="20"/>
        </w:rPr>
        <w:t xml:space="preserve"> ἃ ὁ θεὸς ἐκαθάρισεν, σὺ μὴ κοίνου</w:t>
      </w:r>
      <w:r>
        <w:rPr>
          <w:sz w:val="20"/>
        </w:rPr>
        <w:t xml:space="preserve"> [ha ho theos ekatharisen, sy mē koinou]</w:t>
      </w:r>
      <w:r>
        <w:rPr>
          <w:sz w:val="20"/>
        </w:rPr>
        <w:br/>
        <w:t>Голос противопоставляет Божье очищение человеческому объявлению «осквернённым». Сам Пётр в 10:28 применит смысл видения к людям, а не только к пище.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μὴ κοίνου — буквально «не делай/не считай общим, осквернённым». Здесь важна связь с κοινός в 10:14 и с применением видения к людям в 10:28.</w:t>
      </w:r>
    </w:p>
    <w:p>
      <w:r>
        <w:t>16. Это произошло трижды, и предмет тотчас был поднят на небо.</w:t>
      </w:r>
    </w:p>
    <w:p>
      <w:r>
        <w:t>17. Пока Пётр недоумевал, что могло означать это видение, посланные Корнилием люди, расспросив о доме Симона, остановились у ворот.</w:t>
      </w:r>
    </w:p>
    <w:p>
      <w:r>
        <w:t>18. Они окликнули и спросили, здесь ли гостит Симон, называемый Петром.</w:t>
      </w:r>
    </w:p>
    <w:p>
      <w:r>
        <w:t>19. Пока Пётр размышлял о видении, Дух сказал ему: «Вот, тебя ищут люди.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εἶπεν αὐτῷ τὸ πνεῦμα</w:t>
      </w:r>
      <w:r>
        <w:rPr>
          <w:sz w:val="20"/>
        </w:rPr>
        <w:t xml:space="preserve"> [eipen autō to pneuma]</w:t>
      </w:r>
      <w:r>
        <w:rPr>
          <w:sz w:val="20"/>
        </w:rPr>
        <w:br/>
        <w:t>Дух напрямую говорит Петру, пока тот размышляет о видении. Это продолжает линию конкретного руководства Духа из 8:29.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 не указывает здесь число «три»; оно относится к другой текстовой традиции.</w:t>
      </w:r>
    </w:p>
    <w:p>
      <w:r>
        <w:t>20. Встань, спустись и иди с ними, не сомневаясь, потому что Я послал их».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ἐγὼ ἀπέσταλκα αὐτούς</w:t>
      </w:r>
      <w:r>
        <w:rPr>
          <w:sz w:val="20"/>
        </w:rPr>
        <w:t xml:space="preserve"> [egō apestalka autous]</w:t>
      </w:r>
      <w:r>
        <w:rPr>
          <w:sz w:val="20"/>
        </w:rPr>
        <w:br/>
        <w:t>Дух объясняет: «Я послал их». В повествовании инициатива миссии к дому Корнилия приписана самому Духу.</w:t>
      </w:r>
    </w:p>
    <w:p>
      <w:r>
        <w:t>21. Пётр спустился к людям и сказал: «Вот я, тот, кого вы ищете. По какой причине вы пришли?»</w:t>
      </w:r>
    </w:p>
    <w:p>
      <w:r>
        <w:t>22. Они ответили: «Сотник Корнилий — человек праведный и боящийся Бога, о котором хорошо свидетельствует весь иудейский народ, — получил от святого ангела указание пригласить тебя в свой дом и услышать от тебя слова».</w:t>
      </w:r>
    </w:p>
    <w:p>
      <w:r>
        <w:t>23. Пётр пригласил их войти и принял как гостей. На следующий день он вышел с ними, и некоторые братья из Иоппии пошли с ним.</w:t>
      </w:r>
    </w:p>
    <w:p>
      <w:r>
        <w:t>24. Ещё через день он вошёл в Кесарию. Корнилий ждал их, созвав родственников и близких друзей.</w:t>
      </w:r>
    </w:p>
    <w:p>
      <w:r>
        <w:t>25. Когда Пётр входил, Корнилий встретил его, пал к его ногам и поклонился.</w:t>
      </w:r>
    </w:p>
    <w:p>
      <w:r>
        <w:t>26. Но Пётр поднял его, сказав: «Встань! Я и сам человек».</w:t>
      </w:r>
    </w:p>
    <w:p>
      <w:r>
        <w:t>27. Разговаривая с ним, он вошёл и увидел многих собравшихся.</w:t>
      </w:r>
    </w:p>
    <w:p>
      <w:r>
        <w:t>28. Он сказал им: «Вы знаете, что иудею запрещено тесно общаться с иноплеменником или приходить к нему. Но мне Бог показал не называть ни одного человека осквернённым или нечистым.</w:t>
      </w:r>
    </w:p>
    <w:p>
      <w:pPr>
        <w:ind w:left="360"/>
      </w:pPr>
      <w:r>
        <w:rPr>
          <w:b/>
          <w:sz w:val="20"/>
        </w:rPr>
        <w:t>Свои и чужие</w:t>
      </w:r>
      <w:r>
        <w:rPr>
          <w:i/>
          <w:sz w:val="20"/>
        </w:rPr>
        <w:t xml:space="preserve"> ἐμοὶ ὁ θεὸς ἔδειξεν μηδένα κοινὸν ἢ ἀκάθαρτον λέγειν ἄνθρωπον</w:t>
      </w:r>
      <w:r>
        <w:rPr>
          <w:sz w:val="20"/>
        </w:rPr>
        <w:t xml:space="preserve"> [emoi ho theos edeixen mēdena koinon ē akatharton legein anthrōpon]</w:t>
      </w:r>
      <w:r>
        <w:rPr>
          <w:sz w:val="20"/>
        </w:rPr>
        <w:br/>
        <w:t>Пётр сам даёт ключ к видению: Бог показал ему не называть никакого человека осквернённым или нечистым. Это важный переворот границы insider/outsider.</w:t>
      </w:r>
    </w:p>
    <w:p>
      <w:r>
        <w:t>29. Поэтому, когда меня позвали, я пришёл без возражений. Итак, спрашиваю: зачем вы меня пригласили?»</w:t>
      </w:r>
    </w:p>
    <w:p>
      <w:r>
        <w:t>30. Корнилий сказал: «Четыре дня назад, в это самое время, около девятого часа я молился в своём доме, и вот передо мной предстал человек в сияющей одежде.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Позднее чтение добавляет «постился»; SBLGNT этого не содержит.</w:t>
      </w:r>
    </w:p>
    <w:p>
      <w:r>
        <w:t>31. Он сказал: “Корнилий! Твоя молитва услышана, и твои милостыни вспомянуты перед Богом.</w:t>
      </w:r>
    </w:p>
    <w:p>
      <w:r>
        <w:t>32. Итак, пошли в Иоппию и пригласи Симона, называемого Петром. Он гостит в доме Симона-кожевника у моря”.</w:t>
      </w:r>
    </w:p>
    <w:p>
      <w:r>
        <w:t>33. Я сразу послал за тобой, и ты хорошо сделал, что пришёл. Теперь все мы здесь перед Богом, чтобы услышать всё, что повелено тебе Господом».</w:t>
      </w:r>
    </w:p>
    <w:p>
      <w:r>
        <w:t>34. Тогда Пётр начал говорить: «Теперь я действительно понимаю, что Бог нелицеприятен,</w:t>
      </w:r>
    </w:p>
    <w:p>
      <w:pPr>
        <w:ind w:left="360"/>
      </w:pPr>
      <w:r>
        <w:rPr>
          <w:b/>
          <w:sz w:val="20"/>
        </w:rPr>
        <w:t>Беспристрастие</w:t>
      </w:r>
      <w:r>
        <w:rPr>
          <w:i/>
          <w:sz w:val="20"/>
        </w:rPr>
        <w:t xml:space="preserve"> οὐκ ἔστιν προσωπολήμπτης ὁ θεός</w:t>
      </w:r>
      <w:r>
        <w:rPr>
          <w:sz w:val="20"/>
        </w:rPr>
        <w:t xml:space="preserve"> [ouk estin prosōpolēmptēs ho theos]</w:t>
      </w:r>
      <w:r>
        <w:rPr>
          <w:sz w:val="20"/>
        </w:rPr>
        <w:br/>
        <w:t>Пётр формулирует вывод: Бог «не лицеприятен». Следующий стих показывает, что речь идёт о принятии людей из всякого народа, боящихся Бога и поступающих праведно.</w:t>
      </w:r>
    </w:p>
    <w:p>
      <w:r>
        <w:t>35. но в каждом народе Ему угоден тот, кто боится Его и поступает праведно.</w:t>
      </w:r>
    </w:p>
    <w:p>
      <w:r>
        <w:t>36. Он послал слово сынам Израиля, благовествуя мир через Иисуса Христа — Он Господь всех.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οὗτός ἐστιν πάντων κύριος</w:t>
      </w:r>
      <w:r>
        <w:rPr>
          <w:sz w:val="20"/>
        </w:rPr>
        <w:t xml:space="preserve"> [houtos estin pantōn kyrios]</w:t>
      </w:r>
      <w:r>
        <w:rPr>
          <w:sz w:val="20"/>
        </w:rPr>
        <w:br/>
        <w:t>Иисус Христос назван «Господом всех». В контексте речи язычникам это особенно значимо: господство Иисуса не ограничено Израилем.</w:t>
      </w:r>
    </w:p>
    <w:p>
      <w:r>
        <w:t>37. Вы знаете, что произошло по всей Иудее, начиная с Галилеи после крещения, которое проповедовал Иоанн:</w:t>
      </w:r>
    </w:p>
    <w:p>
      <w:r>
        <w:t>38. как Бог помазал Иисуса из Назарета Святым Духом и силой; Он ходил, делая добро и исцеляя всех угнетаемых дьяволом, потому что Бог был с Ним.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ἔχρισεν αὐτὸν ὁ θεὸς πνεύματι ἁγίῳ καὶ δυνάμει</w:t>
      </w:r>
      <w:r>
        <w:rPr>
          <w:sz w:val="20"/>
        </w:rPr>
        <w:t xml:space="preserve"> [echrisen auton ho theos pneumati hagiō kai dynamei]</w:t>
      </w:r>
      <w:r>
        <w:rPr>
          <w:sz w:val="20"/>
        </w:rPr>
        <w:br/>
        <w:t>Пётр описывает служение Иисуса как помазание Богом Святым Духом и силой. Это перекликается с лукианской линией Духа и δύναμις от Лк 4 до Деян 1:8.</w:t>
      </w:r>
    </w:p>
    <w:p>
      <w:r>
        <w:t>39. И мы — свидетели всего, что Он сделал в земле иудеев и в Иерусалиме. Его убили, повесив на дереве.</w:t>
      </w:r>
    </w:p>
    <w:p>
      <w:pPr>
        <w:ind w:left="360"/>
      </w:pPr>
      <w:r>
        <w:rPr>
          <w:b/>
          <w:sz w:val="20"/>
        </w:rPr>
        <w:t>Отзвук Ветхого Завета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κρεμάσαντες ἐπὶ ξύλου</w:t>
      </w:r>
      <w:r>
        <w:rPr>
          <w:sz w:val="20"/>
        </w:rPr>
        <w:t xml:space="preserve"> [kremasantes epi xylou]</w:t>
      </w:r>
      <w:r>
        <w:rPr>
          <w:sz w:val="20"/>
        </w:rPr>
        <w:br/>
        <w:t>Снова используется ξύλον — «дерево», как в 5:30. Формула вероятно сохраняет фон Втор 21:22–23.</w:t>
      </w:r>
      <w:r>
        <w:rPr>
          <w:i/>
          <w:sz w:val="20"/>
        </w:rPr>
        <w:br/>
        <w:t xml:space="preserve">См.: </w:t>
      </w:r>
      <w:r>
        <w:rPr>
          <w:sz w:val="20"/>
        </w:rPr>
        <w:t>Втор 21:22–23</w:t>
      </w:r>
    </w:p>
    <w:p>
      <w:r>
        <w:t>40. Но Бог воскресил Его на третий день и дал Ему явиться,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ἔδωκεν αὐτὸν ἐμφανῆ γενέσθαι — буквально «дал Ему стать явным/видимым». WGT-T не превращает эту конструкцию просто в активное «дал Ему являться».</w:t>
      </w:r>
    </w:p>
    <w:p>
      <w:r>
        <w:t>41. не всему народу, а свидетелям, заранее избранным Богом, — нам, которые ели и пили с Ним после Его воскресения из мёртвых.</w:t>
      </w:r>
    </w:p>
    <w:p>
      <w:r>
        <w:t>42. Он повелел нам проповедовать народу и свидетельствовать, что Он — определённый Богом Судья живых и мёртвых.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κριτὴς ζώντων καὶ νεκρῶν</w:t>
      </w:r>
      <w:r>
        <w:rPr>
          <w:sz w:val="20"/>
        </w:rPr>
        <w:t xml:space="preserve"> [kritēs zōntōn kai nekrōn]</w:t>
      </w:r>
      <w:r>
        <w:rPr>
          <w:sz w:val="20"/>
        </w:rPr>
        <w:br/>
        <w:t>Иисус назван определённым Богом Судьёй живых и мёртвых. Речь соединяет воскресение, свидетельство и будущий суд.</w:t>
      </w:r>
    </w:p>
    <w:p>
      <w:r>
        <w:t>43. О Нём свидетельствуют все пророки: каждый верующий в Него получает прощение грехов через Его имя».</w:t>
      </w:r>
    </w:p>
    <w:p>
      <w:pPr>
        <w:ind w:left="360"/>
      </w:pPr>
      <w:r>
        <w:rPr>
          <w:b/>
          <w:sz w:val="20"/>
        </w:rPr>
        <w:t>Прощение</w:t>
      </w:r>
      <w:r>
        <w:rPr>
          <w:i/>
          <w:sz w:val="20"/>
        </w:rPr>
        <w:t xml:space="preserve"> ἄφεσιν ἁμαρτιῶν λαβεῖν διὰ τοῦ ὀνόματος αὐτοῦ</w:t>
      </w:r>
      <w:r>
        <w:rPr>
          <w:sz w:val="20"/>
        </w:rPr>
        <w:t xml:space="preserve"> [aphesin hamartiōn labein dia tou onomatos autou]</w:t>
      </w:r>
      <w:r>
        <w:rPr>
          <w:sz w:val="20"/>
        </w:rPr>
        <w:br/>
        <w:t>Прощение грехов через имя Иисуса обещано «всякому верующему в Него». Здесь сходятся темы имени, веры и ἄφεσις.</w:t>
      </w:r>
    </w:p>
    <w:p>
      <w:r>
        <w:t>44. Пока Пётр ещё говорил эти слова, Святой Дух сошёл на всех слушавших слово.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ἐπέπεσεν τὸ πνεῦμα τὸ ἅγιον ἐπὶ πάντας τοὺς ἀκούοντας τὸν λόγον</w:t>
      </w:r>
      <w:r>
        <w:rPr>
          <w:sz w:val="20"/>
        </w:rPr>
        <w:t xml:space="preserve"> [epepesen to pneuma to hagion epi pantas tous akouontas ton logon]</w:t>
      </w:r>
      <w:r>
        <w:rPr>
          <w:sz w:val="20"/>
        </w:rPr>
        <w:br/>
        <w:t>Святой Дух сходит на слушающих ещё во время речи Петра — до водного крещения. Лука подчёркивает инициативу Бога, прерывающую обычный ход события.</w:t>
      </w:r>
    </w:p>
    <w:p>
      <w:r>
        <w:t>45. Верующие из обрезанных, пришедшие с Петром, изумились, что дар Святого Духа излился и на язычников,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ἡ δωρεὰ τοῦ ἁγίου πνεύματος ἐκκέχυται καὶ ἐπὶ τὰ ἔθνη</w:t>
      </w:r>
      <w:r>
        <w:rPr>
          <w:sz w:val="20"/>
        </w:rPr>
        <w:t xml:space="preserve"> [hē dōrea tou hagiou pneumatos ekkechytai kai epi ta ethnē]</w:t>
      </w:r>
      <w:r>
        <w:rPr>
          <w:sz w:val="20"/>
        </w:rPr>
        <w:br/>
        <w:t>Верующие из обрезанных распознают происходящее как «дар Святого Духа», излитый и на язычников. ἐκχέω перекликается с языком Иоиля в Деян 2.</w:t>
      </w:r>
    </w:p>
    <w:p>
      <w:r>
        <w:t>46. потому что слышали, как они говорят на языках и величают Бога. Тогда Пётр сказал:</w:t>
      </w:r>
    </w:p>
    <w:p>
      <w:pPr>
        <w:ind w:left="360"/>
      </w:pPr>
      <w:r>
        <w:rPr>
          <w:b/>
          <w:sz w:val="20"/>
        </w:rPr>
        <w:t>Говорение на языках</w:t>
      </w:r>
      <w:r>
        <w:rPr>
          <w:i/>
          <w:sz w:val="20"/>
        </w:rPr>
        <w:t xml:space="preserve"> λαλούντων γλώσσαις καὶ μεγαλυνόντων τὸν θεόν</w:t>
      </w:r>
      <w:r>
        <w:rPr>
          <w:sz w:val="20"/>
        </w:rPr>
        <w:t xml:space="preserve"> [lalountōn glōssais kai megalynontōn ton theon]</w:t>
      </w:r>
      <w:r>
        <w:rPr>
          <w:sz w:val="20"/>
        </w:rPr>
        <w:br/>
        <w:t>Наблюдаемым признаком для спутников Петра становятся языки и величание Бога. В этом эпизоде Лука прямо называет языки, в отличие от Самарии в Деян 8.</w:t>
      </w:r>
    </w:p>
    <w:p>
      <w:r>
        <w:t>47. «Разве может кто-нибудь запретить воду, чтобы не крестились те, кто получил Святого Духа так же, как и мы?»</w:t>
      </w:r>
    </w:p>
    <w:p>
      <w:pPr>
        <w:ind w:left="360"/>
      </w:pPr>
      <w:r>
        <w:rPr>
          <w:b/>
          <w:sz w:val="20"/>
        </w:rPr>
        <w:t>Крещение</w:t>
      </w:r>
      <w:r>
        <w:rPr>
          <w:i/>
          <w:sz w:val="20"/>
        </w:rPr>
        <w:t xml:space="preserve"> οἵτινες τὸ πνεῦμα τὸ ἅγιον ἔλαβον ὡς καὶ ἡμεῖς</w:t>
      </w:r>
      <w:r>
        <w:rPr>
          <w:sz w:val="20"/>
        </w:rPr>
        <w:t xml:space="preserve"> [hoitines to pneuma to hagion elabon hōs kai hēmeis]</w:t>
      </w:r>
      <w:r>
        <w:rPr>
          <w:sz w:val="20"/>
        </w:rPr>
        <w:br/>
        <w:t>Пётр аргументирует от уже полученного Духа к водному крещению: нельзя запретить воду тем, кто получил Святого Духа «как и мы». Последовательность здесь противоположна Деян 8.</w:t>
      </w:r>
    </w:p>
    <w:p>
      <w:r>
        <w:t>48. И он повелел им креститься во имя Иисуса Христа. После этого они попросили его остаться на несколько дней.</w:t>
      </w:r>
    </w:p>
    <w:p>
      <w:pPr>
        <w:ind w:left="360"/>
      </w:pPr>
      <w:r>
        <w:rPr>
          <w:b/>
          <w:sz w:val="20"/>
        </w:rPr>
        <w:t>Крещение</w:t>
      </w:r>
      <w:r>
        <w:rPr>
          <w:i/>
          <w:sz w:val="20"/>
        </w:rPr>
        <w:t xml:space="preserve"> προσέταξεν ... βαπτισθῆναι ἐν τῷ ὀνόματι Ἰησοῦ Χριστοῦ</w:t>
      </w:r>
      <w:r>
        <w:rPr>
          <w:sz w:val="20"/>
        </w:rPr>
        <w:t xml:space="preserve"> [prosetaxen ... baptisthēnai en tō onomati Iēsou Christou]</w:t>
      </w:r>
      <w:r>
        <w:rPr>
          <w:sz w:val="20"/>
        </w:rPr>
        <w:br/>
        <w:t>После схождения Духа Пётр повелевает крестить их во имя Иисуса Христа. Водное крещение не исчезает из повествования из-за уже полученного Духа.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Позднее чтение добавляет «Господа»; WGT-T следует SBLGNT.</w:t>
      </w:r>
    </w:p>
    <w:p>
      <w:pPr>
        <w:pStyle w:val="Heading2"/>
      </w:pPr>
      <w:r>
        <w:t>Глава 11</w:t>
      </w:r>
    </w:p>
    <w:p>
      <w:r>
        <w:t>1. Апостолы и братья по всей Иудее услышали, что и язычники приняли слово Божье.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καὶ τὰ ἔθνη ἐδέξαντο τὸν λόγον τοῦ θεοῦ</w:t>
      </w:r>
      <w:r>
        <w:rPr>
          <w:sz w:val="20"/>
        </w:rPr>
        <w:t xml:space="preserve"> [kai ta ethnē edexanto ton logon tou theou]</w:t>
      </w:r>
      <w:r>
        <w:rPr>
          <w:sz w:val="20"/>
        </w:rPr>
        <w:br/>
        <w:t>Иерусалим слышит главное: «и язычники приняли слово Божье». Лука формулирует событие Корнилия как новый этап расширения миссии.</w:t>
      </w:r>
    </w:p>
    <w:p>
      <w:r>
        <w:t>2. Когда Пётр поднялся в Иерусалим, верующие из обрезанных стали спорить с ним,</w:t>
      </w:r>
    </w:p>
    <w:p>
      <w:r>
        <w:t>3. говоря: «Ты входил к необрезанным людям и ел с ними».</w:t>
      </w:r>
    </w:p>
    <w:p>
      <w:pPr>
        <w:ind w:left="360"/>
      </w:pPr>
      <w:r>
        <w:rPr>
          <w:b/>
          <w:sz w:val="20"/>
        </w:rPr>
        <w:t>Трапеза и общение</w:t>
      </w:r>
      <w:r>
        <w:rPr>
          <w:i/>
          <w:sz w:val="20"/>
        </w:rPr>
        <w:t xml:space="preserve"> πρὸς ἄνδρας ἀκροβυστίαν ἔχοντας εἰσῆλθες καὶ συνέφαγες αὐτοῖς</w:t>
      </w:r>
      <w:r>
        <w:rPr>
          <w:sz w:val="20"/>
        </w:rPr>
        <w:t xml:space="preserve"> [pros andras akrobystian echontas eisēlthes kai synephages autois]</w:t>
      </w:r>
      <w:r>
        <w:rPr>
          <w:sz w:val="20"/>
        </w:rPr>
        <w:br/>
        <w:t>Возражение касается не только проповеди, но входа в дом необрезанных и совместной еды. Граница общения оказывается центральной проблемой.</w:t>
      </w:r>
    </w:p>
    <w:p>
      <w:r>
        <w:t>4. Тогда Пётр начал по порядку объяснять им произошедшее:</w:t>
      </w:r>
    </w:p>
    <w:p>
      <w:r>
        <w:t>5. «Я был в городе Иоппии и молился. В исступлении я увидел видение: с неба спускался некий предмет, подобный большому полотну, опускаемому за четыре края, и дошёл до меня.</w:t>
      </w:r>
    </w:p>
    <w:p>
      <w:r>
        <w:t>6. Я всмотрелся в него и увидел земных четвероногих, зверей, пресмыкающихся и небесных птиц.</w:t>
      </w:r>
    </w:p>
    <w:p>
      <w:r>
        <w:t>7. И услышал голос, говоривший мне: “Встань, Пётр, заколи и ешь”.</w:t>
      </w:r>
    </w:p>
    <w:p>
      <w:r>
        <w:t>8. Я ответил: “Ни за что, Господи! Ничего осквернённого или нечистого никогда не входило в мои уста”.</w:t>
      </w:r>
    </w:p>
    <w:p>
      <w:r>
        <w:t>9. Но голос с неба ответил во второй раз: “Что Бог очистил, ты не называй осквернённым”.</w:t>
      </w:r>
    </w:p>
    <w:p>
      <w:r>
        <w:t>10. Это произошло трижды, и всё снова было поднято на небо.</w:t>
      </w:r>
    </w:p>
    <w:p>
      <w:r>
        <w:t>11. И вот, в тот же миг у дома, где мы находились, остановились трое мужчин, посланных ко мне из Кесарии.</w:t>
      </w:r>
    </w:p>
    <w:p>
      <w:r>
        <w:t>12. Дух сказал мне идти с ними без сомнения. Со мной пошли и эти шесть братьев, и мы вошли в дом того человека.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εἶπεν δὲ τὸ πνεῦμά μοι συνελθεῖν αὐτοῖς μηδὲν διακρίναντα</w:t>
      </w:r>
      <w:r>
        <w:rPr>
          <w:sz w:val="20"/>
        </w:rPr>
        <w:t xml:space="preserve"> [eipen de to pneuma moi synelthein autois mēden diakrinanta]</w:t>
      </w:r>
      <w:r>
        <w:rPr>
          <w:sz w:val="20"/>
        </w:rPr>
        <w:br/>
        <w:t>Пётр объясняет своё действие прямым указанием Духа идти с ними «без сомнения/различения». Инициатива миссии снова приписана Духу.</w:t>
      </w:r>
    </w:p>
    <w:p>
      <w:r>
        <w:t>13. Он рассказал нам, как увидел в своём доме ангела, который встал и сказал ему: “Пошли в Иоппию и пригласи Симона, называемого Петром.</w:t>
      </w:r>
    </w:p>
    <w:p>
      <w:r>
        <w:t>14. Он скажет тебе слова, через которые спасёшься ты и весь твой дом”.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ῥήματα ... ἐν οἷς σωθήσῃ σὺ καὶ πᾶς ὁ οἶκός σου</w:t>
      </w:r>
      <w:r>
        <w:rPr>
          <w:sz w:val="20"/>
        </w:rPr>
        <w:t xml:space="preserve"> [rhēmata ... en hois sōthēsē sy kai pas ho oikos sou]</w:t>
      </w:r>
      <w:r>
        <w:rPr>
          <w:sz w:val="20"/>
        </w:rPr>
        <w:br/>
        <w:t>Ангел обещает слова, «через которые спасёшься ты и весь твой дом». Это авторская рамка, связывающая событие Корнилия непосредственно со спасением.</w:t>
      </w:r>
    </w:p>
    <w:p>
      <w:r>
        <w:t>15. Когда я начал говорить, Святой Дух сошёл на них, как и на нас в начале.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ἐπέπεσεν τὸ πνεῦμα τὸ ἅγιον ἐπ’ αὐτοὺς ὥσπερ καὶ ἐφ’ ἡμᾶς ἐν ἀρχῇ</w:t>
      </w:r>
      <w:r>
        <w:rPr>
          <w:sz w:val="20"/>
        </w:rPr>
        <w:t xml:space="preserve"> [epepesen to pneuma to hagion ep' autous hōsper kai eph' hēmas en archē]</w:t>
      </w:r>
      <w:r>
        <w:rPr>
          <w:sz w:val="20"/>
        </w:rPr>
        <w:br/>
        <w:t>Пётр интерпретирует событие: Святой Дух сошёл на них «как и на нас в начале». Это прямое сравнение Корнилия с Пятидесятницей.</w:t>
      </w:r>
    </w:p>
    <w:p>
      <w:r>
        <w:t>16. Тогда я вспомнил слово Господа: “Иоанн крестил водой, а вы будете крещены Святым Духом”.</w:t>
      </w:r>
    </w:p>
    <w:p>
      <w:pPr>
        <w:ind w:left="360"/>
      </w:pPr>
      <w:r>
        <w:rPr>
          <w:b/>
          <w:sz w:val="20"/>
        </w:rPr>
        <w:t>Крещение Духом</w:t>
      </w:r>
      <w:r>
        <w:rPr>
          <w:i/>
          <w:sz w:val="20"/>
        </w:rPr>
        <w:t xml:space="preserve"> Ἰωάννης μὲν ἐβάπτισεν ὕδατι, ὑμεῖς δὲ βαπτισθήσεσθε ἐν πνεύματι ἁγίῳ</w:t>
      </w:r>
      <w:r>
        <w:rPr>
          <w:sz w:val="20"/>
        </w:rPr>
        <w:t xml:space="preserve"> [Iōannēs men ebaptisen hydati, hymeis de baptisthēsesthe en pneumati hagiō]</w:t>
      </w:r>
      <w:r>
        <w:rPr>
          <w:sz w:val="20"/>
        </w:rPr>
        <w:br/>
        <w:t>Пётр сам связывает пережитое у Корнилия со словом Иисуса о крещении Святым Духом из Деян 1:5. Это внутреннее толкование книги, а не поздняя богословская классификация.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1:5</w:t>
      </w:r>
    </w:p>
    <w:p>
      <w:r>
        <w:t>17. Итак, если Бог дал им тот же дар, что и нам, уверовавшим в Господа Иисуса Христа, то кто я такой, чтобы препятствовать Богу?»</w:t>
      </w:r>
    </w:p>
    <w:p>
      <w:pPr>
        <w:ind w:left="360"/>
      </w:pPr>
      <w:r>
        <w:rPr>
          <w:b/>
          <w:sz w:val="20"/>
        </w:rPr>
        <w:t>Дар</w:t>
      </w:r>
      <w:r>
        <w:rPr>
          <w:i/>
          <w:sz w:val="20"/>
        </w:rPr>
        <w:t xml:space="preserve"> τὴν ἴσην δωρεὰν ἔδωκεν αὐτοῖς ὁ θεὸς ὡς καὶ ἡμῖν</w:t>
      </w:r>
      <w:r>
        <w:rPr>
          <w:sz w:val="20"/>
        </w:rPr>
        <w:t xml:space="preserve"> [tēn isēn dōrean edōken autois ho theos hōs kai hēmin]</w:t>
      </w:r>
      <w:r>
        <w:rPr>
          <w:sz w:val="20"/>
        </w:rPr>
        <w:br/>
        <w:t>Бог дал язычникам «тот же/равный дар», что и первоначальным верующим. Пётр делает Божий дар основанием невозможности препятствовать Богу.</w:t>
      </w:r>
    </w:p>
    <w:p>
      <w:r>
        <w:t>18. Услышав это, они успокоились и прославили Бога, говоря: «Значит, и язычникам Бог дал покаяние, ведущее к жизни».</w:t>
      </w:r>
    </w:p>
    <w:p>
      <w:pPr>
        <w:ind w:left="360"/>
      </w:pPr>
      <w:r>
        <w:rPr>
          <w:b/>
          <w:sz w:val="20"/>
        </w:rPr>
        <w:t>Покаяние</w:t>
      </w:r>
      <w:r>
        <w:rPr>
          <w:i/>
          <w:sz w:val="20"/>
        </w:rPr>
        <w:t xml:space="preserve"> ἄρα καὶ τοῖς ἔθνεσιν ὁ θεὸς τὴν μετάνοιαν εἰς ζωὴν ἔδωκεν</w:t>
      </w:r>
      <w:r>
        <w:rPr>
          <w:sz w:val="20"/>
        </w:rPr>
        <w:t xml:space="preserve"> [ara kai tois ethnesin ho theos tēn metanoian eis zōēn edōken]</w:t>
      </w:r>
      <w:r>
        <w:rPr>
          <w:sz w:val="20"/>
        </w:rPr>
        <w:br/>
        <w:t>Иерусалимская община делает вывод: Бог дал и язычникам «покаяние к жизни». Покаяние здесь представлено как Божий дар, ведущий к жизни.</w:t>
      </w:r>
    </w:p>
    <w:p>
      <w:r>
        <w:t>19. Тем временем рассеявшиеся из-за гонения, начавшегося из-за Стефана, дошли до Финикии, Кипра и Антиохии, никому не возвещая слово, кроме одних иудеев.</w:t>
      </w:r>
    </w:p>
    <w:p>
      <w:r>
        <w:t>20. Но некоторые из них, киприоты и киринеяне, придя в Антиохию, стали говорить и с эллинистами, благовествуя о Господе Иисусе.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πρὸς τοὺς Ἑλληνιστάς</w:t>
      </w:r>
      <w:r>
        <w:rPr>
          <w:sz w:val="20"/>
        </w:rPr>
        <w:t xml:space="preserve"> [pros tous Hellēnistas]</w:t>
      </w:r>
      <w:r>
        <w:rPr>
          <w:sz w:val="20"/>
        </w:rPr>
        <w:br/>
        <w:t>SBLGNT/NA28 читают «эллинистам», тогда как другая древняя традиция имеет «грекам». Это существенный вариант для понимания того, насколько резко здесь расширяется миссия; running text следует SBLGNT.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 и NA28 читают Ἑλληνιστάς — «эллинисты», тогда как другая древняя традиция имеет Ἕλληνας — «греки». WGT-T следует базовому SBLGNT; вариант «греки» сохраняется для текстологического аппарата.</w:t>
      </w:r>
    </w:p>
    <w:p>
      <w:r>
        <w:t>21. И рука Господа была с ними, и великое множество поверило и обратилось к Господу.</w:t>
      </w:r>
    </w:p>
    <w:p>
      <w:pPr>
        <w:ind w:left="360"/>
      </w:pPr>
      <w:r>
        <w:rPr>
          <w:b/>
          <w:sz w:val="20"/>
        </w:rPr>
        <w:t>Обращение</w:t>
      </w:r>
      <w:r>
        <w:rPr>
          <w:i/>
          <w:sz w:val="20"/>
        </w:rPr>
        <w:t xml:space="preserve"> ἐπίστευσεν ἐπέστρεψεν ἐπὶ τὸν κύριον</w:t>
      </w:r>
      <w:r>
        <w:rPr>
          <w:sz w:val="20"/>
        </w:rPr>
        <w:t xml:space="preserve"> [episteusen epestrepsen epi ton kyrion]</w:t>
      </w:r>
      <w:r>
        <w:rPr>
          <w:sz w:val="20"/>
        </w:rPr>
        <w:br/>
        <w:t>Вера и обращение к Господу поставлены рядом как описание ответа людей на благовестие в Антиохии.</w:t>
      </w:r>
    </w:p>
    <w:p>
      <w:r>
        <w:t>22. Весть об этом дошла до церкви в Иерусалиме, и они послали Варнаву в Антиохию.</w:t>
      </w:r>
    </w:p>
    <w:p>
      <w:r>
        <w:t>23. Придя и увидев благодать Божью, он обрадовался и убеждал всех с твёрдой решимостью сердца оставаться с Господом.</w:t>
      </w:r>
    </w:p>
    <w:p>
      <w:pPr>
        <w:ind w:left="360"/>
      </w:pPr>
      <w:r>
        <w:rPr>
          <w:b/>
          <w:sz w:val="20"/>
        </w:rPr>
        <w:t>Благодать</w:t>
      </w:r>
      <w:r>
        <w:rPr>
          <w:i/>
          <w:sz w:val="20"/>
        </w:rPr>
        <w:t xml:space="preserve"> ἰδὼν τὴν χάριν τὴν τοῦ θεοῦ ἐχάρη</w:t>
      </w:r>
      <w:r>
        <w:rPr>
          <w:sz w:val="20"/>
        </w:rPr>
        <w:t xml:space="preserve"> [idōn tēn charin tēn tou theou echarē]</w:t>
      </w:r>
      <w:r>
        <w:rPr>
          <w:sz w:val="20"/>
        </w:rPr>
        <w:br/>
        <w:t>Варнава «видит благодать Божью» в происходящем и радуется. Лука описывает миссионерский рост не только статистически, но как действие Божьей χάρις.</w:t>
      </w:r>
    </w:p>
    <w:p>
      <w:r>
        <w:t>24. Он был добрым человеком, исполненным Святого Духа и веры. И множество людей присоединилось к Господу.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πλήρης πνεύματος ἁγίου καὶ πίστεως</w:t>
      </w:r>
      <w:r>
        <w:rPr>
          <w:sz w:val="20"/>
        </w:rPr>
        <w:t xml:space="preserve"> [plērēs pneumatos hagiou kai pisteōs]</w:t>
      </w:r>
      <w:r>
        <w:rPr>
          <w:sz w:val="20"/>
        </w:rPr>
        <w:br/>
        <w:t>Варнава охарактеризован как человек, исполненный Святого Духа и веры. Эта характеристика объясняет его роль в распознавании и укреплении происходящего в Антиохии.</w:t>
      </w:r>
    </w:p>
    <w:p>
      <w:r>
        <w:t>25. Тогда Варнава отправился в Тарс разыскивать Савла.</w:t>
      </w:r>
    </w:p>
    <w:p>
      <w:r>
        <w:t>26. Найдя его, он привёл его в Антиохию. Целый год они собирались вместе с церковью и учили множество людей. Именно в Антиохии учеников впервые назвали христианами.</w:t>
      </w:r>
    </w:p>
    <w:p>
      <w:pPr>
        <w:ind w:left="360"/>
      </w:pPr>
      <w:r>
        <w:rPr>
          <w:b/>
          <w:sz w:val="20"/>
        </w:rPr>
        <w:t>Имя</w:t>
      </w:r>
      <w:r>
        <w:rPr>
          <w:i/>
          <w:sz w:val="20"/>
        </w:rPr>
        <w:t xml:space="preserve"> χρηματίσαι πρώτως ἐν Ἀντιοχείᾳ τοὺς μαθητὰς Χριστιανούς</w:t>
      </w:r>
      <w:r>
        <w:rPr>
          <w:sz w:val="20"/>
        </w:rPr>
        <w:t xml:space="preserve"> [chrēmatisai prōtōs en Antiocheia tous mathētas Christianous]</w:t>
      </w:r>
      <w:r>
        <w:rPr>
          <w:sz w:val="20"/>
        </w:rPr>
        <w:br/>
        <w:t>В Антиохии ученики впервые получили название «христиане». Текст не уточняет, было ли оно самоназванием или внешним обозначением.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χρηματίσαι ... Χριστιανούς — «быть названными/получить название христиане». WGT-T не уточняет без основания, кем именно было дано это название.</w:t>
      </w:r>
    </w:p>
    <w:p>
      <w:r>
        <w:t>27. В те дни из Иерусалима в Антиохию пришли пророки.</w:t>
      </w:r>
    </w:p>
    <w:p>
      <w:r>
        <w:t>28. Один из них, по имени Агав, встал и через Духа предсказал, что по всей обитаемой земле будет великий голод; он и произошёл во время Клавдия.</w:t>
      </w:r>
    </w:p>
    <w:p>
      <w:pPr>
        <w:ind w:left="360"/>
      </w:pPr>
      <w:r>
        <w:rPr>
          <w:b/>
          <w:sz w:val="20"/>
        </w:rPr>
        <w:t>Пророчество</w:t>
      </w:r>
      <w:r>
        <w:rPr>
          <w:i/>
          <w:sz w:val="20"/>
        </w:rPr>
        <w:t xml:space="preserve"> ἐσήμανεν διὰ τοῦ πνεύματος λιμὸν μεγάλην μέλλειν ἔσεσθαι</w:t>
      </w:r>
      <w:r>
        <w:rPr>
          <w:sz w:val="20"/>
        </w:rPr>
        <w:t xml:space="preserve"> [esēmanen dia tou pneumatos limon megalēn mellein esesthai]</w:t>
      </w:r>
      <w:r>
        <w:rPr>
          <w:sz w:val="20"/>
        </w:rPr>
        <w:br/>
        <w:t>Агав «через Духа» предсказывает великий голод. Это ясный пример пророческого направления Духа, которое приводит к практической помощи братьям.</w:t>
      </w:r>
    </w:p>
    <w:p>
      <w:r>
        <w:t>29. Тогда ученики решили, каждый по своим возможностям, послать помощь братьям, живущим в Иудее.</w:t>
      </w:r>
    </w:p>
    <w:p>
      <w:pPr>
        <w:ind w:left="360"/>
      </w:pPr>
      <w:r>
        <w:rPr>
          <w:b/>
          <w:sz w:val="20"/>
        </w:rPr>
        <w:t>Община</w:t>
      </w:r>
      <w:r>
        <w:rPr>
          <w:i/>
          <w:sz w:val="20"/>
        </w:rPr>
        <w:t xml:space="preserve"> καθὼς εὐπορεῖτό τις</w:t>
      </w:r>
      <w:r>
        <w:rPr>
          <w:sz w:val="20"/>
        </w:rPr>
        <w:t xml:space="preserve"> [kathōs euporeito tis]</w:t>
      </w:r>
      <w:r>
        <w:rPr>
          <w:sz w:val="20"/>
        </w:rPr>
        <w:br/>
        <w:t>Помощь определяется «каждый по своим возможностям». Лука подчёркивает добровольный и соразмерный ответ учеников на пророческое предупреждение.</w:t>
      </w:r>
    </w:p>
    <w:p>
      <w:r>
        <w:t>30. Так они и сделали, отправив помощь старейшинам через Варнаву и Савла.</w:t>
      </w:r>
    </w:p>
    <w:p>
      <w:pPr>
        <w:pStyle w:val="Heading2"/>
      </w:pPr>
      <w:r>
        <w:t>Глава 12</w:t>
      </w:r>
    </w:p>
    <w:p>
      <w:r>
        <w:t>1. Примерно в то время царь Ирод начал преследовать некоторых из церкви.</w:t>
      </w:r>
    </w:p>
    <w:p>
      <w:r>
        <w:t>2. Иакова, брата Иоанна, он убил мечом.</w:t>
      </w:r>
    </w:p>
    <w:p>
      <w:pPr>
        <w:ind w:left="360"/>
      </w:pPr>
      <w:r>
        <w:rPr>
          <w:b/>
          <w:sz w:val="20"/>
        </w:rPr>
        <w:t>Гонения</w:t>
      </w:r>
      <w:r>
        <w:rPr>
          <w:i/>
          <w:sz w:val="20"/>
        </w:rPr>
        <w:t xml:space="preserve"> ἀνεῖλεν δὲ Ἰάκωβον ... μαχαίρῃ</w:t>
      </w:r>
      <w:r>
        <w:rPr>
          <w:sz w:val="20"/>
        </w:rPr>
        <w:t xml:space="preserve"> [aneilen de Iakōbon ... machairē]</w:t>
      </w:r>
      <w:r>
        <w:rPr>
          <w:sz w:val="20"/>
        </w:rPr>
        <w:br/>
        <w:t>Иаков, брат Иоанна, становится первым из Двенадцати, чью смерть Лука прямо сообщает. Повествование не объясняет, почему Иаков погибает, а Пётр в следующей сцене освобождается.</w:t>
      </w:r>
    </w:p>
    <w:p>
      <w:r>
        <w:t>3. Увидев, что это нравится иудеям, он схватил и Петра. Это происходило в дни Опресноков.</w:t>
      </w:r>
    </w:p>
    <w:p>
      <w:r>
        <w:t>4. Схватив его, Ирод заключил его в тюрьму и передал четырём сменам по четыре воина стеречь его, намереваясь после Пасхи вывести его к народу.</w:t>
      </w:r>
    </w:p>
    <w:p>
      <w:r>
        <w:t>5. Петра держали в тюрьме, а церковь горячо молилась за него Богу.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προσευχὴ ... ἐκτενῶς γινομένη ... ὑπὸ τῆς ἐκκλησίας</w:t>
      </w:r>
      <w:r>
        <w:rPr>
          <w:sz w:val="20"/>
        </w:rPr>
        <w:t xml:space="preserve"> [proseuchē ... ektenōs ginomenē ... hypo tēs ekklēsias]</w:t>
      </w:r>
      <w:r>
        <w:rPr>
          <w:sz w:val="20"/>
        </w:rPr>
        <w:br/>
        <w:t>Церковь «усердно/напряжённо» молится за Петра. Освобождение помещено в рамку продолжающейся молитвы общины.</w:t>
      </w:r>
    </w:p>
    <w:p>
      <w:r>
        <w:t>6. В ночь перед тем, как Ирод собирался вывести его, Пётр спал между двумя воинами, связанный двумя цепями, а стражи перед дверью охраняли тюрьму.</w:t>
      </w:r>
    </w:p>
    <w:p>
      <w:r>
        <w:t>7. И вдруг предстал ангел Господа, и в помещении засиял свет. Он толкнул Петра в бок, разбудил его и сказал: «Вставай скорее!» И цепи упали с его рук.</w:t>
      </w:r>
    </w:p>
    <w:p>
      <w:pPr>
        <w:ind w:left="360"/>
      </w:pPr>
      <w:r>
        <w:rPr>
          <w:b/>
          <w:sz w:val="20"/>
        </w:rPr>
        <w:t>Избавление</w:t>
      </w:r>
      <w:r>
        <w:rPr>
          <w:i/>
          <w:sz w:val="20"/>
        </w:rPr>
        <w:t xml:space="preserve"> ἄγγελος κυρίου ἐπέστη ... αἱ ἁλύσεις ἐξέπεσαν</w:t>
      </w:r>
      <w:r>
        <w:rPr>
          <w:sz w:val="20"/>
        </w:rPr>
        <w:t xml:space="preserve"> [angelos kyriou epestē ... hai halyseis exepesan]</w:t>
      </w:r>
      <w:r>
        <w:rPr>
          <w:sz w:val="20"/>
        </w:rPr>
        <w:br/>
        <w:t>Освобождение представлено как прямое Божье вмешательство через ангела; цепи падают с рук Петра до каких-либо человеческих действий.</w:t>
      </w:r>
    </w:p>
    <w:p>
      <w:r>
        <w:t>8. Ангел сказал ему: «Опояшься и надень сандалии». Он сделал так. Затем ангел сказал: «Надень верхнюю одежду и иди за мной».</w:t>
      </w:r>
    </w:p>
    <w:p>
      <w:r>
        <w:t>9. Пётр вышел и шёл за ним, не понимая, что происходящее через ангела было наяву; ему казалось, что он видит видение.</w:t>
      </w:r>
    </w:p>
    <w:p>
      <w:r>
        <w:t>10. Пройдя первый и второй пост, они подошли к железным воротам, ведущим в город. Ворота сами открылись перед ними. Они вышли, прошли одну улицу, и вдруг ангел оставил его.</w:t>
      </w:r>
    </w:p>
    <w:p>
      <w:r>
        <w:t>11. Тогда Пётр пришёл в себя и сказал: «Теперь я точно знаю, что Господь послал Своего ангела и избавил меня от руки Ирода и от всего, чего ожидал иудейский народ».</w:t>
      </w:r>
    </w:p>
    <w:p>
      <w:pPr>
        <w:ind w:left="360"/>
      </w:pPr>
      <w:r>
        <w:rPr>
          <w:b/>
          <w:sz w:val="20"/>
        </w:rPr>
        <w:t>Избавление</w:t>
      </w:r>
      <w:r>
        <w:rPr>
          <w:i/>
          <w:sz w:val="20"/>
        </w:rPr>
        <w:t xml:space="preserve"> ἐξείλατό με ἐκ χειρὸς Ἡρῴδου</w:t>
      </w:r>
      <w:r>
        <w:rPr>
          <w:sz w:val="20"/>
        </w:rPr>
        <w:t xml:space="preserve"> [exeilato me ek cheiros Hērōdou]</w:t>
      </w:r>
      <w:r>
        <w:rPr>
          <w:sz w:val="20"/>
        </w:rPr>
        <w:br/>
        <w:t>Пётр сам интерпретирует событие как избавление Господом «от руки Ирода». Лука использует язык Божьего избавления, знакомый по более ранней истории спасения.</w:t>
      </w:r>
    </w:p>
    <w:p>
      <w:r>
        <w:t>12. Осознав это, он пришёл к дому Марии, матери Иоанна, называемого Марком, где многие собрались и молились.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οὗ ἦσαν ἱκανοὶ συνηθροισμένοι καὶ προσευχόμενοι</w:t>
      </w:r>
      <w:r>
        <w:rPr>
          <w:sz w:val="20"/>
        </w:rPr>
        <w:t xml:space="preserve"> [hou ēsan hikanoi synēthroismenoi kai proseuchomenoi]</w:t>
      </w:r>
      <w:r>
        <w:rPr>
          <w:sz w:val="20"/>
        </w:rPr>
        <w:br/>
        <w:t>Пока Пётр освобождается, многие действительно собраны и молятся в доме Марии. Ирония сцены в том, что молящиеся затем с трудом верят сообщению Роды.</w:t>
      </w:r>
    </w:p>
    <w:p>
      <w:r>
        <w:t>13. Когда он постучал в дверь у ворот, вышла служанка по имени Рода, чтобы узнать, кто там.</w:t>
      </w:r>
    </w:p>
    <w:p>
      <w:r>
        <w:t>14. Узнав голос Петра, она от радости не открыла ворота, а побежала внутрь и сообщила, что Пётр стоит у ворот.</w:t>
      </w:r>
    </w:p>
    <w:p>
      <w:r>
        <w:t>15. Ей сказали: «Ты безумна!» Но она настаивала, что это так. Тогда они говорили: «Это его ангел».</w:t>
      </w:r>
    </w:p>
    <w:p>
      <w:pPr>
        <w:ind w:left="360"/>
      </w:pPr>
      <w:r>
        <w:rPr>
          <w:b/>
          <w:sz w:val="20"/>
        </w:rPr>
        <w:t>Убеждение</w:t>
      </w:r>
      <w:r>
        <w:rPr>
          <w:i/>
          <w:sz w:val="20"/>
        </w:rPr>
        <w:t xml:space="preserve"> ὁ ἄγγελός ἐστιν αὐτοῦ</w:t>
      </w:r>
      <w:r>
        <w:rPr>
          <w:sz w:val="20"/>
        </w:rPr>
        <w:t xml:space="preserve"> [ho angelos estin autou]</w:t>
      </w:r>
      <w:r>
        <w:rPr>
          <w:sz w:val="20"/>
        </w:rPr>
        <w:br/>
        <w:t>Фраза «это его ангел» сообщает реакцию собравшихся, но Лука не останавливается, чтобы подтвердить или объяснить их представление об ангеле человека. Её не следует превращать в отдельное учение без дополнительного основания.</w:t>
      </w:r>
    </w:p>
    <w:p>
      <w:r>
        <w:t>16. А Пётр продолжал стучать. Когда они открыли и увидели его, то изумились.</w:t>
      </w:r>
    </w:p>
    <w:p>
      <w:r>
        <w:t>17. Он знаком рукой велел им молчать и рассказал, как Господь вывел его из тюрьмы. Затем сказал: «Сообщите об этом Иакову и братьям». И, выйдя, отправился в другое место.</w:t>
      </w:r>
    </w:p>
    <w:p>
      <w:pPr>
        <w:ind w:left="360"/>
      </w:pPr>
      <w:r>
        <w:rPr>
          <w:b/>
          <w:sz w:val="20"/>
        </w:rPr>
        <w:t>Руководство</w:t>
      </w:r>
      <w:r>
        <w:rPr>
          <w:i/>
          <w:sz w:val="20"/>
        </w:rPr>
        <w:t xml:space="preserve"> ἀπαγγείλατε Ἰακώβῳ καὶ τοῖς ἀδελφοῖς</w:t>
      </w:r>
      <w:r>
        <w:rPr>
          <w:sz w:val="20"/>
        </w:rPr>
        <w:t xml:space="preserve"> [apangeilate Iakōbō kai tois adelphois]</w:t>
      </w:r>
      <w:r>
        <w:rPr>
          <w:sz w:val="20"/>
        </w:rPr>
        <w:br/>
        <w:t>Пётр просит отдельно сообщить Иакову и братьям. Это ранний повествовательный сигнал заметной руководящей роли Иакова в Иерусалимской общине.</w:t>
      </w:r>
    </w:p>
    <w:p>
      <w:r>
        <w:t>18. С наступлением дня среди воинов поднялась большая тревога из-за того, что стало с Петром.</w:t>
      </w:r>
    </w:p>
    <w:p>
      <w:r>
        <w:t>19. Ирод разыскивал его, но не нашёл; допросив стражей, приказал увести их. Затем он спустился из Иудеи в Кесарию и оставался там. [ἐκέλευσεν ἀπαχθῆναι — буквально «быть уведёнными»]</w:t>
      </w:r>
    </w:p>
    <w:p>
      <w:pPr>
        <w:ind w:left="360"/>
      </w:pPr>
      <w:r>
        <w:rPr>
          <w:b/>
          <w:sz w:val="20"/>
        </w:rPr>
        <w:t>Точность текста</w:t>
      </w:r>
      <w:r>
        <w:rPr>
          <w:i/>
          <w:sz w:val="20"/>
        </w:rPr>
        <w:t xml:space="preserve"> ἐκέλευσεν ἀπαχθῆναι</w:t>
      </w:r>
      <w:r>
        <w:rPr>
          <w:sz w:val="20"/>
        </w:rPr>
        <w:t xml:space="preserve"> [ekeleusen apachthēnai]</w:t>
      </w:r>
      <w:r>
        <w:rPr>
          <w:sz w:val="20"/>
        </w:rPr>
        <w:br/>
        <w:t>ἀπαχθῆναι буквально означает «быть уведёнными». В таком судебно-военном контексте вероятна казнь стражей, но running text не добавляет прямо не названное действие.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ἀπαχθῆναι буквально «быть уведёнными». В данном судебно-военном контексте это часто понимают как увод на казнь, но WGT-T не добавляет прямо не названное действие в основной текст.</w:t>
      </w:r>
    </w:p>
    <w:p>
      <w:r>
        <w:t>20. Ирод был в сильной вражде с жителями Тира и Сидона. Они вместе пришли к нему и, склонив на свою сторону Власта, заведовавшего царскими покоями, просили мира, потому что их область получала продовольствие из владений царя.</w:t>
      </w:r>
    </w:p>
    <w:p>
      <w:r>
        <w:t>21. В назначенный день Ирод надел царскую одежду, сел на возвышение и произнёс перед ними речь.</w:t>
      </w:r>
    </w:p>
    <w:p>
      <w:r>
        <w:t>22. Народ кричал: «Это голос бога, а не человека!»</w:t>
      </w:r>
    </w:p>
    <w:p>
      <w:r>
        <w:t>23. И тотчас ангел Господа поразил его за то, что он не воздал славы Богу; его стали разъедать черви, и он умер.</w:t>
      </w:r>
    </w:p>
    <w:p>
      <w:pPr>
        <w:ind w:left="360"/>
      </w:pPr>
      <w:r>
        <w:rPr>
          <w:b/>
          <w:sz w:val="20"/>
        </w:rPr>
        <w:t>Суд</w:t>
      </w:r>
      <w:r>
        <w:rPr>
          <w:i/>
          <w:sz w:val="20"/>
        </w:rPr>
        <w:t xml:space="preserve"> ἀνθ’ ὧν οὐκ ἔδωκεν τὴν δόξαν τῷ θεῷ</w:t>
      </w:r>
      <w:r>
        <w:rPr>
          <w:sz w:val="20"/>
        </w:rPr>
        <w:t xml:space="preserve"> [anth' hōn ouk edōken tēn doxan tō theō]</w:t>
      </w:r>
      <w:r>
        <w:rPr>
          <w:sz w:val="20"/>
        </w:rPr>
        <w:br/>
        <w:t>Причина суда названа прямо: Ирод не воздал славы Богу, принимая возглас, приписывающий ему божественный голос.</w:t>
      </w:r>
    </w:p>
    <w:p>
      <w:r>
        <w:t>24. А слово Божье росло и умножалось.</w:t>
      </w:r>
    </w:p>
    <w:p>
      <w:pPr>
        <w:ind w:left="360"/>
      </w:pPr>
      <w:r>
        <w:rPr>
          <w:b/>
          <w:sz w:val="20"/>
        </w:rPr>
        <w:t>Рост слова</w:t>
      </w:r>
      <w:r>
        <w:rPr>
          <w:i/>
          <w:sz w:val="20"/>
        </w:rPr>
        <w:t xml:space="preserve"> ὁ δὲ λόγος τοῦ θεοῦ ηὔξανεν καὶ ἐπληθύνετο</w:t>
      </w:r>
      <w:r>
        <w:rPr>
          <w:sz w:val="20"/>
        </w:rPr>
        <w:t xml:space="preserve"> [ho de logos tou theou ēuxanen kai eplēthyneto]</w:t>
      </w:r>
      <w:r>
        <w:rPr>
          <w:sz w:val="20"/>
        </w:rPr>
        <w:br/>
        <w:t>После истории о царской силе и смерти Ирода Лука ставит контраст: «слово Божье росло и умножалось». Это одна из структурных формул прогресса Деяний.</w:t>
      </w:r>
    </w:p>
    <w:p>
      <w:r>
        <w:t>25. Варнава и Савл возвратились в Иерусалим, завершив служение, и взяли с собой Иоанна, называемого Марком.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Βαρναβᾶς δὲ καὶ Σαῦλος ὑπέστρεψαν εἰς Ἰερουσαλήμ</w:t>
      </w:r>
      <w:r>
        <w:rPr>
          <w:sz w:val="20"/>
        </w:rPr>
        <w:t xml:space="preserve"> [Barnabas de kai Saulos hypestrepsan eis Ierousalēm]</w:t>
      </w:r>
      <w:r>
        <w:rPr>
          <w:sz w:val="20"/>
        </w:rPr>
        <w:br/>
        <w:t>SBLGNT/NA28 читают «возвратились в Иерусалим», хотя контекст после 11:29–30 делает естественным «из Иерусалима»; ранние свидетели действительно сохраняют варианты ἐξ/ἀπό. Running text следует выбранной базе, а несогласованность фиксируется в аппарате.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 и NA28 читают εἰς Ἰερουσαλήμ — «в Иерусалим»; существуют ранние чтения ἐξ/ἀπό — «из Иерусалима», лучше согласующиеся с ближайшим повествовательным контекстом. Возможна также синтаксическая связь εἰς Ἰερουσαλήμ со «служением». WGT-T последовательно следует базовому SBLGNT и сохраняет альтернативы в аппарате.</w:t>
      </w:r>
    </w:p>
    <w:p>
      <w:pPr>
        <w:pStyle w:val="Heading2"/>
      </w:pPr>
      <w:r>
        <w:t>Глава 13</w:t>
      </w:r>
    </w:p>
    <w:p>
      <w:r>
        <w:t>1. В церкви, находившейся в Антиохии, были пророки и учители: Варнава, Симеон, называемый Нигером, Луций Киринеянин, Манаин, воспитанный вместе с тетрархом Иродом, и Савл.</w:t>
      </w:r>
    </w:p>
    <w:p>
      <w:r>
        <w:t>2. Когда они служили Господу и постились, Святой Дух сказал: «Отделите Мне Варнаву и Савла для дела, к которому Я призвал их».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λειτουργούντων δὲ αὐτῶν τῷ κυρίῳ καὶ νηστευόντων εἶπεν τὸ πνεῦμα τὸ ἅγιον</w:t>
      </w:r>
      <w:r>
        <w:rPr>
          <w:sz w:val="20"/>
        </w:rPr>
        <w:t xml:space="preserve"> [leitourgountōn de autōn tō kyriō kai nēsteuontōn eipen to pneuma to hagion]</w:t>
      </w:r>
      <w:r>
        <w:rPr>
          <w:sz w:val="20"/>
        </w:rPr>
        <w:br/>
        <w:t>Во время служения Господу и поста Святой Дух говорит общине отделить Варнаву и Савла. Миссия начинается как инициатива Духа, распознанная в контексте поклонения и поста.</w:t>
      </w:r>
    </w:p>
    <w:p>
      <w:r>
        <w:t>3. Тогда, после поста и молитвы, они возложили на них руки и отпустили.</w:t>
      </w:r>
    </w:p>
    <w:p>
      <w:pPr>
        <w:ind w:left="360"/>
      </w:pPr>
      <w:r>
        <w:rPr>
          <w:b/>
          <w:sz w:val="20"/>
        </w:rPr>
        <w:t>Посланничество</w:t>
      </w:r>
      <w:r>
        <w:rPr>
          <w:i/>
          <w:sz w:val="20"/>
        </w:rPr>
        <w:t xml:space="preserve"> νηστεύσαντες καὶ προσευξάμενοι καὶ ἐπιθέντες τὰς χεῖρας</w:t>
      </w:r>
      <w:r>
        <w:rPr>
          <w:sz w:val="20"/>
        </w:rPr>
        <w:t xml:space="preserve"> [nēsteusantes kai proseuxamenoi kai epithentes tas cheiras]</w:t>
      </w:r>
      <w:r>
        <w:rPr>
          <w:sz w:val="20"/>
        </w:rPr>
        <w:br/>
        <w:t>Пост, молитва и возложение рук предшествуют отправлению. Текст описывает действие общины после уже данного Духом призвания, а не происхождение призвания из самого обряда.</w:t>
      </w:r>
    </w:p>
    <w:p>
      <w:r>
        <w:t>4. Итак, посланные Святым Духом, они пришли в Селевкию, а оттуда отплыли на Кипр.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ἐκπεμφθέντες ὑπὸ τοῦ ἁγίου πνεύματος</w:t>
      </w:r>
      <w:r>
        <w:rPr>
          <w:sz w:val="20"/>
        </w:rPr>
        <w:t xml:space="preserve"> [ekpemphthentes hypo tou hagiou pneumatos]</w:t>
      </w:r>
      <w:r>
        <w:rPr>
          <w:sz w:val="20"/>
        </w:rPr>
        <w:br/>
        <w:t>Лука прямо говорит, что Варнава и Савл были «посланы Святым Духом». Это программное начало первого миссионерского путешествия.</w:t>
      </w:r>
    </w:p>
    <w:p>
      <w:r>
        <w:t>5. Прибыв в Саламин, они возвещали слово Божье в иудейских синагогах. Иоанн был у них помощником.</w:t>
      </w:r>
    </w:p>
    <w:p>
      <w:r>
        <w:t>6. Пройдя весь остров до Пафа, они нашли одного иудея по имени Вариисус, лжепророка и мага.</w:t>
      </w:r>
    </w:p>
    <w:p>
      <w:r>
        <w:t>7. Он находился при проконсуле Сергии Павле, разумном человеке. Тот пригласил Варнаву и Савла, желая услышать слово Божье.</w:t>
      </w:r>
    </w:p>
    <w:p>
      <w:r>
        <w:t>8. Но им противостоял Елима-маг — так переводится его имя, — стараясь отвратить проконсула от веры.</w:t>
      </w:r>
    </w:p>
    <w:p>
      <w:r>
        <w:t>9. Тогда Савл, он же Павел, исполнившись Святого Духа, пристально посмотрел на него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πλησθεὶς πνεύματος ἁγίου</w:t>
      </w:r>
      <w:r>
        <w:rPr>
          <w:sz w:val="20"/>
        </w:rPr>
        <w:t xml:space="preserve"> [plēstheis pneumatos hagiou]</w:t>
      </w:r>
      <w:r>
        <w:rPr>
          <w:sz w:val="20"/>
        </w:rPr>
        <w:br/>
        <w:t>Перед обличением Елимы Павел описан как «исполнившийся Святого Духа». Исполнение связано с конкретным моментом противостояния и свидетельства.</w:t>
      </w:r>
    </w:p>
    <w:p>
      <w:r>
        <w:t>10. и сказал: «О, исполненный всякого коварства и всякого злодейства, сын дьявола, враг всякой праведности! Не перестанешь ли ты искажать прямые пути Господа?</w:t>
      </w:r>
    </w:p>
    <w:p>
      <w:r>
        <w:t>11. И вот теперь рука Господа на тебе: ты будешь слеп и до времени не увидишь солнца». И сразу на него упали мгла и тьма; он стал ходить, ища, кто бы повёл его за руку.</w:t>
      </w:r>
    </w:p>
    <w:p>
      <w:r>
        <w:t>12. Тогда проконсул, увидев произошедшее, уверовал, поражённый учением Господа.</w:t>
      </w:r>
    </w:p>
    <w:p>
      <w:r>
        <w:t>13. Отплыв из Пафа, Павел и его спутники прибыли в Пергию Памфилийскую. Иоанн же отделился от них и возвратился в Иерусалим.</w:t>
      </w:r>
    </w:p>
    <w:p>
      <w:r>
        <w:t>14. Пройдя от Пергии дальше, они пришли в Антиохию Писидийскую. В субботний день они вошли в синагогу и сели.</w:t>
      </w:r>
    </w:p>
    <w:p>
      <w:r>
        <w:t>15. После чтения Закона и Пророков начальники синагоги послали сказать им: «Мужи братья! Если у вас есть слово наставления для народа, говорите».</w:t>
      </w:r>
    </w:p>
    <w:p>
      <w:r>
        <w:t>16. Павел встал, сделал знак рукой и сказал: «Мужи израильские и боящиеся Бога, послушайте!</w:t>
      </w:r>
    </w:p>
    <w:p>
      <w:r>
        <w:t>17. Бог этого народа Израиля избрал наших отцов, возвысил народ во время их пребывания в земле Египетской и поднятой рукой вывел их оттуда.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μετὰ βραχίονος ὑψηλοῦ — буквально «с поднятой/вознесённой рукой». WGT-T сохраняет образ вместо общего «сильной рукой».</w:t>
      </w:r>
    </w:p>
    <w:p>
      <w:r>
        <w:t>18. Около сорока лет Он терпел их в пустыне.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 читает ἐτροποφόρησεν — «терпел их нравы/поведение». Значительная древняя традиция имеет ἐτροφοφόρησεν — «носил/питал их», с возможной аллюзией на Втор 1:31. WGT-T следует SBLGNT: «терпел их».</w:t>
      </w:r>
    </w:p>
    <w:p>
      <w:r>
        <w:t>19. Истребив семь народов в земле Ханаана, Он отдал им их землю в наследие</w:t>
      </w:r>
    </w:p>
    <w:p>
      <w:r>
        <w:t>20. примерно на четыреста пятьдесят лет. После этого Он дал им судей вплоть до пророка Самуила.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SBLGNT/NA28 ставят «около четырёхсот пятидесяти лет» перед καὶ μετὰ ταῦτα «и после этого», поэтому WGT-T связывает период с предшествующим историческим обзором, а затем начинает эпоху судей. В византийской традиции порядок слов иной и 450 лет легче связываются с судьями.</w:t>
      </w:r>
    </w:p>
    <w:p>
      <w:r>
        <w:t>21. Затем они попросили царя, и Бог дал им Саула, сына Киса, человека из колена Вениамина, на сорок лет.</w:t>
      </w:r>
    </w:p>
    <w:p>
      <w:r>
        <w:t>22. Отстранив его, Бог поставил им царём Давида, о котором засвидетельствовал: “Я нашёл Давида, сына Иессея, человека по Моему сердцу, который исполнит все Мои желания”.</w:t>
      </w:r>
    </w:p>
    <w:p>
      <w:pPr>
        <w:ind w:left="360"/>
      </w:pPr>
      <w:r>
        <w:rPr>
          <w:b/>
          <w:sz w:val="20"/>
        </w:rPr>
        <w:t>Цепь ветхозаветных цитат</w:t>
      </w:r>
      <w:r>
        <w:rPr>
          <w:i/>
          <w:sz w:val="20"/>
        </w:rPr>
        <w:t xml:space="preserve"> (вероятно)</w:t>
      </w:r>
      <w:r>
        <w:rPr>
          <w:i/>
          <w:sz w:val="20"/>
        </w:rPr>
        <w:t xml:space="preserve"> εὗρον Δαυὶδ ... ἄνδρα κατὰ τὴν καρδίαν μου</w:t>
      </w:r>
      <w:r>
        <w:rPr>
          <w:sz w:val="20"/>
        </w:rPr>
        <w:t xml:space="preserve"> [heuron Dauid ... andra kata tēn kardian mou]</w:t>
      </w:r>
      <w:r>
        <w:rPr>
          <w:sz w:val="20"/>
        </w:rPr>
        <w:br/>
        <w:t>Фраза о Давиде представляет собой составное библейское свидетельство, соединяющее мотивы 1 Цар 13:14 и Пс 88:21 LXX, а не одну дословную цитату.</w:t>
      </w:r>
      <w:r>
        <w:rPr>
          <w:i/>
          <w:sz w:val="20"/>
        </w:rPr>
        <w:br/>
        <w:t xml:space="preserve">См.: </w:t>
      </w:r>
      <w:r>
        <w:rPr>
          <w:sz w:val="20"/>
        </w:rPr>
        <w:t>1 Цар 13:14, Пс 89:20</w:t>
      </w:r>
    </w:p>
    <w:p>
      <w:r>
        <w:t>23. Из его потомства Бог, согласно обещанию, привёл Израилю Спасителя — Иисуса.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ἀπὸ τούτου ὁ θεὸς ... ἤγαγεν τῷ Ἰσραὴλ σωτῆρα Ἰησοῦν</w:t>
      </w:r>
      <w:r>
        <w:rPr>
          <w:sz w:val="20"/>
        </w:rPr>
        <w:t xml:space="preserve"> [apo toutou ho theos ... ēgagen tō Israēl sōtēra Iēsoun]</w:t>
      </w:r>
      <w:r>
        <w:rPr>
          <w:sz w:val="20"/>
        </w:rPr>
        <w:br/>
        <w:t>Из потомства Давида Бог приводит Израилю Спасителя — Иисуса. Речь строит прямую линию от обещания Давиду к Иисусу.</w:t>
      </w:r>
    </w:p>
    <w:p>
      <w:r>
        <w:t>24. Перед Его приходом Иоанн проповедовал всему народу Израиля крещение покаяния.</w:t>
      </w:r>
    </w:p>
    <w:p>
      <w:r>
        <w:t>25. Завершая свой путь, Иоанн говорил: “За кого вы меня принимаете? Я не Он. Но вот после меня идёт Тот, у Кого я недостоин развязать сандалии на ногах”.</w:t>
      </w:r>
    </w:p>
    <w:p>
      <w:r>
        <w:t>26. Мужи братья, сыновья рода Авраама и боящиеся Бога среди вас! Нам послано слово об этом спасении.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ὁ λόγος τῆς σωτηρίας ταύτης</w:t>
      </w:r>
      <w:r>
        <w:rPr>
          <w:sz w:val="20"/>
        </w:rPr>
        <w:t xml:space="preserve"> [ho logos tēs sōtērias tautēs]</w:t>
      </w:r>
      <w:r>
        <w:rPr>
          <w:sz w:val="20"/>
        </w:rPr>
        <w:br/>
        <w:t>Павел называет благовестие «словом этого спасения», связывая исторический обзор с призывом к слушателям.</w:t>
      </w:r>
    </w:p>
    <w:p>
      <w:r>
        <w:t>27. Жители Иерусалима и их начальники, не узнав Его и не поняв голосов пророков, читаемых каждую субботу, исполнили их, осудив Его.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τὰς φωνὰς τῶν προφητῶν ... κρίναντες ἐπλήρωσαν: осуждая Иисуса, они исполнили читаемые каждую субботу пророческие слова, которых не распознали.</w:t>
      </w:r>
    </w:p>
    <w:p>
      <w:r>
        <w:t>28. Не найдя в Нём никакой причины для смерти, они попросили Пилата казнить Его.</w:t>
      </w:r>
    </w:p>
    <w:p>
      <w:r>
        <w:t>29. Когда исполнили всё написанное о Нём, сняли Его с дерева и положили в гробницу.</w:t>
      </w:r>
    </w:p>
    <w:p>
      <w:r>
        <w:t>30. Но Бог воскресил Его из мёртвых.</w:t>
      </w:r>
    </w:p>
    <w:p>
      <w:r>
        <w:t>31. Многие дни Он являлся тем, кто пришёл с Ним из Галилеи в Иерусалим; теперь они — Его свидетели перед народом.</w:t>
      </w:r>
    </w:p>
    <w:p>
      <w:r>
        <w:t>32. И мы благовествуем вам обещание, данное отцам:</w:t>
      </w:r>
    </w:p>
    <w:p>
      <w:r>
        <w:t>33. Бог исполнил его для нас, их детей, воскресив Иисуса, как и написано во втором псалме: “Ты Сын Мой; Я сегодня родил Тебя”.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υἱός μου εἶ σύ, ἐγὼ σήμερον γεγέννηκά σε</w:t>
      </w:r>
      <w:r>
        <w:rPr>
          <w:sz w:val="20"/>
        </w:rPr>
        <w:t xml:space="preserve"> [huios mou ei sy, egō sēmeron gegennēka se]</w:t>
      </w:r>
      <w:r>
        <w:rPr>
          <w:sz w:val="20"/>
        </w:rPr>
        <w:br/>
        <w:t>Павел цитирует Пс 2:7 и применяет его к исполнению Божьего обещания в воскресении Иисуса. Здесь «сегодня» функционирует внутри воскресенческой аргументации речи.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2:7</w:t>
      </w:r>
    </w:p>
    <w:p>
      <w:r>
        <w:t>34. А что Он воскресил Его из мёртвых, так что Ему уже не предстоит возвратиться к тлению, Бог сказал так: «Я дам вам святое Давидово — верное».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δώσω ὑμῖν τὰ ὅσια Δαυὶδ τὰ πιστά</w:t>
      </w:r>
      <w:r>
        <w:rPr>
          <w:sz w:val="20"/>
        </w:rPr>
        <w:t xml:space="preserve"> [dōsō hymin ta hosia Dauid ta pista]</w:t>
      </w:r>
      <w:r>
        <w:rPr>
          <w:sz w:val="20"/>
        </w:rPr>
        <w:br/>
        <w:t>Цитата Ис 55:3 LXX используется как основание того, что воскресший Мессия не возвращается к тлению; формула предельно сжата и потому сохранена в WGT-T без вставленного существительного.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55:3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τὰ ὅσια Δαυὶδ τὰ πιστά — предельно сжатая цитатная формула Ис 55:3 LXX: буквально «святое/святые Давидовы, верные». Возможны развернутые толкования «верные обещания/установления Давиду», но WGT-T сохраняет эллиптичность греческого и не вставляет отсутствующее существительное.</w:t>
      </w:r>
    </w:p>
    <w:p>
      <w:r>
        <w:t>35. Поэтому и в другом месте Он говорит: “Ты не дашь Твоему Святому увидеть тление”.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οὐ δώσεις τὸν ὅσιόν σου ἰδεῖν διαφθοράν</w:t>
      </w:r>
      <w:r>
        <w:rPr>
          <w:sz w:val="20"/>
        </w:rPr>
        <w:t xml:space="preserve"> [ou dōseis ton hosion sou idein diaphthoran]</w:t>
      </w:r>
      <w:r>
        <w:rPr>
          <w:sz w:val="20"/>
        </w:rPr>
        <w:br/>
        <w:t>Цитируется Пс 15:10 LXX (16:10 MT-нумерации), уже использованный Петром в Деян 2. Аргумент: Давид увидел тление, воскресший Иисус — нет.</w:t>
      </w:r>
      <w:r>
        <w:rPr>
          <w:i/>
          <w:sz w:val="20"/>
        </w:rPr>
        <w:br/>
        <w:t xml:space="preserve">См.: </w:t>
      </w:r>
      <w:r>
        <w:rPr>
          <w:sz w:val="20"/>
        </w:rPr>
        <w:t>Пс 16:10</w:t>
      </w:r>
    </w:p>
    <w:p>
      <w:r>
        <w:t>36. Давид, послужив в своём поколении Божьему замыслу, уснул, был присоединён к своим отцам и увидел тление.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ἰδίᾳ γενεᾷ ὑπηρετήσας τῇ τοῦ θεοῦ βουλῇ допускает две синтаксические трактовки. WGT-T принимает распространённое понимание «послужив Божьему замыслу в своём поколении»; альтернативное «послужив своему поколению по Божьему замыслу» сохраняется для WGT-E.</w:t>
      </w:r>
    </w:p>
    <w:p>
      <w:r>
        <w:t>37. А Тот, Кого Бог воскресил, тления не увидел.</w:t>
      </w:r>
    </w:p>
    <w:p>
      <w:r>
        <w:t>38. Итак, пусть будет известно вам, мужи братья: через Него вам возвещается прощение грехов,</w:t>
      </w:r>
    </w:p>
    <w:p>
      <w:pPr>
        <w:ind w:left="360"/>
      </w:pPr>
      <w:r>
        <w:rPr>
          <w:b/>
          <w:sz w:val="20"/>
        </w:rPr>
        <w:t>Прощение</w:t>
      </w:r>
      <w:r>
        <w:rPr>
          <w:i/>
          <w:sz w:val="20"/>
        </w:rPr>
        <w:t xml:space="preserve"> διὰ τούτου ὑμῖν ἄφεσις ἁμαρτιῶν καταγγέλλεται</w:t>
      </w:r>
      <w:r>
        <w:rPr>
          <w:sz w:val="20"/>
        </w:rPr>
        <w:t xml:space="preserve"> [dia toutou hymin aphesis hamartiōn katangelletai]</w:t>
      </w:r>
      <w:r>
        <w:rPr>
          <w:sz w:val="20"/>
        </w:rPr>
        <w:br/>
        <w:t>Через Иисуса провозглашается прощение грехов. ἄφεσις продолжает ключевую линию Лука–Деяния от Лк 24:47.</w:t>
      </w:r>
    </w:p>
    <w:p>
      <w:r>
        <w:t>39. и во всём, в чём вы не могли быть оправданы Законом Моисея, через Него оправдывается каждый верующий.</w:t>
      </w:r>
    </w:p>
    <w:p>
      <w:pPr>
        <w:ind w:left="360"/>
      </w:pPr>
      <w:r>
        <w:rPr>
          <w:b/>
          <w:sz w:val="20"/>
        </w:rPr>
        <w:t>Оправдание</w:t>
      </w:r>
      <w:r>
        <w:rPr>
          <w:i/>
          <w:sz w:val="20"/>
        </w:rPr>
        <w:t xml:space="preserve"> ἐν τούτῳ πᾶς ὁ πιστεύων δικαιοῦται</w:t>
      </w:r>
      <w:r>
        <w:rPr>
          <w:sz w:val="20"/>
        </w:rPr>
        <w:t xml:space="preserve"> [en toutō pas ho pisteuōn dikaioutai]</w:t>
      </w:r>
      <w:r>
        <w:rPr>
          <w:sz w:val="20"/>
        </w:rPr>
        <w:br/>
        <w:t>Каждый верующий «оправдывается» через Него во всём, в чём Закон Моисея не мог оправдать. Это один из наиболее концентрированных павловских тезисов в речах Деяний.</w:t>
      </w:r>
    </w:p>
    <w:p>
      <w:r>
        <w:t>40. Смотрите же, чтобы не пришло на вас сказанное в пророках:</w:t>
      </w:r>
    </w:p>
    <w:p>
      <w:r>
        <w:t>41. “Смотрите, презирающие, удивитесь и исчезните! Потому что Я совершаю дело в ваши дни — дело, которому вы не поверите, даже если кто-нибудь подробно расскажет вам о нём”».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ἴδετε, οἱ καταφρονηταί ... ἔργον ὃ οὐ μὴ πιστεύσητε</w:t>
      </w:r>
      <w:r>
        <w:rPr>
          <w:sz w:val="20"/>
        </w:rPr>
        <w:t xml:space="preserve"> [idete, hoi kataphronētai ... ergon ho ou mē pisteusēte]</w:t>
      </w:r>
      <w:r>
        <w:rPr>
          <w:sz w:val="20"/>
        </w:rPr>
        <w:br/>
        <w:t>Предупреждение из Авв 1:5 цитируется по LXX и переносится на реакцию слушателей на Божье действие в Иисусе.</w:t>
      </w:r>
      <w:r>
        <w:rPr>
          <w:i/>
          <w:sz w:val="20"/>
        </w:rPr>
        <w:br/>
        <w:t xml:space="preserve">См.: </w:t>
      </w:r>
      <w:r>
        <w:rPr>
          <w:sz w:val="20"/>
        </w:rPr>
        <w:t>Авв 1:5</w:t>
      </w:r>
    </w:p>
    <w:p>
      <w:r>
        <w:t>42. Когда они выходили, их просили говорить об этом и в следующую субботу.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Поздняя традиция конкретизирует субъект как язычников и добавляет «из иудейской синагоги»; WGT-T не вставляет это в основной текст.</w:t>
      </w:r>
    </w:p>
    <w:p>
      <w:r>
        <w:t>43. После окончания собрания многие иудеи и благочестивые прозелиты последовали за Павлом и Варнавой. Те беседовали с ними и убеждали их оставаться в благодати Божьей.</w:t>
      </w:r>
    </w:p>
    <w:p>
      <w:r>
        <w:t>44. В следующую субботу почти весь город собрался услышать слово Господа.</w:t>
      </w:r>
    </w:p>
    <w:p>
      <w:r>
        <w:t>45. Увидев толпы, иудеи исполнились ревности и стали противоречить словам Павла и хулить.</w:t>
      </w:r>
    </w:p>
    <w:p>
      <w:r>
        <w:t>46. Тогда Павел и Варнава смело сказали: «Слово Божье надлежало прежде всего сказать вам. Но поскольку вы отвергаете его и сами считаете себя недостойными вечной жизни, вот, мы обращаемся к язычникам.</w:t>
      </w:r>
    </w:p>
    <w:p>
      <w:pPr>
        <w:ind w:left="360"/>
      </w:pPr>
      <w:r>
        <w:rPr>
          <w:b/>
          <w:sz w:val="20"/>
        </w:rPr>
        <w:t>Божественная необходимость</w:t>
      </w:r>
      <w:r>
        <w:rPr>
          <w:i/>
          <w:sz w:val="20"/>
        </w:rPr>
        <w:t xml:space="preserve"> ὑμῖν ἦν ἀναγκαῖον πρῶτον λαληθῆναι τὸν λόγον τοῦ θεοῦ</w:t>
      </w:r>
      <w:r>
        <w:rPr>
          <w:sz w:val="20"/>
        </w:rPr>
        <w:t xml:space="preserve"> [hymin ēn anankaion prōton lalēthēnai ton logon tou theou]</w:t>
      </w:r>
      <w:r>
        <w:rPr>
          <w:sz w:val="20"/>
        </w:rPr>
        <w:br/>
        <w:t>Павел говорит, что слово Божье «надлежало» прежде сказать иудеям. Приоритет Израиля сохраняется, но отказ приводит к явному повороту к язычникам.</w:t>
      </w:r>
    </w:p>
    <w:p>
      <w:r>
        <w:t>47. Так повелел нам Господь: “Я поставил тебя светом язычникам, чтобы ты был спасением до края земли”».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τέθεικά σε εἰς φῶς ἐθνῶν ... εἰς σωτηρίαν ἕως ἐσχάτου τῆς γῆς</w:t>
      </w:r>
      <w:r>
        <w:rPr>
          <w:sz w:val="20"/>
        </w:rPr>
        <w:t xml:space="preserve"> [tetheika se eis phōs ethnōn ... eis sōtērian heōs eschatou tēs gēs]</w:t>
      </w:r>
      <w:r>
        <w:rPr>
          <w:sz w:val="20"/>
        </w:rPr>
        <w:br/>
        <w:t>Цитата Ис 49:6 применяется Павлом и Варнавой к собственной миссии. Формула «до края земли» сознательно перекликается с программным Деян 1:8.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49:6, Деян 1:8</w:t>
      </w:r>
    </w:p>
    <w:p>
      <w:r>
        <w:t>48. Услышав это, язычники радовались и прославляли слово Господа; и уверовали те, кто был назначен к вечной жизни. [τεταγμένοι εἰς ζωὴν αἰώνιον — τεταγμένοι — перфектное страдательное причастие τάσσω, поэтому «были назначены к вечной жизни» грамматически прямое чтение]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τεταγμένοι εἰς ζωὴν αἰώνιον</w:t>
      </w:r>
      <w:r>
        <w:rPr>
          <w:sz w:val="20"/>
        </w:rPr>
        <w:t xml:space="preserve"> [tetagmenoi eis zōēn aiōnion]</w:t>
      </w:r>
      <w:r>
        <w:rPr>
          <w:sz w:val="20"/>
        </w:rPr>
        <w:br/>
        <w:t>τεταγμένοι — перфектное страдательное причастие τάσσω, поэтому «были назначены к вечной жизни» грамматически прямое чтение. WGT-E фиксирует форму, не превращая её автоматически в завершённую систему предопределения.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τεταγμένοι — перфектное страдательное причастие τάσσω, поэтому прямое «были назначены к вечной жизни» грамматически оправдано. WGT-T не разворачивает эту форму в богословскую систему и не заменяет её интерпретационным «были расположены».</w:t>
      </w:r>
    </w:p>
    <w:p>
      <w:r>
        <w:t>49. И слово Господа распространялось по всей области.</w:t>
      </w:r>
    </w:p>
    <w:p>
      <w:r>
        <w:t>50. Но иудеи подстрекнули благочестивых влиятельных женщин и знатных людей города, подняли гонение на Павла и Варнаву и изгнали их из своих пределов.</w:t>
      </w:r>
    </w:p>
    <w:p>
      <w:r>
        <w:t>51. Они стряхнули на них пыль со своих ног и пришли в Иконию.</w:t>
      </w:r>
    </w:p>
    <w:p>
      <w:r>
        <w:t>52. А ученики исполнялись радости и Святого Духа.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ἐπληροῦντο χαρᾶς καὶ πνεύματος ἁγίου</w:t>
      </w:r>
      <w:r>
        <w:rPr>
          <w:sz w:val="20"/>
        </w:rPr>
        <w:t xml:space="preserve"> [eplērounto charas kai pneumatos hagiou]</w:t>
      </w:r>
      <w:r>
        <w:rPr>
          <w:sz w:val="20"/>
        </w:rPr>
        <w:br/>
        <w:t>Несмотря на гонение, ученики «исполнялись радости и Святого Духа». Радость и Дух снова стоят рядом как ответ общины на продвижение миссии.</w:t>
      </w:r>
    </w:p>
    <w:p>
      <w:pPr>
        <w:pStyle w:val="Heading2"/>
      </w:pPr>
      <w:r>
        <w:t>Глава 14</w:t>
      </w:r>
    </w:p>
    <w:p>
      <w:r>
        <w:t>1. В Иконии они вместе вошли в иудейскую синагогу и говорили так, что уверовало большое множество иудеев и греков.</w:t>
      </w:r>
    </w:p>
    <w:p>
      <w:r>
        <w:t>2. Но не поверившие иудеи возбудили язычников и настроили их против братьев.</w:t>
      </w:r>
    </w:p>
    <w:p>
      <w:r>
        <w:t>3. Однако они оставались там довольно долго, смело говоря о Господе, Который подтверждал слово Своей благодати, давая совершаться знамениям и чудесам через их руки.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παρρησιαζόμενοι ἐπὶ τῷ κυρίῳ ... μαρτυροῦντι ἐπὶ τῷ λόγῳ τῆς χάριτος αὐτοῦ</w:t>
      </w:r>
      <w:r>
        <w:rPr>
          <w:sz w:val="20"/>
        </w:rPr>
        <w:t xml:space="preserve"> [parrēsiazomenoi epi tō kyriō ... martyrounti epi tō logō tēs charitos autou]</w:t>
      </w:r>
      <w:r>
        <w:rPr>
          <w:sz w:val="20"/>
        </w:rPr>
        <w:br/>
        <w:t>Павел и Варнава говорят с παρρησία, а Господь подтверждает «слово Своей благодати» знамениями и чудесами. Смелость свидетелей и Божье подтверждение различены, но соединены.</w:t>
      </w:r>
    </w:p>
    <w:p>
      <w:r>
        <w:t>4. Население города разделилось: одни были на стороне иудеев, другие — на стороне апостолов.</w:t>
      </w:r>
    </w:p>
    <w:p>
      <w:r>
        <w:t>5. Когда язычники и иудеи вместе со своими начальниками замыслили оскорбить и побить их камнями,</w:t>
      </w:r>
    </w:p>
    <w:p>
      <w:r>
        <w:t>6. они, узнав об этом, бежали в города Ликаонии — Листру, Дервию и окрестности —</w:t>
      </w:r>
    </w:p>
    <w:p>
      <w:r>
        <w:t>7. и там благовествовали.</w:t>
      </w:r>
    </w:p>
    <w:p>
      <w:r>
        <w:t>8. В Листре сидел человек, у которого не действовали ноги, хромой от рождения и никогда не ходивший.</w:t>
      </w:r>
    </w:p>
    <w:p>
      <w:r>
        <w:t>9. Он слушал Павла. Павел пристально посмотрел на него и увидел, что у него есть вера для исцеления,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πίστιν τοῦ σωθῆναι</w:t>
      </w:r>
      <w:r>
        <w:rPr>
          <w:sz w:val="20"/>
        </w:rPr>
        <w:t xml:space="preserve"> [pistin tou sōthēnai]</w:t>
      </w:r>
      <w:r>
        <w:rPr>
          <w:sz w:val="20"/>
        </w:rPr>
        <w:br/>
        <w:t>Буквально выражение означает «веру быть спасённым». В данной сцене речь о физическом восстановлении, но лексема σῴζω сохраняет связь с более широким языком спасения в Деяниях.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πίστιν τοῦ σωθῆναι буквально «веру быть спасённым». В данном повествовательном контексте σῴζω относится к физическому восстановлению, поэтому основной русский текст передаёт смысл как «вера для исцеления», сохраняя буквальную форму в примечании.</w:t>
      </w:r>
    </w:p>
    <w:p>
      <w:r>
        <w:t>10. и громко сказал: «Встань прямо на ноги!» Тот вскочил и начал ходить.</w:t>
      </w:r>
    </w:p>
    <w:p>
      <w:r>
        <w:t>11. Увидев, что сделал Павел, толпы закричали по-ликаонски: «Боги в человеческом облике сошли к нам!»</w:t>
      </w:r>
    </w:p>
    <w:p>
      <w:r>
        <w:t>12. Варнаву они называли Зевсом, а Павла — Гермесом, потому что именно он был главным оратором.</w:t>
      </w:r>
    </w:p>
    <w:p>
      <w:r>
        <w:t>13. Жрец Зевса, храм которого находился перед городом, привёл быков и принёс венки к воротам, желая вместе с толпами принести им жертву.</w:t>
      </w:r>
    </w:p>
    <w:p>
      <w:r>
        <w:t>14. Услышав об этом, апостолы Варнава и Павел разорвали свои одежды, бросились в толпу и закричали:</w:t>
      </w:r>
    </w:p>
    <w:p>
      <w:r>
        <w:t>15. «Мужи! Что вы делаете? Мы такие же люди, как и вы. Мы благовествуем вам, чтобы вы отвернулись от этих пустых вещей к живому Богу, Который создал небо, землю, море и всё, что в них.</w:t>
      </w:r>
    </w:p>
    <w:p>
      <w:pPr>
        <w:ind w:left="360"/>
      </w:pPr>
      <w:r>
        <w:rPr>
          <w:b/>
          <w:sz w:val="20"/>
        </w:rPr>
        <w:t>Творение</w:t>
      </w:r>
      <w:r>
        <w:rPr>
          <w:i/>
          <w:sz w:val="20"/>
        </w:rPr>
        <w:t xml:space="preserve"> ἀπὸ τούτων τῶν ματαίων ἐπιστρέφειν ἐπὶ θεὸν ζῶντα ... ἐποίησεν τὸν οὐρανὸν καὶ τὴν γῆν</w:t>
      </w:r>
      <w:r>
        <w:rPr>
          <w:sz w:val="20"/>
        </w:rPr>
        <w:t xml:space="preserve"> [apo toutōn tōn mataiōn epistrephein epi theon zōnta ... epoiēsen ton ouranon kai tēn gēn]</w:t>
      </w:r>
      <w:r>
        <w:rPr>
          <w:sz w:val="20"/>
        </w:rPr>
        <w:br/>
        <w:t>В языческой аудитории Павел начинает не с истории Израиля, а с призыва отвернуться от «пустых вещей» к живому Творцу. Аргументация адаптирована к аудитории, оставаясь библейской по содержанию.</w:t>
      </w:r>
    </w:p>
    <w:p>
      <w:r>
        <w:t>16. В прошлых поколениях Он позволял всем народам идти своими путями,</w:t>
      </w:r>
    </w:p>
    <w:p>
      <w:r>
        <w:t>17. но не оставлял Себя без свидетельства, делая добро: давал вам с неба дожди и урожайные времена, наполняя ваши сердца пищей и радостью».</w:t>
      </w:r>
    </w:p>
    <w:p>
      <w:pPr>
        <w:ind w:left="360"/>
      </w:pPr>
      <w:r>
        <w:rPr>
          <w:b/>
          <w:sz w:val="20"/>
        </w:rPr>
        <w:t>Естественное откровение</w:t>
      </w:r>
      <w:r>
        <w:rPr>
          <w:i/>
          <w:sz w:val="20"/>
        </w:rPr>
        <w:t xml:space="preserve"> οὐκ ἀμάρτυρον αὑτὸν ἀφῆκεν</w:t>
      </w:r>
      <w:r>
        <w:rPr>
          <w:sz w:val="20"/>
        </w:rPr>
        <w:t xml:space="preserve"> [ouk amartyron hauton aphēken]</w:t>
      </w:r>
      <w:r>
        <w:rPr>
          <w:sz w:val="20"/>
        </w:rPr>
        <w:br/>
        <w:t>Бог «не оставлял Себя без свидетельства»: дождь, плодородные времена, пища и радость названы формами Божьей благости, доступными народам.</w:t>
      </w:r>
    </w:p>
    <w:p>
      <w:r>
        <w:t>18. И даже этими словами они с трудом удержали толпы от принесения им жертвы.</w:t>
      </w:r>
    </w:p>
    <w:p>
      <w:r>
        <w:t>19. Но из Антиохии и Иконии пришли иудеи, убедили толпы и, побив Павла камнями, вытащили его за город, считая мёртвым.</w:t>
      </w:r>
    </w:p>
    <w:p>
      <w:r>
        <w:t>20. Когда ученики окружили его, он встал и вошёл в город. На следующий день он отправился с Варнавой в Дервию.</w:t>
      </w:r>
    </w:p>
    <w:p>
      <w:r>
        <w:t>21. Благовествовав в том городе и сделав немало людей учениками, они возвратились в Листру, Иконию и Антиохию,</w:t>
      </w:r>
    </w:p>
    <w:p>
      <w:r>
        <w:t>22. укрепляя души учеников, увещевая оставаться в вере и говоря: «Через многие скорби нам надлежит войти в Царство Божье».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διὰ πολλῶν θλίψεων δεῖ ἡμᾶς εἰσελθεῖν εἰς τὴν βασιλείαν τοῦ θεοῦ</w:t>
      </w:r>
      <w:r>
        <w:rPr>
          <w:sz w:val="20"/>
        </w:rPr>
        <w:t xml:space="preserve"> [dia pollōn thlipseōn dei hēmas eiselthein eis tēn basileian tou theou]</w:t>
      </w:r>
      <w:r>
        <w:rPr>
          <w:sz w:val="20"/>
        </w:rPr>
        <w:br/>
        <w:t>Вход в Царство Божье связан с «многими скорбями», и здесь снова используется δεῖ — божественная необходимость. Страдание не представлено как случайный сбой миссии.</w:t>
      </w:r>
    </w:p>
    <w:p>
      <w:r>
        <w:t>23. Поставив им старейшин в каждой церкви, после молитвы и поста они поручили их Господу, в Которого уверовали. [χειροτονήσαντες δὲ αὐτοῖς κατ’ ἐκκλησίαν πρεσβυτέρους — В каждой церкви назначаются старейшины]</w:t>
      </w:r>
    </w:p>
    <w:p>
      <w:pPr>
        <w:ind w:left="360"/>
      </w:pPr>
      <w:r>
        <w:rPr>
          <w:b/>
          <w:sz w:val="20"/>
        </w:rPr>
        <w:t>Руководство</w:t>
      </w:r>
      <w:r>
        <w:rPr>
          <w:i/>
          <w:sz w:val="20"/>
        </w:rPr>
        <w:t xml:space="preserve"> χειροτονήσαντες δὲ αὐτοῖς κατ’ ἐκκλησίαν πρεσβυτέρους</w:t>
      </w:r>
      <w:r>
        <w:rPr>
          <w:sz w:val="20"/>
        </w:rPr>
        <w:t xml:space="preserve"> [cheirotonēsantes de autois kat' ekklēsian presbyterous]</w:t>
      </w:r>
      <w:r>
        <w:rPr>
          <w:sz w:val="20"/>
        </w:rPr>
        <w:br/>
        <w:t>В каждой церкви назначаются старейшины. χειροτονέω в койне может обозначать назначение/избрание, поэтому WGT-T нейтрально передаёт «поставив», не решая спор о процедуре.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χειροτονήσαντες первоначально связано с поднятием руки, а в койне может означать избрание/назначение. «Поставив» нейтрально передаёт результат и не встраивает в текст спор о конкретной процедуре избрания или рукоположения.</w:t>
      </w:r>
    </w:p>
    <w:p>
      <w:r>
        <w:t>24. Пройдя через Писидию, они пришли в Памфилию.</w:t>
      </w:r>
    </w:p>
    <w:p>
      <w:r>
        <w:t>25. Возвестив слово в Пергии, они спустились в Атталию.</w:t>
      </w:r>
    </w:p>
    <w:p>
      <w:r>
        <w:t>26. Оттуда отплыли в Антиохию, откуда были поручены благодати Божьей для дела, которое теперь завершили.</w:t>
      </w:r>
    </w:p>
    <w:p>
      <w:r>
        <w:t>27. Прибыв, они собрали церковь и рассказали всё, что Бог совершил вместе с ними, и как Он открыл язычникам дверь веры.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ἤνοιξεν τοῖς ἔθνεσιν θύραν πίστεως</w:t>
      </w:r>
      <w:r>
        <w:rPr>
          <w:sz w:val="20"/>
        </w:rPr>
        <w:t xml:space="preserve"> [ēnoixen tois ethnesin thyran pisteōs]</w:t>
      </w:r>
      <w:r>
        <w:rPr>
          <w:sz w:val="20"/>
        </w:rPr>
        <w:br/>
        <w:t>Павел и Варнава приписывают результат Богу: Он «открыл язычникам дверь веры». Это подводит итог путешествию и подготавливает спор Деян 15.</w:t>
      </w:r>
    </w:p>
    <w:p>
      <w:r>
        <w:t>28. И они провели там с учениками немало времени.</w:t>
      </w:r>
    </w:p>
    <w:p>
      <w:pPr>
        <w:pStyle w:val="Heading2"/>
      </w:pPr>
      <w:r>
        <w:t>Глава 15</w:t>
      </w:r>
    </w:p>
    <w:p>
      <w:r>
        <w:t>1. Некоторые, пришедшие из Иудеи, учили братьев: «Если не обрежетесь по обычаю Моисея, не можете спастись».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ἐὰν μὴ περιτμηθῆτε ... οὐ δύνασθε σωθῆναι</w:t>
      </w:r>
      <w:r>
        <w:rPr>
          <w:sz w:val="20"/>
        </w:rPr>
        <w:t xml:space="preserve"> [ean mē peritmēthēte ... ou dynasthe sōthēnai]</w:t>
      </w:r>
      <w:r>
        <w:rPr>
          <w:sz w:val="20"/>
        </w:rPr>
        <w:br/>
        <w:t>Спор сформулирован как вопрос спасения: некоторые утверждают, что без обрезания по Моисееву обычаю спастись невозможно. Поэтому собор обсуждает не второстепенный обычай, а условие принадлежности к спасённому народу.</w:t>
      </w:r>
    </w:p>
    <w:p>
      <w:r>
        <w:t>2. Когда между ними и Павлом с Варнавой возникли немалые разногласия и споры, было решено, чтобы Павел, Варнава и некоторые другие из них поднялись в Иерусалим к апостолам и старейшинам по этому вопросу.</w:t>
      </w:r>
    </w:p>
    <w:p>
      <w:r>
        <w:t>3. Церковь проводила их, и они проходили через Финикию и Самарию, подробно рассказывая об обращении язычников и принося великую радость всем братьям.</w:t>
      </w:r>
    </w:p>
    <w:p>
      <w:r>
        <w:t>4. Придя в Иерусалим, они были приняты церковью, апостолами и старейшинами и рассказали всё, что Бог совершил вместе с ними.</w:t>
      </w:r>
    </w:p>
    <w:p>
      <w:r>
        <w:t>5. Но некоторые уверовавшие из партии фарисеев встали и сказали: «Их нужно обрезать и повелевать им соблюдать Закон Моисея».</w:t>
      </w:r>
    </w:p>
    <w:p>
      <w:pPr>
        <w:ind w:left="360"/>
      </w:pPr>
      <w:r>
        <w:rPr>
          <w:b/>
          <w:sz w:val="20"/>
        </w:rPr>
        <w:t>Закон</w:t>
      </w:r>
      <w:r>
        <w:rPr>
          <w:i/>
          <w:sz w:val="20"/>
        </w:rPr>
        <w:t xml:space="preserve"> δεῖ περιτέμνειν αὐτοὺς παραγγέλλειν τε τηρεῖν τὸν νόμον Μωϋσέως</w:t>
      </w:r>
      <w:r>
        <w:rPr>
          <w:sz w:val="20"/>
        </w:rPr>
        <w:t xml:space="preserve"> [dei peritemnein autous parangellein te tērein ton nomon Mōuseōs]</w:t>
      </w:r>
      <w:r>
        <w:rPr>
          <w:sz w:val="20"/>
        </w:rPr>
        <w:br/>
        <w:t>Уверовавшие из фарисеев формулируют требование через δεῖ: язычников «нужно» обрезывать и обязать соблюдать Закон Моисея. Далее Пётр и Иаков отвечают именно на это требование.</w:t>
      </w:r>
    </w:p>
    <w:p>
      <w:r>
        <w:t>6. Апостолы и старейшины собрались рассмотреть этот вопрос.</w:t>
      </w:r>
    </w:p>
    <w:p>
      <w:r>
        <w:t>7. После долгого обсуждения Пётр встал и сказал им: «Мужи братья! Вы знаете, что Бог уже давно избрал меня среди вас, чтобы через мои уста язычники услышали слово благой вести и уверовали.</w:t>
      </w:r>
    </w:p>
    <w:p>
      <w:r>
        <w:t>8. И Бог, знающий сердца, засвидетельствовал им, дав Святого Духа, как и нам.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ὁ καρδιογνώστης θεὸς ἐμαρτύρησεν αὐτοῖς δοὺς τὸ πνεῦμα τὸ ἅγιον καθὼς καὶ ἡμῖν</w:t>
      </w:r>
      <w:r>
        <w:rPr>
          <w:sz w:val="20"/>
        </w:rPr>
        <w:t xml:space="preserve"> [ho kardiognōstēs theos emartyrēsen autois dous to pneuma to hagion kathōs kai hēmin]</w:t>
      </w:r>
      <w:r>
        <w:rPr>
          <w:sz w:val="20"/>
        </w:rPr>
        <w:br/>
        <w:t>Пётр делает дар Святого Духа Божьим свидетельством о язычниках. Аргумент основан на событии Корнилия: Бог, знающий сердца, дал им Духа так же, как и иудеям.</w:t>
      </w:r>
    </w:p>
    <w:p>
      <w:r>
        <w:t>9. Он не сделал никакого различия между нами и ими, очистив их сердца верой.</w:t>
      </w:r>
    </w:p>
    <w:p>
      <w:pPr>
        <w:ind w:left="360"/>
      </w:pPr>
      <w:r>
        <w:rPr>
          <w:b/>
          <w:sz w:val="20"/>
        </w:rPr>
        <w:t>Вера</w:t>
      </w:r>
      <w:r>
        <w:rPr>
          <w:i/>
          <w:sz w:val="20"/>
        </w:rPr>
        <w:t xml:space="preserve"> οὐθὲν διέκρινεν ... τῇ πίστει καθαρίσας τὰς καρδίας αὐτῶν</w:t>
      </w:r>
      <w:r>
        <w:rPr>
          <w:sz w:val="20"/>
        </w:rPr>
        <w:t xml:space="preserve"> [outhen diekrinen ... tē pistei katharisas tas kardias autōn]</w:t>
      </w:r>
      <w:r>
        <w:rPr>
          <w:sz w:val="20"/>
        </w:rPr>
        <w:br/>
        <w:t>Бог «не сделал никакого различия», очистив их сердца верой. Это важное авторское продолжение темы чистоты из видения Петра в Деян 10.</w:t>
      </w:r>
    </w:p>
    <w:p>
      <w:r>
        <w:t>10. Так зачем же теперь вы испытываете Бога, возлагая на шею учеников ярмо, которое не смогли понести ни наши отцы, ни мы?</w:t>
      </w:r>
    </w:p>
    <w:p>
      <w:pPr>
        <w:ind w:left="360"/>
      </w:pPr>
      <w:r>
        <w:rPr>
          <w:b/>
          <w:sz w:val="20"/>
        </w:rPr>
        <w:t>Иго</w:t>
      </w:r>
      <w:r>
        <w:rPr>
          <w:i/>
          <w:sz w:val="20"/>
        </w:rPr>
        <w:t xml:space="preserve"> τί πειράζετε τὸν θεόν ἐπιθεῖναι ζυγόν</w:t>
      </w:r>
      <w:r>
        <w:rPr>
          <w:sz w:val="20"/>
        </w:rPr>
        <w:t xml:space="preserve"> [ti peirazete ton theon epitheinai zygon]</w:t>
      </w:r>
      <w:r>
        <w:rPr>
          <w:sz w:val="20"/>
        </w:rPr>
        <w:br/>
        <w:t>Попытка навязать язычникам это ярмо названа «испытанием Бога». Пётр апеллирует к Божьему уже совершенному действию, а не только к практической трудности соблюдения Закона.</w:t>
      </w:r>
    </w:p>
    <w:p>
      <w:r>
        <w:t>11. Но мы верим, что спасаемся благодатью Господа Иисуса так же, как и они».</w:t>
      </w:r>
    </w:p>
    <w:p>
      <w:pPr>
        <w:ind w:left="360"/>
      </w:pPr>
      <w:r>
        <w:rPr>
          <w:b/>
          <w:sz w:val="20"/>
        </w:rPr>
        <w:t>Благодать</w:t>
      </w:r>
      <w:r>
        <w:rPr>
          <w:i/>
          <w:sz w:val="20"/>
        </w:rPr>
        <w:t xml:space="preserve"> διὰ τῆς χάριτος τοῦ κυρίου Ἰησοῦ πιστεύομεν σωθῆναι</w:t>
      </w:r>
      <w:r>
        <w:rPr>
          <w:sz w:val="20"/>
        </w:rPr>
        <w:t xml:space="preserve"> [dia tēs charitos tou kyriou Iēsou pisteuomen sōthēnai]</w:t>
      </w:r>
      <w:r>
        <w:rPr>
          <w:sz w:val="20"/>
        </w:rPr>
        <w:br/>
        <w:t>Кульминация речи Петра: «мы верим, что спасаемся благодатью Господа Иисуса так же, как и они». Примечательно направление сравнения: иудеи спасаются тем же способом, что и язычники.</w:t>
      </w:r>
    </w:p>
    <w:p>
      <w:r>
        <w:t>12. Всё собрание умолкло и слушало Варнаву и Павла, рассказывавших, какие знамения и чудеса Бог совершил через них среди язычников.</w:t>
      </w:r>
    </w:p>
    <w:p>
      <w:r>
        <w:t>13. Когда они замолчали, Иаков ответил: «Мужи братья, послушайте меня.</w:t>
      </w:r>
    </w:p>
    <w:p>
      <w:r>
        <w:t>14. Симеон рассказал, как Бог впервые посетил язычников, чтобы взять из них народ для Своего имени.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λαβεῖν ἐξ ἐθνῶν λαὸν τῷ ὀνόματι αὐτοῦ</w:t>
      </w:r>
      <w:r>
        <w:rPr>
          <w:sz w:val="20"/>
        </w:rPr>
        <w:t xml:space="preserve"> [labein ex ethnōn laon tō onomati autou]</w:t>
      </w:r>
      <w:r>
        <w:rPr>
          <w:sz w:val="20"/>
        </w:rPr>
        <w:br/>
        <w:t>Иаков описывает Божье действие как взятие «из язычников народа для Своего имени». Термин λαός, обычно связанный с народом Божьим, теперь применяется к включению язычников.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ἐπεσκέψατο — «посетил, обратил заботливое внимание». WGT-T сохраняет библейское «посетил».</w:t>
      </w:r>
    </w:p>
    <w:p>
      <w:r>
        <w:t>15. С этим согласуются слова пророков, как написано:</w:t>
      </w:r>
    </w:p>
    <w:p>
      <w:r>
        <w:t>16. “После этого Я возвращусь и восстановлю упавший шатёр Давида; восстановлю его развалины и воздвигну его,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ἀναστρέψω καὶ ἀνοικοδομήσω τὴν σκηνὴν Δαυὶδ τὴν πεπτωκυῖαν</w:t>
      </w:r>
      <w:r>
        <w:rPr>
          <w:sz w:val="20"/>
        </w:rPr>
        <w:t xml:space="preserve"> [anastrepsō kai anoikodomēsō tēn skēnēn Dauid tēn peptōkuian]</w:t>
      </w:r>
      <w:r>
        <w:rPr>
          <w:sz w:val="20"/>
        </w:rPr>
        <w:br/>
        <w:t>Иаков цитирует Ам 9:11–12 в греческой форме. Восстановление «шатра Давида» связывается с включением народов в Божий замысел.</w:t>
      </w:r>
      <w:r>
        <w:rPr>
          <w:i/>
          <w:sz w:val="20"/>
        </w:rPr>
        <w:br/>
        <w:t xml:space="preserve">См.: </w:t>
      </w:r>
      <w:r>
        <w:rPr>
          <w:sz w:val="20"/>
        </w:rPr>
        <w:t>Ам 9:11–12</w:t>
      </w:r>
    </w:p>
    <w:p>
      <w:r>
        <w:t>17. чтобы остальные люди взыскали Господа и все народы, над которыми было призвано Моё имя, говорит Господь, делающий это</w:t>
      </w:r>
    </w:p>
    <w:p>
      <w:pPr>
        <w:ind w:left="360"/>
      </w:pPr>
      <w:r>
        <w:rPr>
          <w:b/>
          <w:sz w:val="20"/>
        </w:rPr>
        <w:t>Септуагинта</w:t>
      </w:r>
      <w:r>
        <w:rPr>
          <w:i/>
          <w:sz w:val="20"/>
        </w:rPr>
        <w:t xml:space="preserve"> ὅπως ἂν ἐκζητήσωσιν οἱ κατάλοιποι τῶν ἀνθρώπων τὸν κύριον καὶ πάντα τὰ ἔθνη</w:t>
      </w:r>
      <w:r>
        <w:rPr>
          <w:sz w:val="20"/>
        </w:rPr>
        <w:t xml:space="preserve"> [hopōs an ekzētēsōsin hoi kataloipoi tōn anthrōpōn ton kyrion kai panta ta ethnē]</w:t>
      </w:r>
      <w:r>
        <w:rPr>
          <w:sz w:val="20"/>
        </w:rPr>
        <w:br/>
        <w:t>LXX-форма Ам 9:12 говорит об «остальных людях» и «всех народах, над которыми призвано Моё имя». Это заметно отличается от масоретского текста с «остатком Едома» и существенно для аргумента Иакова о язычниках.</w:t>
      </w:r>
      <w:r>
        <w:rPr>
          <w:i/>
          <w:sz w:val="20"/>
        </w:rPr>
        <w:br/>
        <w:t xml:space="preserve">См.: </w:t>
      </w:r>
      <w:r>
        <w:rPr>
          <w:sz w:val="20"/>
        </w:rPr>
        <w:t>Ам 9:12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Стихи 17–18 образуют одну греческую конструкцию: λέγει κύριος ποιῶν ταῦτα γνωστὰ ἀπ’ αἰῶνος. Разделение русского предложения через границу стихов сохраняет стиховую нумерацию SBLGNT.</w:t>
      </w:r>
    </w:p>
    <w:p>
      <w:r>
        <w:t>18. известным от века”.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γνωστὰ ἀπ’ αἰῶνος завершает причастный оборот 15:17: «делающий это известным от века». Поздние чтения существенно расширяют фразу («Богу известны от века все Его дела»), но WGT-T следует краткому критическому тексту.</w:t>
      </w:r>
    </w:p>
    <w:p>
      <w:r>
        <w:t>19. Поэтому я считаю, что не следует затруднять тех из язычников, кто обращается к Богу,</w:t>
      </w:r>
    </w:p>
    <w:p>
      <w:pPr>
        <w:ind w:left="360"/>
      </w:pPr>
      <w:r>
        <w:rPr>
          <w:b/>
          <w:sz w:val="20"/>
        </w:rPr>
        <w:t>Обращение</w:t>
      </w:r>
      <w:r>
        <w:rPr>
          <w:i/>
          <w:sz w:val="20"/>
        </w:rPr>
        <w:t xml:space="preserve"> τοῖς ἀπὸ τῶν ἐθνῶν ἐπιστρέφουσιν ἐπὶ τὸν θεόν</w:t>
      </w:r>
      <w:r>
        <w:rPr>
          <w:sz w:val="20"/>
        </w:rPr>
        <w:t xml:space="preserve"> [tois apo tōn ethnōn epistrephousin epi ton theon]</w:t>
      </w:r>
      <w:r>
        <w:rPr>
          <w:sz w:val="20"/>
        </w:rPr>
        <w:br/>
        <w:t>Иаков говорит о язычниках, «обращающихся к Богу». Решение строится не вокруг их превращения в иудеев, а вокруг признания уже происходящего обращения к Богу.</w:t>
      </w:r>
    </w:p>
    <w:p>
      <w:r>
        <w:t>20. но написать им, чтобы они воздерживались от осквернённого идолами, от сексуальной распущенности, от удавленины и от крови.</w:t>
      </w:r>
    </w:p>
    <w:p>
      <w:pPr>
        <w:ind w:left="360"/>
      </w:pPr>
      <w:r>
        <w:rPr>
          <w:b/>
          <w:sz w:val="20"/>
        </w:rPr>
        <w:t>Указ</w:t>
      </w:r>
      <w:r>
        <w:rPr>
          <w:i/>
          <w:sz w:val="20"/>
        </w:rPr>
        <w:t xml:space="preserve"> ἀπέχεσθαι τῶν ἀλισγημάτων τῶν εἰδώλων ...</w:t>
      </w:r>
      <w:r>
        <w:rPr>
          <w:sz w:val="20"/>
        </w:rPr>
        <w:t xml:space="preserve"> [apechesthai tōn alisgēmatōn tōn eidōlōn]</w:t>
      </w:r>
      <w:r>
        <w:rPr>
          <w:sz w:val="20"/>
        </w:rPr>
        <w:br/>
        <w:t>Четыре требования письма касаются идольского осквернения, сексуальной распущенности, удавленины и крови. Текст не называет их полным кодексом Моисеева Закона для язычников.</w:t>
      </w:r>
    </w:p>
    <w:p>
      <w:r>
        <w:t>21. Ведь с древних поколений в каждом городе есть те, кто проповедует Моисея, поскольку его читают в синагогах каждую субботу».</w:t>
      </w:r>
    </w:p>
    <w:p>
      <w:r>
        <w:t>22. Тогда апостолы и старейшины вместе со всей церковью решили избрать из своей среды людей и послать их в Антиохию с Павлом и Варнавой: Иуду, называемого Варсавой, и Силу — ведущих людей среди братьев.</w:t>
      </w:r>
    </w:p>
    <w:p>
      <w:r>
        <w:t>23. С ними передали письмо: «Апостолы и старейшины — братья — братьям из язычников в Антиохии, Сирии и Киликии: приветствие.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οἱ ἀπόστολοι καὶ οἱ πρεσβύτεροι ἀδελφοὶ ... ἀδελφοῖς — буквально «апостолы и старейшины, братья, — братьям...». Пунктуация WGT-T сохраняет это братское самообозначение отправителей.</w:t>
      </w:r>
    </w:p>
    <w:p>
      <w:r>
        <w:t>24. Мы услышали, что некоторые, вышедшие от нас без нашего поручения, смутили вас словами и расстроили ваши души.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Позднее чтение добавляет требование обрезываться и соблюдать Закон; SBLGNT не включает это в текст письма.</w:t>
      </w:r>
    </w:p>
    <w:p>
      <w:r>
        <w:t>25. Поэтому мы единодушно решили избрать людей и послать их к вам вместе с нашими возлюбленными Варнавой и Павлом,</w:t>
      </w:r>
    </w:p>
    <w:p>
      <w:r>
        <w:t>26. людьми, рисковавшими жизнью ради имени нашего Господа Иисуса Христа.</w:t>
      </w:r>
    </w:p>
    <w:p>
      <w:r>
        <w:t>27. Итак, мы послали Иуду и Силу, которые и устно сообщат вам то же самое.</w:t>
      </w:r>
    </w:p>
    <w:p>
      <w:r>
        <w:t>28. Святому Духу и нам показалось правильным не возлагать на вас никакого большего бремени, кроме следующего необходимого: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ἔδοξεν γὰρ τῷ πνεύματι τῷ ἁγίῳ καὶ ἡμῖν</w:t>
      </w:r>
      <w:r>
        <w:rPr>
          <w:sz w:val="20"/>
        </w:rPr>
        <w:t xml:space="preserve"> [edoxen gar tō pneumati tō hagiō kai hēmin]</w:t>
      </w:r>
      <w:r>
        <w:rPr>
          <w:sz w:val="20"/>
        </w:rPr>
        <w:br/>
        <w:t>Формула буквально означает «показалось правильным Святому Духу и нам». Общинное решение представлено как согласованное с руководством Святого Духа, а не только как человеческий компромисс.</w:t>
      </w:r>
    </w:p>
    <w:p>
      <w:r>
        <w:t>29. воздерживаться от принесённого идолам, от крови, от удавленины и от сексуальной распущенности. Если будете хранить себя от этого, поступите хорошо. Будьте здоровы».</w:t>
      </w:r>
    </w:p>
    <w:p>
      <w:pPr>
        <w:ind w:left="360"/>
      </w:pPr>
      <w:r>
        <w:rPr>
          <w:b/>
          <w:sz w:val="20"/>
        </w:rPr>
        <w:t>Указ</w:t>
      </w:r>
      <w:r>
        <w:rPr>
          <w:i/>
          <w:sz w:val="20"/>
        </w:rPr>
        <w:t xml:space="preserve"> τούτων διατηροῦντες ἑαυτοὺς εὖ πράξετε</w:t>
      </w:r>
      <w:r>
        <w:rPr>
          <w:sz w:val="20"/>
        </w:rPr>
        <w:t xml:space="preserve"> [toutōn diatērountes heautous eu praxete]</w:t>
      </w:r>
      <w:r>
        <w:rPr>
          <w:sz w:val="20"/>
        </w:rPr>
        <w:br/>
        <w:t>Письмо завершает требования практической формулой: если они будут хранить себя от этого, «поступят хорошо». Формулировка не добавляет эти требования как условия спасения.</w:t>
      </w:r>
    </w:p>
    <w:p>
      <w:r>
        <w:t>30. Отпущенные, они пришли в Антиохию, собрали всех и передали письмо.</w:t>
      </w:r>
    </w:p>
    <w:p>
      <w:r>
        <w:t>31. Прочитав его, все обрадовались этому ободрению.</w:t>
      </w:r>
    </w:p>
    <w:p>
      <w:pPr>
        <w:ind w:left="360"/>
      </w:pPr>
      <w:r>
        <w:rPr>
          <w:b/>
          <w:sz w:val="20"/>
        </w:rPr>
        <w:t>Радость</w:t>
      </w:r>
      <w:r>
        <w:rPr>
          <w:i/>
          <w:sz w:val="20"/>
        </w:rPr>
        <w:t xml:space="preserve"> ἐχάρησαν ἐπὶ τῇ παρακλήσει</w:t>
      </w:r>
      <w:r>
        <w:rPr>
          <w:sz w:val="20"/>
        </w:rPr>
        <w:t xml:space="preserve"> [echarēsan epi tē paraklēsei]</w:t>
      </w:r>
      <w:r>
        <w:rPr>
          <w:sz w:val="20"/>
        </w:rPr>
        <w:br/>
        <w:t>Антиохийская община радуется «ободрению/утешению» письма. παράκλησις продолжает важную лукианскую тему укрепления общины.</w:t>
      </w:r>
    </w:p>
    <w:p>
      <w:r>
        <w:t>32. Иуда и Сила, сами будучи пророками, многими словами ободрили братьев и укрепили их.</w:t>
      </w:r>
    </w:p>
    <w:p>
      <w:pPr>
        <w:ind w:left="360"/>
      </w:pPr>
      <w:r>
        <w:rPr>
          <w:b/>
          <w:sz w:val="20"/>
        </w:rPr>
        <w:t>Пророчество</w:t>
      </w:r>
      <w:r>
        <w:rPr>
          <w:i/>
          <w:sz w:val="20"/>
        </w:rPr>
        <w:t xml:space="preserve"> Ἰούδας τε καὶ Σιλᾶς καὶ αὐτοὶ προφῆται ὄντες</w:t>
      </w:r>
      <w:r>
        <w:rPr>
          <w:sz w:val="20"/>
        </w:rPr>
        <w:t xml:space="preserve"> [Ioudas te kai Silas kai autoi prophētai ontes]</w:t>
      </w:r>
      <w:r>
        <w:rPr>
          <w:sz w:val="20"/>
        </w:rPr>
        <w:br/>
        <w:t>Иуда и Сила прямо названы пророками; их пророческое служение выражается здесь в ободрении и укреплении братьев многими словами.</w:t>
      </w:r>
    </w:p>
    <w:p>
      <w:r>
        <w:t>33. Проведя там некоторое время, они были отпущены братьями с миром к пославшим их.</w:t>
      </w:r>
    </w:p>
    <w:p>
      <w:r>
        <w:t xml:space="preserve">34. 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Acts 15:34</w:t>
      </w:r>
      <w:r>
        <w:rPr>
          <w:sz w:val="20"/>
        </w:rPr>
        <w:t xml:space="preserve"> [Acts 15:34]</w:t>
      </w:r>
      <w:r>
        <w:rPr>
          <w:sz w:val="20"/>
        </w:rPr>
        <w:br/>
        <w:t>Стих «Но Сила решил остаться там» отсутствует в SBLGNT и сохраняется лишь в части поздней традиции. Поэтому номер стиха присутствует, но running text остаётся пустым.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Деян 15:34 «Но Сила решил остаться там» отсутствует в SBLGNT и не входит в основной WGT-T.</w:t>
      </w:r>
    </w:p>
    <w:p>
      <w:r>
        <w:t>35. А Павел и Варнава оставались в Антиохии, уча и вместе со многими другими благовествуя слово Господа.</w:t>
      </w:r>
    </w:p>
    <w:p>
      <w:r>
        <w:t>36. Через несколько дней Павел сказал Варнаве: «Вернёмся и посетим братьев в каждом городе, где мы возвещали слово Господа, и посмотрим, как они».</w:t>
      </w:r>
    </w:p>
    <w:p>
      <w:r>
        <w:t>37. Варнава хотел взять с собой и Иоанна, называемого Марком.</w:t>
      </w:r>
    </w:p>
    <w:p>
      <w:r>
        <w:t>38. Но Павел считал правильным не брать того, кто оставил их в Памфилии и не пошёл с ними на дело.</w:t>
      </w:r>
    </w:p>
    <w:p>
      <w:r>
        <w:t>39. Возникло острое разногласие, так что они разошлись друг с другом. Варнава взял Марка и отплыл на Кипр.</w:t>
      </w:r>
    </w:p>
    <w:p>
      <w:pPr>
        <w:ind w:left="360"/>
      </w:pPr>
      <w:r>
        <w:rPr>
          <w:b/>
          <w:sz w:val="20"/>
        </w:rPr>
        <w:t>Конфликт</w:t>
      </w:r>
      <w:r>
        <w:rPr>
          <w:i/>
          <w:sz w:val="20"/>
        </w:rPr>
        <w:t xml:space="preserve"> ἐγένετο δὲ παροξυσμός</w:t>
      </w:r>
      <w:r>
        <w:rPr>
          <w:sz w:val="20"/>
        </w:rPr>
        <w:t xml:space="preserve"> [egeneto de paroxysmos]</w:t>
      </w:r>
      <w:r>
        <w:rPr>
          <w:sz w:val="20"/>
        </w:rPr>
        <w:br/>
        <w:t>Между Павлом и Варнавой возникает παροξυσμός — острое, резкое разногласие. Лука не сглаживает конфликт между двумя ведущими миссионерами и не сообщает, что одна сторона получила особое откровение о споре.</w:t>
      </w:r>
    </w:p>
    <w:p>
      <w:r>
        <w:t>40. Павел же выбрал Силу и отправился в путь, будучи поручен братьями благодати Господа.</w:t>
      </w:r>
    </w:p>
    <w:p>
      <w:r>
        <w:t>41. Он проходил Сирию и Киликию, укрепляя церкви.</w:t>
      </w:r>
    </w:p>
    <w:p>
      <w:pPr>
        <w:pStyle w:val="Heading2"/>
      </w:pPr>
      <w:r>
        <w:t>Глава 16</w:t>
      </w:r>
    </w:p>
    <w:p>
      <w:r>
        <w:t>1. Павел пришёл также в Дервию и Листру. Там был ученик по имени Тимофей, сын верующей иудейки и отца-грека.</w:t>
      </w:r>
    </w:p>
    <w:p>
      <w:r>
        <w:t>2. Братья в Листре и Иконии хорошо отзывались о нём.</w:t>
      </w:r>
    </w:p>
    <w:p>
      <w:r>
        <w:t>3. Павел захотел взять его с собой; взяв его, обрезал ради иудеев, живших в тех местах, потому что все знали, что его отец был греком.</w:t>
      </w:r>
    </w:p>
    <w:p>
      <w:pPr>
        <w:ind w:left="360"/>
      </w:pPr>
      <w:r>
        <w:rPr>
          <w:b/>
          <w:sz w:val="20"/>
        </w:rPr>
        <w:t>Обрезание</w:t>
      </w:r>
      <w:r>
        <w:rPr>
          <w:i/>
          <w:sz w:val="20"/>
        </w:rPr>
        <w:t xml:space="preserve"> λαβὼν περιέτεμεν αὐτὸν διὰ τοὺς Ἰουδαίους</w:t>
      </w:r>
      <w:r>
        <w:rPr>
          <w:sz w:val="20"/>
        </w:rPr>
        <w:t xml:space="preserve"> [labōn perietemen auton dia tous Ioudaious]</w:t>
      </w:r>
      <w:r>
        <w:rPr>
          <w:sz w:val="20"/>
        </w:rPr>
        <w:br/>
        <w:t>Тимофей обрезан «ради иудеев» в конкретном миссионерском контексте. Это повествовательно отличается от требования Деян 15 сделать обрезание условием спасения для язычников.</w:t>
      </w:r>
    </w:p>
    <w:p>
      <w:r>
        <w:t>4. Проходя по городам, они передавали верующим постановления, принятые апостолами и старейшинами в Иерусалиме, чтобы те их соблюдали.</w:t>
      </w:r>
    </w:p>
    <w:p>
      <w:r>
        <w:t>5. И церкви укреплялись в вере и ежедневно возрастали числом.</w:t>
      </w:r>
    </w:p>
    <w:p>
      <w:r>
        <w:t>6. Они прошли через Фригию и Галатийскую область, поскольку Святой Дух запретил им говорить слово в Азии.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κωλυθέντες ὑπὸ τοῦ ἁγίου πνεύματος λαλῆσαι τὸν λόγον ἐν τῇ Ἀσίᾳ</w:t>
      </w:r>
      <w:r>
        <w:rPr>
          <w:sz w:val="20"/>
        </w:rPr>
        <w:t xml:space="preserve"> [kōlythentes hypo tou hagiou pneumatos lalēsai ton logon en tē Asia]</w:t>
      </w:r>
      <w:r>
        <w:rPr>
          <w:sz w:val="20"/>
        </w:rPr>
        <w:br/>
        <w:t>Святой Дух прямо запрещает им говорить слово в Асии в этот момент. Лука показывает водительство Духа не только через повеление идти, но и через запрет.</w:t>
      </w:r>
    </w:p>
    <w:p>
      <w:r>
        <w:t>7. Подойдя к Мисии, они пытались пойти в Вифинию, но Дух Иисуса не позволил им.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οὐκ εἴασεν αὐτοὺς τὸ πνεῦμα Ἰησοῦ</w:t>
      </w:r>
      <w:r>
        <w:rPr>
          <w:sz w:val="20"/>
        </w:rPr>
        <w:t xml:space="preserve"> [ouk eiasen autous to pneuma Iēsou]</w:t>
      </w:r>
      <w:r>
        <w:rPr>
          <w:sz w:val="20"/>
        </w:rPr>
        <w:br/>
        <w:t>Редкая формула «Дух Иисуса» сохранена без нормализации. Текст приписывает Духу Иисуса конкретное запрещающее руководство.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πνεῦμα Ἰησοῦ — «Дух Иисуса» — сохраняется без нормализации до «Святой Дух».</w:t>
      </w:r>
    </w:p>
    <w:p>
      <w:r>
        <w:t>8. Пройдя мимо Мисии, они спустились в Троаду.</w:t>
      </w:r>
    </w:p>
    <w:p>
      <w:r>
        <w:t>9. Ночью Павлу было видение: перед ним стоял некий македонянин и просил: «Перейди в Македонию и помоги нам».</w:t>
      </w:r>
    </w:p>
    <w:p>
      <w:pPr>
        <w:ind w:left="360"/>
      </w:pPr>
      <w:r>
        <w:rPr>
          <w:b/>
          <w:sz w:val="20"/>
        </w:rPr>
        <w:t>Видение</w:t>
      </w:r>
      <w:r>
        <w:rPr>
          <w:i/>
          <w:sz w:val="20"/>
        </w:rPr>
        <w:t xml:space="preserve"> διαβὰς εἰς Μακεδονίαν βοήθησον ἡμῖν</w:t>
      </w:r>
      <w:r>
        <w:rPr>
          <w:sz w:val="20"/>
        </w:rPr>
        <w:t xml:space="preserve"> [diabas eis Makedonian boēthēson hēmin]</w:t>
      </w:r>
      <w:r>
        <w:rPr>
          <w:sz w:val="20"/>
        </w:rPr>
        <w:br/>
        <w:t>Македонское видение становится поворотом миссии на запад. Само видение просит «помоги нам», а в следующем стихе группа заключает, что Бог призвал их благовествовать македонянам.</w:t>
      </w:r>
    </w:p>
    <w:p>
      <w:r>
        <w:t>10. Когда он увидел видение, мы сразу постарались отправиться в Македонию, заключив, что Бог призвал нас благовествовать им.</w:t>
      </w:r>
    </w:p>
    <w:p>
      <w:pPr>
        <w:ind w:left="360"/>
      </w:pPr>
      <w:r>
        <w:rPr>
          <w:b/>
          <w:sz w:val="20"/>
        </w:rPr>
        <w:t>«Мы»-фрагмент</w:t>
      </w:r>
      <w:r>
        <w:rPr>
          <w:i/>
          <w:sz w:val="20"/>
        </w:rPr>
        <w:t xml:space="preserve"> εὐθέως ἐζητήσαμεν ἐξελθεῖν εἰς Μακεδονίαν</w:t>
      </w:r>
      <w:r>
        <w:rPr>
          <w:sz w:val="20"/>
        </w:rPr>
        <w:t xml:space="preserve"> [eutheōs ezētēsamen exelthein eis Makedonian]</w:t>
      </w:r>
      <w:r>
        <w:rPr>
          <w:sz w:val="20"/>
        </w:rPr>
        <w:br/>
        <w:t>Здесь начинается первый устойчивый «мы»-раздел Деяний. Смена лица повествования важна как литературный факт, независимо от выводов об авторстве.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Здесь начинается первый «мы»-раздел Деяний; смена повествовательного лица сохраняется.</w:t>
      </w:r>
    </w:p>
    <w:p>
      <w:r>
        <w:t>11. Отплыв из Троады, мы прямым курсом пришли на Самофракию, а на следующий день — в Неаполь,</w:t>
      </w:r>
    </w:p>
    <w:p>
      <w:r>
        <w:t>12. а оттуда — в Филиппы, первый город этой части Македонии, колонию. В этом городе мы провели несколько дней.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πρώτη τῆς μερίδος Μακεδονίας πόλις, κολωνία буквально допускает «первый/ведущий город этой части Македонии, колония». WGT-T сохраняет более формальное «первый город этой части Македонии»; это не следует автоматически понимать как утверждение, что Филиппы были административной столицей.</w:t>
      </w:r>
    </w:p>
    <w:p>
      <w:r>
        <w:t>13. В субботу мы вышли за ворота к реке, где, как мы полагали, было место молитвы. Сев, мы стали говорить собравшимся женщинам.</w:t>
      </w:r>
    </w:p>
    <w:p>
      <w:r>
        <w:t>14. Слушала нас и женщина по имени Лидия, торговавшая пурпуром из города Фиатиры и почитавшая Бога. Господь открыл её сердце, чтобы она внимала словам Павла.</w:t>
      </w:r>
    </w:p>
    <w:p>
      <w:pPr>
        <w:ind w:left="360"/>
      </w:pPr>
      <w:r>
        <w:rPr>
          <w:b/>
          <w:sz w:val="20"/>
        </w:rPr>
        <w:t>Благодать</w:t>
      </w:r>
      <w:r>
        <w:rPr>
          <w:i/>
          <w:sz w:val="20"/>
        </w:rPr>
        <w:t xml:space="preserve"> ἧς ὁ κύριος διήνοιξεν τὴν καρδίαν προσέχειν</w:t>
      </w:r>
      <w:r>
        <w:rPr>
          <w:sz w:val="20"/>
        </w:rPr>
        <w:t xml:space="preserve"> [hēs ho kyrios diēnoixen tēn kardian prosechein]</w:t>
      </w:r>
      <w:r>
        <w:rPr>
          <w:sz w:val="20"/>
        </w:rPr>
        <w:br/>
        <w:t>Господь «открыл сердце» Лидии, чтобы она внимала словам Павла. Ответ на проповедь описан как действие Бога и человеческое внимание одновременно.</w:t>
      </w:r>
    </w:p>
    <w:p>
      <w:r>
        <w:t>15. Когда она и её дом были крещены, она попросила: «Если вы признали меня верной Господу, войдите в мой дом и оставайтесь». И настояла на этом.</w:t>
      </w:r>
    </w:p>
    <w:p>
      <w:r>
        <w:t>16. Однажды, когда мы шли к месту молитвы, нам встретилась служанка, в которой был дух Пифона. Прорицанием она приносила своим хозяевам большой доход. [πνεῦμα πύθωνα — Буквально «дух Пифона»]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πνεῦμα πύθωνα</w:t>
      </w:r>
      <w:r>
        <w:rPr>
          <w:sz w:val="20"/>
        </w:rPr>
        <w:t xml:space="preserve"> [pneuma pythōna]</w:t>
      </w:r>
      <w:r>
        <w:rPr>
          <w:sz w:val="20"/>
        </w:rPr>
        <w:br/>
        <w:t>Буквально «дух Пифона». Формула связана с греко-римской пифийской/дельфийской прорицательной традицией; Лука использует локально узнаваемый религиозный термин, а не нейтральное «дар предсказания».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πνεῦμα πύθωνα буквально «дух Пифона». WGT-T сохраняет историко-религиозный термин вместо общего «дух прорицания»; его связь с дельфийско-пифийской прорицательной традицией относится к WGT-E.</w:t>
      </w:r>
    </w:p>
    <w:p>
      <w:r>
        <w:t>17. Она шла за Павлом и за нами и кричала: «Эти люди — рабы Всевышнего Бога, которые возвещают вам путь спасения».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ὁδὸν σωτηρίας</w:t>
      </w:r>
      <w:r>
        <w:rPr>
          <w:sz w:val="20"/>
        </w:rPr>
        <w:t xml:space="preserve"> [hodon sōtērias]</w:t>
      </w:r>
      <w:r>
        <w:rPr>
          <w:sz w:val="20"/>
        </w:rPr>
        <w:br/>
        <w:t>Служанка называет их возвещение «путём спасения». Сама формулировка верна по содержанию, но источник высказывания в сцене проблематичен; Лука не принимает духовный источник как авторитет.</w:t>
      </w:r>
    </w:p>
    <w:p>
      <w:r>
        <w:t>18. Так она делала много дней. Павел, сильно раздражённый, обернулся и сказал духу: «Повелеваю тебе именем Иисуса Христа выйти из неё!» И тот вышел в тот же час.</w:t>
      </w:r>
    </w:p>
    <w:p>
      <w:pPr>
        <w:ind w:left="360"/>
      </w:pPr>
      <w:r>
        <w:rPr>
          <w:b/>
          <w:sz w:val="20"/>
        </w:rPr>
        <w:t>Имя</w:t>
      </w:r>
      <w:r>
        <w:rPr>
          <w:i/>
          <w:sz w:val="20"/>
        </w:rPr>
        <w:t xml:space="preserve"> παραγγέλλω σοι ἐν ὀνόματι Ἰησοῦ Χριστοῦ ἐξελθεῖν</w:t>
      </w:r>
      <w:r>
        <w:rPr>
          <w:sz w:val="20"/>
        </w:rPr>
        <w:t xml:space="preserve"> [parangellō soi en onomati Iēsou Christou exelthein]</w:t>
      </w:r>
      <w:r>
        <w:rPr>
          <w:sz w:val="20"/>
        </w:rPr>
        <w:br/>
        <w:t>Павел повелевает духу выйти «во имя Иисуса Христа». Имя снова функционирует как авторитет Иисуса, а не как магическая формула.</w:t>
      </w:r>
    </w:p>
    <w:p>
      <w:r>
        <w:t>19. Хозяева служанки, увидев, что исчезла надежда на их доход, схватили Павла и Силу и потащили на рыночную площадь к начальникам.</w:t>
      </w:r>
    </w:p>
    <w:p>
      <w:r>
        <w:t>20. Приведя их к городским магистратам, сказали: «Эти люди, будучи иудеями, возмущают наш город</w:t>
      </w:r>
    </w:p>
    <w:p>
      <w:r>
        <w:t>21. и возвещают обычаи, которые нам, римлянам, нельзя принимать или исполнять».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καταγγέλλουσιν — «возвещают, провозглашают». WGT-T различает καταγγέλλω «возвещать» и κηρύσσω «проповедовать».</w:t>
      </w:r>
    </w:p>
    <w:p>
      <w:r>
        <w:t>22. Толпа также поднялась против них, а магистраты, сорвав с них одежды, приказали бить их палками.</w:t>
      </w:r>
    </w:p>
    <w:p>
      <w:r>
        <w:t>23. Нанеся им много ударов, их бросили в тюрьму и приказали тюремщику надёжно стеречь их.</w:t>
      </w:r>
    </w:p>
    <w:p>
      <w:r>
        <w:t>24. Получив такой приказ, он поместил их во внутреннюю темницу и закрепил их ноги в колоде.</w:t>
      </w:r>
    </w:p>
    <w:p>
      <w:r>
        <w:t>25. Около полуночи Павел и Сила молились и пели гимны Богу, а заключённые слушали их.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προσευχόμενοι ὕμνουν τὸν θεόν</w:t>
      </w:r>
      <w:r>
        <w:rPr>
          <w:sz w:val="20"/>
        </w:rPr>
        <w:t xml:space="preserve"> [proseuchomenoi hymnoun ton theon]</w:t>
      </w:r>
      <w:r>
        <w:rPr>
          <w:sz w:val="20"/>
        </w:rPr>
        <w:br/>
        <w:t>В полночь после избиения Павел и Сила молятся и поют гимны Богу. Лука связывает страдание не с прекращением свидетельства, а с молитвой и хвалой.</w:t>
      </w:r>
    </w:p>
    <w:p>
      <w:r>
        <w:t>26. Внезапно произошло сильное землетрясение, так что поколебались основания тюрьмы. Сразу открылись все двери, и у всех ослабли оковы.</w:t>
      </w:r>
    </w:p>
    <w:p>
      <w:r>
        <w:t>27. Тюремщик проснулся, увидел открытые двери тюрьмы и, выхватив меч, собирался лишить себя жизни, думая, что заключённые бежали.</w:t>
      </w:r>
    </w:p>
    <w:p>
      <w:r>
        <w:t>28. Но Павел громко крикнул: «Не делай себе зла! Мы все здесь».</w:t>
      </w:r>
    </w:p>
    <w:p>
      <w:r>
        <w:t>29. Тюремщик потребовал огней, вбежал внутрь и, дрожа, упал перед Павлом и Силой.</w:t>
      </w:r>
    </w:p>
    <w:p>
      <w:r>
        <w:t>30. Выведя их наружу, спросил: «Господа, что мне нужно делать, чтобы спастись?»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τί με δεῖ ποιεῖν ἵνα σωθῶ;</w:t>
      </w:r>
      <w:r>
        <w:rPr>
          <w:sz w:val="20"/>
        </w:rPr>
        <w:t xml:space="preserve"> [ti me dei poiein hina sōthō]</w:t>
      </w:r>
      <w:r>
        <w:rPr>
          <w:sz w:val="20"/>
        </w:rPr>
        <w:br/>
        <w:t>Тюремщик спрашивает: «что мне нужно/надлежит делать, чтобы спастись?» δεῖ и σωθῶ делают вопрос предельно прямым вопросом спасения.</w:t>
      </w:r>
    </w:p>
    <w:p>
      <w:r>
        <w:t>31. Они ответили: «Поверь в Господа Иисуса — и спасёшься ты и твой дом».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πίστευσον ἐπὶ τὸν κύριον Ἰησοῦν καὶ σωθήσῃ</w:t>
      </w:r>
      <w:r>
        <w:rPr>
          <w:sz w:val="20"/>
        </w:rPr>
        <w:t xml:space="preserve"> [pisteuson epi ton kyrion Iēsoun kai sōthēsē]</w:t>
      </w:r>
      <w:r>
        <w:rPr>
          <w:sz w:val="20"/>
        </w:rPr>
        <w:br/>
        <w:t>Ответ начинается с веры в Господа Иисуса. Упоминание дома не заменяет личный ответ: в следующем стихе слово Господа говорится всем находившимся в доме.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Позднее чтение добавляет «Христа»; WGT-T следует SBLGNT.</w:t>
      </w:r>
    </w:p>
    <w:p>
      <w:r>
        <w:t>32. И они сказали ему и всем, кто был в его доме, слово Господа.</w:t>
      </w:r>
    </w:p>
    <w:p>
      <w:r>
        <w:t>33. В тот же час ночи он взял их, омыл их раны и сразу был крещён — он и все его домашние.</w:t>
      </w:r>
    </w:p>
    <w:p>
      <w:pPr>
        <w:ind w:left="360"/>
      </w:pPr>
      <w:r>
        <w:rPr>
          <w:b/>
          <w:sz w:val="20"/>
        </w:rPr>
        <w:t>Крещение</w:t>
      </w:r>
      <w:r>
        <w:rPr>
          <w:i/>
          <w:sz w:val="20"/>
        </w:rPr>
        <w:t xml:space="preserve"> ἐβαπτίσθη αὐτὸς καὶ οἱ αὐτοῦ πάντες παραχρῆμα</w:t>
      </w:r>
      <w:r>
        <w:rPr>
          <w:sz w:val="20"/>
        </w:rPr>
        <w:t xml:space="preserve"> [ebaptisthē autos kai hoi autou pantes parachrēma]</w:t>
      </w:r>
      <w:r>
        <w:rPr>
          <w:sz w:val="20"/>
        </w:rPr>
        <w:br/>
        <w:t>Тюремщик и его домашние крестятся той же ночью сразу после услышанного слова. Лука подчёркивает быстроту реакции.</w:t>
      </w:r>
    </w:p>
    <w:p>
      <w:r>
        <w:t>34. Приведя их в дом, он накрыл стол и радовался со всем домом, уверовав в Бога.</w:t>
      </w:r>
    </w:p>
    <w:p>
      <w:pPr>
        <w:ind w:left="360"/>
      </w:pPr>
      <w:r>
        <w:rPr>
          <w:b/>
          <w:sz w:val="20"/>
        </w:rPr>
        <w:t>Радость</w:t>
      </w:r>
      <w:r>
        <w:rPr>
          <w:i/>
          <w:sz w:val="20"/>
        </w:rPr>
        <w:t xml:space="preserve"> ἠγαλλιάσατο πανοικεὶ πεπιστευκὼς τῷ θεῷ</w:t>
      </w:r>
      <w:r>
        <w:rPr>
          <w:sz w:val="20"/>
        </w:rPr>
        <w:t xml:space="preserve"> [ēgalliasato panoikei pepisteukōs tō theō]</w:t>
      </w:r>
      <w:r>
        <w:rPr>
          <w:sz w:val="20"/>
        </w:rPr>
        <w:br/>
        <w:t>Дом тюремщика радуется вследствие веры в Бога. Радость снова сопровождает спасительный поворот, как в Самарии и у евнуха.</w:t>
      </w:r>
    </w:p>
    <w:p>
      <w:r>
        <w:t>35. Когда наступил день, магистраты послали ликторов сказать: «Отпусти этих людей».</w:t>
      </w:r>
    </w:p>
    <w:p>
      <w:r>
        <w:t>36. Тюремщик передал эти слова Павлу: «Магистраты прислали приказ отпустить вас. Теперь выходите и идите с миром».</w:t>
      </w:r>
    </w:p>
    <w:p>
      <w:r>
        <w:t>37. Но Павел сказал им: «Нас, римских граждан, без суда публично избили и бросили в тюрьму, а теперь тайно выгоняют? Нет! Пусть сами придут и выведут нас».</w:t>
      </w:r>
    </w:p>
    <w:p>
      <w:pPr>
        <w:ind w:left="360"/>
      </w:pPr>
      <w:r>
        <w:rPr>
          <w:b/>
          <w:sz w:val="20"/>
        </w:rPr>
        <w:t>Римское гражданство</w:t>
      </w:r>
      <w:r>
        <w:rPr>
          <w:i/>
          <w:sz w:val="20"/>
        </w:rPr>
        <w:t xml:space="preserve"> Ῥωμαίους ὑπάρχοντας ἀκατακρίτους</w:t>
      </w:r>
      <w:r>
        <w:rPr>
          <w:sz w:val="20"/>
        </w:rPr>
        <w:t xml:space="preserve"> [Rhōmaious hyparchontas akatakritous]</w:t>
      </w:r>
      <w:r>
        <w:rPr>
          <w:sz w:val="20"/>
        </w:rPr>
        <w:br/>
        <w:t>Павел подчёркивает, что их как римских граждан публично избили без суда. В дальнейшем римское гражданство станет важной юридической линией повествования.</w:t>
      </w:r>
    </w:p>
    <w:p>
      <w:r>
        <w:t>38. Ликторы передали эти слова магистратам. Услышав, что они римские граждане, те испугались.</w:t>
      </w:r>
    </w:p>
    <w:p>
      <w:r>
        <w:t>39. Они пришли, стали их уговаривать, вывели и просили уйти из города.</w:t>
      </w:r>
    </w:p>
    <w:p>
      <w:r>
        <w:t>40. Выйдя из тюрьмы, Павел и Сила пришли к Лидии; увидев братьев, они ободрили их и ушли.</w:t>
      </w:r>
    </w:p>
    <w:p>
      <w:pPr>
        <w:pStyle w:val="Heading2"/>
      </w:pPr>
      <w:r>
        <w:t>Глава 17</w:t>
      </w:r>
    </w:p>
    <w:p>
      <w:r>
        <w:t>1. Пройдя через Амфиполь и Аполлонию, они пришли в Фессалонику, где была иудейская синагога.</w:t>
      </w:r>
    </w:p>
    <w:p>
      <w:r>
        <w:t>2. По своему обыкновению Павел вошёл к ним и три субботы рассуждал с ними на основании Писаний,</w:t>
      </w:r>
    </w:p>
    <w:p>
      <w:r>
        <w:t>3. объясняя и доказывая, что Христу надлежало пострадать и воскреснуть из мёртвых и что этот Иисус, Которого я возвещаю вам, и есть Христос.</w:t>
      </w:r>
    </w:p>
    <w:p>
      <w:pPr>
        <w:ind w:left="360"/>
      </w:pPr>
      <w:r>
        <w:rPr>
          <w:b/>
          <w:sz w:val="20"/>
        </w:rPr>
        <w:t>Божественная необходимость</w:t>
      </w:r>
      <w:r>
        <w:rPr>
          <w:i/>
          <w:sz w:val="20"/>
        </w:rPr>
        <w:t xml:space="preserve"> τὸν χριστὸν ἔδει παθεῖν καὶ ἀναστῆναι ἐκ νεκρῶν</w:t>
      </w:r>
      <w:r>
        <w:rPr>
          <w:sz w:val="20"/>
        </w:rPr>
        <w:t xml:space="preserve"> [ton christon edei pathein kai anastēnai ek nekrōn]</w:t>
      </w:r>
      <w:r>
        <w:rPr>
          <w:sz w:val="20"/>
        </w:rPr>
        <w:br/>
        <w:t>Павел доказывает из Писаний, что Мессии «надлежало» пострадать и воскреснуть. Это продолжает лукианскую тему δεῖ из Евангелия и Деяний.</w:t>
      </w:r>
    </w:p>
    <w:p>
      <w:r>
        <w:t>4. Некоторые из них убедились и присоединились к Павлу и Силе; к ним присоединилось также великое множество почитающих Бога греков и немало знатных женщин.</w:t>
      </w:r>
    </w:p>
    <w:p>
      <w:r>
        <w:t>5. Но иудеи, исполненные ревности, взяли с площади несколько негодных людей, собрали толпу и привели город в смятение. Напав на дом Иасона, они искали Павла и Силу, чтобы вывести их к народу.</w:t>
      </w:r>
    </w:p>
    <w:p>
      <w:r>
        <w:t>6. Не найдя их, они потащили Иасона и некоторых братьев к городским начальникам, крича: «Эти люди, перевернувшие весь мир, пришли и сюда,</w:t>
      </w:r>
    </w:p>
    <w:p>
      <w:r>
        <w:t>7. а Иасон принял их. Все они поступают против постановлений кесаря, говоря, что есть другой царь — Иисус».</w:t>
      </w:r>
    </w:p>
    <w:p>
      <w:pPr>
        <w:ind w:left="360"/>
      </w:pPr>
      <w:r>
        <w:rPr>
          <w:b/>
          <w:sz w:val="20"/>
        </w:rPr>
        <w:t>Политика</w:t>
      </w:r>
      <w:r>
        <w:rPr>
          <w:i/>
          <w:sz w:val="20"/>
        </w:rPr>
        <w:t xml:space="preserve"> βασιλέα ἕτερον λέγοντες εἶναι Ἰησοῦν</w:t>
      </w:r>
      <w:r>
        <w:rPr>
          <w:sz w:val="20"/>
        </w:rPr>
        <w:t xml:space="preserve"> [basilea heteron legontes einai Iēsoun]</w:t>
      </w:r>
      <w:r>
        <w:rPr>
          <w:sz w:val="20"/>
        </w:rPr>
        <w:br/>
        <w:t>Обвинение политически заряжено: они говорят о «другом царе — Иисусе». Противники переводят мессианское утверждение на язык конкуренции с кесарем.</w:t>
      </w:r>
    </w:p>
    <w:p>
      <w:r>
        <w:t>8. Этими словами они встревожили толпу и городских начальников.</w:t>
      </w:r>
    </w:p>
    <w:p>
      <w:r>
        <w:t>9. Взяв поручительство у Иасона и остальных, их отпустили.</w:t>
      </w:r>
    </w:p>
    <w:p>
      <w:r>
        <w:t>10. Братья той же ночью отправили Павла и Силу в Верию. Прибыв туда, они пошли в иудейскую синагогу.</w:t>
      </w:r>
    </w:p>
    <w:p>
      <w:r>
        <w:t>11. Верийцы были благороднее фессалоникийцев: они приняли слово со всей готовностью, ежедневно исследуя Писания и проверяя, так ли это.</w:t>
      </w:r>
    </w:p>
    <w:p>
      <w:pPr>
        <w:ind w:left="360"/>
      </w:pPr>
      <w:r>
        <w:rPr>
          <w:b/>
          <w:sz w:val="20"/>
        </w:rPr>
        <w:t>Писание</w:t>
      </w:r>
      <w:r>
        <w:rPr>
          <w:i/>
          <w:sz w:val="20"/>
        </w:rPr>
        <w:t xml:space="preserve"> ἀνακρίνοντες τὰς γραφὰς καθ’ ἡμέραν εἰ ἔχοι ταῦτα οὕτως</w:t>
      </w:r>
      <w:r>
        <w:rPr>
          <w:sz w:val="20"/>
        </w:rPr>
        <w:t xml:space="preserve"> [anakrinontes tas graphas kath' hēmeran ei echoi tauta houtōs]</w:t>
      </w:r>
      <w:r>
        <w:rPr>
          <w:sz w:val="20"/>
        </w:rPr>
        <w:br/>
        <w:t>Верийцы ежедневно исследуют Писания, проверяя аргументацию Павла. Лука хвалит не некритичное принятие, а готовность слушать вместе с проверкой по Писанию.</w:t>
      </w:r>
    </w:p>
    <w:p>
      <w:r>
        <w:t>12. Поэтому многие из них уверовали, а также немало знатных греческих женщин и мужчин.</w:t>
      </w:r>
    </w:p>
    <w:p>
      <w:r>
        <w:t>13. Но когда иудеи из Фессалоники узнали, что Павел возвещает слово Божье и в Верии, они пришли и туда, возбуждая и тревожа толпы.</w:t>
      </w:r>
    </w:p>
    <w:p>
      <w:r>
        <w:t>14. Тогда братья немедленно отправили Павла к морю, а Сила и Тимофей остались там.</w:t>
      </w:r>
    </w:p>
    <w:p>
      <w:r>
        <w:t>15. Сопровождавшие Павла довели его до Афин и, получив поручение для Силы и Тимофея как можно скорее прийти к нему, отправились обратно.</w:t>
      </w:r>
    </w:p>
    <w:p>
      <w:r>
        <w:t>16. Пока Павел ожидал их в Афинах, его дух возмущался при виде города, полного идолов.</w:t>
      </w:r>
    </w:p>
    <w:p>
      <w:r>
        <w:t>17. Поэтому он рассуждал в синагоге с иудеями и почитающими Бога, а на площади — каждый день с теми, кто встречался.</w:t>
      </w:r>
    </w:p>
    <w:p>
      <w:r>
        <w:t>18. Некоторые эпикурейские и стоические философы спорили с ним. Одни говорили: «Что хочет сказать этот болтун?» Другие: «Похоже, он — возвеститель чужих божеств», — потому что он благовествовал Иисуса и воскресение. [σπερμολόγος — Буквально «собиратель семян», переносно — человек, подбирающий обрывки чужих идей, болтун]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Ἐπικουρείων καὶ Στοϊκῶν φιλοσόφων</w:t>
      </w:r>
      <w:r>
        <w:rPr>
          <w:sz w:val="20"/>
        </w:rPr>
        <w:t xml:space="preserve"> [Epikoureiōn kai Stōikōn philosophōn]</w:t>
      </w:r>
      <w:r>
        <w:rPr>
          <w:sz w:val="20"/>
        </w:rPr>
        <w:br/>
        <w:t>Лука прямо называет две школы: эпикурейцев и стоиков. Их мировоззрения различались, поэтому речь Павла затрагивает точки соприкосновения и одновременно спорит с языческими представлениями о Боге.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σπερμολόγος</w:t>
      </w:r>
      <w:r>
        <w:rPr>
          <w:sz w:val="20"/>
        </w:rPr>
        <w:t xml:space="preserve"> [spermologos]</w:t>
      </w:r>
      <w:r>
        <w:rPr>
          <w:sz w:val="20"/>
        </w:rPr>
        <w:br/>
        <w:t>Буквально «собиратель семян», переносно — человек, подбирающий обрывки чужих идей, болтун. Это пренебрежительное прозвище Павла со стороны философов.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σπερμολόγος буквально «собиратель семян»; переносно — болтун, человек, нахватавшийся чужих идей. καταγγελεύς — существительное «возвеститель/провозвестник»; εὐηγγελίζετο — «благовествовал». WGT-T сохраняет различие лексем.</w:t>
      </w:r>
    </w:p>
    <w:p>
      <w:r>
        <w:t>19. Они взяли его и привели на Ареопаг, говоря: «Можем ли мы узнать, что это за новое учение, которое ты излагаешь?</w:t>
      </w:r>
    </w:p>
    <w:p>
      <w:r>
        <w:t>20. До наших ушей ты доносишь нечто странное; поэтому мы хотим знать, что это значит».</w:t>
      </w:r>
    </w:p>
    <w:p>
      <w:r>
        <w:t>21. Все афиняне и живущие там чужеземцы проводили время только в том, чтобы говорить или слушать что-нибудь новое.</w:t>
      </w:r>
    </w:p>
    <w:p>
      <w:r>
        <w:t>22. Павел встал посреди Ареопага и сказал: «Мужи афиняне! По всему вижу, что вы особенно религиозны.</w:t>
      </w:r>
    </w:p>
    <w:p>
      <w:pPr>
        <w:ind w:left="360"/>
      </w:pPr>
      <w:r>
        <w:rPr>
          <w:b/>
          <w:sz w:val="20"/>
        </w:rPr>
        <w:t>Риторика</w:t>
      </w:r>
      <w:r>
        <w:rPr>
          <w:i/>
          <w:sz w:val="20"/>
        </w:rPr>
        <w:t xml:space="preserve"> ὡς δεισιδαιμονεστέρους ὑμᾶς θεωρῶ</w:t>
      </w:r>
      <w:r>
        <w:rPr>
          <w:sz w:val="20"/>
        </w:rPr>
        <w:t xml:space="preserve"> [hōs deisidaimonesterous hymas theōrō]</w:t>
      </w:r>
      <w:r>
        <w:rPr>
          <w:sz w:val="20"/>
        </w:rPr>
        <w:br/>
        <w:t>δεισιδαιμονέστερος допускает спектр от «очень религиозный» до «суеверный». Вступление Павла риторически осторожно: он начинает с наблюдения, а затем переопределяет предмет их почитания.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δεισιδαιμονεστέρους имеет диапазон от положительного «особенно религиозны/набожны» до отрицательного «суеверны». В риторическом вступлении Павла WGT-T выбирает нейтрально-положительное «особенно религиозны», сохраняя двусмысленность для WGT-E.</w:t>
      </w:r>
    </w:p>
    <w:p>
      <w:r>
        <w:t>23. Проходя и рассматривая предметы вашего поклонения, я нашёл и жертвенник с надписью: “Неизвестному Богу”. Итак, то, что вы почитаете, не зная, я и возвещаю вам. [ὃ οὖν ἀγνοοῦντες εὐσεβεῖτε, τοῦτο ἐγὼ καταγγέλλω ὑμῖν — Греческий текст использует средний род «то, что вы почитаете, не зная»]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ἀγνώστῳ θεῷ</w:t>
      </w:r>
      <w:r>
        <w:rPr>
          <w:sz w:val="20"/>
        </w:rPr>
        <w:t xml:space="preserve"> [agnōstō theō]</w:t>
      </w:r>
      <w:r>
        <w:rPr>
          <w:sz w:val="20"/>
        </w:rPr>
        <w:br/>
        <w:t>Надпись «Неизвестному Богу» становится риторической точкой входа. Павел не утверждает, что афинский алтарь уже является христианским; он использует известный аудитории объект, чтобы перейти к Творцу.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ὃ οὖν ἀγνοοῦντες εὐσεβεῖτε, τοῦτο ἐγὼ καταγγέλλω ὑμῖν</w:t>
      </w:r>
      <w:r>
        <w:rPr>
          <w:sz w:val="20"/>
        </w:rPr>
        <w:t xml:space="preserve"> [ho oun agnoountes eusebeite, touto egō katangellō hymin]</w:t>
      </w:r>
      <w:r>
        <w:rPr>
          <w:sz w:val="20"/>
        </w:rPr>
        <w:br/>
        <w:t>Греческий текст использует средний род «то, что вы почитаете, не зная». WGT-T правильно не заменяет это заранее персональным «Того, Кого».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τὰ σεβάσματα — «предметы поклонения/почитания». Вторая фраза в греческом использует средний род (ὃ ... τοῦτο), поэтому WGT-T не подменяет её заранее личным «Того, Кого».</w:t>
      </w:r>
    </w:p>
    <w:p>
      <w:r>
        <w:t>24. Бог, сотворивший мир и всё, что в нём, будучи Господом неба и земли, не живёт в рукотворных храмах</w:t>
      </w:r>
    </w:p>
    <w:p>
      <w:pPr>
        <w:ind w:left="360"/>
      </w:pPr>
      <w:r>
        <w:rPr>
          <w:b/>
          <w:sz w:val="20"/>
        </w:rPr>
        <w:t>Творение</w:t>
      </w:r>
      <w:r>
        <w:rPr>
          <w:i/>
          <w:sz w:val="20"/>
        </w:rPr>
        <w:t xml:space="preserve"> ὁ θεὸς ὁ ποιήσας τὸν κόσμον ... οὐκ ἐν χειροποιήτοις ναοῖς κατοικεῖ</w:t>
      </w:r>
      <w:r>
        <w:rPr>
          <w:sz w:val="20"/>
        </w:rPr>
        <w:t xml:space="preserve"> [ho theos ho poiēsas ton kosmon ... ouk en cheiropoiētois naois katoikei]</w:t>
      </w:r>
      <w:r>
        <w:rPr>
          <w:sz w:val="20"/>
        </w:rPr>
        <w:br/>
        <w:t>Павел начинает с библейской теологии творения: Бог — Творец и Господь неба и земли и не живёт в рукотворных храмах. Это также созвучно речи Стефана в 7:48–50.</w:t>
      </w:r>
    </w:p>
    <w:p>
      <w:r>
        <w:t>25. и не принимает служения от человеческих рук, будто в чём-то нуждается; Он Сам даёт всем жизнь, дыхание и всё.</w:t>
      </w:r>
    </w:p>
    <w:p>
      <w:pPr>
        <w:ind w:left="360"/>
      </w:pPr>
      <w:r>
        <w:rPr>
          <w:b/>
          <w:sz w:val="20"/>
        </w:rPr>
        <w:t>Творение</w:t>
      </w:r>
      <w:r>
        <w:rPr>
          <w:i/>
          <w:sz w:val="20"/>
        </w:rPr>
        <w:t xml:space="preserve"> αὐτὸς διδοὺς πᾶσι ζωὴν καὶ πνοὴν καὶ τὰ πάντα</w:t>
      </w:r>
      <w:r>
        <w:rPr>
          <w:sz w:val="20"/>
        </w:rPr>
        <w:t xml:space="preserve"> [autos didous pasi zōēn kai pnoēn kai ta panta]</w:t>
      </w:r>
      <w:r>
        <w:rPr>
          <w:sz w:val="20"/>
        </w:rPr>
        <w:br/>
        <w:t>Бог не нуждается в человеческом обслуживании; наоборот, Он Сам даёт всем жизнь, дыхание и всё. Аргумент переворачивает обычную логику храмового обслуживания божества.</w:t>
      </w:r>
    </w:p>
    <w:p>
      <w:r>
        <w:t>26. От одного Он произвёл весь человеческий род для обитания по всему лицу земли, установив назначенные времена и границы их проживания,</w:t>
      </w:r>
    </w:p>
    <w:p>
      <w:pPr>
        <w:ind w:left="360"/>
      </w:pPr>
      <w:r>
        <w:rPr>
          <w:b/>
          <w:sz w:val="20"/>
        </w:rPr>
        <w:t>Человечность</w:t>
      </w:r>
      <w:r>
        <w:rPr>
          <w:i/>
          <w:sz w:val="20"/>
        </w:rPr>
        <w:t xml:space="preserve"> ἐποίησέν τε ἐξ ἑνὸς πᾶν ἔθνος ἀνθρώπων</w:t>
      </w:r>
      <w:r>
        <w:rPr>
          <w:sz w:val="20"/>
        </w:rPr>
        <w:t xml:space="preserve"> [epoiēsen te ex henos pan ethnos anthrōpōn]</w:t>
      </w:r>
      <w:r>
        <w:rPr>
          <w:sz w:val="20"/>
        </w:rPr>
        <w:br/>
        <w:t>Критический текст читает «от одного» без слова «кровь». Павел подчёркивает единое происхождение человечества и Божий суверенитет над временами и границами народов.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SBLGNT/NA28 читают ἐξ ἑνὸς — «от одного». Поздняя традиция добавляет αἵματος «крови». WGT-T не добавляет отсутствующее в базовом тексте слово.</w:t>
      </w:r>
    </w:p>
    <w:p>
      <w:r>
        <w:t>27. чтобы они искали Бога — не нащупают ли Его и не найдут ли, хотя Он и недалеко от каждого из нас. [ζητεῖν τὸν θεόν ... ψηλαφήσειαν αὐτὸν καὶ εὕροιεν — означает искать ощупью/нащупывать]</w:t>
      </w:r>
    </w:p>
    <w:p>
      <w:pPr>
        <w:ind w:left="360"/>
      </w:pPr>
      <w:r>
        <w:rPr>
          <w:b/>
          <w:sz w:val="20"/>
        </w:rPr>
        <w:t>Поиск</w:t>
      </w:r>
      <w:r>
        <w:rPr>
          <w:i/>
          <w:sz w:val="20"/>
        </w:rPr>
        <w:t xml:space="preserve"> ζητεῖν τὸν θεόν ... ψηλαφήσειαν αὐτὸν καὶ εὕροιεν</w:t>
      </w:r>
      <w:r>
        <w:rPr>
          <w:sz w:val="20"/>
        </w:rPr>
        <w:t xml:space="preserve"> [zētein ton theon ... psēlaphēseian auton kai heuroien]</w:t>
      </w:r>
      <w:r>
        <w:rPr>
          <w:sz w:val="20"/>
        </w:rPr>
        <w:br/>
        <w:t>ψηλαφάω означает искать ощупью/нащупывать. Образ показывает человеческий поиск как ограниченный, но Бог при этом «недалеко от каждого».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ψηλαφάω — «нащупывать, искать ощупью». WGT-T сохраняет телесную метафору вместо более общего «ощутить».</w:t>
      </w:r>
    </w:p>
    <w:p>
      <w:r>
        <w:t>28. Ведь «в Нём мы живём, движемся и существуем», как сказали и некоторые из ваших поэтов: «Ибо мы и Его род».</w:t>
      </w:r>
    </w:p>
    <w:p>
      <w:pPr>
        <w:ind w:left="360"/>
      </w:pPr>
      <w:r>
        <w:rPr>
          <w:b/>
          <w:sz w:val="20"/>
        </w:rPr>
        <w:t>Греческая поэзия</w:t>
      </w:r>
      <w:r>
        <w:rPr>
          <w:i/>
          <w:sz w:val="20"/>
        </w:rPr>
        <w:t xml:space="preserve"> (возможно)</w:t>
      </w:r>
      <w:r>
        <w:rPr>
          <w:i/>
          <w:sz w:val="20"/>
        </w:rPr>
        <w:t xml:space="preserve"> ἐν αὐτῷ γὰρ ζῶμεν καὶ κινούμεθα καὶ ἐσμέν</w:t>
      </w:r>
      <w:r>
        <w:rPr>
          <w:sz w:val="20"/>
        </w:rPr>
        <w:t xml:space="preserve"> [en autō gar zōmen kai kinoumetha kai esmen]</w:t>
      </w:r>
      <w:r>
        <w:rPr>
          <w:sz w:val="20"/>
        </w:rPr>
        <w:br/>
        <w:t>Фраза близка греческой религиозно-философской поэтической традиции и традиционно связывается с Эпименидом, но точный сохранившийся источник не установлен. Поэтому это лучше маркировать как вероятную литературную/традиционную формулу, а не уверенную прямую цитату.</w:t>
      </w:r>
    </w:p>
    <w:p>
      <w:pPr>
        <w:ind w:left="360"/>
      </w:pPr>
      <w:r>
        <w:rPr>
          <w:b/>
          <w:sz w:val="20"/>
        </w:rPr>
        <w:t>Греческая поэзия</w:t>
      </w:r>
      <w:r>
        <w:rPr>
          <w:i/>
          <w:sz w:val="20"/>
        </w:rPr>
        <w:t xml:space="preserve"> τοῦ γὰρ καὶ γένος ἐσμέν</w:t>
      </w:r>
      <w:r>
        <w:rPr>
          <w:sz w:val="20"/>
        </w:rPr>
        <w:t xml:space="preserve"> [tou gar kai genos esmen]</w:t>
      </w:r>
      <w:r>
        <w:rPr>
          <w:sz w:val="20"/>
        </w:rPr>
        <w:br/>
        <w:t>«Ибо мы и Его род» совпадает с формулировкой Арата, «Явления» 5, и близка стоической поэтической традиции Клеанфа. Здесь Павел прямо говорит «как сказали некоторые из ваших поэтов», поэтому цитатный статус существенно увереннее.</w:t>
      </w:r>
      <w:r>
        <w:rPr>
          <w:i/>
          <w:sz w:val="20"/>
        </w:rPr>
        <w:br/>
        <w:t xml:space="preserve">См.: </w:t>
      </w:r>
      <w:r>
        <w:rPr>
          <w:sz w:val="20"/>
        </w:rPr>
        <w:t>Aratus, Phaenomena 5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Здесь Павел использует формулировки, известные из греческой поэтической традиции. WGT-E/справочник должен отдельно показать возможные связи с Эпименидом и Аратом/Клеанфом, не превращая это в часть основного перевода.</w:t>
      </w:r>
    </w:p>
    <w:p>
      <w:r>
        <w:t>29. Итак, будучи родом Божьим, мы не должны думать, что Божество подобно золоту, серебру или камню — изображению, созданному искусством и человеческой мыслью.</w:t>
      </w:r>
    </w:p>
    <w:p>
      <w:pPr>
        <w:ind w:left="360"/>
      </w:pPr>
      <w:r>
        <w:rPr>
          <w:b/>
          <w:sz w:val="20"/>
        </w:rPr>
        <w:t>Аргумент</w:t>
      </w:r>
      <w:r>
        <w:rPr>
          <w:i/>
          <w:sz w:val="20"/>
        </w:rPr>
        <w:t xml:space="preserve"> γένος οὖν ὑπάρχοντες τοῦ θεοῦ</w:t>
      </w:r>
      <w:r>
        <w:rPr>
          <w:sz w:val="20"/>
        </w:rPr>
        <w:t xml:space="preserve"> [genos oun hyparchontes tou theou]</w:t>
      </w:r>
      <w:r>
        <w:rPr>
          <w:sz w:val="20"/>
        </w:rPr>
        <w:br/>
        <w:t>Павел обращает принятую им поэтическую формулу против идолопоклонства: если люди — Божий род, Божество нельзя мыслить как изделие из золота, серебра или камня.</w:t>
      </w:r>
    </w:p>
    <w:p>
      <w:r>
        <w:t>30. Итак, времена неведения Бог оставлял без внимания, но теперь повелевает всем людям повсюду покаяться,</w:t>
      </w:r>
    </w:p>
    <w:p>
      <w:pPr>
        <w:ind w:left="360"/>
      </w:pPr>
      <w:r>
        <w:rPr>
          <w:b/>
          <w:sz w:val="20"/>
        </w:rPr>
        <w:t>Покаяние</w:t>
      </w:r>
      <w:r>
        <w:rPr>
          <w:i/>
          <w:sz w:val="20"/>
        </w:rPr>
        <w:t xml:space="preserve"> νῦν παραγγέλλει τοῖς ἀνθρώποις πάντας πανταχοῦ μετανοεῖν</w:t>
      </w:r>
      <w:r>
        <w:rPr>
          <w:sz w:val="20"/>
        </w:rPr>
        <w:t xml:space="preserve"> [nyn parangellei tois anthrōpois pantas pantachou metanoein]</w:t>
      </w:r>
      <w:r>
        <w:rPr>
          <w:sz w:val="20"/>
        </w:rPr>
        <w:br/>
        <w:t>После контакта с философской культурой речь приходит к тому же призыву, что и другие речи Деяний: теперь Бог повелевает всем людям повсюду покаяться.</w:t>
      </w:r>
    </w:p>
    <w:p>
      <w:r>
        <w:t>31. потому что Он установил день, в который будет судить обитаемый мир в праведности через Мужа, Которого назначил, дав всем доказательство, воскресив Его из мёртвых».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i/>
          <w:sz w:val="20"/>
        </w:rPr>
        <w:t xml:space="preserve"> ἀναστήσας αὐτὸν ἐκ νεκρῶν</w:t>
      </w:r>
      <w:r>
        <w:rPr>
          <w:sz w:val="20"/>
        </w:rPr>
        <w:t xml:space="preserve"> [anastēsas auton ek nekrōn]</w:t>
      </w:r>
      <w:r>
        <w:rPr>
          <w:sz w:val="20"/>
        </w:rPr>
        <w:br/>
        <w:t>Воскресение представлено как Божье удостоверение назначенного Судьи и будущего суда мира. Именно на воскресении реакция афинской аудитории раскалывается.</w:t>
      </w:r>
    </w:p>
    <w:p>
      <w:r>
        <w:t>32. Услышав о воскресении мёртвых, одни насмехались, а другие сказали: «Послушаем тебя об этом ещё раз».</w:t>
      </w:r>
    </w:p>
    <w:p>
      <w:r>
        <w:t>33. Так Павел вышел из их среды.</w:t>
      </w:r>
    </w:p>
    <w:p>
      <w:r>
        <w:t>34. Но некоторые люди присоединились к нему и уверовали; среди них были Дионисий Ареопагит, женщина по имени Дамарь и другие с ними.</w:t>
      </w:r>
    </w:p>
    <w:p>
      <w:pPr>
        <w:ind w:left="360"/>
      </w:pPr>
      <w:r>
        <w:rPr>
          <w:b/>
          <w:sz w:val="20"/>
        </w:rPr>
        <w:t>Ответ</w:t>
      </w:r>
      <w:r>
        <w:rPr>
          <w:i/>
          <w:sz w:val="20"/>
        </w:rPr>
        <w:t xml:space="preserve"> τινὲς ... ἐπίστευσαν</w:t>
      </w:r>
      <w:r>
        <w:rPr>
          <w:sz w:val="20"/>
        </w:rPr>
        <w:t xml:space="preserve"> [tines ... episteusan]</w:t>
      </w:r>
      <w:r>
        <w:rPr>
          <w:sz w:val="20"/>
        </w:rPr>
        <w:br/>
        <w:t>Лука не описывает Афины как полный провал: некоторые присоединяются и веруют, включая Дионисия Ареопагита и Дамарь.</w:t>
      </w:r>
    </w:p>
    <w:p>
      <w:pPr>
        <w:pStyle w:val="Heading2"/>
      </w:pPr>
      <w:r>
        <w:t>Глава 18</w:t>
      </w:r>
    </w:p>
    <w:p>
      <w:r>
        <w:t>1. После этого Павел ушёл из Афин и пришёл в Коринф.</w:t>
      </w:r>
    </w:p>
    <w:p>
      <w:r>
        <w:t>2. Там он нашёл иудея по имени Акила, родом из Понта, недавно прибывшего из Италии вместе со своей женой Прискиллой, потому что Клавдий повелел всем иудеям покинуть Рим. Павел пришёл к ним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διὰ τὸ διατεταχέναι Κλαύδιον χωρίζεσθαι πάντας τοὺς Ἰουδαίους ἀπὸ τῆς Ῥώμης</w:t>
      </w:r>
      <w:r>
        <w:rPr>
          <w:sz w:val="20"/>
        </w:rPr>
        <w:t xml:space="preserve"> [dia to diatetachenai Klaudion chōrizesthai pantas tous Ioudaious apo tēs Rhōmēs]</w:t>
      </w:r>
      <w:r>
        <w:rPr>
          <w:sz w:val="20"/>
        </w:rPr>
        <w:br/>
        <w:t>Лука связывает прибытие Акилы и Прискиллы с распоряжением Клавдия об удалении иудеев из Рима. Это важный внешний хронологический маркер повествования.</w:t>
      </w:r>
    </w:p>
    <w:p>
      <w:r>
        <w:t>3. и, поскольку занимался тем же ремеслом, остался у них и работал вместе с ними: они были изготовителями палаток.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σκηνοποιοὶ γὰρ ἦσαν τῇ τέχνῃ</w:t>
      </w:r>
      <w:r>
        <w:rPr>
          <w:sz w:val="20"/>
        </w:rPr>
        <w:t xml:space="preserve"> [skēnopoioi gar ēsan tē technē]</w:t>
      </w:r>
      <w:r>
        <w:rPr>
          <w:sz w:val="20"/>
        </w:rPr>
        <w:br/>
        <w:t>σκηνοποιός традиционно понимается как изготовитель палаток; возможен более широкий смысл работы с кожей/тканью. WGT-T сохраняет традиционное «изготовители палаток».</w:t>
      </w:r>
    </w:p>
    <w:p>
      <w:r>
        <w:t>4. Каждую субботу он рассуждал в синагоге, убеждая иудеев и греков.</w:t>
      </w:r>
    </w:p>
    <w:p>
      <w:r>
        <w:t>5. Когда из Македонии пришли Сила и Тимофей, Павел был поглощён словом, свидетельствуя иудеям, что Иисус есть Христос.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συνείχετο τῷ λόγῳ ὁ Παῦλος διαμαρτυρόμενος</w:t>
      </w:r>
      <w:r>
        <w:rPr>
          <w:sz w:val="20"/>
        </w:rPr>
        <w:t xml:space="preserve"> [syneicheto tō logō ho Paulos diamartyromenos]</w:t>
      </w:r>
      <w:r>
        <w:rPr>
          <w:sz w:val="20"/>
        </w:rPr>
        <w:br/>
        <w:t>Павел «был охвачен/поглощён словом», свидетельствуя, что Иисус есть Христос. Формулировка подчёркивает интенсивность свидетельства, а не просто изменение расписания.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συνείχετο τῷ λόγῳ — буквально Павел был «охвачен/поглощён словом»; это точнее, чем превращать форму в добровольное «посвятил себя».</w:t>
      </w:r>
    </w:p>
    <w:p>
      <w:r>
        <w:t>6. Но когда они стали противиться и хулить, он отряхнул одежды и сказал им: «Ваша кровь — на ваших головах; я чист. Отныне пойду к язычникам».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ἀπὸ τοῦ νῦν εἰς τὰ ἔθνη πορεύσομαι</w:t>
      </w:r>
      <w:r>
        <w:rPr>
          <w:sz w:val="20"/>
        </w:rPr>
        <w:t xml:space="preserve"> [apo tou nyn eis ta ethnē poreusomai]</w:t>
      </w:r>
      <w:r>
        <w:rPr>
          <w:sz w:val="20"/>
        </w:rPr>
        <w:br/>
        <w:t>«Отныне пойду к язычникам» — локальный поворот в Коринфе после сопротивления в синагоге; он не отменяет последующую практику Павла обращаться к иудеям в других городах.</w:t>
      </w:r>
    </w:p>
    <w:p>
      <w:r>
        <w:t>7. Уйдя оттуда, он вошёл в дом человека по имени Титий Иуст, почитавшего Бога; его дом находился рядом с синагогой.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 читает имя Τιτίου Ἰούστου — «Титий Иуст». WGT-T следует этой форме; связанные рукописные различия имён и латинской ономастики относятся к аппарату.</w:t>
      </w:r>
    </w:p>
    <w:p>
      <w:r>
        <w:t>8. Крисп, начальник синагоги, уверовал в Господа со всем своим домом; и многие коринфяне, слушая, уверовали и крестились.</w:t>
      </w:r>
    </w:p>
    <w:p>
      <w:pPr>
        <w:ind w:left="360"/>
      </w:pPr>
      <w:r>
        <w:rPr>
          <w:b/>
          <w:sz w:val="20"/>
        </w:rPr>
        <w:t>Крещение</w:t>
      </w:r>
      <w:r>
        <w:rPr>
          <w:i/>
          <w:sz w:val="20"/>
        </w:rPr>
        <w:t xml:space="preserve"> πολλοὶ τῶν Κορινθίων ἀκούοντες ἐπίστευον καὶ ἐβαπτίζοντο</w:t>
      </w:r>
      <w:r>
        <w:rPr>
          <w:sz w:val="20"/>
        </w:rPr>
        <w:t xml:space="preserve"> [polloi tōn Korinthiōn akouontes episteuon kai ebaptizonto]</w:t>
      </w:r>
      <w:r>
        <w:rPr>
          <w:sz w:val="20"/>
        </w:rPr>
        <w:br/>
        <w:t>Лука описывает последовательность: слушали → верили → крестились. Здесь нет отдельного описания момента получения Духа.</w:t>
      </w:r>
    </w:p>
    <w:p>
      <w:r>
        <w:t>9. Ночью Господь сказал Павлу в видении: «Не бойся, но говори и не молчи,</w:t>
      </w:r>
    </w:p>
    <w:p>
      <w:pPr>
        <w:ind w:left="360"/>
      </w:pPr>
      <w:r>
        <w:rPr>
          <w:b/>
          <w:sz w:val="20"/>
        </w:rPr>
        <w:t>Видение</w:t>
      </w:r>
      <w:r>
        <w:rPr>
          <w:i/>
          <w:sz w:val="20"/>
        </w:rPr>
        <w:t xml:space="preserve"> μὴ φοβοῦ, ἀλλὰ λάλει καὶ μὴ σιωπήσῃς</w:t>
      </w:r>
      <w:r>
        <w:rPr>
          <w:sz w:val="20"/>
        </w:rPr>
        <w:t xml:space="preserve"> [mē phobou, alla lalei kai mē siōpēsēs]</w:t>
      </w:r>
      <w:r>
        <w:rPr>
          <w:sz w:val="20"/>
        </w:rPr>
        <w:br/>
        <w:t>Господь в видении повелевает Павлу продолжать говорить и не молчать. Это укрепляет линию παρρησία и Божьего сопровождения свидетеля.</w:t>
      </w:r>
    </w:p>
    <w:p>
      <w:r>
        <w:t>10. потому что Я с тобой, и никто не нападёт на тебя, чтобы причинить тебе зло, потому что у Меня много народа в этом городе».</w:t>
      </w:r>
    </w:p>
    <w:p>
      <w:pPr>
        <w:ind w:left="360"/>
      </w:pPr>
      <w:r>
        <w:rPr>
          <w:b/>
          <w:sz w:val="20"/>
        </w:rPr>
        <w:t>Присутствие</w:t>
      </w:r>
      <w:r>
        <w:rPr>
          <w:i/>
          <w:sz w:val="20"/>
        </w:rPr>
        <w:t xml:space="preserve"> διότι ἐγώ εἰμι μετὰ σοῦ</w:t>
      </w:r>
      <w:r>
        <w:rPr>
          <w:sz w:val="20"/>
        </w:rPr>
        <w:t xml:space="preserve"> [dioti egō eimi meta sou]</w:t>
      </w:r>
      <w:r>
        <w:rPr>
          <w:sz w:val="20"/>
        </w:rPr>
        <w:br/>
        <w:t>Основание смелости — «Я с тобой». За повелением свидетельствовать стоит обещание присутствия Господа.</w:t>
      </w:r>
    </w:p>
    <w:p>
      <w:r>
        <w:t>11. И он пробыл там год и шесть месяцев, преподавая среди них слово Божье.</w:t>
      </w:r>
    </w:p>
    <w:p>
      <w:r>
        <w:t>12. Когда Галлион был проконсулом Ахайи, иудеи единодушно напали на Павла и привели его к судейскому возвышению,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Γαλλίωνος δὲ ἀνθυπάτου ὄντος τῆς Ἀχαΐας</w:t>
      </w:r>
      <w:r>
        <w:rPr>
          <w:sz w:val="20"/>
        </w:rPr>
        <w:t xml:space="preserve"> [Galliōnos de anthypatou ontos tēs Achaias]</w:t>
      </w:r>
      <w:r>
        <w:rPr>
          <w:sz w:val="20"/>
        </w:rPr>
        <w:br/>
        <w:t>Проконсульство Галлиона — один из важнейших хронологических якорей для датировки служения Павла в Коринфе.</w:t>
      </w:r>
    </w:p>
    <w:p>
      <w:r>
        <w:t>13. говоря: «Этот человек убеждает людей поклоняться Богу вопреки Закону».</w:t>
      </w:r>
    </w:p>
    <w:p>
      <w:r>
        <w:t>14. Когда Павел уже собирался открыть уста, Галлион сказал иудеям: «Если бы речь шла о каком-либо преступлении или злодеянии, иудеи, я по праву выслушал бы вас.</w:t>
      </w:r>
    </w:p>
    <w:p>
      <w:r>
        <w:t>15. Но если спор идёт о словах, именах и вашем Законе, разбирайтесь сами; я не хочу быть судьёй в этих делах».</w:t>
      </w:r>
    </w:p>
    <w:p>
      <w:r>
        <w:t>16. И он прогнал их от судейского возвышения.</w:t>
      </w:r>
    </w:p>
    <w:p>
      <w:r>
        <w:t>17. Тогда все схватили Сосфена, начальника синагоги, и били его перед судейским возвышением; Галлиону не было до этого дела.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SBLGNT/NA28 имеют просто πάντες — «все». В византийской традиции добавлено οἱ Ἕλληνες — «греки». WGT-T не уточняет субъект сверх базового текста.</w:t>
      </w:r>
    </w:p>
    <w:p>
      <w:r>
        <w:t>18. Павел пробыл там ещё немало дней, затем попрощался с братьями и отплыл в Сирию; с ним были Прискилла и Акила. В Кенхреях он остриг голову, поскольку у него был обет.</w:t>
      </w:r>
    </w:p>
    <w:p>
      <w:pPr>
        <w:ind w:left="360"/>
      </w:pPr>
      <w:r>
        <w:rPr>
          <w:b/>
          <w:sz w:val="20"/>
        </w:rPr>
        <w:t>Обет</w:t>
      </w:r>
      <w:r>
        <w:rPr>
          <w:i/>
          <w:sz w:val="20"/>
        </w:rPr>
        <w:t xml:space="preserve"> κειράμενος ἐν Κεγχρεαῖς τὴν κεφαλήν, εἶχεν γὰρ εὐχήν</w:t>
      </w:r>
      <w:r>
        <w:rPr>
          <w:sz w:val="20"/>
        </w:rPr>
        <w:t xml:space="preserve"> [keiramenos en Kenchreais tēn kephalēn, eichen gar euchēn]</w:t>
      </w:r>
      <w:r>
        <w:rPr>
          <w:sz w:val="20"/>
        </w:rPr>
        <w:br/>
        <w:t>Грамматика допускает обсуждение субъекта обета, но естественный дискурсивный субъект — Павел. WGT-T следует этому пониманию и отмечает альтернативу отдельно.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κειράμενος ... εἶχεν γὰρ εὐχήν грамматически допускает обсуждение субъекта: основной дискурсивный субъект — Павел, но ближайшее мужское имя — Акила. WGT-T следует традиционному и наиболее распространённому пониманию, относя стрижку и обет к Павлу; альтернативу следует показать в WGT-E.</w:t>
      </w:r>
    </w:p>
    <w:p>
      <w:r>
        <w:t>19. Они прибыли в Эфес. Там Павел оставил их, а сам вошёл в синагогу и рассуждал с иудеями.</w:t>
      </w:r>
    </w:p>
    <w:p>
      <w:r>
        <w:t>20. Они просили его остаться подольше, но он не согласился.</w:t>
      </w:r>
    </w:p>
    <w:p>
      <w:r>
        <w:t>21. Попрощавшись, он сказал: «Я снова вернусь к вам, если Бог захочет», — и отплыл из Эфеса.</w:t>
      </w:r>
    </w:p>
    <w:p>
      <w:pPr>
        <w:ind w:left="360"/>
      </w:pPr>
      <w:r>
        <w:rPr>
          <w:b/>
          <w:sz w:val="20"/>
        </w:rPr>
        <w:t>Промысл</w:t>
      </w:r>
      <w:r>
        <w:rPr>
          <w:i/>
          <w:sz w:val="20"/>
        </w:rPr>
        <w:t xml:space="preserve"> τοῦ θεοῦ θέλοντος</w:t>
      </w:r>
      <w:r>
        <w:rPr>
          <w:sz w:val="20"/>
        </w:rPr>
        <w:t xml:space="preserve"> [tou theou thelontos]</w:t>
      </w:r>
      <w:r>
        <w:rPr>
          <w:sz w:val="20"/>
        </w:rPr>
        <w:br/>
        <w:t>Павел планирует возвращение условно: «если Бог захочет». Это краткая формула подчинения маршрута Божьей воле.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Поздняя традиция добавляет необходимость непременно провести предстоящий праздник в Иерусалиме; WGT-T следует SBLGNT без этого расширения.</w:t>
      </w:r>
    </w:p>
    <w:p>
      <w:r>
        <w:t>22. Прибыв в Кесарию, он поднялся, приветствовал церковь и затем спустился в Антиохию.</w:t>
      </w:r>
    </w:p>
    <w:p>
      <w:r>
        <w:t>23. Проведя там некоторое время, он отправился дальше, последовательно проходя Галатийскую область и Фригию и укрепляя всех учеников.</w:t>
      </w:r>
    </w:p>
    <w:p>
      <w:r>
        <w:t>24. В Эфес прибыл один иудей по имени Аполлос, родом из Александрии, человек красноречивый и сильный в Писаниях.</w:t>
      </w:r>
    </w:p>
    <w:p>
      <w:pPr>
        <w:ind w:left="360"/>
      </w:pPr>
      <w:r>
        <w:rPr>
          <w:b/>
          <w:sz w:val="20"/>
        </w:rPr>
        <w:t>Аполлос</w:t>
      </w:r>
      <w:r>
        <w:rPr>
          <w:i/>
          <w:sz w:val="20"/>
        </w:rPr>
        <w:t xml:space="preserve"> ἀνὴρ λόγιος ... δυνατὸς ὢν ἐν ταῖς γραφαῖς</w:t>
      </w:r>
      <w:r>
        <w:rPr>
          <w:sz w:val="20"/>
        </w:rPr>
        <w:t xml:space="preserve"> [anēr logios ... dynatos ōn en tais graphais]</w:t>
      </w:r>
      <w:r>
        <w:rPr>
          <w:sz w:val="20"/>
        </w:rPr>
        <w:br/>
        <w:t>Аполлос одновременно λόγιος — красноречивый/образованный — и «сильный в Писаниях». Лука подчёркивает и речевую способность, и библейскую компетентность.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λόγιος может означать как «красноречивый», так и «учёный/образованный». Ближайший контекст подчёркивает способность Аполлоса говорить и убеждать, поэтому WGT-T оставляет «красноречивый»; «сильный в Писаниях» отдельно передаёт его знание Писания.</w:t>
      </w:r>
    </w:p>
    <w:p>
      <w:r>
        <w:t>25. Он был наставлен в Пути Господа и, горя духом, говорил и точно учил об Иисусе, зная только крещение Иоанна.</w:t>
      </w:r>
    </w:p>
    <w:p>
      <w:pPr>
        <w:ind w:left="360"/>
      </w:pPr>
      <w:r>
        <w:rPr>
          <w:b/>
          <w:sz w:val="20"/>
        </w:rPr>
        <w:t>Путь</w:t>
      </w:r>
      <w:r>
        <w:rPr>
          <w:i/>
          <w:sz w:val="20"/>
        </w:rPr>
        <w:t xml:space="preserve"> κατηχημένος τὴν ὁδὸν τοῦ κυρίου ... ἀκριβῶς τὰ περὶ τοῦ Ἰησοῦ</w:t>
      </w:r>
      <w:r>
        <w:rPr>
          <w:sz w:val="20"/>
        </w:rPr>
        <w:t xml:space="preserve"> [katēchēmenos tēn hodon tou kyriou ... akribōs ta peri tou Iēsou]</w:t>
      </w:r>
      <w:r>
        <w:rPr>
          <w:sz w:val="20"/>
        </w:rPr>
        <w:br/>
        <w:t>Аполлос уже наставлен в Пути Господа и точно учит об Иисусе, но знает только крещение Иоанна. Лука допускает реальную, но неполную осведомлённость, не обесценивая всё его предыдущее знание.</w:t>
      </w:r>
    </w:p>
    <w:p>
      <w:r>
        <w:t>26. Он начал смело говорить в синагоге. Услышав его, Прискилла и Акила взяли его к себе и точнее объяснили ему Путь Божий.</w:t>
      </w:r>
    </w:p>
    <w:p>
      <w:pPr>
        <w:ind w:left="360"/>
      </w:pPr>
      <w:r>
        <w:rPr>
          <w:b/>
          <w:sz w:val="20"/>
        </w:rPr>
        <w:t>Учение</w:t>
      </w:r>
      <w:r>
        <w:rPr>
          <w:i/>
          <w:sz w:val="20"/>
        </w:rPr>
        <w:t xml:space="preserve"> ἀκριβέστερον αὐτῷ ἐξέθεντο τὴν ὁδὸν τοῦ θεοῦ</w:t>
      </w:r>
      <w:r>
        <w:rPr>
          <w:sz w:val="20"/>
        </w:rPr>
        <w:t xml:space="preserve"> [akribesteron autō exethento tēn hodon tou theou]</w:t>
      </w:r>
      <w:r>
        <w:rPr>
          <w:sz w:val="20"/>
        </w:rPr>
        <w:br/>
        <w:t>Прискилла и Акила объясняют Аполлосу Путь Божий «точнее». Это корректировка и углубление, а не описание его как неверующего до встречи с ними.</w:t>
      </w:r>
    </w:p>
    <w:p>
      <w:r>
        <w:t>27. Когда он захотел отправиться в Ахайю, братья ободрили его и написали ученикам, чтобы те приняли его. Прибыв туда, он оказал большую помощь тем, кто уверовал через благодать,</w:t>
      </w:r>
    </w:p>
    <w:p>
      <w:pPr>
        <w:ind w:left="360"/>
      </w:pPr>
      <w:r>
        <w:rPr>
          <w:b/>
          <w:sz w:val="20"/>
        </w:rPr>
        <w:t>Благодать</w:t>
      </w:r>
      <w:r>
        <w:rPr>
          <w:i/>
          <w:sz w:val="20"/>
        </w:rPr>
        <w:t xml:space="preserve"> τοῖς πεπιστευκόσιν διὰ τῆς χάριτος</w:t>
      </w:r>
      <w:r>
        <w:rPr>
          <w:sz w:val="20"/>
        </w:rPr>
        <w:t xml:space="preserve"> [tois pepisteukosin dia tēs charitos]</w:t>
      </w:r>
      <w:r>
        <w:rPr>
          <w:sz w:val="20"/>
        </w:rPr>
        <w:br/>
        <w:t>Наиболее естественно διὰ τῆς χάριτος относится к уверованию: ученики «уверовали через благодать». Благодать представлена действующей причиной веры.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τοῖς πεπιστευκόσιν διὰ τῆς χάριτος — естественнее всего: «тем, кто уверовал через благодать»; WGT-T сохраняет связь διὰ τῆς χάριτος с причастием «уверовавшим».</w:t>
      </w:r>
    </w:p>
    <w:p>
      <w:r>
        <w:t>28. потому что публично и убедительно опровергал иудеев, показывая из Писаний, что Иисус есть Христос.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εἶναι τὸν χριστὸν Ἰησοῦν</w:t>
      </w:r>
      <w:r>
        <w:rPr>
          <w:sz w:val="20"/>
        </w:rPr>
        <w:t xml:space="preserve"> [einai ton christon Iēsoun]</w:t>
      </w:r>
      <w:r>
        <w:rPr>
          <w:sz w:val="20"/>
        </w:rPr>
        <w:br/>
        <w:t>Аполлос публично показывает из Писаний, что Иисус есть Христос. Это завершает блок той же мессианской аргументацией, с которой Павел начал 17-ю главу.</w:t>
      </w:r>
    </w:p>
    <w:p>
      <w:pPr>
        <w:pStyle w:val="Heading2"/>
      </w:pPr>
      <w:r>
        <w:t>Глава 19</w:t>
      </w:r>
    </w:p>
    <w:p>
      <w:r>
        <w:t>1. Пока Аполлос был в Коринфе, Павел прошёл верхние области и пришёл в Эфес. Там он нашёл нескольких учеников</w:t>
      </w:r>
    </w:p>
    <w:p>
      <w:r>
        <w:t>2. и спросил их: «Получили ли вы Святого Духа, когда уверовали?» Они ответили: «Мы даже не слышали, есть ли Святой Дух».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εἰ πνεῦμα ἅγιον ἐλάβετε πιστεύσαντες</w:t>
      </w:r>
      <w:r>
        <w:rPr>
          <w:sz w:val="20"/>
        </w:rPr>
        <w:t xml:space="preserve"> [ei pneuma hagion elabete pisteusantes]</w:t>
      </w:r>
      <w:r>
        <w:rPr>
          <w:sz w:val="20"/>
        </w:rPr>
        <w:br/>
        <w:t>Павел спрашивает учеников, получили ли они Святого Духа, «уверовав/когда уверовали». Сам вопрос различает факт веры и получение Духа как два описываемых понятия, не задавая заранее универсальную временную схему.</w:t>
      </w:r>
    </w:p>
    <w:p>
      <w:r>
        <w:t>3. Он спросил: «Во что же вы были крещены?» Они ответили: «В крещение Иоанна».</w:t>
      </w:r>
    </w:p>
    <w:p>
      <w:pPr>
        <w:ind w:left="360"/>
      </w:pPr>
      <w:r>
        <w:rPr>
          <w:b/>
          <w:sz w:val="20"/>
        </w:rPr>
        <w:t>Крещение</w:t>
      </w:r>
      <w:r>
        <w:rPr>
          <w:i/>
          <w:sz w:val="20"/>
        </w:rPr>
        <w:t xml:space="preserve"> εἰς τί οὖν ἐβαπτίσθητε;</w:t>
      </w:r>
      <w:r>
        <w:rPr>
          <w:sz w:val="20"/>
        </w:rPr>
        <w:t xml:space="preserve"> [eis ti oun ebaptisthēte]</w:t>
      </w:r>
      <w:r>
        <w:rPr>
          <w:sz w:val="20"/>
        </w:rPr>
        <w:br/>
        <w:t>Следующий вопрос Павла уточняет их крещение. Их ответ показывает, что они знают только крещение Иоанна, что объясняет предыдущий вопрос о Святом Духе.</w:t>
      </w:r>
    </w:p>
    <w:p>
      <w:r>
        <w:t>4. Павел сказал: «Иоанн крестил крещением покаяния, говоря народу, чтобы они верили в Идущего после него, то есть в Иисуса».</w:t>
      </w:r>
    </w:p>
    <w:p>
      <w:pPr>
        <w:ind w:left="360"/>
      </w:pPr>
      <w:r>
        <w:rPr>
          <w:b/>
          <w:sz w:val="20"/>
        </w:rPr>
        <w:t>Покаяние</w:t>
      </w:r>
      <w:r>
        <w:rPr>
          <w:i/>
          <w:sz w:val="20"/>
        </w:rPr>
        <w:t xml:space="preserve"> Ἰωάννης ἐβάπτισεν βάπτισμα μετανοίας</w:t>
      </w:r>
      <w:r>
        <w:rPr>
          <w:sz w:val="20"/>
        </w:rPr>
        <w:t xml:space="preserve"> [Iōannēs ebaptisen baptisma metanoias]</w:t>
      </w:r>
      <w:r>
        <w:rPr>
          <w:sz w:val="20"/>
        </w:rPr>
        <w:br/>
        <w:t>Павел определяет Иоанново крещение как «крещение покаяния», направлявшее людей к вере в Идущего после Иоанна — Иисуса.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Поздняя традиция добавляет «Христа» перед «Иисуса»; WGT-T следует более краткому чтению.</w:t>
      </w:r>
    </w:p>
    <w:p>
      <w:r>
        <w:t>5. Услышав это, они были крещены во имя Господа Иисуса.</w:t>
      </w:r>
    </w:p>
    <w:p>
      <w:pPr>
        <w:ind w:left="360"/>
      </w:pPr>
      <w:r>
        <w:rPr>
          <w:b/>
          <w:sz w:val="20"/>
        </w:rPr>
        <w:t>Крещение</w:t>
      </w:r>
      <w:r>
        <w:rPr>
          <w:i/>
          <w:sz w:val="20"/>
        </w:rPr>
        <w:t xml:space="preserve"> ἐβαπτίσθησαν εἰς τὸ ὄνομα τοῦ κυρίου Ἰησοῦ</w:t>
      </w:r>
      <w:r>
        <w:rPr>
          <w:sz w:val="20"/>
        </w:rPr>
        <w:t xml:space="preserve"> [ebaptisthēsan eis to onoma tou kyriou Iēsou]</w:t>
      </w:r>
      <w:r>
        <w:rPr>
          <w:sz w:val="20"/>
        </w:rPr>
        <w:br/>
        <w:t>После объяснения Павла они крестятся во имя Господа Иисуса. Лука отдельно описывает это водное крещение до следующего эпизода с возложением рук.</w:t>
      </w:r>
    </w:p>
    <w:p>
      <w:r>
        <w:t>6. Когда Павел возложил на них руки, на них сошёл Святой Дух, и они стали говорить на языках и пророчествовать.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ἐπιθέντος αὐτοῖς τοῦ Παύλου χεῖρας, ἦλθε τὸ πνεῦμα τὸ ἅγιον ἐπ’ αὐτούς</w:t>
      </w:r>
      <w:r>
        <w:rPr>
          <w:sz w:val="20"/>
        </w:rPr>
        <w:t xml:space="preserve"> [epithentos autois tou Paulou cheiras, ēlthe to pneuma to hagion ep' autous]</w:t>
      </w:r>
      <w:r>
        <w:rPr>
          <w:sz w:val="20"/>
        </w:rPr>
        <w:br/>
        <w:t>После возложения рук Павла Святой Дух сходит на них. Лука затем прямо называет наблюдаемые проявления: они говорят на языках и пророчествуют.</w:t>
      </w:r>
    </w:p>
    <w:p>
      <w:pPr>
        <w:ind w:left="360"/>
      </w:pPr>
      <w:r>
        <w:rPr>
          <w:b/>
          <w:sz w:val="20"/>
        </w:rPr>
        <w:t>Языки и пророчество</w:t>
      </w:r>
      <w:r>
        <w:rPr>
          <w:i/>
          <w:sz w:val="20"/>
        </w:rPr>
        <w:t xml:space="preserve"> ἐλάλουν τε γλώσσαις καὶ ἐπροφήτευον</w:t>
      </w:r>
      <w:r>
        <w:rPr>
          <w:sz w:val="20"/>
        </w:rPr>
        <w:t xml:space="preserve"> [elaloun te glōssais kai eprophēteuon]</w:t>
      </w:r>
      <w:r>
        <w:rPr>
          <w:sz w:val="20"/>
        </w:rPr>
        <w:br/>
        <w:t>В отличие от Самарии, здесь текст прямо сообщает два проявления — языки и пророчество. Их не следует ни убирать, ни добавлять другие неназванные проявления.</w:t>
      </w:r>
    </w:p>
    <w:p>
      <w:r>
        <w:t>7. Всего их было около двенадцати человек.</w:t>
      </w:r>
    </w:p>
    <w:p>
      <w:r>
        <w:t>8. Затем Павел вошёл в синагогу и три месяца смело говорил, рассуждая о Царстве Божьем и убеждая слушателей.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διαλεγόμενος καὶ πείθων περὶ τῆς βασιλείας τοῦ θεοῦ</w:t>
      </w:r>
      <w:r>
        <w:rPr>
          <w:sz w:val="20"/>
        </w:rPr>
        <w:t xml:space="preserve"> [dialegomenos kai peithōn peri tēs basileias tou theou]</w:t>
      </w:r>
      <w:r>
        <w:rPr>
          <w:sz w:val="20"/>
        </w:rPr>
        <w:br/>
        <w:t>Три месяца Павел рассуждает и убеждает о Царстве Божьем. Тема Царства остаётся центральной и в поздней части Деяний.</w:t>
      </w:r>
    </w:p>
    <w:p>
      <w:r>
        <w:t>9. Но поскольку некоторые ожесточались и не верили, злословя Путь перед множеством, он оставил их, отделил учеников и ежедневно рассуждал в училище Тиранна.</w:t>
      </w:r>
    </w:p>
    <w:p>
      <w:pPr>
        <w:ind w:left="360"/>
      </w:pPr>
      <w:r>
        <w:rPr>
          <w:b/>
          <w:sz w:val="20"/>
        </w:rPr>
        <w:t>Путь</w:t>
      </w:r>
      <w:r>
        <w:rPr>
          <w:i/>
          <w:sz w:val="20"/>
        </w:rPr>
        <w:t xml:space="preserve"> κακολογοῦντες τὴν ὁδὸν</w:t>
      </w:r>
      <w:r>
        <w:rPr>
          <w:sz w:val="20"/>
        </w:rPr>
        <w:t xml:space="preserve"> [kakologountes tēn hodon]</w:t>
      </w:r>
      <w:r>
        <w:rPr>
          <w:sz w:val="20"/>
        </w:rPr>
        <w:br/>
        <w:t>«Путь» снова служит названием движения учеников. Здесь противники публично злословят именно Путь.</w:t>
      </w:r>
    </w:p>
    <w:p>
      <w:r>
        <w:t>10. Так продолжалось два года, и все жители Азии, иудеи и греки, услышали слово Господа.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Позднее чтение добавляет «Иисуса»; WGT-T следует критическому тексту без этого добавления.</w:t>
      </w:r>
    </w:p>
    <w:p>
      <w:r>
        <w:t>11. Бог совершал руками Павла необычайные чудеса,</w:t>
      </w:r>
    </w:p>
    <w:p>
      <w:pPr>
        <w:ind w:left="360"/>
      </w:pPr>
      <w:r>
        <w:rPr>
          <w:b/>
          <w:sz w:val="20"/>
        </w:rPr>
        <w:t>Сила</w:t>
      </w:r>
      <w:r>
        <w:rPr>
          <w:i/>
          <w:sz w:val="20"/>
        </w:rPr>
        <w:t xml:space="preserve"> δυνάμεις τε οὐ τὰς τυχούσας</w:t>
      </w:r>
      <w:r>
        <w:rPr>
          <w:sz w:val="20"/>
        </w:rPr>
        <w:t xml:space="preserve"> [dynameis te ou tas tychousas]</w:t>
      </w:r>
      <w:r>
        <w:rPr>
          <w:sz w:val="20"/>
        </w:rPr>
        <w:br/>
        <w:t>Лука буквально говорит о «необычайных силах/могущественных деяниях», совершаемых Богом руками Павла. Источник действия прямо назван: Бог.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δυνάμεις — буквально «силы», но в повествовательном контексте означает могущественные деяния/чудеса; «необычайные чудеса» передаёт функцию выражения οὐ τὰς τυχούσας.</w:t>
      </w:r>
    </w:p>
    <w:p>
      <w:r>
        <w:t>12. так что к больным относили даже платки и передники, касавшиеся его тела, и болезни оставляли их, а злые духи выходили.</w:t>
      </w:r>
    </w:p>
    <w:p>
      <w:r>
        <w:t>13. Некоторые странствующие иудейские заклинатели тоже попытались произносить имя Господа Иисуса над одержимыми злыми духами, говоря: «Заклинаю вас Иисусом, Которого проповедует Павел».</w:t>
      </w:r>
    </w:p>
    <w:p>
      <w:pPr>
        <w:ind w:left="360"/>
      </w:pPr>
      <w:r>
        <w:rPr>
          <w:b/>
          <w:sz w:val="20"/>
        </w:rPr>
        <w:t>Имя</w:t>
      </w:r>
      <w:r>
        <w:rPr>
          <w:i/>
          <w:sz w:val="20"/>
        </w:rPr>
        <w:t xml:space="preserve"> ὀνομάζειν ... τὸ ὄνομα τοῦ κυρίου Ἰησοῦ</w:t>
      </w:r>
      <w:r>
        <w:rPr>
          <w:sz w:val="20"/>
        </w:rPr>
        <w:t xml:space="preserve"> [onomazein ... to onoma tou kyriou Iēsou]</w:t>
      </w:r>
      <w:r>
        <w:rPr>
          <w:sz w:val="20"/>
        </w:rPr>
        <w:br/>
        <w:t>Странствующие заклинатели пытаются использовать имя Иисуса как технику. Сцена противопоставляет магическое употребление имени реальному авторитету Иисуса.</w:t>
      </w:r>
    </w:p>
    <w:p>
      <w:r>
        <w:t>14. Это делали семь сыновей некоего Скевы, иудейского первосвященника.</w:t>
      </w:r>
    </w:p>
    <w:p>
      <w:r>
        <w:t>15. Но злой дух ответил им: «Иисуса я знаю, и Павел мне известен; а вы кто?»</w:t>
      </w:r>
    </w:p>
    <w:p>
      <w:r>
        <w:t>16. И человек, в котором был злой дух, бросился на них, одолел обоих и оказался сильнее их, так что они нагими и ранеными выбежали из того дома.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Критические тексты SBLGNT/NA28 читают ἀμφοτέρων — «обоих»; византийская традиция имеет αὐτῶν — «их». WGT-T сохраняет критическое чтение. Наиболее естественное объяснение: семь сыновей Скевы занимались этим вообще, а в описанном эпизоде участвовали двое.</w:t>
      </w:r>
    </w:p>
    <w:p>
      <w:r>
        <w:t>17. Это стало известно всем иудеям и грекам, жившим в Эфесе; страх охватил всех, и имя Господа Иисуса возвеличивалось.</w:t>
      </w:r>
    </w:p>
    <w:p>
      <w:pPr>
        <w:ind w:left="360"/>
      </w:pPr>
      <w:r>
        <w:rPr>
          <w:b/>
          <w:sz w:val="20"/>
        </w:rPr>
        <w:t>Имя</w:t>
      </w:r>
      <w:r>
        <w:rPr>
          <w:i/>
          <w:sz w:val="20"/>
        </w:rPr>
        <w:t xml:space="preserve"> ἐμεγαλύνετο τὸ ὄνομα τοῦ κυρίου Ἰησοῦ</w:t>
      </w:r>
      <w:r>
        <w:rPr>
          <w:sz w:val="20"/>
        </w:rPr>
        <w:t xml:space="preserve"> [emegalyneto to onoma tou kyriou Iēsou]</w:t>
      </w:r>
      <w:r>
        <w:rPr>
          <w:sz w:val="20"/>
        </w:rPr>
        <w:br/>
        <w:t>После неудачи заклинателей имя Господа Иисуса не обесценивается, а «возвеличивается»: Лука отделяет имя от магического манипулирования им.</w:t>
      </w:r>
    </w:p>
    <w:p>
      <w:r>
        <w:t>18. Многие из уверовавших приходили, исповедуя и открыто рассказывая о своих делах.</w:t>
      </w:r>
    </w:p>
    <w:p>
      <w:r>
        <w:t>19. Многие из занимавшихся магией собрали свои книги и сожгли их перед всеми. Их стоимость подсчитали: она составила пятьдесят тысяч серебром.</w:t>
      </w:r>
    </w:p>
    <w:p>
      <w:pPr>
        <w:ind w:left="360"/>
      </w:pPr>
      <w:r>
        <w:rPr>
          <w:b/>
          <w:sz w:val="20"/>
        </w:rPr>
        <w:t>Магия</w:t>
      </w:r>
      <w:r>
        <w:rPr>
          <w:i/>
          <w:sz w:val="20"/>
        </w:rPr>
        <w:t xml:space="preserve"> τὰς βίβλους κατέκαιον ἐνώπιον πάντων</w:t>
      </w:r>
      <w:r>
        <w:rPr>
          <w:sz w:val="20"/>
        </w:rPr>
        <w:t xml:space="preserve"> [tas biblous katekaion enōpion pantōn]</w:t>
      </w:r>
      <w:r>
        <w:rPr>
          <w:sz w:val="20"/>
        </w:rPr>
        <w:br/>
        <w:t>Уверовавшие, ранее занимавшиеся магией, публично сжигают свои книги. Текст показывает разрыв с прежними практиками как следствие обращения, а не как средство получить Божью силу.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ἀργυρίου μυριάδας πέντε буквально «пять мириад серебра», то есть 50 000 в серебряной оценке. Сам греческий текст не называет конкретную монету; поэтому WGT-T не вставляет «драхм», «денариев» или «монет» в основной текст.</w:t>
      </w:r>
    </w:p>
    <w:p>
      <w:r>
        <w:t>20. Так слово Господа мощно росло и крепло.</w:t>
      </w:r>
    </w:p>
    <w:p>
      <w:pPr>
        <w:ind w:left="360"/>
      </w:pPr>
      <w:r>
        <w:rPr>
          <w:b/>
          <w:sz w:val="20"/>
        </w:rPr>
        <w:t>Рост слова</w:t>
      </w:r>
      <w:r>
        <w:rPr>
          <w:i/>
          <w:sz w:val="20"/>
        </w:rPr>
        <w:t xml:space="preserve"> κατὰ κράτος τοῦ κυρίου ὁ λόγος ηὔξανεν καὶ ἴσχυεν</w:t>
      </w:r>
      <w:r>
        <w:rPr>
          <w:sz w:val="20"/>
        </w:rPr>
        <w:t xml:space="preserve"> [kata kratos tou kyriou ho logos ēuxanen kai ischyen]</w:t>
      </w:r>
      <w:r>
        <w:rPr>
          <w:sz w:val="20"/>
        </w:rPr>
        <w:br/>
        <w:t>Формула прогресса усиливается: слово Господа «мощно росло и крепло». Это структурный итог эфесского блока.</w:t>
      </w:r>
    </w:p>
    <w:p>
      <w:r>
        <w:t>21. После этого Павел решил в духе пройти Македонию и Ахайю и идти в Иерусалим, сказав: «После того как побываю там, мне нужно увидеть и Рим».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δεῖ με καὶ Ῥώμην ἰδεῖν</w:t>
      </w:r>
      <w:r>
        <w:rPr>
          <w:sz w:val="20"/>
        </w:rPr>
        <w:t xml:space="preserve"> [dei me kai Rhōmēn idein]</w:t>
      </w:r>
      <w:r>
        <w:rPr>
          <w:sz w:val="20"/>
        </w:rPr>
        <w:br/>
        <w:t>Павел формулирует дальнейший маршрут через δεῖ: «мне нужно/надлежит увидеть и Рим». Рим становится следующей крупной географической целью повествования.</w:t>
      </w:r>
    </w:p>
    <w:p>
      <w:r>
        <w:t>22. Послав в Македонию двоих из своих помощников, Тимофея и Эраста, сам он ещё некоторое время оставался в Азии.</w:t>
      </w:r>
    </w:p>
    <w:p>
      <w:r>
        <w:t>23. В то время возникло немалое возмущение из-за Пути.</w:t>
      </w:r>
    </w:p>
    <w:p>
      <w:r>
        <w:t>24. Некий мастер по серебру по имени Димитрий, изготовлявший серебряные святилища Артемиды, давал ремесленникам немалый заработок.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ναοὺς ἀργυροῦς — серебряные святилища/модели храма, а не полноразмерные «храмы»; WGT-T выбирает «святилища».</w:t>
      </w:r>
    </w:p>
    <w:p>
      <w:r>
        <w:t>25. Собрав их и других работников того же ремесла, он сказал: «Мужи! Вы знаете, что наше благосостояние зависит от этого дела.</w:t>
      </w:r>
    </w:p>
    <w:p>
      <w:r>
        <w:t>26. Вы видите и слышите, что этот Павел не только в Эфесе, но почти по всей Азии убедил и отвратил немало людей, говоря, что сделанные руками — не боги.</w:t>
      </w:r>
    </w:p>
    <w:p>
      <w:r>
        <w:t>27. Есть опасность, что не только наше ремесло будет опозорено, но и храм великой богини Артемиды окажется ничем, и величие той, которую почитают вся Азия и весь мир, будет низвергнуто».</w:t>
      </w:r>
    </w:p>
    <w:p>
      <w:r>
        <w:t>28. Услышав это, они пришли в ярость и стали кричать: «Велика Артемида Эфесская!»</w:t>
      </w:r>
    </w:p>
    <w:p>
      <w:r>
        <w:t>29. Весь город наполнился смятением. Все единодушно бросились в театр, схватив Гаия и Аристарха, македонян, спутников Павла.</w:t>
      </w:r>
    </w:p>
    <w:p>
      <w:r>
        <w:t>30. Павел хотел войти к народу, но ученики не позволили ему.</w:t>
      </w:r>
    </w:p>
    <w:p>
      <w:r>
        <w:t>31. Некоторые из асиархов, бывшие его друзьями, также послали к нему и просили не идти в театр.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τινὲς δὲ καὶ τῶν Ἀσιαρχῶν</w:t>
      </w:r>
      <w:r>
        <w:rPr>
          <w:sz w:val="20"/>
        </w:rPr>
        <w:t xml:space="preserve"> [tines de kai tōn Asiarchōn]</w:t>
      </w:r>
      <w:r>
        <w:rPr>
          <w:sz w:val="20"/>
        </w:rPr>
        <w:br/>
        <w:t>Асиархи — региональные элитные должностные/почётные лица, связанные с общественной и культовой жизнью провинции Азия. То, что некоторые из них названы друзьями Павла, показывает его связи за пределами церковной среды.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ἀσιάρχαι — официальный/почётный региональный титул. WGT-T сохраняет транслитерацию «асиархи»; WGT-E должен пояснить функцию.</w:t>
      </w:r>
    </w:p>
    <w:p>
      <w:r>
        <w:t>32. Одни кричали одно, другие другое, потому что собрание было в смятении, и большинство не знало, зачем они собрались. [ἡ ἐκκλησία — означает гражданское собрание, а не церковь]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ἡ ἐκκλησία</w:t>
      </w:r>
      <w:r>
        <w:rPr>
          <w:sz w:val="20"/>
        </w:rPr>
        <w:t xml:space="preserve"> [hē ekklēsia]</w:t>
      </w:r>
      <w:r>
        <w:rPr>
          <w:sz w:val="20"/>
        </w:rPr>
        <w:br/>
        <w:t>Здесь ἐκκλησία означает гражданское собрание, а не церковь. Контекст показывает, что одно и то же греческое слово может обозначать просто собрание граждан.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ἐκκλησία здесь означает гражданское собрание, не церковь; переводим «собрание».</w:t>
      </w:r>
    </w:p>
    <w:p>
      <w:r>
        <w:t>33. Из толпы вывели Александра, которого иудеи выдвинули вперёд. Александр сделал знак рукой и хотел оправдаться перед народом.</w:t>
      </w:r>
    </w:p>
    <w:p>
      <w:r>
        <w:t>34. Но когда узнали, что он иудей, все одним голосом около двух часов кричали: «Велика Артемида Эфесская!»</w:t>
      </w:r>
    </w:p>
    <w:p>
      <w:r>
        <w:t>35. Городской секретарь, успокоив толпу, сказал: «Мужи эфесяне! Кто из людей не знает, что город Эфес — хранитель храма великой Артемиды и того, что упало с неба? [νεωκόρον ... καὶ τοῦ διοπετοῦς — νεωκόρος — почётный титул города как хранителя культа/храма; διοπετές буквально «упавшее с неба»]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νεωκόρον ... καὶ τοῦ διοπετοῦς</w:t>
      </w:r>
      <w:r>
        <w:rPr>
          <w:sz w:val="20"/>
        </w:rPr>
        <w:t xml:space="preserve"> [neōkoron ... kai tou diopetous]</w:t>
      </w:r>
      <w:r>
        <w:rPr>
          <w:sz w:val="20"/>
        </w:rPr>
        <w:br/>
        <w:t>νεωκόρος — почётный титул города как хранителя культа/храма; διοπετές буквально «упавшее с неба». Лука передаёт местную культовую лексику, не подтверждая её религиозные притязания.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νεωκόρος — буквально храмовый хранитель/страж и одновременно почётный культовый титул города. διοπετές — буквально «упавшее с неба/от Зевса»; существительное «изображение» в греческом не выражено, поэтому WGT-T передаёт нейтрально «то, что упало с неба».</w:t>
      </w:r>
    </w:p>
    <w:p>
      <w:r>
        <w:t>36. Поскольку это бесспорно, вам следует успокоиться и не делать ничего опрометчивого.</w:t>
      </w:r>
    </w:p>
    <w:p>
      <w:r>
        <w:t>37. Вы привели этих людей, хотя они ни храмов не грабили, ни нашу богиню не хулили.</w:t>
      </w:r>
    </w:p>
    <w:p>
      <w:r>
        <w:t>38. Если Димитрий и ремесленники с ним имеют жалобу на кого-то, суды открыты и есть проконсулы; пусть предъявляют обвинения друг другу.</w:t>
      </w:r>
    </w:p>
    <w:p>
      <w:r>
        <w:t>39. А если вы требуете чего-либо ещё, это будет решено в законном собрании.</w:t>
      </w:r>
    </w:p>
    <w:p>
      <w:r>
        <w:t>40. Ведь нам грозит обвинение в мятеже из-за того, что произошло сегодня, поскольку нет никакой причины, которой мы могли бы оправдать это сборище».</w:t>
      </w:r>
    </w:p>
    <w:p>
      <w:r>
        <w:t>41. Сказав это, он распустил собрание.</w:t>
      </w:r>
    </w:p>
    <w:p>
      <w:pPr>
        <w:pStyle w:val="Heading2"/>
      </w:pPr>
      <w:r>
        <w:t>Глава 20</w:t>
      </w:r>
    </w:p>
    <w:p>
      <w:r>
        <w:t>1. Когда беспорядки прекратились, Павел позвал учеников, ободрил их, попрощался и отправился в Македонию.</w:t>
      </w:r>
    </w:p>
    <w:p>
      <w:r>
        <w:t>2. Пройдя по тем местам и много ободрив их словами, он пришёл в Грецию.</w:t>
      </w:r>
    </w:p>
    <w:p>
      <w:r>
        <w:t>3. Проведя там три месяца, он собирался плыть в Сирию, но иудеи устроили против него заговор, и он решил возвращаться через Македонию.</w:t>
      </w:r>
    </w:p>
    <w:p>
      <w:r>
        <w:t>4. Его сопровождали Сопатр, сын Пирра, из Верии, Аристарх и Секунд из Фессалоники, Гаий из Дервии, Тимофей, а из Асии — Тихик и Трофим.</w:t>
      </w:r>
    </w:p>
    <w:p>
      <w:r>
        <w:t>5. Они пошли впереди и ждали нас в Троаде.</w:t>
      </w:r>
    </w:p>
    <w:p>
      <w:r>
        <w:t>6. А мы после дней Опресноков отплыли из Филипп и через пять дней прибыли к ним в Троаду, где провели семь дней.</w:t>
      </w:r>
    </w:p>
    <w:p>
      <w:r>
        <w:t>7. В первый день недели, когда мы собрались для преломления хлеба, Павел беседовал с ними и, собираясь отправиться на следующий день, продолжал речь до полуночи.</w:t>
      </w:r>
    </w:p>
    <w:p>
      <w:pPr>
        <w:ind w:left="360"/>
      </w:pPr>
      <w:r>
        <w:rPr>
          <w:b/>
          <w:sz w:val="20"/>
        </w:rPr>
        <w:t>Община</w:t>
      </w:r>
      <w:r>
        <w:rPr>
          <w:i/>
          <w:sz w:val="20"/>
        </w:rPr>
        <w:t xml:space="preserve"> ἐν δὲ τῇ μιᾷ τῶν σαββάτων συνηγμένων ἡμῶν κλάσαι ἄρτον</w:t>
      </w:r>
      <w:r>
        <w:rPr>
          <w:sz w:val="20"/>
        </w:rPr>
        <w:t xml:space="preserve"> [en de tē mia tōn sabbatōn synēgmenōn hēmōn klasai arton]</w:t>
      </w:r>
      <w:r>
        <w:rPr>
          <w:sz w:val="20"/>
        </w:rPr>
        <w:br/>
        <w:t>Собрание происходит «в первый день недели» для преломления хлеба. Лука фиксирует практику общины, не объясняя здесь её отношение к субботе или устанавливая отдельное правило календаря.</w:t>
      </w:r>
    </w:p>
    <w:p>
      <w:r>
        <w:t>8. В верхней комнате, где мы были собраны, горело много светильников.</w:t>
      </w:r>
    </w:p>
    <w:p>
      <w:r>
        <w:t>9. Один юноша по имени Евтих сидел на окне и погружался в глубокий сон. Пока Павел долго говорил, сон одолел его, и он упал вниз с третьего этажа; его подняли мёртвым.</w:t>
      </w:r>
    </w:p>
    <w:p>
      <w:r>
        <w:t>10. Павел спустился, лёг на него, обнял и сказал: «Не тревожьтесь, его жизнь в нём».</w:t>
      </w:r>
    </w:p>
    <w:p>
      <w:pPr>
        <w:ind w:left="360"/>
      </w:pPr>
      <w:r>
        <w:rPr>
          <w:b/>
          <w:sz w:val="20"/>
        </w:rPr>
        <w:t>Жизнь</w:t>
      </w:r>
      <w:r>
        <w:rPr>
          <w:i/>
          <w:sz w:val="20"/>
        </w:rPr>
        <w:t xml:space="preserve"> ἡ γὰρ ψυχὴ αὐτοῦ ἐν αὐτῷ ἐστιν</w:t>
      </w:r>
      <w:r>
        <w:rPr>
          <w:sz w:val="20"/>
        </w:rPr>
        <w:t xml:space="preserve"> [hē gar psychē autou en autō estin]</w:t>
      </w:r>
      <w:r>
        <w:rPr>
          <w:sz w:val="20"/>
        </w:rPr>
        <w:br/>
        <w:t>После падения Евтиха Павел говорит: «его жизнь/душа в нём». Следующий стих 12 прямо сообщает, что юношу привели живым.</w:t>
      </w:r>
    </w:p>
    <w:p>
      <w:r>
        <w:t>11. Затем он поднялся, преломил хлеб, поел и ещё долго беседовал до рассвета, после чего ушёл.</w:t>
      </w:r>
    </w:p>
    <w:p>
      <w:r>
        <w:t>12. А юношу привели живым и очень утешились.</w:t>
      </w:r>
    </w:p>
    <w:p>
      <w:r>
        <w:t>13. Мы же пошли вперёд на корабль и отплыли к Ассу, где должны были взять Павла; так он распорядился, потому что сам хотел идти пешком.</w:t>
      </w:r>
    </w:p>
    <w:p>
      <w:r>
        <w:t>14. Когда он встретился с нами в Ассе, мы взяли его на борт и пришли в Митилену.</w:t>
      </w:r>
    </w:p>
    <w:p>
      <w:r>
        <w:t>15. Отплыв оттуда, на следующий день мы оказались напротив Хиоса, ещё через день пристали к Самосу, а на следующий пришли в Милет.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Поздняя традиция добавляет остановку в Трогиллии; WGT-T следует более краткому критическому тексту.</w:t>
      </w:r>
    </w:p>
    <w:p>
      <w:r>
        <w:t>16. Павел решил пройти мимо Эфеса, чтобы не задерживаться в Асии, потому что спешил, если возможно, быть в Иерусалиме ко дню Пятидесятницы.</w:t>
      </w:r>
    </w:p>
    <w:p>
      <w:r>
        <w:t>17. Из Милета он послал в Эфес и пригласил старейшин церкви.</w:t>
      </w:r>
    </w:p>
    <w:p>
      <w:pPr>
        <w:ind w:left="360"/>
      </w:pPr>
      <w:r>
        <w:rPr>
          <w:b/>
          <w:sz w:val="20"/>
        </w:rPr>
        <w:t>Руководство</w:t>
      </w:r>
      <w:r>
        <w:rPr>
          <w:i/>
          <w:sz w:val="20"/>
        </w:rPr>
        <w:t xml:space="preserve"> τοὺς πρεσβυτέρους τῆς ἐκκλησίας</w:t>
      </w:r>
      <w:r>
        <w:rPr>
          <w:sz w:val="20"/>
        </w:rPr>
        <w:t xml:space="preserve"> [tous presbyterous tēs ekklēsias]</w:t>
      </w:r>
      <w:r>
        <w:rPr>
          <w:sz w:val="20"/>
        </w:rPr>
        <w:br/>
        <w:t>Павел вызывает «старейшин» церкви Эфеса. В 20:28 эти же люди описываются как поставленные Духом ἐπίσκοποι, что важно для ранней терминологии служения.</w:t>
      </w:r>
    </w:p>
    <w:p>
      <w:r>
        <w:t>18. Когда они пришли к нему, он сказал: «Вы знаете, как с первого дня моего прихода в Асию я всё время был с вами,</w:t>
      </w:r>
    </w:p>
    <w:p>
      <w:r>
        <w:t>19. служа Господу со всяким смирением, со слезами и испытаниями, которые постигали меня из-за заговоров иудеев.</w:t>
      </w:r>
    </w:p>
    <w:p>
      <w:r>
        <w:t>20. Я не уклонился возвещать вам всё полезное и учить вас публично и по домам,</w:t>
      </w:r>
    </w:p>
    <w:p>
      <w:r>
        <w:t>21. свидетельствуя иудеям и грекам о покаянии перед Богом и вере в нашего Господа Иисуса.</w:t>
      </w:r>
    </w:p>
    <w:p>
      <w:pPr>
        <w:ind w:left="360"/>
      </w:pPr>
      <w:r>
        <w:rPr>
          <w:b/>
          <w:sz w:val="20"/>
        </w:rPr>
        <w:t>Покаяние и вера</w:t>
      </w:r>
      <w:r>
        <w:rPr>
          <w:i/>
          <w:sz w:val="20"/>
        </w:rPr>
        <w:t xml:space="preserve"> τὴν εἰς θεὸν μετάνοιαν καὶ πίστιν εἰς τὸν κύριον ἡμῶν Ἰησοῦν</w:t>
      </w:r>
      <w:r>
        <w:rPr>
          <w:sz w:val="20"/>
        </w:rPr>
        <w:t xml:space="preserve"> [tēn eis theon metanoian kai pistin eis ton kyrion hēmōn Iēsoun]</w:t>
      </w:r>
      <w:r>
        <w:rPr>
          <w:sz w:val="20"/>
        </w:rPr>
        <w:br/>
        <w:t>Служение Павла суммируется как свидетельство о покаянии к Богу и вере в Господа Иисуса. Эти два направления стоят рядом как единый миссионерский призыв.</w:t>
      </w:r>
    </w:p>
    <w:p>
      <w:r>
        <w:t>22. И теперь вот, связанный духом, я иду в Иерусалим, не зная, что там со мной произойдёт,</w:t>
      </w:r>
    </w:p>
    <w:p>
      <w:pPr>
        <w:ind w:left="360"/>
      </w:pPr>
      <w:r>
        <w:rPr>
          <w:b/>
          <w:sz w:val="20"/>
        </w:rPr>
        <w:t>Дух</w:t>
      </w:r>
      <w:r>
        <w:rPr>
          <w:i/>
          <w:sz w:val="20"/>
        </w:rPr>
        <w:t xml:space="preserve"> δεδεμένος ἐγὼ τῷ πνεύματι</w:t>
      </w:r>
      <w:r>
        <w:rPr>
          <w:sz w:val="20"/>
        </w:rPr>
        <w:t xml:space="preserve"> [dedemenos egō tō pneumati]</w:t>
      </w:r>
      <w:r>
        <w:rPr>
          <w:sz w:val="20"/>
        </w:rPr>
        <w:br/>
        <w:t>Выражение допускает «связанный духом» или «связанный Духом». Из-за формальной неоднозначности WGT-T сохраняет «связанный духом», а WGT-E не превращает спорное место в уверенную догматическую формулу.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δεδεμένος τῷ πνεύματι — «связанный духом/Духом». Формально выражение допускает обсуждение, относится ли πνεῦμα к внутреннему духу Павла или к действию Духа; WGT-T не разворачивает это в толкование.</w:t>
      </w:r>
    </w:p>
    <w:p>
      <w:r>
        <w:t>23. кроме того, что Святой Дух в каждом городе свидетельствует мне, что меня ожидают узы и скорби.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τὸ πνεῦμα τὸ ἅγιον κατὰ πόλιν διαμαρτύρεταί μοι</w:t>
      </w:r>
      <w:r>
        <w:rPr>
          <w:sz w:val="20"/>
        </w:rPr>
        <w:t xml:space="preserve"> [to pneuma to hagion kata polin diamartyretai moi]</w:t>
      </w:r>
      <w:r>
        <w:rPr>
          <w:sz w:val="20"/>
        </w:rPr>
        <w:br/>
        <w:t>Отдельно и недвусмысленно Павел говорит, что Святой Дух в каждом городе свидетельствует ему о предстоящих узах и скорбях. Здесь Дух предупреждает о страдании, не сообщая в этой фразе запрета идти.</w:t>
      </w:r>
    </w:p>
    <w:p>
      <w:r>
        <w:t>24. Но я ни во что не ставлю свою жизнь, лишь бы завершить свой путь и служение, которое получил от Господа Иисуса, — свидетельствовать благую весть благодати Божьей.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διαμαρτύρασθαι τὸ εὐαγγέλιον τῆς χάριτος τοῦ θεοῦ</w:t>
      </w:r>
      <w:r>
        <w:rPr>
          <w:sz w:val="20"/>
        </w:rPr>
        <w:t xml:space="preserve"> [diamartyrasthai to euangelion tēs charitos tou theou]</w:t>
      </w:r>
      <w:r>
        <w:rPr>
          <w:sz w:val="20"/>
        </w:rPr>
        <w:br/>
        <w:t>Павел определяет полученное от Господа Иисуса служение как свидетельство благой вести Божьей благодати. Завершение «пути» важнее для него сохранения собственной жизни.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Поздняя традиция добавляет «с радостью»; WGT-T следует более краткому критическому тексту.</w:t>
      </w:r>
    </w:p>
    <w:p>
      <w:r>
        <w:t>25. И теперь я знаю, что вы все, среди кого я ходил, проповедуя Царство, больше не увидите моего лица.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κηρύσσων τὴν βασιλείαν</w:t>
      </w:r>
      <w:r>
        <w:rPr>
          <w:sz w:val="20"/>
        </w:rPr>
        <w:t xml:space="preserve"> [kēryssōn tēn basileian]</w:t>
      </w:r>
      <w:r>
        <w:rPr>
          <w:sz w:val="20"/>
        </w:rPr>
        <w:br/>
        <w:t>Павел описывает своё прежнее служение среди эфесян как проповедь Царства. Это соединяет миссию Павла с центральной темой Иисуса и финалом Деяний.</w:t>
      </w:r>
    </w:p>
    <w:p>
      <w:r>
        <w:t>26. Поэтому свидетельствую вам сегодня: я чист от крови всех,</w:t>
      </w:r>
    </w:p>
    <w:p>
      <w:r>
        <w:t>27. потому что не уклонился возвестить вам весь замысел Бога.</w:t>
      </w:r>
    </w:p>
    <w:p>
      <w:pPr>
        <w:ind w:left="360"/>
      </w:pPr>
      <w:r>
        <w:rPr>
          <w:b/>
          <w:sz w:val="20"/>
        </w:rPr>
        <w:t>Божий замысел</w:t>
      </w:r>
      <w:r>
        <w:rPr>
          <w:i/>
          <w:sz w:val="20"/>
        </w:rPr>
        <w:t xml:space="preserve"> πᾶσαν τὴν βουλὴν τοῦ θεοῦ</w:t>
      </w:r>
      <w:r>
        <w:rPr>
          <w:sz w:val="20"/>
        </w:rPr>
        <w:t xml:space="preserve"> [pasan tēn boulēn tou theou]</w:t>
      </w:r>
      <w:r>
        <w:rPr>
          <w:sz w:val="20"/>
        </w:rPr>
        <w:br/>
        <w:t>«Весь замысел Бога» продолжает важную лукианскую лексику βουλή. Павел утверждает, что не уклонился возвещать Божий замысел целиком.</w:t>
      </w:r>
    </w:p>
    <w:p>
      <w:r>
        <w:t>28. Будьте внимательны к себе и ко всему стаду, в котором Святой Дух поставил вас надзирателями, чтобы пасти церковь Бога, которую Он приобрёл Своей собственной кровью.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ἐν ᾧ ὑμᾶς τὸ πνεῦμα τὸ ἅγιον ἔθετο ἐπισκόπους</w:t>
      </w:r>
      <w:r>
        <w:rPr>
          <w:sz w:val="20"/>
        </w:rPr>
        <w:t xml:space="preserve"> [en hō hymas to pneuma to hagion etheto episkopous]</w:t>
      </w:r>
      <w:r>
        <w:rPr>
          <w:sz w:val="20"/>
        </w:rPr>
        <w:br/>
        <w:t>Святой Дух поставил тех же приглашённых «старейшин» (20:17) как ἐπισκόπους — надзирателей/блюстителей — чтобы пасти Божью церковь. Лука здесь соединяет πρεσβύτεροι, ἐπίσκοποι и пастырскую функцию в одном обращении.</w:t>
      </w:r>
    </w:p>
    <w:p>
      <w:pPr>
        <w:ind w:left="360"/>
      </w:pPr>
      <w:r>
        <w:rPr>
          <w:b/>
          <w:sz w:val="20"/>
        </w:rPr>
        <w:t>Текстология</w:t>
      </w:r>
      <w:r>
        <w:rPr>
          <w:i/>
          <w:sz w:val="20"/>
        </w:rPr>
        <w:t xml:space="preserve"> τὴν ἐκκλησίαν τοῦ θεοῦ ... διὰ τοῦ αἵματος τοῦ ἰδίου</w:t>
      </w:r>
      <w:r>
        <w:rPr>
          <w:sz w:val="20"/>
        </w:rPr>
        <w:t xml:space="preserve"> [tēn ekklēsian tou theou ... dia tou haimatos tou idiou]</w:t>
      </w:r>
      <w:r>
        <w:rPr>
          <w:sz w:val="20"/>
        </w:rPr>
        <w:br/>
        <w:t>Критический текст читает «церковь Бога»; существует древний вариант «Господа». Конструкция «кровью Своего собственного» грамматически обсуждается, но WGT-T не вставляет отсутствующее слово «Сына» и сохраняет прямую форму.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SBLGNT/NA28 читают τὴν ἐκκλησίαν τοῦ θεοῦ — «церковь Бога»; существует древний вариант «Господа». διὰ τοῦ αἵματος τοῦ ἰδίου грамматически допускает «Своей собственной кровью» либо «кровью Своего [Сына]». WGT-T не вставляет отсутствующее слово «Сына» и сохраняет прямое «Своей собственной кровью».</w:t>
      </w:r>
    </w:p>
    <w:p>
      <w:r>
        <w:t>29. Я знаю, что после моего ухода к вам войдут свирепые волки, не щадящие стада.</w:t>
      </w:r>
    </w:p>
    <w:p>
      <w:pPr>
        <w:ind w:left="360"/>
      </w:pPr>
      <w:r>
        <w:rPr>
          <w:b/>
          <w:sz w:val="20"/>
        </w:rPr>
        <w:t>Руководство</w:t>
      </w:r>
      <w:r>
        <w:rPr>
          <w:i/>
          <w:sz w:val="20"/>
        </w:rPr>
        <w:t xml:space="preserve"> λύκοι βαρεῖς ... μὴ φειδόμενοι τοῦ ποιμνίου</w:t>
      </w:r>
      <w:r>
        <w:rPr>
          <w:sz w:val="20"/>
        </w:rPr>
        <w:t xml:space="preserve"> [lykoi bareis ... mē pheidomenoi tou poimniou]</w:t>
      </w:r>
      <w:r>
        <w:rPr>
          <w:sz w:val="20"/>
        </w:rPr>
        <w:br/>
        <w:t>Образ «свирепых волков» продолжает пастырскую метафору 20:28: задача надзирателей включает защиту стада от внешней угрозы.</w:t>
      </w:r>
    </w:p>
    <w:p>
      <w:r>
        <w:t>30. И из вас самих восстанут люди, говорящие превратное, чтобы увлечь учеников за собой.</w:t>
      </w:r>
    </w:p>
    <w:p>
      <w:pPr>
        <w:ind w:left="360"/>
      </w:pPr>
      <w:r>
        <w:rPr>
          <w:b/>
          <w:sz w:val="20"/>
        </w:rPr>
        <w:t>Руководство</w:t>
      </w:r>
      <w:r>
        <w:rPr>
          <w:i/>
          <w:sz w:val="20"/>
        </w:rPr>
        <w:t xml:space="preserve"> ἐξ ὑμῶν αὐτῶν ἀναστήσονται ἄνδρες λαλοῦντες διεστραμμένα</w:t>
      </w:r>
      <w:r>
        <w:rPr>
          <w:sz w:val="20"/>
        </w:rPr>
        <w:t xml:space="preserve"> [ex hymōn autōn anastēsontai andres lalountes diestrammena]</w:t>
      </w:r>
      <w:r>
        <w:rPr>
          <w:sz w:val="20"/>
        </w:rPr>
        <w:br/>
        <w:t>Опасность придёт и изнутри сообщества лидеров. Павел предупреждает о людях, которые будут искажать учение, чтобы увлечь учеников за собой.</w:t>
      </w:r>
    </w:p>
    <w:p>
      <w:r>
        <w:t>31. Поэтому бодрствуйте, помня, что в течение трёх лет день и ночь я не переставал со слезами наставлять каждого.</w:t>
      </w:r>
    </w:p>
    <w:p>
      <w:r>
        <w:t>32. И теперь поручаю вас Богу и слову Его благодати, которое способно созидать и дать вам наследие среди всех освящённых.</w:t>
      </w:r>
    </w:p>
    <w:p>
      <w:pPr>
        <w:ind w:left="360"/>
      </w:pPr>
      <w:r>
        <w:rPr>
          <w:b/>
          <w:sz w:val="20"/>
        </w:rPr>
        <w:t>Благодать</w:t>
      </w:r>
      <w:r>
        <w:rPr>
          <w:i/>
          <w:sz w:val="20"/>
        </w:rPr>
        <w:t xml:space="preserve"> παρατίθεμαι ὑμᾶς τῷ θεῷ καὶ τῷ λόγῳ τῆς χάριτος αὐτοῦ</w:t>
      </w:r>
      <w:r>
        <w:rPr>
          <w:sz w:val="20"/>
        </w:rPr>
        <w:t xml:space="preserve"> [paratithemai hymas tō theō kai tō logō tēs charitos autou]</w:t>
      </w:r>
      <w:r>
        <w:rPr>
          <w:sz w:val="20"/>
        </w:rPr>
        <w:br/>
        <w:t>После предупреждений Павел поручает их Богу и слову Его благодати, которое способно созидать и дать наследие освящённым.</w:t>
      </w:r>
    </w:p>
    <w:p>
      <w:r>
        <w:t>33. Ни серебра, ни золота, ни одежды я ни у кого не желал.</w:t>
      </w:r>
    </w:p>
    <w:p>
      <w:r>
        <w:t>34. Вы сами знаете, что эти руки послужили моим нуждам и нуждам бывших со мной.</w:t>
      </w:r>
    </w:p>
    <w:p>
      <w:r>
        <w:t>35. Во всём я показал вам, что, так трудясь, нужно поддерживать слабых и помнить слова Господа Иисуса, потому что Он Сам сказал: “Блаженнее давать, чем получать”».</w:t>
      </w:r>
    </w:p>
    <w:p>
      <w:pPr>
        <w:ind w:left="360"/>
      </w:pPr>
      <w:r>
        <w:rPr>
          <w:b/>
          <w:sz w:val="20"/>
        </w:rPr>
        <w:t>Предание об Иисусе</w:t>
      </w:r>
      <w:r>
        <w:rPr>
          <w:i/>
          <w:sz w:val="20"/>
        </w:rPr>
        <w:t xml:space="preserve"> (по церковному преданию)</w:t>
      </w:r>
      <w:r>
        <w:rPr>
          <w:i/>
          <w:sz w:val="20"/>
        </w:rPr>
        <w:t xml:space="preserve"> μακάριόν ἐστιν μᾶλλον διδόναι ἢ λαμβάνειν</w:t>
      </w:r>
      <w:r>
        <w:rPr>
          <w:sz w:val="20"/>
        </w:rPr>
        <w:t xml:space="preserve"> [makarion estin mallon didonai ē lambanein]</w:t>
      </w:r>
      <w:r>
        <w:rPr>
          <w:sz w:val="20"/>
        </w:rPr>
        <w:br/>
        <w:t>«Блаженнее давать, чем получать» приписано Павлом самому Господу Иисусу, но эта формулировка не записана в четырёх канонических Евангелиях. Это важный пример сохранённого вне Евангелий изречения Иисуса.</w:t>
      </w:r>
    </w:p>
    <w:p>
      <w:r>
        <w:t>36. Сказав это, он преклонил колени и помолился вместе со всеми ними.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θεὶς τὰ γόνατα αὐτοῦ σὺν πᾶσιν αὐτοῖς προσηύξατο</w:t>
      </w:r>
      <w:r>
        <w:rPr>
          <w:sz w:val="20"/>
        </w:rPr>
        <w:t xml:space="preserve"> [theis ta gonata autou syn pasin autois prosēuxato]</w:t>
      </w:r>
      <w:r>
        <w:rPr>
          <w:sz w:val="20"/>
        </w:rPr>
        <w:br/>
        <w:t>Речь завершается совместной молитвой на коленях, продолжая лукианскую тему молитвы в переломные моменты служения.</w:t>
      </w:r>
    </w:p>
    <w:p>
      <w:r>
        <w:t>37. Все много плакали, обнимали Павла и целовали его,</w:t>
      </w:r>
    </w:p>
    <w:p>
      <w:r>
        <w:t>38. особенно скорбя из-за сказанных им слов, что больше не увидят его лица. Затем они проводили его до корабля.</w:t>
      </w:r>
    </w:p>
    <w:p>
      <w:pPr>
        <w:pStyle w:val="Heading2"/>
      </w:pPr>
      <w:r>
        <w:t>Глава 21</w:t>
      </w:r>
    </w:p>
    <w:p>
      <w:r>
        <w:t>1. Когда мы, расставшись с ними, отплыли, то прямым курсом пришли на Кос, на следующий день — на Родос, а оттуда — в Патару.</w:t>
      </w:r>
    </w:p>
    <w:p>
      <w:r>
        <w:t>2. Найдя корабль, направлявшийся в Финикию, мы поднялись на борт и отплыли.</w:t>
      </w:r>
    </w:p>
    <w:p>
      <w:r>
        <w:t>3. Увидев Кипр и оставив его слева, мы плыли в Сирию и прибыли в Тир, потому что там корабль должен был разгрузиться.</w:t>
      </w:r>
    </w:p>
    <w:p>
      <w:r>
        <w:t>4. Найдя учеников, мы пробыли там семь дней. Через Духа они говорили Павлу не идти в Иерусалим. [οἵτινες τῷ Παύλῳ ἔλεγον διὰ τοῦ πνεύματος μὴ ἐπιβαίνειν εἰς Ἱεροσόλυμα — Текст буквально говорит, что ученики «через Духа» говорили Павлу не идти в Иерусалим]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οἵτινες τῷ Παύλῳ ἔλεγον διὰ τοῦ πνεύματος μὴ ἐπιβαίνειν εἰς Ἱεροσόλυμα</w:t>
      </w:r>
      <w:r>
        <w:rPr>
          <w:sz w:val="20"/>
        </w:rPr>
        <w:t xml:space="preserve"> [hoitines tō Paulō elegon dia tou pneumatos mē epibainein eis Hierosolyma]</w:t>
      </w:r>
      <w:r>
        <w:rPr>
          <w:sz w:val="20"/>
        </w:rPr>
        <w:br/>
        <w:t>Текст буквально говорит, что ученики «через Духа» говорили Павлу не идти в Иерусалим. Это нельзя стереть ради гармонизации с 20:22–23. При этом 20:23 ясно говорит о предупреждениях Святого Духа об узах, а 21:11 Агав также предсказывает узы; точное соотношение предупреждения и запрета остаётся интерпретационным вопросом.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ἔλεγον ... διὰ τοῦ πνεύματος буквально сообщает, что ученики «через Духа говорили Павлу не идти/не ступать в Иерусалим». WGT-T не гармонизирует эту формулировку с 20:22–23; соотношение предупреждения Духа и решения Павла относится к WGT-E.</w:t>
      </w:r>
    </w:p>
    <w:p>
      <w:r>
        <w:t>5. Когда эти дни закончились, мы вышли и пошли дальше; все с жёнами и детьми провожали нас за город. На берегу мы преклонили колени и помолились.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θέντες τὰ γόνατα ἐπὶ τὸν αἰγιαλὸν προσευξάμενοι</w:t>
      </w:r>
      <w:r>
        <w:rPr>
          <w:sz w:val="20"/>
        </w:rPr>
        <w:t xml:space="preserve"> [thentes ta gonata epi ton aigialon proseuxamenoi]</w:t>
      </w:r>
      <w:r>
        <w:rPr>
          <w:sz w:val="20"/>
        </w:rPr>
        <w:br/>
        <w:t>Уход из Тира сопровождается общей молитвой на берегу. Лука вновь отмечает молитву при переходе к следующему опасному этапу пути.</w:t>
      </w:r>
    </w:p>
    <w:p>
      <w:r>
        <w:t>6. Попрощавшись друг с другом, мы поднялись на корабль, а они возвратились домой.</w:t>
      </w:r>
    </w:p>
    <w:p>
      <w:r>
        <w:t>7. Завершив плавание из Тира, мы прибыли в Птолемаиду, приветствовали братьев и пробыли у них один день.</w:t>
      </w:r>
    </w:p>
    <w:p>
      <w:r>
        <w:t>8. На следующий день мы вышли и пришли в Кесарию. Войдя в дом Филиппа-благовестника, одного из семи, мы остановились у него.</w:t>
      </w:r>
    </w:p>
    <w:p>
      <w:pPr>
        <w:ind w:left="360"/>
      </w:pPr>
      <w:r>
        <w:rPr>
          <w:b/>
          <w:sz w:val="20"/>
        </w:rPr>
        <w:t>Филипп</w:t>
      </w:r>
      <w:r>
        <w:rPr>
          <w:i/>
          <w:sz w:val="20"/>
        </w:rPr>
        <w:t xml:space="preserve"> Φιλίππου τοῦ εὐαγγελιστοῦ, ὄντος ἐκ τῶν ἑπτά</w:t>
      </w:r>
      <w:r>
        <w:rPr>
          <w:sz w:val="20"/>
        </w:rPr>
        <w:t xml:space="preserve"> [Philippou tou euangelistou, ontos ek tōn hepta]</w:t>
      </w:r>
      <w:r>
        <w:rPr>
          <w:sz w:val="20"/>
        </w:rPr>
        <w:br/>
        <w:t>Филипп теперь прямо назван «благовестником» и одним из семи, связывая нынешнюю сцену с его выбором в Деян 6 и миссией в Деян 8.</w:t>
      </w:r>
    </w:p>
    <w:p>
      <w:r>
        <w:t>9. У него были четыре дочери-девственницы, которые пророчествовали.</w:t>
      </w:r>
    </w:p>
    <w:p>
      <w:pPr>
        <w:ind w:left="360"/>
      </w:pPr>
      <w:r>
        <w:rPr>
          <w:b/>
          <w:sz w:val="20"/>
        </w:rPr>
        <w:t>Пророчество</w:t>
      </w:r>
      <w:r>
        <w:rPr>
          <w:i/>
          <w:sz w:val="20"/>
        </w:rPr>
        <w:t xml:space="preserve"> τέσσαρες θυγατέρες παρθένοι προφητεύουσαι</w:t>
      </w:r>
      <w:r>
        <w:rPr>
          <w:sz w:val="20"/>
        </w:rPr>
        <w:t xml:space="preserve"> [tessares thygateres parthenoi prophēteuousai]</w:t>
      </w:r>
      <w:r>
        <w:rPr>
          <w:sz w:val="20"/>
        </w:rPr>
        <w:br/>
        <w:t>Четыре дочери Филиппа прямо описаны как пророчествующие. Лука фиксирует женское пророческое служение без дополнительных оговорок.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παρθένοι — именно «девственницы». WGT-T сохраняет прямое значение слова вместо более общего «незамужние».</w:t>
      </w:r>
    </w:p>
    <w:p>
      <w:r>
        <w:t>10. Когда мы оставались там несколько дней, из Иудеи пришёл пророк по имени Агав.</w:t>
      </w:r>
    </w:p>
    <w:p>
      <w:r>
        <w:t>11. Он подошёл к нам, взял пояс Павла, связал себе ноги и руки и сказал: «Так говорит Святой Дух: человека, которому принадлежит этот пояс, так свяжут в Иерусалиме иудеи и предадут в руки язычников».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τάδε λέγει τὸ πνεῦμα τὸ ἅγιον</w:t>
      </w:r>
      <w:r>
        <w:rPr>
          <w:sz w:val="20"/>
        </w:rPr>
        <w:t xml:space="preserve"> [tade legei to pneuma to hagion]</w:t>
      </w:r>
      <w:r>
        <w:rPr>
          <w:sz w:val="20"/>
        </w:rPr>
        <w:br/>
        <w:t>Агав вводит пророчество формулой «так говорит Святой Дух». Содержание — Павел будет связан в Иерусалиме и предан в руки язычников; пророчество описывает будущее, но в самой формуле 21:11 нет повеления Павлу отказаться от пути.</w:t>
      </w:r>
    </w:p>
    <w:p>
      <w:r>
        <w:t>12. Услышав это, и мы, и местные стали просить Павла не идти в Иерусалим.</w:t>
      </w:r>
    </w:p>
    <w:p>
      <w:r>
        <w:t>13. Но Павел ответил: «Что вы делаете, плача и сокрушая моё сердце? Я готов не только быть связанным, но и умереть в Иерусалиме за имя Господа Иисуса».</w:t>
      </w:r>
    </w:p>
    <w:p>
      <w:pPr>
        <w:ind w:left="360"/>
      </w:pPr>
      <w:r>
        <w:rPr>
          <w:b/>
          <w:sz w:val="20"/>
        </w:rPr>
        <w:t>Имя</w:t>
      </w:r>
      <w:r>
        <w:rPr>
          <w:i/>
          <w:sz w:val="20"/>
        </w:rPr>
        <w:t xml:space="preserve"> ὑπὲρ τοῦ ὀνόματος τοῦ κυρίου Ἰησοῦ</w:t>
      </w:r>
      <w:r>
        <w:rPr>
          <w:sz w:val="20"/>
        </w:rPr>
        <w:t xml:space="preserve"> [hyper tou onomatos tou kyriou Iēsou]</w:t>
      </w:r>
      <w:r>
        <w:rPr>
          <w:sz w:val="20"/>
        </w:rPr>
        <w:br/>
        <w:t>Павел готов не только к узам, но и к смерти «за имя Господа Иисуса». Тема Имени сопровождает его миссию от самого призвания в 9-й главе.</w:t>
      </w:r>
    </w:p>
    <w:p>
      <w:r>
        <w:t>14. Поскольку он не соглашался, мы успокоились и сказали: «Пусть будет воля Господа».</w:t>
      </w:r>
    </w:p>
    <w:p>
      <w:pPr>
        <w:ind w:left="360"/>
      </w:pPr>
      <w:r>
        <w:rPr>
          <w:b/>
          <w:sz w:val="20"/>
        </w:rPr>
        <w:t>Промысл</w:t>
      </w:r>
      <w:r>
        <w:rPr>
          <w:i/>
          <w:sz w:val="20"/>
        </w:rPr>
        <w:t xml:space="preserve"> τοῦ κυρίου τὸ θέλημα γινέσθω</w:t>
      </w:r>
      <w:r>
        <w:rPr>
          <w:sz w:val="20"/>
        </w:rPr>
        <w:t xml:space="preserve"> [tou kyriou to thelēma ginesthō]</w:t>
      </w:r>
      <w:r>
        <w:rPr>
          <w:sz w:val="20"/>
        </w:rPr>
        <w:br/>
        <w:t>Когда Павла невозможно переубедить, спутники говорят: «пусть будет воля Господа». Лука оставляет напряжение повествования внутри доверия Божьей воле.</w:t>
      </w:r>
    </w:p>
    <w:p>
      <w:r>
        <w:t>15. После этих дней мы собрались в путь и поднялись в Иерусалим.</w:t>
      </w:r>
    </w:p>
    <w:p>
      <w:r>
        <w:t>16. С нами пошли и некоторые ученики из Кесарии и привели нас к Мнасону, киприоту, давнему ученику, у которого мы должны были остановиться.</w:t>
      </w:r>
    </w:p>
    <w:p>
      <w:r>
        <w:t>17. Когда мы пришли в Иерусалим, братья радостно приняли нас.</w:t>
      </w:r>
    </w:p>
    <w:p>
      <w:r>
        <w:t>18. На следующий день Павел вместе с нами пошёл к Иакову; пришли и все старейшины.</w:t>
      </w:r>
    </w:p>
    <w:p>
      <w:pPr>
        <w:ind w:left="360"/>
      </w:pPr>
      <w:r>
        <w:rPr>
          <w:b/>
          <w:sz w:val="20"/>
        </w:rPr>
        <w:t>Руководство</w:t>
      </w:r>
      <w:r>
        <w:rPr>
          <w:i/>
          <w:sz w:val="20"/>
        </w:rPr>
        <w:t xml:space="preserve"> εἰσῄει ὁ Παῦλος σὺν ἡμῖν πρὸς Ἰάκωβον, πάντες τε παρεγένοντο οἱ πρεσβύτεροι</w:t>
      </w:r>
      <w:r>
        <w:rPr>
          <w:sz w:val="20"/>
        </w:rPr>
        <w:t xml:space="preserve"> [eisēei ho Paulos syn hēmin pros Iakōbon, pantes te paregenonto hoi presbyteroi]</w:t>
      </w:r>
      <w:r>
        <w:rPr>
          <w:sz w:val="20"/>
        </w:rPr>
        <w:br/>
        <w:t>Павел идёт к Иакову, и собираются все старейшины. Иаков снова выступает как центральная фигура Иерусалимской общины.</w:t>
      </w:r>
    </w:p>
    <w:p>
      <w:r>
        <w:t>19. Приветствовав их, Павел подробно рассказал, что Бог совершил среди язычников через его служение.</w:t>
      </w:r>
    </w:p>
    <w:p>
      <w:r>
        <w:t>20. Услышав это, они прославляли Бога и сказали ему: «Видишь, брат, сколько десятков тысяч уверовавших среди иудеев, и все они ревнители Закона.</w:t>
      </w:r>
    </w:p>
    <w:p>
      <w:pPr>
        <w:ind w:left="360"/>
      </w:pPr>
      <w:r>
        <w:rPr>
          <w:b/>
          <w:sz w:val="20"/>
        </w:rPr>
        <w:t>Закон</w:t>
      </w:r>
      <w:r>
        <w:rPr>
          <w:i/>
          <w:sz w:val="20"/>
        </w:rPr>
        <w:t xml:space="preserve"> μυριάδες εἰσὶν ἐν τοῖς Ἰουδαίοις τῶν πεπιστευκότων ... ζηλωταὶ τοῦ νόμου</w:t>
      </w:r>
      <w:r>
        <w:rPr>
          <w:sz w:val="20"/>
        </w:rPr>
        <w:t xml:space="preserve"> [myriades eisin en tois Ioudaiois tōn pepisteukotōn ... zēlōtai tou nomou]</w:t>
      </w:r>
      <w:r>
        <w:rPr>
          <w:sz w:val="20"/>
        </w:rPr>
        <w:br/>
        <w:t>Иерусалимские лидеры подчёркивают, что существуют «десятки тысяч» уверовавших иудеев, ревностных к Закону. Лука показывает многообразие практик внутри раннего движения Иисуса.</w:t>
      </w:r>
    </w:p>
    <w:p>
      <w:r>
        <w:t>21. Им сообщили о тебе, будто ты учишь всех иудеев среди язычников отступлению от Моисея, говоря им не обрезывать детей и не следовать обычаям.</w:t>
      </w:r>
    </w:p>
    <w:p>
      <w:pPr>
        <w:ind w:left="360"/>
      </w:pPr>
      <w:r>
        <w:rPr>
          <w:b/>
          <w:sz w:val="20"/>
        </w:rPr>
        <w:t>Закон</w:t>
      </w:r>
      <w:r>
        <w:rPr>
          <w:i/>
          <w:sz w:val="20"/>
        </w:rPr>
        <w:t xml:space="preserve"> ἀποστασίαν διδάσκεις ἀπὸ Μωϋσέως</w:t>
      </w:r>
      <w:r>
        <w:rPr>
          <w:sz w:val="20"/>
        </w:rPr>
        <w:t xml:space="preserve"> [apostasian didaskeis apo Mōuseōs]</w:t>
      </w:r>
      <w:r>
        <w:rPr>
          <w:sz w:val="20"/>
        </w:rPr>
        <w:br/>
        <w:t>Обвинение против Павла сформулировано как обучение иудеев «отступлению от Моисея». Далее предпринимается публичное действие, чтобы показать, что это сообщение не соответствует его собственной практике.</w:t>
      </w:r>
    </w:p>
    <w:p>
      <w:r>
        <w:t>22. Что же делать? Они непременно услышат, что ты пришёл.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Поздняя традиция добавляет «соберётся множество»; WGT-T следует более краткому критическому тексту.</w:t>
      </w:r>
    </w:p>
    <w:p>
      <w:r>
        <w:t>23. Поэтому сделай то, что мы тебе говорим. У нас есть четыре человека, имеющие на себе обет.</w:t>
      </w:r>
    </w:p>
    <w:p>
      <w:r>
        <w:t>24. Возьми их, очистись вместе с ними и оплати за них расходы, чтобы они остригли головы. Тогда все узнают, что всё, что им сообщили о тебе, неверно, но и сам ты живёшь, соблюдая Закон.</w:t>
      </w:r>
    </w:p>
    <w:p>
      <w:pPr>
        <w:ind w:left="360"/>
      </w:pPr>
      <w:r>
        <w:rPr>
          <w:b/>
          <w:sz w:val="20"/>
        </w:rPr>
        <w:t>Закон</w:t>
      </w:r>
      <w:r>
        <w:rPr>
          <w:i/>
          <w:sz w:val="20"/>
        </w:rPr>
        <w:t xml:space="preserve"> στοιχεῖς καὶ αὐτὸς φυλάσσων τὸν νόμον</w:t>
      </w:r>
      <w:r>
        <w:rPr>
          <w:sz w:val="20"/>
        </w:rPr>
        <w:t xml:space="preserve"> [stoicheis kai autos phylassōn ton nomon]</w:t>
      </w:r>
      <w:r>
        <w:rPr>
          <w:sz w:val="20"/>
        </w:rPr>
        <w:br/>
        <w:t>Иерусалимские старейшины хотят показать, что Павел и сам «живёт упорядоченно, соблюдая Закон». WGT-T сохраняет это как утверждение персонажей и описание предложенного ими публичного знака.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στοιχεῖς ... φυλάσσων τὸν νόμον — буквально «идёшь/живёшь упорядоченно, соблюдая Закон». WGT-T сохраняет идею образа жизни, а не только разового соблюдения.</w:t>
      </w:r>
    </w:p>
    <w:p>
      <w:r>
        <w:t>25. Что касается уверовавших язычников, мы написали им наше решение: воздерживаться от идоложертвенного, крови, удавленины и сексуальной распущенности».</w:t>
      </w:r>
    </w:p>
    <w:p>
      <w:pPr>
        <w:ind w:left="360"/>
      </w:pPr>
      <w:r>
        <w:rPr>
          <w:b/>
          <w:sz w:val="20"/>
        </w:rPr>
        <w:t>Язычники</w:t>
      </w:r>
      <w:r>
        <w:rPr>
          <w:i/>
          <w:sz w:val="20"/>
        </w:rPr>
        <w:t xml:space="preserve"> περὶ δὲ τῶν πεπιστευκότων ἐθνῶν ...</w:t>
      </w:r>
      <w:r>
        <w:rPr>
          <w:sz w:val="20"/>
        </w:rPr>
        <w:t xml:space="preserve"> [peri de tōn pepisteukotōn ethnōn]</w:t>
      </w:r>
      <w:r>
        <w:rPr>
          <w:sz w:val="20"/>
        </w:rPr>
        <w:br/>
        <w:t>Для уверовавших язычников повторяется решение Деян 15. Лука тем самым различает ситуацию иудейских верующих и требования, ранее установленные для язычников.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Поздняя традиция добавляет более развёрнутое вступление; основной список сохраняется.</w:t>
      </w:r>
    </w:p>
    <w:p>
      <w:r>
        <w:t>26. Тогда Павел взял этих людей и на следующий день, очистившись вместе с ними, вошёл в храм и объявил, когда завершатся дни очищения и за каждого из них будет принесена жертва.</w:t>
      </w:r>
    </w:p>
    <w:p>
      <w:r>
        <w:t>27. Когда семь дней уже подходили к концу, иудеи из Асии, увидев Павла в храме, возбудили всю толпу и схватили его,</w:t>
      </w:r>
    </w:p>
    <w:p>
      <w:r>
        <w:t>28. крича: «Мужи израильские, помогите! Это человек, который повсюду всех учит против народа, Закона и этого места. Более того, он ввёл в храм греков и осквернил это святое место».</w:t>
      </w:r>
    </w:p>
    <w:p>
      <w:r>
        <w:t>29. Они раньше видели в городе вместе с ним Трофима-эфесянина и решили, что Павел ввёл его в храм.</w:t>
      </w:r>
    </w:p>
    <w:p>
      <w:pPr>
        <w:ind w:left="360"/>
      </w:pPr>
      <w:r>
        <w:rPr>
          <w:b/>
          <w:sz w:val="20"/>
        </w:rPr>
        <w:t>Непонимание</w:t>
      </w:r>
      <w:r>
        <w:rPr>
          <w:i/>
          <w:sz w:val="20"/>
        </w:rPr>
        <w:t xml:space="preserve"> ἐνόμιζον ὅτι εἰς τὸ ἱερὸν εἰσήγαγεν ὁ Παῦλος</w:t>
      </w:r>
      <w:r>
        <w:rPr>
          <w:sz w:val="20"/>
        </w:rPr>
        <w:t xml:space="preserve"> [enomizon hoti eis to hieron eisēgagen ho Paulos]</w:t>
      </w:r>
      <w:r>
        <w:rPr>
          <w:sz w:val="20"/>
        </w:rPr>
        <w:br/>
        <w:t>Обвинение в осквернении Храма строится на предположении: они видели Трофима с Павлом в городе и «думали», что Павел ввёл его в храм. Лука прямо маркирует вывод обвинителей как умозаключение, а не факт.</w:t>
      </w:r>
    </w:p>
    <w:p>
      <w:r>
        <w:t>30. Весь город пришёл в движение, народ сбежался; они схватили Павла, вытащили его из храма, и двери сразу были закрыты.</w:t>
      </w:r>
    </w:p>
    <w:p>
      <w:r>
        <w:t>31. Когда они пытались убить его, до командира когорты дошло сообщение, что весь Иерусалим в смятении.</w:t>
      </w:r>
    </w:p>
    <w:p>
      <w:r>
        <w:t>32. Он сразу взял воинов и сотников и побежал к ним. Увидев командира и воинов, они перестали бить Павла.</w:t>
      </w:r>
    </w:p>
    <w:p>
      <w:r>
        <w:t>33. Тогда командир подошёл, схватил его, приказал связать двумя цепями и стал спрашивать, кто он и что сделал.</w:t>
      </w:r>
    </w:p>
    <w:p>
      <w:pPr>
        <w:ind w:left="360"/>
      </w:pPr>
      <w:r>
        <w:rPr>
          <w:b/>
          <w:sz w:val="20"/>
        </w:rPr>
        <w:t>Исполнение пророчества</w:t>
      </w:r>
      <w:r>
        <w:rPr>
          <w:i/>
          <w:sz w:val="20"/>
        </w:rPr>
        <w:t xml:space="preserve"> δήσας δυσὶν ἁλύσεσιν</w:t>
      </w:r>
      <w:r>
        <w:rPr>
          <w:sz w:val="20"/>
        </w:rPr>
        <w:t xml:space="preserve"> [dēsas dysin halysesin]</w:t>
      </w:r>
      <w:r>
        <w:rPr>
          <w:sz w:val="20"/>
        </w:rPr>
        <w:br/>
        <w:t>Командир приказывает связать Павла двумя цепями. Повествование начинает конкретно исполнять повторявшуюся линию предупреждений об узах, хотя детали отличаются от символического действия Агава.</w:t>
      </w:r>
    </w:p>
    <w:p>
      <w:r>
        <w:t>34. В толпе одни кричали одно, другие другое. Не имея возможности из-за шума узнать что-либо достоверное, командир приказал отвести Павла в казарму.</w:t>
      </w:r>
    </w:p>
    <w:p>
      <w:r>
        <w:t>35. Когда Павел оказался на ступенях, воинам пришлось нести его из-за напора толпы,</w:t>
      </w:r>
    </w:p>
    <w:p>
      <w:r>
        <w:t>36. потому что множество народа следовало за ним, крича: «Долой его!»</w:t>
      </w:r>
    </w:p>
    <w:p>
      <w:r>
        <w:t>37. Когда Павла собирались ввести в казарму, он сказал командиру: «Можно мне что-то сказать тебе?» Тот ответил: «Ты знаешь греческий?</w:t>
      </w:r>
    </w:p>
    <w:p>
      <w:r>
        <w:t>38. Так ты не тот египтянин, который некоторое время назад поднял мятеж и вывел в пустыню четыре тысячи сикариев?» [τετρακισχιλίους ἄνδρας τῶν σικαρίων — Командир принимает Павла за известного египетского мятежника, связанного с четырьмя тысячами сикариев]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τετρακισχιλίους ἄνδρας τῶν σικαρίων</w:t>
      </w:r>
      <w:r>
        <w:rPr>
          <w:sz w:val="20"/>
        </w:rPr>
        <w:t xml:space="preserve"> [tetrakischilious andras tōn sikariōn]</w:t>
      </w:r>
      <w:r>
        <w:rPr>
          <w:sz w:val="20"/>
        </w:rPr>
        <w:br/>
        <w:t>Командир принимает Павла за известного египетского мятежника, связанного с четырьмя тысячами сикариев. σικάριοι — буквально «кинжальщики», название радикальной группы.</w:t>
      </w:r>
    </w:p>
    <w:p>
      <w:r>
        <w:t>39. Павел сказал: «Я иудей, гражданин Тарса в Киликии, небезызвестного города. Прошу тебя, позволь мне обратиться к народу».</w:t>
      </w:r>
    </w:p>
    <w:p>
      <w:r>
        <w:t>40. Получив разрешение, Павел встал на ступенях и сделал знак рукой народу. Когда наступила глубокая тишина, он обратился к ним на еврейском наречии:</w:t>
      </w:r>
    </w:p>
    <w:p>
      <w:pPr>
        <w:ind w:left="360"/>
      </w:pPr>
      <w:r>
        <w:rPr>
          <w:b/>
          <w:sz w:val="20"/>
        </w:rPr>
        <w:t>Язык</w:t>
      </w:r>
      <w:r>
        <w:rPr>
          <w:i/>
          <w:sz w:val="20"/>
        </w:rPr>
        <w:t xml:space="preserve"> τῇ Ἑβραΐδι διαλέκτῳ</w:t>
      </w:r>
      <w:r>
        <w:rPr>
          <w:sz w:val="20"/>
        </w:rPr>
        <w:t xml:space="preserve"> [tē Hebraidi dialektō]</w:t>
      </w:r>
      <w:r>
        <w:rPr>
          <w:sz w:val="20"/>
        </w:rPr>
        <w:br/>
        <w:t>Лука называет язык обращения «еврейским наречием». В контексте Деяний выражение обычно понимают как арамейскую/еврейскую семитскую речь; WGT-T сохраняет формулировку автора без подмены в основном тексте.</w:t>
      </w:r>
    </w:p>
    <w:p>
      <w:pPr>
        <w:pStyle w:val="Heading2"/>
      </w:pPr>
      <w:r>
        <w:t>Глава 22</w:t>
      </w:r>
    </w:p>
    <w:p>
      <w:r>
        <w:t>1. «Мужи братья и отцы! Выслушайте теперь мою защиту».</w:t>
      </w:r>
    </w:p>
    <w:p>
      <w:r>
        <w:t>2. Услышав, что он говорит с ними на еврейском наречии, они ещё больше притихли. И он сказал:</w:t>
      </w:r>
    </w:p>
    <w:p>
      <w:pPr>
        <w:ind w:left="360"/>
      </w:pPr>
      <w:r>
        <w:rPr>
          <w:b/>
          <w:sz w:val="20"/>
        </w:rPr>
        <w:t>Язык</w:t>
      </w:r>
      <w:r>
        <w:rPr>
          <w:i/>
          <w:sz w:val="20"/>
        </w:rPr>
        <w:t xml:space="preserve"> τῇ Ἑβραΐδι διαλέκτῳ</w:t>
      </w:r>
      <w:r>
        <w:rPr>
          <w:sz w:val="20"/>
        </w:rPr>
        <w:t xml:space="preserve"> [tē Hebraidi dialektō]</w:t>
      </w:r>
      <w:r>
        <w:rPr>
          <w:sz w:val="20"/>
        </w:rPr>
        <w:br/>
        <w:t>Лука снова называет язык Павла «еврейским наречием». В контексте это семитская речь, обычно понимаемая как арамейская/еврейская; WGT-T сохраняет авторскую формулу.</w:t>
      </w:r>
    </w:p>
    <w:p>
      <w:r>
        <w:t>3. «Я иудей, родился в Тарсе Киликии, но вырос в этом городе, у ног Гамалиила, строго обученный отеческому Закону, ревнитель Бога, как и все вы сегодня.</w:t>
      </w:r>
    </w:p>
    <w:p>
      <w:r>
        <w:t>4. Я гнал этот Путь до смерти, связывая и отдавая в тюрьмы мужчин и женщин.</w:t>
      </w:r>
    </w:p>
    <w:p>
      <w:pPr>
        <w:ind w:left="360"/>
      </w:pPr>
      <w:r>
        <w:rPr>
          <w:b/>
          <w:sz w:val="20"/>
        </w:rPr>
        <w:t>Путь</w:t>
      </w:r>
      <w:r>
        <w:rPr>
          <w:i/>
          <w:sz w:val="20"/>
        </w:rPr>
        <w:t xml:space="preserve"> ταύτην τὴν ὁδὸν ἐδίωξα ἄχρι θανάτου</w:t>
      </w:r>
      <w:r>
        <w:rPr>
          <w:sz w:val="20"/>
        </w:rPr>
        <w:t xml:space="preserve"> [tautēn tēn hodon ediōxa achri thanatou]</w:t>
      </w:r>
      <w:r>
        <w:rPr>
          <w:sz w:val="20"/>
        </w:rPr>
        <w:br/>
        <w:t>Павел называет движение учеников «этот Путь» и признаёт, что преследовал его до смерти. Это автобиографическое подтверждение раннего названия движения.</w:t>
      </w:r>
    </w:p>
    <w:p>
      <w:r>
        <w:t>5. Это может засвидетельствовать обо мне первосвященник и весь совет старейшин. Получив от них письма к братьям в Дамаске, я шёл, чтобы и тех, кто был там, привести связанными в Иерусалим для наказания.</w:t>
      </w:r>
    </w:p>
    <w:p>
      <w:r>
        <w:t>6. Но когда я был в пути и приближался к Дамаску, около полудня внезапно с неба вокруг меня засиял яркий свет.</w:t>
      </w:r>
    </w:p>
    <w:p>
      <w:r>
        <w:t>7. Я упал на землю и услышал голос: “Савл, Савл! Почему ты гонишь Меня?”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Σαοὺλ Σαούλ, τί με διώκεις;</w:t>
      </w:r>
      <w:r>
        <w:rPr>
          <w:sz w:val="20"/>
        </w:rPr>
        <w:t xml:space="preserve"> [Saoul Saoul, ti me diōkeis]</w:t>
      </w:r>
      <w:r>
        <w:rPr>
          <w:sz w:val="20"/>
        </w:rPr>
        <w:br/>
        <w:t>Как и в 9:4, Иисус отождествляет преследование учеников с преследованием Себя. Различия между пересказами не стирают эту центральную формулу.</w:t>
      </w:r>
    </w:p>
    <w:p>
      <w:r>
        <w:t>8. Я ответил: “Кто Ты, Господи?” Он сказал мне: “Я — Иисус Назарянин, Которого ты гонишь”.</w:t>
      </w:r>
    </w:p>
    <w:p>
      <w:r>
        <w:t>9. Бывшие со мной увидели свет, но голоса Говорившего со мной не услышали. [τὴν φωνὴν οὐκ ἤκουσαν τοῦ λαλοῦντός μοι — 22:9 буквально говорит, что спутники «не услышали голоса» Говорившего с Павлом, тогда как 9:7 говорит, что они «слышали…]</w:t>
      </w:r>
    </w:p>
    <w:p>
      <w:pPr>
        <w:ind w:left="360"/>
      </w:pPr>
      <w:r>
        <w:rPr>
          <w:b/>
          <w:sz w:val="20"/>
        </w:rPr>
        <w:t>Сравнение текстов</w:t>
      </w:r>
      <w:r>
        <w:rPr>
          <w:i/>
          <w:sz w:val="20"/>
        </w:rPr>
        <w:t xml:space="preserve"> τὴν φωνὴν οὐκ ἤκουσαν τοῦ λαλοῦντός μοι</w:t>
      </w:r>
      <w:r>
        <w:rPr>
          <w:sz w:val="20"/>
        </w:rPr>
        <w:t xml:space="preserve"> [tēn phōnēn ouk ēkousan tou lalountos moi]</w:t>
      </w:r>
      <w:r>
        <w:rPr>
          <w:sz w:val="20"/>
        </w:rPr>
        <w:br/>
        <w:t>22:9 буквально говорит, что спутники «не услышали голоса» Говорившего с Павлом, тогда как 9:7 говорит, что они «слышали голос/звук». Разная падежная конструкция с ἀκούω допускает различие между слышанием звука и восприятием сообщения, но WGT-T не вставляет «не поняли» и не гармонизирует текст искусственно.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9:7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τὴν φωνὴν οὐκ ἤκουσαν буквально «голоса не услышали». ἀκούω с винительным может в некоторых контекстах иметь оттенок «не восприняли/не поняли», что помогает сопоставить 22:9 с 9:7, но WGT-T сохраняет прямую форму «не услышали», а гармонизацию оставляет комментарию.</w:t>
      </w:r>
    </w:p>
    <w:p>
      <w:r>
        <w:t>10. Я спросил: “Что мне делать, Господи?” Господь сказал: “Встань и иди в Дамаск; там тебе скажут обо всём, что назначено тебе сделать”.</w:t>
      </w:r>
    </w:p>
    <w:p>
      <w:pPr>
        <w:ind w:left="360"/>
      </w:pPr>
      <w:r>
        <w:rPr>
          <w:b/>
          <w:sz w:val="20"/>
        </w:rPr>
        <w:t>Божий замысел</w:t>
      </w:r>
      <w:r>
        <w:rPr>
          <w:i/>
          <w:sz w:val="20"/>
        </w:rPr>
        <w:t xml:space="preserve"> περὶ πάντων ὧν τέτακταί σοι ποιῆσαι</w:t>
      </w:r>
      <w:r>
        <w:rPr>
          <w:sz w:val="20"/>
        </w:rPr>
        <w:t xml:space="preserve"> [peri pantōn hōn tetaktai soi poiēsai]</w:t>
      </w:r>
      <w:r>
        <w:rPr>
          <w:sz w:val="20"/>
        </w:rPr>
        <w:br/>
        <w:t>Павлу будет сказано обо всём, что ему «назначено» сделать. Его дальнейшее служение представлено как включённое в Божий замысел.</w:t>
      </w:r>
    </w:p>
    <w:p>
      <w:r>
        <w:t>11. Поскольку от сияния того света я перестал видеть, спутники взяли меня за руку и привели в Дамаск.</w:t>
      </w:r>
    </w:p>
    <w:p>
      <w:r>
        <w:t>12. Некто Анания, благочестивый по Закону человек, о котором хорошо отзывались все жившие там иудеи,</w:t>
      </w:r>
    </w:p>
    <w:p>
      <w:r>
        <w:t>13. пришёл ко мне, встал рядом и сказал: “Брат Савл, прозри!” И в тот же час я увидел его.</w:t>
      </w:r>
    </w:p>
    <w:p>
      <w:r>
        <w:t>14. Он сказал: “Бог наших отцов заранее избрал тебя, чтобы ты познал Его волю, увидел Праведника и услышал голос из Его уст,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ἰδεῖν τὸν δίκαιον</w:t>
      </w:r>
      <w:r>
        <w:rPr>
          <w:sz w:val="20"/>
        </w:rPr>
        <w:t xml:space="preserve"> [idein ton dikaion]</w:t>
      </w:r>
      <w:r>
        <w:rPr>
          <w:sz w:val="20"/>
        </w:rPr>
        <w:br/>
        <w:t>Анания называет Иисуса «Праведником» — тот же титул, который звучал в речи Стефана и Петра. Павел должен увидеть Его и услышать голос из Его уст.</w:t>
      </w:r>
    </w:p>
    <w:p>
      <w:r>
        <w:t>15. потому что ты будешь Его свидетелем перед всеми людьми о том, что видел и слышал.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ἔσῃ μάρτυς αὐτῷ πρὸς πάντας ἀνθρώπους</w:t>
      </w:r>
      <w:r>
        <w:rPr>
          <w:sz w:val="20"/>
        </w:rPr>
        <w:t xml:space="preserve"> [esē martys autō pros pantas anthrōpous]</w:t>
      </w:r>
      <w:r>
        <w:rPr>
          <w:sz w:val="20"/>
        </w:rPr>
        <w:br/>
        <w:t>Призвание Павла прямо формулируется как свидетельство перед всеми людьми о виденном и слышанном. Это связывает его миссию с программой свидетельства Деян 1:8.</w:t>
      </w:r>
    </w:p>
    <w:p>
      <w:r>
        <w:t>16. И теперь чего ты медлишь? Встань, крестись и омой свои грехи, призвав Его имя”.</w:t>
      </w:r>
    </w:p>
    <w:p>
      <w:pPr>
        <w:ind w:left="360"/>
      </w:pPr>
      <w:r>
        <w:rPr>
          <w:b/>
          <w:sz w:val="20"/>
        </w:rPr>
        <w:t>Крещение</w:t>
      </w:r>
      <w:r>
        <w:rPr>
          <w:i/>
          <w:sz w:val="20"/>
        </w:rPr>
        <w:t xml:space="preserve"> ἀναστὰς βάπτισαι καὶ ἀπόλουσαι τὰς ἁμαρτίας σου ἐπικαλεσάμενος τὸ ὄνομα αὐτοῦ</w:t>
      </w:r>
      <w:r>
        <w:rPr>
          <w:sz w:val="20"/>
        </w:rPr>
        <w:t xml:space="preserve"> [anastas baptisai kai apolousai tas hamartias sou epikalesamenos to onoma autou]</w:t>
      </w:r>
      <w:r>
        <w:rPr>
          <w:sz w:val="20"/>
        </w:rPr>
        <w:br/>
        <w:t>Анания соединяет призыв встать, креститься, «омыть грехи» и призвать имя Господа. Текст сохраняется как единая формула без искусственного разрыва или превращения в полную схему механизма прощения.</w:t>
      </w:r>
    </w:p>
    <w:p>
      <w:r>
        <w:t>17. Когда я возвратился в Иерусалим и молился в храме, я пришёл в исступление</w:t>
      </w:r>
    </w:p>
    <w:p>
      <w:pPr>
        <w:ind w:left="360"/>
      </w:pPr>
      <w:r>
        <w:rPr>
          <w:b/>
          <w:sz w:val="20"/>
        </w:rPr>
        <w:t>Молитва</w:t>
      </w:r>
      <w:r>
        <w:rPr>
          <w:i/>
          <w:sz w:val="20"/>
        </w:rPr>
        <w:t xml:space="preserve"> προσευχομένου μου ἐν τῷ ἱερῷ γενέσθαι με ἐν ἐκστάσει</w:t>
      </w:r>
      <w:r>
        <w:rPr>
          <w:sz w:val="20"/>
        </w:rPr>
        <w:t xml:space="preserve"> [proseuchomenou mou en tō hierō genesthai me en ekstasei]</w:t>
      </w:r>
      <w:r>
        <w:rPr>
          <w:sz w:val="20"/>
        </w:rPr>
        <w:br/>
        <w:t>Второе видение Павел получает во время молитвы в храме. Молитва снова сопровождает ключевой поворот его миссии.</w:t>
      </w:r>
    </w:p>
    <w:p>
      <w:r>
        <w:t>18. и увидел Его, говорившего мне: “Поспеши и быстро выйди из Иерусалима, потому что они не примут твоего свидетельства обо Мне”.</w:t>
      </w:r>
    </w:p>
    <w:p>
      <w:r>
        <w:t>19. Я сказал: “Господи, они сами знают, что я заключал в тюрьмы и бил по синагогам верующих в Тебя.</w:t>
      </w:r>
    </w:p>
    <w:p>
      <w:r>
        <w:t>20. И когда проливалась кровь Стефана, Твоего свидетеля, я сам стоял рядом, одобрял и сторожил одежды убивавших его”.</w:t>
      </w:r>
    </w:p>
    <w:p>
      <w:r>
        <w:t>21. Но Он сказал мне: “Иди, потому что Я пошлю тебя далеко к язычникам”».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ἐγὼ εἰς ἔθνη μακρὰν ἐξαποστελῶ σε</w:t>
      </w:r>
      <w:r>
        <w:rPr>
          <w:sz w:val="20"/>
        </w:rPr>
        <w:t xml:space="preserve"> [egō eis ethnē makran exapostelō se]</w:t>
      </w:r>
      <w:r>
        <w:rPr>
          <w:sz w:val="20"/>
        </w:rPr>
        <w:br/>
        <w:t>Иисус посылает Павла «далеко к язычникам». Именно эта формулировка становится точкой взрыва для аудитории в Иерусалиме.</w:t>
      </w:r>
    </w:p>
    <w:p>
      <w:r>
        <w:t>22. До этих слов они слушали его, а затем закричали: «Долой такого с земли! Ему не следует жить!»</w:t>
      </w:r>
    </w:p>
    <w:p>
      <w:r>
        <w:t>23. Они кричали, сбрасывали одежды и бросали пыль в воздух.</w:t>
      </w:r>
    </w:p>
    <w:p>
      <w:r>
        <w:t>24. Командир приказал ввести Павла в казарму и велел допрашивать его бичеванием, чтобы узнать, за что они так кричали против него.</w:t>
      </w:r>
    </w:p>
    <w:p>
      <w:r>
        <w:t>25. Когда его растянули ремнями, Павел сказал стоявшему рядом сотнику: «Разрешено ли вам бичевать римского гражданина, да ещё без суда?»</w:t>
      </w:r>
    </w:p>
    <w:p>
      <w:pPr>
        <w:ind w:left="360"/>
      </w:pPr>
      <w:r>
        <w:rPr>
          <w:b/>
          <w:sz w:val="20"/>
        </w:rPr>
        <w:t>Римское гражданство</w:t>
      </w:r>
      <w:r>
        <w:rPr>
          <w:i/>
          <w:sz w:val="20"/>
        </w:rPr>
        <w:t xml:space="preserve"> εἰ ἄνθρωπον Ῥωμαῖον καὶ ἀκατάκριτον ἔξεστιν ὑμῖν μαστίζειν;</w:t>
      </w:r>
      <w:r>
        <w:rPr>
          <w:sz w:val="20"/>
        </w:rPr>
        <w:t xml:space="preserve"> [ei anthrōpon Rhōmaion kai akatakriton exestin hymin mastizein]</w:t>
      </w:r>
      <w:r>
        <w:rPr>
          <w:sz w:val="20"/>
        </w:rPr>
        <w:br/>
        <w:t>Павел апеллирует к юридическому статусу римского гражданина и факту отсутствия суда. Эта линия защищает его физически и двигает повествование к римским инстанциям.</w:t>
      </w:r>
    </w:p>
    <w:p>
      <w:r>
        <w:t>26. Услышав это, сотник подошёл к командиру и сообщил: «Что ты собираешься делать? Этот человек — римский гражданин».</w:t>
      </w:r>
    </w:p>
    <w:p>
      <w:r>
        <w:t>27. Командир подошёл и спросил Павла: «Скажи мне, ты римский гражданин?» Он ответил: «Да».</w:t>
      </w:r>
    </w:p>
    <w:p>
      <w:r>
        <w:t>28. Командир сказал: «Я приобрёл это гражданство за большие деньги». Павел ответил: «А я родился гражданином».</w:t>
      </w:r>
    </w:p>
    <w:p>
      <w:pPr>
        <w:ind w:left="360"/>
      </w:pPr>
      <w:r>
        <w:rPr>
          <w:b/>
          <w:sz w:val="20"/>
        </w:rPr>
        <w:t>Римское гражданство</w:t>
      </w:r>
      <w:r>
        <w:rPr>
          <w:i/>
          <w:sz w:val="20"/>
        </w:rPr>
        <w:t xml:space="preserve"> ἐγὼ δὲ καὶ γεγέννημαι</w:t>
      </w:r>
      <w:r>
        <w:rPr>
          <w:sz w:val="20"/>
        </w:rPr>
        <w:t xml:space="preserve"> [egō de kai gegennēmai]</w:t>
      </w:r>
      <w:r>
        <w:rPr>
          <w:sz w:val="20"/>
        </w:rPr>
        <w:br/>
        <w:t>Павел противопоставляет купленному гражданству командира своё гражданство по рождению. Это повышает серьёзность уже совершённого нарушения его прав.</w:t>
      </w:r>
    </w:p>
    <w:p>
      <w:r>
        <w:t>29. Тогда те, кто собирался его допрашивать, сразу отошли. Командир тоже испугался, узнав, что Павел — римский гражданин и что он держал его связанным.</w:t>
      </w:r>
    </w:p>
    <w:p>
      <w:r>
        <w:t>30. На следующий день, желая точно узнать, в чём иудеи обвиняют Павла, командир освободил его от оков, приказал собраться первосвященникам и всему синедриону, вывел Павла и поставил перед ними.</w:t>
      </w:r>
    </w:p>
    <w:p>
      <w:pPr>
        <w:pStyle w:val="Heading2"/>
      </w:pPr>
      <w:r>
        <w:t>Глава 23</w:t>
      </w:r>
    </w:p>
    <w:p>
      <w:r>
        <w:t>1. Павел пристально посмотрел на синедрион и сказал: «Мужи братья! Я до этого дня жил перед Богом с чистой совестью».</w:t>
      </w:r>
    </w:p>
    <w:p>
      <w:pPr>
        <w:ind w:left="360"/>
      </w:pPr>
      <w:r>
        <w:rPr>
          <w:b/>
          <w:sz w:val="20"/>
        </w:rPr>
        <w:t>Совесть</w:t>
      </w:r>
      <w:r>
        <w:rPr>
          <w:i/>
          <w:sz w:val="20"/>
        </w:rPr>
        <w:t xml:space="preserve"> πάσῃ συνειδήσει ἀγαθῇ πεπολίτευμαι τῷ θεῷ</w:t>
      </w:r>
      <w:r>
        <w:rPr>
          <w:sz w:val="20"/>
        </w:rPr>
        <w:t xml:space="preserve"> [pasē syneidēsei agathē pepoliteumai tō theō]</w:t>
      </w:r>
      <w:r>
        <w:rPr>
          <w:sz w:val="20"/>
        </w:rPr>
        <w:br/>
        <w:t>Павел начинает защиту утверждением о доброй совести перед Богом. Тема совести вернётся в 24:16 в речи перед Феликсом.</w:t>
      </w:r>
    </w:p>
    <w:p>
      <w:r>
        <w:t>2. Первосвященник Анания приказал стоявшим рядом ударить его по устам.</w:t>
      </w:r>
    </w:p>
    <w:p>
      <w:r>
        <w:t>3. Тогда Павел сказал ему: «Бог ударит тебя, стена побелённая! Ты сидишь судить меня по Закону и, нарушая Закон, велишь бить меня?»</w:t>
      </w:r>
    </w:p>
    <w:p>
      <w:r>
        <w:t>4. Стоявшие рядом сказали: «Ты оскорбляешь первосвященника Божьего?»</w:t>
      </w:r>
    </w:p>
    <w:p>
      <w:r>
        <w:t>5. Павел ответил: «Я не знал, братья, что он первосвященник. Ведь написано: “Не говори злого о начальнике твоего народа”».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ἄρχοντα τοῦ λαοῦ σου οὐκ ἐρεῖς κακῶς</w:t>
      </w:r>
      <w:r>
        <w:rPr>
          <w:sz w:val="20"/>
        </w:rPr>
        <w:t xml:space="preserve"> [archonta tou laou sou ouk ereis kakōs]</w:t>
      </w:r>
      <w:r>
        <w:rPr>
          <w:sz w:val="20"/>
        </w:rPr>
        <w:br/>
        <w:t>Павел цитирует Исх 22:28 LXX о запрете злословить начальника народа. Он применяет текст к ситуации с первосвященником.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Исх 22:28</w:t>
      </w:r>
    </w:p>
    <w:p>
      <w:r>
        <w:t>6. Узнав, что одна часть синедриона — саддукеи, а другая — фарисеи, Павел воскликнул: «Мужи братья! Я фарисей, сын фарисеев. Меня судят за надежду и воскресение мёртвых».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i/>
          <w:sz w:val="20"/>
        </w:rPr>
        <w:t xml:space="preserve"> περὶ ἐλπίδος καὶ ἀναστάσεως νεκρῶν κρίνομαι</w:t>
      </w:r>
      <w:r>
        <w:rPr>
          <w:sz w:val="20"/>
        </w:rPr>
        <w:t xml:space="preserve"> [peri elpidos kai anastaseōs nekrōn krinomai]</w:t>
      </w:r>
      <w:r>
        <w:rPr>
          <w:sz w:val="20"/>
        </w:rPr>
        <w:br/>
        <w:t>Павел формулирует предмет спора как «надежда и воскресение мёртвых». Это переводит процесс из политического обвинения в богословский спор внутри иудаизма.</w:t>
      </w:r>
    </w:p>
    <w:p>
      <w:r>
        <w:t>7. Когда он это сказал, между фарисеями и саддукеями возник спор, и собрание разделилось.</w:t>
      </w:r>
    </w:p>
    <w:p>
      <w:r>
        <w:t>8. Саддукеи говорят, что нет ни воскресения, ни ангела, ни духа, а фарисеи признают и то и другое.</w:t>
      </w:r>
    </w:p>
    <w:p>
      <w:pPr>
        <w:ind w:left="360"/>
      </w:pPr>
      <w:r>
        <w:rPr>
          <w:b/>
          <w:sz w:val="20"/>
        </w:rPr>
        <w:t>Религиозные течения</w:t>
      </w:r>
      <w:r>
        <w:rPr>
          <w:i/>
          <w:sz w:val="20"/>
        </w:rPr>
        <w:t xml:space="preserve"> Σαδδουκαῖοι ... Φαρισαῖοι</w:t>
      </w:r>
      <w:r>
        <w:rPr>
          <w:sz w:val="20"/>
        </w:rPr>
        <w:t xml:space="preserve"> [Saddoukaioi ... Pharisaioi]</w:t>
      </w:r>
      <w:r>
        <w:rPr>
          <w:sz w:val="20"/>
        </w:rPr>
        <w:br/>
        <w:t>Лука кратко объясняет различие между саддукеями и фарисеями по воскресению, ангелу и духу, чтобы показать, почему заявление Павла раскалывает синедрион.</w:t>
      </w:r>
    </w:p>
    <w:p>
      <w:r>
        <w:t>9. Поднялся сильный крик. Некоторые книжники из партии фарисеев встали и спорили: «Мы не находим в этом человеке ничего злого. А если с ним говорил дух или ангел…»</w:t>
      </w:r>
    </w:p>
    <w:p>
      <w:pPr>
        <w:ind w:left="360"/>
      </w:pPr>
      <w:r>
        <w:rPr>
          <w:b/>
          <w:sz w:val="20"/>
        </w:rPr>
        <w:t>Точность текста</w:t>
      </w:r>
      <w:r>
        <w:rPr>
          <w:i/>
          <w:sz w:val="20"/>
        </w:rPr>
        <w:t xml:space="preserve"> εἰ δὲ πνεῦμα ἐλάλησεν αὐτῷ ἢ ἄγγελος—</w:t>
      </w:r>
      <w:r>
        <w:rPr>
          <w:sz w:val="20"/>
        </w:rPr>
        <w:t xml:space="preserve"> [ei de pneuma elalēsen autō ē angelos]</w:t>
      </w:r>
      <w:r>
        <w:rPr>
          <w:sz w:val="20"/>
        </w:rPr>
        <w:br/>
        <w:t>Реплика фарисеев обрывается: «а если с ним говорил дух или ангел…». WGT-T правильно не дописывает отсутствующий вывод.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Греческая реплика заканчивается незавершённой конструкцией εἰ δὲ πνεῦμα ἐλάλησεν αὐτῷ ἢ ἄγγελος—. WGT-T сохраняет обрыв фразы вместо добавления отсутствующего вывода.</w:t>
      </w:r>
    </w:p>
    <w:p>
      <w:r>
        <w:t>10. Спор стал таким сильным, что командир, боясь, как бы Павла не разорвали, приказал воинам спуститься, вырвать его из их среды и отвести в казарму.</w:t>
      </w:r>
    </w:p>
    <w:p>
      <w:r>
        <w:t>11. В следующую ночь Господь предстал перед ним и сказал: «Мужайся! Как ты свидетельствовал обо Мне в Иерусалиме, так тебе надлежит свидетельствовать и в Риме».</w:t>
      </w:r>
    </w:p>
    <w:p>
      <w:pPr>
        <w:ind w:left="360"/>
      </w:pPr>
      <w:r>
        <w:rPr>
          <w:b/>
          <w:sz w:val="20"/>
        </w:rPr>
        <w:t>Божественная необходимость</w:t>
      </w:r>
      <w:r>
        <w:rPr>
          <w:i/>
          <w:sz w:val="20"/>
        </w:rPr>
        <w:t xml:space="preserve"> ὡς γὰρ διεμαρτύρω τὰ περὶ ἐμοῦ εἰς Ἰερουσαλήμ, οὕτω σε δεῖ καὶ εἰς Ῥώμην μαρτυρῆσαι</w:t>
      </w:r>
      <w:r>
        <w:rPr>
          <w:sz w:val="20"/>
        </w:rPr>
        <w:t xml:space="preserve"> [hōs gar diemartyrō ta peri emou eis Ierousalēm, houtō se dei kai eis Rhōmēn martyrēsai]</w:t>
      </w:r>
      <w:r>
        <w:rPr>
          <w:sz w:val="20"/>
        </w:rPr>
        <w:br/>
        <w:t>Господь сам подтверждает направление повествования: Павлу «надлежит» свидетельствовать и в Риме. Это превращает Рим из человеческого плана 19:21 в подтверждённую Господом миссионерскую необходимость.</w:t>
      </w:r>
    </w:p>
    <w:p>
      <w:r>
        <w:t>12. С наступлением дня иудеи составили заговор и связали себя клятвой не есть и не пить, пока не убьют Павла.</w:t>
      </w:r>
    </w:p>
    <w:p>
      <w:r>
        <w:t>13. Участников этого заговора было больше сорока.</w:t>
      </w:r>
    </w:p>
    <w:p>
      <w:r>
        <w:t>14. Они пришли к первосвященникам и старейшинам и сказали: «Мы связали себя строгой клятвой ничего не есть, пока не убьём Павла.</w:t>
      </w:r>
    </w:p>
    <w:p>
      <w:r>
        <w:t>15. Теперь вы вместе с синедрионом сообщите командиру, чтобы завтра он привёл его к вам, будто вы хотите точнее исследовать его дело. А мы готовы убить его прежде, чем он приблизится».</w:t>
      </w:r>
    </w:p>
    <w:p>
      <w:r>
        <w:t>16. Но сын сестры Павла услышал о засаде, пришёл в казарму и сообщил Павлу.</w:t>
      </w:r>
    </w:p>
    <w:p>
      <w:r>
        <w:t>17. Павел позвал одного из сотников и сказал: «Отведи этого юношу к командиру; ему есть что сообщить».</w:t>
      </w:r>
    </w:p>
    <w:p>
      <w:r>
        <w:t>18. Тот взял его, привёл к командиру и сказал: «Заключённый Павел позвал меня и попросил привести к тебе этого юношу; у него есть что сказать тебе».</w:t>
      </w:r>
    </w:p>
    <w:p>
      <w:r>
        <w:t>19. Командир взял его за руку, отвёл в сторону и спросил: «Что ты хочешь сообщить мне?»</w:t>
      </w:r>
    </w:p>
    <w:p>
      <w:r>
        <w:t>20. Он сказал: «Иудеи договорились просить тебя завтра привести Павла в синедрион, будто хотят точнее расспросить о нём.</w:t>
      </w:r>
    </w:p>
    <w:p>
      <w:r>
        <w:t>21. Но не соглашайся с ними, потому что больше сорока человек из них устроили засаду и связали себя клятвой не есть и не пить, пока не убьют его. Они уже готовы и ждут твоего согласия».</w:t>
      </w:r>
    </w:p>
    <w:p>
      <w:r>
        <w:t>22. Командир отпустил юношу, приказав никому не говорить, что он сообщил это ему.</w:t>
      </w:r>
    </w:p>
    <w:p>
      <w:r>
        <w:t>23. Затем он позвал двух сотников и сказал: «Приготовьте двести воинов, семьдесят всадников и двести копейщиков, чтобы с третьего часа ночи идти в Кесарию.</w:t>
      </w:r>
    </w:p>
    <w:p>
      <w:r>
        <w:t>24. Приготовьте и животных, чтобы посадить на них Павла и безопасно доставить его к наместнику Феликсу».</w:t>
      </w:r>
    </w:p>
    <w:p>
      <w:r>
        <w:t>25. И написал письмо такого содержания:</w:t>
      </w:r>
    </w:p>
    <w:p>
      <w:r>
        <w:t>26. «Клавдий Лисий — достопочтенному наместнику Феликсу: приветствие.</w:t>
      </w:r>
    </w:p>
    <w:p>
      <w:r>
        <w:t>27. Этого человека схватили иудеи и собирались убить. Я пришёл с войском и спас его, узнав, что он римский гражданин.</w:t>
      </w:r>
    </w:p>
    <w:p>
      <w:pPr>
        <w:ind w:left="360"/>
      </w:pPr>
      <w:r>
        <w:rPr>
          <w:b/>
          <w:sz w:val="20"/>
        </w:rPr>
        <w:t>Римское гражданство</w:t>
      </w:r>
      <w:r>
        <w:rPr>
          <w:i/>
          <w:sz w:val="20"/>
        </w:rPr>
        <w:t xml:space="preserve"> μαθὼν ὅτι Ῥωμαῖός ἐστιν</w:t>
      </w:r>
      <w:r>
        <w:rPr>
          <w:sz w:val="20"/>
        </w:rPr>
        <w:t xml:space="preserve"> [mathōn hoti Rhōmaios estin]</w:t>
      </w:r>
      <w:r>
        <w:rPr>
          <w:sz w:val="20"/>
        </w:rPr>
        <w:br/>
        <w:t>В письме Лисий представляет своё вмешательство так, будто узнал о римском гражданстве Павла до спасения его от толпы. Повествование 22-й главы показывает иной порядок; это пример самовыгодной официальной формулировки внутри рассказа.</w:t>
      </w:r>
    </w:p>
    <w:p>
      <w:r>
        <w:t>28. Желая узнать причину их обвинений, я привёл его в их синедрион.</w:t>
      </w:r>
    </w:p>
    <w:p>
      <w:r>
        <w:t>29. Я нашёл, что его обвиняют в вопросах их Закона, но не нашёл за ним никакого обвинения, достойного смерти или уз.</w:t>
      </w:r>
    </w:p>
    <w:p>
      <w:pPr>
        <w:ind w:left="360"/>
      </w:pPr>
      <w:r>
        <w:rPr>
          <w:b/>
          <w:sz w:val="20"/>
        </w:rPr>
        <w:t>Правовой аспект</w:t>
      </w:r>
      <w:r>
        <w:rPr>
          <w:i/>
          <w:sz w:val="20"/>
        </w:rPr>
        <w:t xml:space="preserve"> μηδὲν δὲ ἄξιον θανάτου ἢ δεσμῶν ἔχοντα ἔγκλημα</w:t>
      </w:r>
      <w:r>
        <w:rPr>
          <w:sz w:val="20"/>
        </w:rPr>
        <w:t xml:space="preserve"> [mēden de axion thanatou ē desmōn echonta enklēma]</w:t>
      </w:r>
      <w:r>
        <w:rPr>
          <w:sz w:val="20"/>
        </w:rPr>
        <w:br/>
        <w:t>Римский командир официально признаёт: обвинения касаются иудейского Закона, а ничего достойного смерти или уз он не нашёл. Эта формула невиновности будет повторяться далее.</w:t>
      </w:r>
    </w:p>
    <w:p>
      <w:r>
        <w:t>30. Когда мне сообщили о готовящемся против него заговоре, я немедленно отправил его к тебе, приказав обвинителям изложить свои претензии перед тобой».</w:t>
      </w:r>
    </w:p>
    <w:p>
      <w:r>
        <w:t>31. Воины, исполняя приказ, взяли Павла и ночью привели его в Антипатриду.</w:t>
      </w:r>
    </w:p>
    <w:p>
      <w:r>
        <w:t>32. На следующий день они позволили всадникам идти с ним дальше, а сами возвратились в казарму.</w:t>
      </w:r>
    </w:p>
    <w:p>
      <w:r>
        <w:t>33. Всадники вошли в Кесарию, передали письмо наместнику и представили ему Павла.</w:t>
      </w:r>
    </w:p>
    <w:p>
      <w:r>
        <w:t>34. Прочитав письмо, наместник спросил, из какой он провинции, и, узнав, что из Киликии,</w:t>
      </w:r>
    </w:p>
    <w:p>
      <w:r>
        <w:t>35. сказал: «Я выслушаю тебя, когда прибудут и твои обвинители». И приказал держать его во дворце Ирода.</w:t>
      </w:r>
    </w:p>
    <w:p>
      <w:pPr>
        <w:pStyle w:val="Heading2"/>
      </w:pPr>
      <w:r>
        <w:t>Глава 24</w:t>
      </w:r>
    </w:p>
    <w:p>
      <w:r>
        <w:t>1. Через пять дней первосвященник Анания пришёл с несколькими старейшинами и неким оратором Тертуллом; они представили наместнику обвинение против Павла.</w:t>
      </w:r>
    </w:p>
    <w:p>
      <w:r>
        <w:t>2. Когда Павла вызвали, Тертулл начал обвинять его: «Благодаря тебе мы наслаждаемся большим миром, и благодаря твоей предусмотрительности в жизни этого народа происходят улучшения.</w:t>
      </w:r>
    </w:p>
    <w:p>
      <w:r>
        <w:t>3. Мы всегда и повсюду признаём это, достопочтенный Феликс, со всей благодарностью.</w:t>
      </w:r>
    </w:p>
    <w:p>
      <w:r>
        <w:t>4. Но чтобы не задерживать тебя надолго, прошу тебя снисходительно выслушать нас вкратце.</w:t>
      </w:r>
    </w:p>
    <w:p>
      <w:r>
        <w:t>5. Мы нашли этого человека настоящей заразой, возбуждающей мятежи среди всех иудеев по всему миру, и предводителем секты назареев.</w:t>
      </w:r>
    </w:p>
    <w:p>
      <w:pPr>
        <w:ind w:left="360"/>
      </w:pPr>
      <w:r>
        <w:rPr>
          <w:b/>
          <w:sz w:val="20"/>
        </w:rPr>
        <w:t>Обвинение</w:t>
      </w:r>
      <w:r>
        <w:rPr>
          <w:i/>
          <w:sz w:val="20"/>
        </w:rPr>
        <w:t xml:space="preserve"> πρωτοστάτην τε τῆς τῶν Ναζωραίων αἱρέσεως</w:t>
      </w:r>
      <w:r>
        <w:rPr>
          <w:sz w:val="20"/>
        </w:rPr>
        <w:t xml:space="preserve"> [prōtostatēn te tēs tōn Nazōraiōn haireseōs]</w:t>
      </w:r>
      <w:r>
        <w:rPr>
          <w:sz w:val="20"/>
        </w:rPr>
        <w:br/>
        <w:t>Тертулл называет Павла предводителем «секты назареев». αἵρεσις в этой судебной речи — внешнее обозначение религиозной группы, которое Павел затем переосмыслит через «Путь».</w:t>
      </w:r>
    </w:p>
    <w:p>
      <w:r>
        <w:t>6. Он даже пытался осквернить храм, и мы схватили его.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Acts 24:6b-8</w:t>
      </w:r>
      <w:r>
        <w:rPr>
          <w:sz w:val="20"/>
        </w:rPr>
        <w:t xml:space="preserve"> [Acts 24:6b-8]</w:t>
      </w:r>
      <w:r>
        <w:rPr>
          <w:sz w:val="20"/>
        </w:rPr>
        <w:br/>
        <w:t>Длинное продолжение о намерении судить Павла «по нашему закону», вмешательстве Лисия и приказе обвинителям относится к поздней/другой текстовой традиции и не включается в основной критический текст.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Длинное продолжение 24:6b–8 о суде «по нашему закону» и вмешательстве Лисия относится к поздней традиции и не включается в WGT-T.</w:t>
      </w:r>
    </w:p>
    <w:p>
      <w:r>
        <w:t xml:space="preserve">7. 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Acts 24:7</w:t>
      </w:r>
      <w:r>
        <w:rPr>
          <w:sz w:val="20"/>
        </w:rPr>
        <w:t xml:space="preserve"> [Acts 24:7]</w:t>
      </w:r>
      <w:r>
        <w:rPr>
          <w:sz w:val="20"/>
        </w:rPr>
        <w:br/>
        <w:t>Стих отсутствует в основном критическом тексте SBLGNT и поэтому сохраняется лишь как нумерационный слот и текстологическая заметка.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Деян 24:7 отсутствует в основном критическом тексте SBLGNT.</w:t>
      </w:r>
    </w:p>
    <w:p>
      <w:r>
        <w:t>8. Сам допросив его, ты сможешь узнать обо всём, в чём мы его обвиняем».</w:t>
      </w:r>
    </w:p>
    <w:p>
      <w:r>
        <w:t>9. Иудеи присоединились к обвинению, утверждая, что всё именно так.</w:t>
      </w:r>
    </w:p>
    <w:p>
      <w:r>
        <w:t>10. Когда наместник дал знак Павлу говорить, тот ответил: «Зная, что ты много лет являешься судьёй этого народа, я охотно защищаюсь.</w:t>
      </w:r>
    </w:p>
    <w:p>
      <w:r>
        <w:t>11. Ты можешь удостовериться, что прошло не больше двенадцати дней с тех пор, как я пришёл в Иерусалим для поклонения.</w:t>
      </w:r>
    </w:p>
    <w:p>
      <w:r>
        <w:t>12. И ни в храме, ни в синагогах, ни в городе меня не находили спорящим с кем-либо или возбуждающим толпу.</w:t>
      </w:r>
    </w:p>
    <w:p>
      <w:r>
        <w:t>13. И они не могут доказать тебе того, в чём теперь обвиняют меня.</w:t>
      </w:r>
    </w:p>
    <w:p>
      <w:r>
        <w:t>14. Но признаю перед тобой вот что: согласно Пути, который они называют сектой, я служу Богу отцов, веря всему написанному в Законе и Пророках,</w:t>
      </w:r>
    </w:p>
    <w:p>
      <w:pPr>
        <w:ind w:left="360"/>
      </w:pPr>
      <w:r>
        <w:rPr>
          <w:b/>
          <w:sz w:val="20"/>
        </w:rPr>
        <w:t>Путь</w:t>
      </w:r>
      <w:r>
        <w:rPr>
          <w:i/>
          <w:sz w:val="20"/>
        </w:rPr>
        <w:t xml:space="preserve"> κατὰ τὴν ὁδὸν ἣν λέγουσιν αἵρεσιν</w:t>
      </w:r>
      <w:r>
        <w:rPr>
          <w:sz w:val="20"/>
        </w:rPr>
        <w:t xml:space="preserve"> [kata tēn hodon hēn legousin hairesin]</w:t>
      </w:r>
      <w:r>
        <w:rPr>
          <w:sz w:val="20"/>
        </w:rPr>
        <w:br/>
        <w:t>Павел принимает обозначение «Путь», но не принимает смысл обвинительного ярлыка «секта»: согласно этому Пути он служит Богу отцов и верит Закону и Пророкам.</w:t>
      </w:r>
    </w:p>
    <w:p>
      <w:r>
        <w:t>15. имея надежду на Бога, которую разделяют и они сами: что будет воскресение и праведных, и неправедных.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i/>
          <w:sz w:val="20"/>
        </w:rPr>
        <w:t xml:space="preserve"> ἀνάστασιν μέλλειν ἔσεσθαι δικαίων τε καὶ ἀδίκων</w:t>
      </w:r>
      <w:r>
        <w:rPr>
          <w:sz w:val="20"/>
        </w:rPr>
        <w:t xml:space="preserve"> [anastasin mellein esesthai dikaiōn te kai adikōn]</w:t>
      </w:r>
      <w:r>
        <w:rPr>
          <w:sz w:val="20"/>
        </w:rPr>
        <w:br/>
        <w:t>Павел исповедует воскресение и праведных, и неправедных. Воскресение представлено не как маргинальная новизна, а как надежда, которую разделяют и его обвинители.</w:t>
      </w:r>
    </w:p>
    <w:p>
      <w:r>
        <w:t>16. Поэтому и сам стараюсь всегда иметь непорочную совесть перед Богом и людьми.</w:t>
      </w:r>
    </w:p>
    <w:p>
      <w:pPr>
        <w:ind w:left="360"/>
      </w:pPr>
      <w:r>
        <w:rPr>
          <w:b/>
          <w:sz w:val="20"/>
        </w:rPr>
        <w:t>Совесть</w:t>
      </w:r>
      <w:r>
        <w:rPr>
          <w:i/>
          <w:sz w:val="20"/>
        </w:rPr>
        <w:t xml:space="preserve"> ἀπρόσκοπον συνείδησιν ἔχειν πρὸς τὸν θεὸν καὶ τοὺς ἀνθρώπους</w:t>
      </w:r>
      <w:r>
        <w:rPr>
          <w:sz w:val="20"/>
        </w:rPr>
        <w:t xml:space="preserve"> [aproskopon syneidēsin echein pros ton theon kai tous anthrōpous]</w:t>
      </w:r>
      <w:r>
        <w:rPr>
          <w:sz w:val="20"/>
        </w:rPr>
        <w:br/>
        <w:t>Тема 23:1 развивается: Павел стремится иметь непорочную совесть перед Богом и людьми. Это этическая часть его судебной защиты.</w:t>
      </w:r>
    </w:p>
    <w:p>
      <w:r>
        <w:t>17. После многих лет я пришёл, чтобы принести милостыню своему народу и пожертвования.</w:t>
      </w:r>
    </w:p>
    <w:p>
      <w:r>
        <w:t>18. Меня нашли в храме после очищения, без толпы и без беспорядка.</w:t>
      </w:r>
    </w:p>
    <w:p>
      <w:r>
        <w:t>19. Там были некоторые иудеи из Асии, которым следовало бы быть перед тобой и обвинять меня, если у них есть что против меня.</w:t>
      </w:r>
    </w:p>
    <w:p>
      <w:r>
        <w:t>20. Или пусть эти сами скажут, какую вину нашли за мной, когда я стоял перед синедрионом,</w:t>
      </w:r>
    </w:p>
    <w:p>
      <w:r>
        <w:t>21. разве только одно слово, которое я воскликнул, стоя среди них: “За воскресение мёртвых я сегодня нахожусь перед вашим судом”».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i/>
          <w:sz w:val="20"/>
        </w:rPr>
        <w:t xml:space="preserve"> περὶ ἀναστάσεως νεκρῶν ἐγὼ κρίνομαι σήμερον ἐφ’ ὑμῶν</w:t>
      </w:r>
      <w:r>
        <w:rPr>
          <w:sz w:val="20"/>
        </w:rPr>
        <w:t xml:space="preserve"> [peri anastaseōs nekrōn egō krinomai sēmeron eph' hymōn]</w:t>
      </w:r>
      <w:r>
        <w:rPr>
          <w:sz w:val="20"/>
        </w:rPr>
        <w:br/>
        <w:t>Павел снова сводит реальный предмет спора к воскресению мёртвых, связывая нынешнюю защиту с 23:6.</w:t>
      </w:r>
    </w:p>
    <w:p>
      <w:r>
        <w:t>22. Феликс, хорошо знавший о Пути, отложил дело и сказал: «Когда придёт командир Лисий, я решу ваше дело».</w:t>
      </w:r>
    </w:p>
    <w:p>
      <w:pPr>
        <w:ind w:left="360"/>
      </w:pPr>
      <w:r>
        <w:rPr>
          <w:b/>
          <w:sz w:val="20"/>
        </w:rPr>
        <w:t>Путь</w:t>
      </w:r>
      <w:r>
        <w:rPr>
          <w:i/>
          <w:sz w:val="20"/>
        </w:rPr>
        <w:t xml:space="preserve"> ἀκριβέστερον εἰδὼς τὰ περὶ τῆς ὁδοῦ</w:t>
      </w:r>
      <w:r>
        <w:rPr>
          <w:sz w:val="20"/>
        </w:rPr>
        <w:t xml:space="preserve"> [akribesteron eidōs ta peri tēs hodou]</w:t>
      </w:r>
      <w:r>
        <w:rPr>
          <w:sz w:val="20"/>
        </w:rPr>
        <w:br/>
        <w:t>Феликс описан как человек, довольно хорошо осведомлённый о Пути. Это объясняет, почему он не принимает обвинения Тертулла автоматически и откладывает решение.</w:t>
      </w:r>
    </w:p>
    <w:p>
      <w:r>
        <w:t>23. Он приказал сотнику держать Павла под стражей, но с послаблением и не препятствовать его близким служить ему.</w:t>
      </w:r>
    </w:p>
    <w:p>
      <w:r>
        <w:t>24. Через несколько дней Феликс пришёл со своей женой Друзиллой, иудейкой, вызвал Павла и слушал его о вере во Христа Иисуса.</w:t>
      </w:r>
    </w:p>
    <w:p>
      <w:pPr>
        <w:ind w:left="360"/>
      </w:pPr>
      <w:r>
        <w:rPr>
          <w:b/>
          <w:sz w:val="20"/>
        </w:rPr>
        <w:t>Вера</w:t>
      </w:r>
      <w:r>
        <w:rPr>
          <w:i/>
          <w:sz w:val="20"/>
        </w:rPr>
        <w:t xml:space="preserve"> περὶ τῆς εἰς Χριστὸν Ἰησοῦν πίστεως</w:t>
      </w:r>
      <w:r>
        <w:rPr>
          <w:sz w:val="20"/>
        </w:rPr>
        <w:t xml:space="preserve"> [peri tēs eis Christon Iēsoun pisteōs]</w:t>
      </w:r>
      <w:r>
        <w:rPr>
          <w:sz w:val="20"/>
        </w:rPr>
        <w:br/>
        <w:t>Феликс слушает Павла о вере во Христа Иисуса. Далее содержание разговора становится этически и эсхатологически конкретным.</w:t>
      </w:r>
    </w:p>
    <w:p>
      <w:r>
        <w:t>25. Когда Павел рассуждал о праведности, самообладании и будущем суде, Феликс испугался и сказал: «Сейчас иди; когда найду время, позову тебя».</w:t>
      </w:r>
    </w:p>
    <w:p>
      <w:pPr>
        <w:ind w:left="360"/>
      </w:pPr>
      <w:r>
        <w:rPr>
          <w:b/>
          <w:sz w:val="20"/>
        </w:rPr>
        <w:t>Суд</w:t>
      </w:r>
      <w:r>
        <w:rPr>
          <w:i/>
          <w:sz w:val="20"/>
        </w:rPr>
        <w:t xml:space="preserve"> περὶ δικαιοσύνης καὶ ἐγκρατείας καὶ τοῦ κρίματος τοῦ μέλλοντος</w:t>
      </w:r>
      <w:r>
        <w:rPr>
          <w:sz w:val="20"/>
        </w:rPr>
        <w:t xml:space="preserve"> [peri dikaiosynēs kai enkrateias kai tou krimatos tou mellontos]</w:t>
      </w:r>
      <w:r>
        <w:rPr>
          <w:sz w:val="20"/>
        </w:rPr>
        <w:br/>
        <w:t>Павел рассуждает о праведности, самообладании и грядущем суде. Реакция Феликса — страх — показывает, что речь не была отвлечённой философской беседой.</w:t>
      </w:r>
    </w:p>
    <w:p>
      <w:r>
        <w:t>26. При этом он надеялся получить от Павла деньги, поэтому часто вызывал его и беседовал с ним.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Позднее чтение добавляет явную цель «чтобы отпустить его»; WGT-T следует более краткому тексту.</w:t>
      </w:r>
    </w:p>
    <w:p>
      <w:r>
        <w:t>27. По прошествии двух лет преемником Феликса стал Порций Фест. Желая угодить иудеям, Феликс оставил Павла в узах.</w:t>
      </w:r>
    </w:p>
    <w:p>
      <w:pPr>
        <w:ind w:left="360"/>
      </w:pPr>
      <w:r>
        <w:rPr>
          <w:b/>
          <w:sz w:val="20"/>
        </w:rPr>
        <w:t>История</w:t>
      </w:r>
      <w:r>
        <w:rPr>
          <w:i/>
          <w:sz w:val="20"/>
        </w:rPr>
        <w:t xml:space="preserve"> διετίας δὲ πληρωθείσης</w:t>
      </w:r>
      <w:r>
        <w:rPr>
          <w:sz w:val="20"/>
        </w:rPr>
        <w:t xml:space="preserve"> [dietias de plērōtheisēs]</w:t>
      </w:r>
      <w:r>
        <w:rPr>
          <w:sz w:val="20"/>
        </w:rPr>
        <w:br/>
        <w:t>Лука отмечает, что Павел остаётся в заключении два года до смены Феликса Фестом. Это важный временной маркер поздней части Деяний.</w:t>
      </w:r>
    </w:p>
    <w:p>
      <w:pPr>
        <w:pStyle w:val="Heading2"/>
      </w:pPr>
      <w:r>
        <w:t>Глава 25</w:t>
      </w:r>
    </w:p>
    <w:p>
      <w:r>
        <w:t>1. Фест, вступив в управление провинцией, через три дня поднялся из Кесарии в Иерусалим.</w:t>
      </w:r>
    </w:p>
    <w:p>
      <w:r>
        <w:t>2. Первосвященники и знатнейшие из иудеев представили ему обвинение против Павла и стали просить его,</w:t>
      </w:r>
    </w:p>
    <w:p>
      <w:r>
        <w:t>3. оказать им особую милость: вызвать Павла в Иерусалим, потому что готовили засаду на дороге.</w:t>
      </w:r>
    </w:p>
    <w:p>
      <w:r>
        <w:t>4. Но Фест ответил, что Павел содержится в Кесарии и что он сам скоро туда отправится.</w:t>
      </w:r>
    </w:p>
    <w:p>
      <w:r>
        <w:t>5. «Пусть влиятельные среди вас, — сказал он, — пойдут со мной и обвинят его, если за этим человеком есть какая-либо вина».</w:t>
      </w:r>
    </w:p>
    <w:p>
      <w:r>
        <w:t>6. Проведя у них не больше восьми или десяти дней, он спустился в Кесарию, а на следующий день сел на судейское место и приказал привести Павла.</w:t>
      </w:r>
    </w:p>
    <w:p>
      <w:r>
        <w:t>7. Когда тот пришёл, окружившие его иудеи, прибывшие из Иерусалима, выдвигали множество тяжёлых обвинений, которых не могли доказать.</w:t>
      </w:r>
    </w:p>
    <w:p>
      <w:r>
        <w:t>8. Павел защищался: «Я ни в чём не согрешил ни против Закона иудеев, ни против храма, ни против кесаря».</w:t>
      </w:r>
    </w:p>
    <w:p>
      <w:r>
        <w:t>9. Но Фест, желая угодить иудеям, спросил Павла: «Хочешь ли подняться в Иерусалим и там быть судимым передо мной по этим делам?»</w:t>
      </w:r>
    </w:p>
    <w:p>
      <w:r>
        <w:t>10. Павел ответил: «Я стою перед судом кесаря, где и должен быть судим. Иудеям я не сделал ничего дурного, как и ты хорошо знаешь.</w:t>
      </w:r>
    </w:p>
    <w:p>
      <w:pPr>
        <w:ind w:left="360"/>
      </w:pPr>
      <w:r>
        <w:rPr>
          <w:b/>
          <w:sz w:val="20"/>
        </w:rPr>
        <w:t>Римское право</w:t>
      </w:r>
      <w:r>
        <w:rPr>
          <w:i/>
          <w:sz w:val="20"/>
        </w:rPr>
        <w:t xml:space="preserve"> ἐπὶ τοῦ βήματος Καίσαρος ἑστώς εἰμι, οὗ με δεῖ κρίνεσθαι</w:t>
      </w:r>
      <w:r>
        <w:rPr>
          <w:sz w:val="20"/>
        </w:rPr>
        <w:t xml:space="preserve"> [epi tou bēmatos Kaisaros hestōs eimi, hou me dei krinesthai]</w:t>
      </w:r>
      <w:r>
        <w:rPr>
          <w:sz w:val="20"/>
        </w:rPr>
        <w:br/>
        <w:t>Павел формулирует своё положение юридически: он стоит перед судом кесаря, где ему «надлежит» быть судимым. δεῖ здесь действует внутри правовой линии, ведущей повествование к Риму.</w:t>
      </w:r>
    </w:p>
    <w:p>
      <w:r>
        <w:t>11. Если я виновен и сделал что-либо достойное смерти, я не отказываюсь умереть. Но если в обвинениях этих людей нет ничего, никто не может выдать меня им. Я обращаюсь к кесарю».</w:t>
      </w:r>
    </w:p>
    <w:p>
      <w:pPr>
        <w:ind w:left="360"/>
      </w:pPr>
      <w:r>
        <w:rPr>
          <w:b/>
          <w:sz w:val="20"/>
        </w:rPr>
        <w:t>Апелляция к кесарю</w:t>
      </w:r>
      <w:r>
        <w:rPr>
          <w:i/>
          <w:sz w:val="20"/>
        </w:rPr>
        <w:t xml:space="preserve"> Καίσαρα ἐπικαλοῦμαι</w:t>
      </w:r>
      <w:r>
        <w:rPr>
          <w:sz w:val="20"/>
        </w:rPr>
        <w:t xml:space="preserve"> [Kaisara epikaloumai]</w:t>
      </w:r>
      <w:r>
        <w:rPr>
          <w:sz w:val="20"/>
        </w:rPr>
        <w:br/>
        <w:t>«Я обращаюсь к кесарю» — формальная апелляция, которая определяет дальнейший маршрут Павла. Лука показывает, как римская процедура становится средством исполнения обещания о свидетельстве в Риме.</w:t>
      </w:r>
    </w:p>
    <w:p>
      <w:r>
        <w:t>12. Тогда Фест, поговорив с советом, ответил: «Ты обратился к кесарю — к кесарю и отправишься».</w:t>
      </w:r>
    </w:p>
    <w:p>
      <w:r>
        <w:t>13. Через несколько дней царь Агриппа и Вереника прибыли в Кесарию приветствовать Феста.</w:t>
      </w:r>
    </w:p>
    <w:p>
      <w:r>
        <w:t>14. Поскольку они провели там немало дней, Фест изложил царю дело Павла: «Здесь есть человек, оставленный Феликсом в заключении.</w:t>
      </w:r>
    </w:p>
    <w:p>
      <w:r>
        <w:t>15. Когда я был в Иерусалиме, первосвященники и старейшины иудеев предъявили обвинения против него, требуя осуждения.</w:t>
      </w:r>
    </w:p>
    <w:p>
      <w:r>
        <w:t>16. Я ответил им, что у римлян нет обычая выдавать человека, прежде чем обвиняемый встретится лицом к лицу с обвинителями и получит возможность защищаться от обвинения.</w:t>
      </w:r>
    </w:p>
    <w:p>
      <w:r>
        <w:t>17. Поэтому, когда они собрались здесь, я не стал откладывать: на следующий день сел на судейское место и приказал привести этого человека.</w:t>
      </w:r>
    </w:p>
    <w:p>
      <w:r>
        <w:t>18. Обвинители, встав вокруг него, не предъявили ему ни одного из преступлений, которых я ожидал.</w:t>
      </w:r>
    </w:p>
    <w:p>
      <w:r>
        <w:t>19. У них были с ним лишь споры о собственной религии и о некоем умершем Иисусе, о Котором Павел утверждал, что Он жив.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i/>
          <w:sz w:val="20"/>
        </w:rPr>
        <w:t xml:space="preserve"> περί τινος Ἰησοῦ τεθνηκότος, ὃν ἔφασκεν ὁ Παῦλος ζῆν</w:t>
      </w:r>
      <w:r>
        <w:rPr>
          <w:sz w:val="20"/>
        </w:rPr>
        <w:t xml:space="preserve"> [peri tinos Iēsou tethnēkotos, hon ephasken ho Paulos zēn]</w:t>
      </w:r>
      <w:r>
        <w:rPr>
          <w:sz w:val="20"/>
        </w:rPr>
        <w:br/>
        <w:t>Фест сводит спор к «некоему умершему Иисусу», о Котором Павел утверждает, что Он жив. Даже в пересказе языческого наместника центральным предметом дела остаётся утверждение о живом Иисусе.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δεισιδαιμονία здесь может означать «религия/религиозность» и в некоторых контекстах «суеверие». WGT-T сохраняет нейтральное «религия» и не вкладывает в речь Феста более сильную оценку, чем требует текст.</w:t>
      </w:r>
    </w:p>
    <w:p>
      <w:r>
        <w:t>20. Не зная, как разобраться в этих вопросах, я спросил, не хочет ли он пойти в Иерусалим и там быть судимым по ним.</w:t>
      </w:r>
    </w:p>
    <w:p>
      <w:r>
        <w:t>21. Но Павел потребовал оставить его под стражей до решения Августа, и я приказал держать его, пока не отправлю к кесарю».</w:t>
      </w:r>
    </w:p>
    <w:p>
      <w:r>
        <w:t>22. Агриппа сказал Фесту: «Я и сам хотел бы послушать этого человека». Тот ответил: «Завтра услышишь его».</w:t>
      </w:r>
    </w:p>
    <w:p>
      <w:r>
        <w:t>23. На следующий день Агриппа и Вереника пришли с большой пышностью и вошли в зал вместе с командирами и знатнейшими людьми города. По приказу Феста привели Павла.</w:t>
      </w:r>
    </w:p>
    <w:p>
      <w:r>
        <w:t>24. Фест сказал: «Царь Агриппа и все присутствующие с нами! Вы видите человека, о котором всё множество иудеев обращалось ко мне и в Иерусалиме, и здесь, крича, что ему не следует больше жить.</w:t>
      </w:r>
    </w:p>
    <w:p>
      <w:r>
        <w:t>25. Но я установил, что он не сделал ничего достойного смерти. Поскольку он сам обратился к Августу, я решил отправить его.</w:t>
      </w:r>
    </w:p>
    <w:p>
      <w:pPr>
        <w:ind w:left="360"/>
      </w:pPr>
      <w:r>
        <w:rPr>
          <w:b/>
          <w:sz w:val="20"/>
        </w:rPr>
        <w:t>Невинность</w:t>
      </w:r>
      <w:r>
        <w:rPr>
          <w:i/>
          <w:sz w:val="20"/>
        </w:rPr>
        <w:t xml:space="preserve"> μηδὲν ἄξιον αὐτὸν θανάτου πεπραχέναι</w:t>
      </w:r>
      <w:r>
        <w:rPr>
          <w:sz w:val="20"/>
        </w:rPr>
        <w:t xml:space="preserve"> [mēden axion auton thanatou peprachenai]</w:t>
      </w:r>
      <w:r>
        <w:rPr>
          <w:sz w:val="20"/>
        </w:rPr>
        <w:br/>
        <w:t>Фест повторяет вывод: Павел не сделал ничего достойного смерти. Эта юридическая невиновность будет вновь подтверждена Агриппой в 26:31–32.</w:t>
      </w:r>
    </w:p>
    <w:p>
      <w:r>
        <w:t>26. Однако мне нечего определённого написать о нём государю. Поэтому я привёл его перед вами, и особенно перед тобой, царь Агриппа, чтобы после разбирательства мне было что написать.</w:t>
      </w:r>
    </w:p>
    <w:p>
      <w:r>
        <w:t>27. Потому что мне кажется нелепым посылать заключённого, не указав обвинений против него».</w:t>
      </w:r>
    </w:p>
    <w:p>
      <w:pPr>
        <w:pStyle w:val="Heading2"/>
      </w:pPr>
      <w:r>
        <w:t>Глава 26</w:t>
      </w:r>
    </w:p>
    <w:p>
      <w:r>
        <w:t>1. Агриппа сказал Павлу: «Тебе разрешается говорить о себе». Тогда Павел протянул руку и начал защитную речь:</w:t>
      </w:r>
    </w:p>
    <w:p>
      <w:r>
        <w:t>2. «Царь Агриппа! Я считаю себя счастливым, что сегодня могу защищаться перед тобой от всего, в чём меня обвиняют иудеи,</w:t>
      </w:r>
    </w:p>
    <w:p>
      <w:r>
        <w:t>3. особенно потому, что ты знаешь все иудейские обычаи и спорные вопросы. Поэтому прошу терпеливо выслушать меня.</w:t>
      </w:r>
    </w:p>
    <w:p>
      <w:r>
        <w:t>4. Все иудеи знают, как я жил с юности, с самого начала среди своего народа и в Иерусалиме.</w:t>
      </w:r>
    </w:p>
    <w:p>
      <w:r>
        <w:t>5. Они давно знают меня и, если захотят, могут засвидетельствовать, что я жил как фарисей, принадлежавший к самому строгому направлению нашей религии.</w:t>
      </w:r>
    </w:p>
    <w:p>
      <w:r>
        <w:t>6. И теперь я стою перед судом за надежду, основанную на обещании, данном Богом нашим отцам,</w:t>
      </w:r>
    </w:p>
    <w:p>
      <w:pPr>
        <w:ind w:left="360"/>
      </w:pPr>
      <w:r>
        <w:rPr>
          <w:b/>
          <w:sz w:val="20"/>
        </w:rPr>
        <w:t>Надежда</w:t>
      </w:r>
      <w:r>
        <w:rPr>
          <w:i/>
          <w:sz w:val="20"/>
        </w:rPr>
        <w:t xml:space="preserve"> ἐπ’ ἐλπίδι τῆς εἰς τοὺς πατέρας ἡμῶν ἐπαγγελίας</w:t>
      </w:r>
      <w:r>
        <w:rPr>
          <w:sz w:val="20"/>
        </w:rPr>
        <w:t xml:space="preserve"> [ep' elpidi tēs eis tous pateras hēmōn epangelias]</w:t>
      </w:r>
      <w:r>
        <w:rPr>
          <w:sz w:val="20"/>
        </w:rPr>
        <w:br/>
        <w:t>Павел представляет свой процесс как спор о надежде на Божье обещание отцам, а не как разрыв с историей Израиля.</w:t>
      </w:r>
    </w:p>
    <w:p>
      <w:r>
        <w:t>7. которое надеется увидеть исполненным весь наш двенадцатиколенный народ, усердно служа Богу ночью и днём. За эту надежду, царь, меня обвиняют иудеи.</w:t>
      </w:r>
    </w:p>
    <w:p>
      <w:r>
        <w:t>8. Почему вы считаете невероятным, что Бог воскрешает мёртвых?</w:t>
      </w:r>
    </w:p>
    <w:p>
      <w:pPr>
        <w:ind w:left="360"/>
      </w:pPr>
      <w:r>
        <w:rPr>
          <w:b/>
          <w:sz w:val="20"/>
        </w:rPr>
        <w:t>Воскресение</w:t>
      </w:r>
      <w:r>
        <w:rPr>
          <w:i/>
          <w:sz w:val="20"/>
        </w:rPr>
        <w:t xml:space="preserve"> εἰ ὁ θεὸς νεκροὺς ἐγείρει</w:t>
      </w:r>
      <w:r>
        <w:rPr>
          <w:sz w:val="20"/>
        </w:rPr>
        <w:t xml:space="preserve"> [ei ho theos nekrous egeirei]</w:t>
      </w:r>
      <w:r>
        <w:rPr>
          <w:sz w:val="20"/>
        </w:rPr>
        <w:br/>
        <w:t>Риторический центр начала речи: почему воскресение мёртвых должно считаться невероятным, если действует Бог? Это связывает личное дело Павла с общей надеждой воскресения.</w:t>
      </w:r>
    </w:p>
    <w:p>
      <w:r>
        <w:t>9. Я и сам прежде считал, что должен многое делать против имени Иисуса Назарянина.</w:t>
      </w:r>
    </w:p>
    <w:p>
      <w:pPr>
        <w:ind w:left="360"/>
      </w:pPr>
      <w:r>
        <w:rPr>
          <w:b/>
          <w:sz w:val="20"/>
        </w:rPr>
        <w:t>Имя</w:t>
      </w:r>
      <w:r>
        <w:rPr>
          <w:i/>
          <w:sz w:val="20"/>
        </w:rPr>
        <w:t xml:space="preserve"> πρὸς τὸ ὄνομα Ἰησοῦ τοῦ Ναζωραίου</w:t>
      </w:r>
      <w:r>
        <w:rPr>
          <w:sz w:val="20"/>
        </w:rPr>
        <w:t xml:space="preserve"> [pros to onoma Iēsou tou Nazōraiou]</w:t>
      </w:r>
      <w:r>
        <w:rPr>
          <w:sz w:val="20"/>
        </w:rPr>
        <w:br/>
        <w:t>Павел признаёт, что прежде считал необходимым действовать против имени Иисуса Назарянина. Тема Имени теперь используется для описания его прежнего противостояния.</w:t>
      </w:r>
    </w:p>
    <w:p>
      <w:r>
        <w:t>10. Так я и делал в Иерусалиме: получив власть от первосвященников, многих святых заключал в тюрьмы, а когда их убивали, подавал свой голос за это.</w:t>
      </w:r>
    </w:p>
    <w:p>
      <w:r>
        <w:t>11. Во всех синагогах я часто наказывал их и заставлял хулить; в крайней ярости против них я преследовал их даже в чужих городах.</w:t>
      </w:r>
    </w:p>
    <w:p>
      <w:r>
        <w:t>12. С этой целью я шёл в Дамаск с властью и поручением от первосвященников.</w:t>
      </w:r>
    </w:p>
    <w:p>
      <w:r>
        <w:t>13. Около полудня, царь, по дороге я увидел с неба свет ярче солнца, осиявший меня и моих спутников.</w:t>
      </w:r>
    </w:p>
    <w:p>
      <w:r>
        <w:t>14. Все мы упали на землю, и я услышал голос, говоривший мне на еврейском наречии: “Савл, Савл! Почему ты гонишь Меня? Трудно тебе лягать против рожна”.</w:t>
      </w:r>
    </w:p>
    <w:p>
      <w:pPr>
        <w:ind w:left="360"/>
      </w:pPr>
      <w:r>
        <w:rPr>
          <w:b/>
          <w:sz w:val="20"/>
        </w:rPr>
        <w:t>Сравнение обращений</w:t>
      </w:r>
      <w:r>
        <w:rPr>
          <w:i/>
          <w:sz w:val="20"/>
        </w:rPr>
        <w:t xml:space="preserve"> Σαοὺλ Σαούλ, τί με διώκεις; σκληρόν σοι πρὸς κέντρα λακτίζειν</w:t>
      </w:r>
      <w:r>
        <w:rPr>
          <w:sz w:val="20"/>
        </w:rPr>
        <w:t xml:space="preserve"> [Saoul Saoul, ti me diōkeis; sklēron soi pros kentra laktizein]</w:t>
      </w:r>
      <w:r>
        <w:rPr>
          <w:sz w:val="20"/>
        </w:rPr>
        <w:br/>
        <w:t>Третий рассказ добавляет поговорку о «лягании против рожна», которой нет в основном тексте 9:4–5 и 22:7–8. Различие сохраняется как особенность пересказа Павла перед Агриппой, а не переносится обратно в другие версии.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Деян 9:4–5, Деян 22:7–8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σκληρόν σοι πρὸς κέντρα λακτίζειν — буквально «трудно тебе лягать против рожнов/стрекал». WGT-T сохраняет глагол λακτίζω «лягать», а не более общее «идти против».</w:t>
      </w:r>
    </w:p>
    <w:p>
      <w:r>
        <w:t>15. Я спросил: “Кто Ты, Господи?” Господь ответил: “Я — Иисус, Которого ты гонишь.</w:t>
      </w:r>
    </w:p>
    <w:p>
      <w:r>
        <w:t>16. Но встань и стань на ноги. Я явился тебе для того, чтобы поставить тебя служителем и свидетелем того, что ты увидел во Мне, и того, в чём Я ещё явлюсь тебе,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ὑπηρέτην καὶ μάρτυρα</w:t>
      </w:r>
      <w:r>
        <w:rPr>
          <w:sz w:val="20"/>
        </w:rPr>
        <w:t xml:space="preserve"> [hypēretēn kai martyra]</w:t>
      </w:r>
      <w:r>
        <w:rPr>
          <w:sz w:val="20"/>
        </w:rPr>
        <w:br/>
        <w:t>Иисус ставит Павла «служителем и свидетелем». Здесь призвание встроено непосредственно в небесную речь, тогда как в 9-й главе часть поручения сообщается через Ананию; рассказы не следует искусственно сводить к одной формулировке.</w:t>
      </w:r>
    </w:p>
    <w:p>
      <w:r>
        <w:t>17. избавляя тебя от народа и от язычников, к которым Я посылаю тебя,</w:t>
      </w:r>
    </w:p>
    <w:p>
      <w:pPr>
        <w:ind w:left="360"/>
      </w:pPr>
      <w:r>
        <w:rPr>
          <w:b/>
          <w:sz w:val="20"/>
        </w:rPr>
        <w:t>Миссия</w:t>
      </w:r>
      <w:r>
        <w:rPr>
          <w:i/>
          <w:sz w:val="20"/>
        </w:rPr>
        <w:t xml:space="preserve"> εἰς οὓς ἐγὼ ἀποστέλλω σε</w:t>
      </w:r>
      <w:r>
        <w:rPr>
          <w:sz w:val="20"/>
        </w:rPr>
        <w:t xml:space="preserve"> [eis hous egō apostellō se]</w:t>
      </w:r>
      <w:r>
        <w:rPr>
          <w:sz w:val="20"/>
        </w:rPr>
        <w:br/>
        <w:t>Иисус прямо говорит: «к которым Я посылаю тебя», имея в виду народ и язычников. Посылание Павла представлено как действие воскресшего Иисуса.</w:t>
      </w:r>
    </w:p>
    <w:p>
      <w:r>
        <w:t>18. чтобы открыть им глаза, обратить от тьмы к свету и от власти сатаны к Богу, чтобы они получили прощение грехов и наследие среди освящённых верой в Меня”.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ἀνοῖξαι ὀφθαλμοὺς αὐτῶν ... τοῦ λαβεῖν αὐτοὺς ἄφεσιν ἁμαρτιῶν καὶ κλῆρον</w:t>
      </w:r>
      <w:r>
        <w:rPr>
          <w:sz w:val="20"/>
        </w:rPr>
        <w:t xml:space="preserve"> [anoixai ophthalmous autōn ... tou labein autous aphesin hamartiōn kai klēron]</w:t>
      </w:r>
      <w:r>
        <w:rPr>
          <w:sz w:val="20"/>
        </w:rPr>
        <w:br/>
        <w:t>Цель миссии развёрнута как переход от тьмы к свету и от власти сатаны к Богу, получение прощения грехов и наследия среди освящённых верой в Иисуса. Здесь сходятся основные темы Лука–Деяния: свет, обращение, ἄφεσις и наследие.</w:t>
      </w:r>
    </w:p>
    <w:p>
      <w:r>
        <w:t>19. Поэтому, царь Агриппа, я не оказался непослушным небесному видению,</w:t>
      </w:r>
    </w:p>
    <w:p>
      <w:pPr>
        <w:ind w:left="360"/>
      </w:pPr>
      <w:r>
        <w:rPr>
          <w:b/>
          <w:sz w:val="20"/>
        </w:rPr>
        <w:t>Послушание</w:t>
      </w:r>
      <w:r>
        <w:rPr>
          <w:i/>
          <w:sz w:val="20"/>
        </w:rPr>
        <w:t xml:space="preserve"> οὐκ ἐγενόμην ἀπειθὴς τῇ οὐρανίῳ ὀπτασίᾳ</w:t>
      </w:r>
      <w:r>
        <w:rPr>
          <w:sz w:val="20"/>
        </w:rPr>
        <w:t xml:space="preserve"> [ouk egenomēn apeithēs tē ouraniō optasia]</w:t>
      </w:r>
      <w:r>
        <w:rPr>
          <w:sz w:val="20"/>
        </w:rPr>
        <w:br/>
        <w:t>Павел суммирует свою дальнейшую жизнь как послушание «небесному видению». Его миссия объясняется ответом на призвание, а не самоназначением.</w:t>
      </w:r>
    </w:p>
    <w:p>
      <w:r>
        <w:t>20. но сначала в Дамаске, затем в Иерусалиме и по всей Иудее, а потом язычникам возвещал, чтобы они каялись, обращались к Богу и совершали дела, достойные покаяния.</w:t>
      </w:r>
    </w:p>
    <w:p>
      <w:pPr>
        <w:ind w:left="360"/>
      </w:pPr>
      <w:r>
        <w:rPr>
          <w:b/>
          <w:sz w:val="20"/>
        </w:rPr>
        <w:t>Покаяние</w:t>
      </w:r>
      <w:r>
        <w:rPr>
          <w:i/>
          <w:sz w:val="20"/>
        </w:rPr>
        <w:t xml:space="preserve"> μετανοεῖν καὶ ἐπιστρέφειν ἐπὶ τὸν θεόν, ἄξια τῆς μετανοίας ἔργα πράσσοντας</w:t>
      </w:r>
      <w:r>
        <w:rPr>
          <w:sz w:val="20"/>
        </w:rPr>
        <w:t xml:space="preserve"> [metanoein kai epistrephein epi ton theon, axia tēs metanoias erga prassontas]</w:t>
      </w:r>
      <w:r>
        <w:rPr>
          <w:sz w:val="20"/>
        </w:rPr>
        <w:br/>
        <w:t>Павел описывает своё провозглашение тремя связанными элементами: покаяться, обратиться к Богу и совершать дела, достойные покаяния. Дела здесь названы плодом/соответствием покаянию, а не заменой самого обращения.</w:t>
      </w:r>
    </w:p>
    <w:p>
      <w:r>
        <w:t>21. За это иудеи схватили меня в храме и пытались убить.</w:t>
      </w:r>
    </w:p>
    <w:p>
      <w:r>
        <w:t>22. Но, получив помощь от Бога, я до этого дня стою и свидетельствую малому и великому, не говоря ничего сверх того, что пророки и Моисей говорили о будущем:</w:t>
      </w:r>
    </w:p>
    <w:p>
      <w:pPr>
        <w:ind w:left="360"/>
      </w:pPr>
      <w:r>
        <w:rPr>
          <w:b/>
          <w:sz w:val="20"/>
        </w:rPr>
        <w:t>Свидетельство</w:t>
      </w:r>
      <w:r>
        <w:rPr>
          <w:i/>
          <w:sz w:val="20"/>
        </w:rPr>
        <w:t xml:space="preserve"> μαρτυρόμενος μικρῷ τε καὶ μεγάλῳ</w:t>
      </w:r>
      <w:r>
        <w:rPr>
          <w:sz w:val="20"/>
        </w:rPr>
        <w:t xml:space="preserve"> [martyromenos mikrō te kai megalō]</w:t>
      </w:r>
      <w:r>
        <w:rPr>
          <w:sz w:val="20"/>
        </w:rPr>
        <w:br/>
        <w:t>Павел продолжает свидетельствовать «малому и великому» благодаря Божьей помощи. Защитительная речь превращается в публичное свидетельство перед правителями.</w:t>
      </w:r>
    </w:p>
    <w:p>
      <w:r>
        <w:t>23. что Христу предстоит пострадать и, первым воскреснув из мёртвых, возвещать свет народу и язычникам». [εἰ παθητὸς ὁ χριστός, εἰ πρῶτος ἐξ ἀναστάσεως νεκρῶν φῶς μέλλει καταγ… — Речь сводит Моисея и пророков к двум утверждениям: Мессия страдает и через воскресение возвещает свет народу и язычникам]</w:t>
      </w:r>
    </w:p>
    <w:p>
      <w:pPr>
        <w:ind w:left="360"/>
      </w:pPr>
      <w:r>
        <w:rPr>
          <w:b/>
          <w:sz w:val="20"/>
        </w:rPr>
        <w:t>Христология</w:t>
      </w:r>
      <w:r>
        <w:rPr>
          <w:i/>
          <w:sz w:val="20"/>
        </w:rPr>
        <w:t xml:space="preserve"> εἰ παθητὸς ὁ χριστός, εἰ πρῶτος ἐξ ἀναστάσεως νεκρῶν φῶς μέλλει καταγγέλλειν</w:t>
      </w:r>
      <w:r>
        <w:rPr>
          <w:sz w:val="20"/>
        </w:rPr>
        <w:t xml:space="preserve"> [ei pathētos ho christos, ei prōtos ex anastaseōs nekrōn phōs mellei katangellein]</w:t>
      </w:r>
      <w:r>
        <w:rPr>
          <w:sz w:val="20"/>
        </w:rPr>
        <w:br/>
        <w:t>Речь сводит Моисея и пророков к двум утверждениям: Мессия страдает и через воскресение возвещает свет народу и язычникам. «Первый» здесь связан с воскресением и последующим светом, а не означает, что до Иисуса никто никогда не возвращался к жизни.</w:t>
      </w:r>
    </w:p>
    <w:p>
      <w:r>
        <w:t>24. Когда он так защищался, Фест громко сказал: «Ты безумен, Павел! Большая учёность доводит тебя до безумия».</w:t>
      </w:r>
    </w:p>
    <w:p>
      <w:r>
        <w:t>25. Но Павел ответил: «Я не безумен, достопочтенный Фест, а говорю слова истины и здравого смысла.</w:t>
      </w:r>
    </w:p>
    <w:p>
      <w:r>
        <w:t>26. Царь знает об этом, и я говорю с ним смело. Я убеждён, что ничто из этого не скрыто от него, потому что это происходило не в углу.</w:t>
      </w:r>
    </w:p>
    <w:p>
      <w:pPr>
        <w:ind w:left="360"/>
      </w:pPr>
      <w:r>
        <w:rPr>
          <w:b/>
          <w:sz w:val="20"/>
        </w:rPr>
        <w:t>Дерзновение</w:t>
      </w:r>
      <w:r>
        <w:rPr>
          <w:i/>
          <w:sz w:val="20"/>
        </w:rPr>
        <w:t xml:space="preserve"> παρρησιαζόμενος λαλῶ</w:t>
      </w:r>
      <w:r>
        <w:rPr>
          <w:sz w:val="20"/>
        </w:rPr>
        <w:t xml:space="preserve"> [parrēsiazomenos lalō]</w:t>
      </w:r>
      <w:r>
        <w:rPr>
          <w:sz w:val="20"/>
        </w:rPr>
        <w:br/>
        <w:t>Даже будучи заключённым, Павел говорит перед царём с παρρησία — той же смелостью свидетельства, которая проходит через всю книгу.</w:t>
      </w:r>
    </w:p>
    <w:p>
      <w:r>
        <w:t>27. Веришь ли ты пророкам, царь Агриппа? Я знаю, что веришь».</w:t>
      </w:r>
    </w:p>
    <w:p>
      <w:r>
        <w:t>28. Агриппа сказал Павлу: «За короткое время ты убеждаешь меня стать христианином?» [ἐν ὀλίγῳ με πείθεις Χριστιανὸν ποιῆσαι — означает «за короткое время/в малой мере», а ответ Павла в 26:29 противопоставляет ἐν ὀλίγῳ и ἐν μεγάλῳ]</w:t>
      </w:r>
    </w:p>
    <w:p>
      <w:pPr>
        <w:ind w:left="360"/>
      </w:pPr>
      <w:r>
        <w:rPr>
          <w:b/>
          <w:sz w:val="20"/>
        </w:rPr>
        <w:t>Лексика</w:t>
      </w:r>
      <w:r>
        <w:rPr>
          <w:i/>
          <w:sz w:val="20"/>
        </w:rPr>
        <w:t xml:space="preserve"> ἐν ὀλίγῳ με πείθεις Χριστιανὸν ποιῆσαι</w:t>
      </w:r>
      <w:r>
        <w:rPr>
          <w:sz w:val="20"/>
        </w:rPr>
        <w:t xml:space="preserve"> [en oligō me peitheis Christianon poiēsai]</w:t>
      </w:r>
      <w:r>
        <w:rPr>
          <w:sz w:val="20"/>
        </w:rPr>
        <w:br/>
        <w:t>ἐν ὀλίγῳ естественно означает «за короткое время/в малой мере», а ответ Павла в 26:29 противопоставляет ἐν ὀλίγῳ и ἐν μεγάλῳ. Поэтому WGT-T не превращает реплику Агриппы в уверенное «ещё немного — и я христианин».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ἐν ὀλίγῳ буквально «за/в короткое время». Ответ Павла в 26:29 противопоставляет ἐν ὀλίγῳ и ἐν μεγάλῳ, то есть короткое и долгое/большее время. WGT-T поэтому избегает интерпретационного «ещё немного — и я стану христианином».</w:t>
      </w:r>
    </w:p>
    <w:p>
      <w:r>
        <w:t>29. Павел ответил: «Молил бы Бога, чтобы — за короткое ли время, за долгое ли — не только ты, но и все слушающие меня сегодня стали такими, как я, кроме этих уз».</w:t>
      </w:r>
    </w:p>
    <w:p>
      <w:r>
        <w:t>30. Тогда встали царь, наместник, Вереника и сидевшие с ними.</w:t>
      </w:r>
    </w:p>
    <w:p>
      <w:r>
        <w:t>31. Отойдя в сторону, они говорили друг другу: «Этот человек не делает ничего достойного смерти или уз».</w:t>
      </w:r>
    </w:p>
    <w:p>
      <w:pPr>
        <w:ind w:left="360"/>
      </w:pPr>
      <w:r>
        <w:rPr>
          <w:b/>
          <w:sz w:val="20"/>
        </w:rPr>
        <w:t>Невинность</w:t>
      </w:r>
      <w:r>
        <w:rPr>
          <w:i/>
          <w:sz w:val="20"/>
        </w:rPr>
        <w:t xml:space="preserve"> οὐδὲν θανάτου ἢ δεσμῶν ἄξιον πράσσει</w:t>
      </w:r>
      <w:r>
        <w:rPr>
          <w:sz w:val="20"/>
        </w:rPr>
        <w:t xml:space="preserve"> [ouden thanatou ē desmōn axion prassei]</w:t>
      </w:r>
      <w:r>
        <w:rPr>
          <w:sz w:val="20"/>
        </w:rPr>
        <w:br/>
        <w:t>После речи правители прямо признают: Павел не делает ничего достойного смерти или уз. Это усиливает лукианскую линию юридической невиновности свидетеля.</w:t>
      </w:r>
    </w:p>
    <w:p>
      <w:r>
        <w:t>32. Агриппа сказал Фесту: «Этого человека можно было бы отпустить, если бы он не обратился к кесарю».</w:t>
      </w:r>
    </w:p>
    <w:p>
      <w:pPr>
        <w:ind w:left="360"/>
      </w:pPr>
      <w:r>
        <w:rPr>
          <w:b/>
          <w:sz w:val="20"/>
        </w:rPr>
        <w:t>Рим</w:t>
      </w:r>
      <w:r>
        <w:rPr>
          <w:i/>
          <w:sz w:val="20"/>
        </w:rPr>
        <w:t xml:space="preserve"> ἀπολελύσθαι ἐδύνατο ... εἰ μὴ ἐπεκέκλητο Καίσαρα</w:t>
      </w:r>
      <w:r>
        <w:rPr>
          <w:sz w:val="20"/>
        </w:rPr>
        <w:t xml:space="preserve"> [apolelysthai edynato ... ei mē epekeklēto Kaisara]</w:t>
      </w:r>
      <w:r>
        <w:rPr>
          <w:sz w:val="20"/>
        </w:rPr>
        <w:br/>
        <w:t>Агриппа считает, что Павла можно было бы освободить, если бы он не апеллировал к кесарю. Парадоксально именно апелляция обеспечивает путь к Риму, где, по 23:11, Павлу надлежит свидетельствовать.</w:t>
      </w:r>
    </w:p>
    <w:p>
      <w:pPr>
        <w:pStyle w:val="Heading2"/>
      </w:pPr>
      <w:r>
        <w:t>Глава 27</w:t>
      </w:r>
    </w:p>
    <w:p>
      <w:r>
        <w:t>1. Когда было решено, что мы отплывём в Италию, Павла и некоторых других заключённых передали сотнику по имени Юлий из Августовой когорты.</w:t>
      </w:r>
    </w:p>
    <w:p>
      <w:r>
        <w:t>2. Мы поднялись на адрамиттский корабль, направлявшийся к берегам Асии, и отплыли. С нами был Аристарх, македонянин из Фессалоники.</w:t>
      </w:r>
    </w:p>
    <w:p>
      <w:r>
        <w:t>3. На следующий день мы прибыли в Сидон. Юлий по-доброму отнёсся к Павлу и позволил ему пойти к друзьям, чтобы они позаботились о нём.</w:t>
      </w:r>
    </w:p>
    <w:p>
      <w:r>
        <w:t>4. Отплыв оттуда, мы шли под прикрытием Кипра, потому что ветры были встречными.</w:t>
      </w:r>
    </w:p>
    <w:p>
      <w:r>
        <w:t>5. Переплыв море вдоль Киликии и Памфилии, прибыли в Миры Ликийские.</w:t>
      </w:r>
    </w:p>
    <w:p>
      <w:r>
        <w:t>6. Там сотник нашёл александрийский корабль, плывший в Италию, и посадил нас на него.</w:t>
      </w:r>
    </w:p>
    <w:p>
      <w:r>
        <w:t>7. Много дней мы плыли медленно и с трудом дошли до Книда. Поскольку ветер не позволял держать прямой курс, мы пошли под прикрытием Крита у Салмоны.</w:t>
      </w:r>
    </w:p>
    <w:p>
      <w:r>
        <w:t>8. С трудом двигаясь вдоль берега, мы пришли к месту, называемому Хорошими Пристанями, недалеко от города Ласеи.</w:t>
      </w:r>
    </w:p>
    <w:p>
      <w:r>
        <w:t>9. Прошло много времени, и плавание стало опасным, потому что уже прошёл Пост. Павел предупреждал их:</w:t>
      </w:r>
    </w:p>
    <w:p>
      <w:pPr>
        <w:ind w:left="360"/>
      </w:pPr>
      <w:r>
        <w:rPr>
          <w:b/>
          <w:sz w:val="20"/>
        </w:rPr>
        <w:t>Хронология</w:t>
      </w:r>
      <w:r>
        <w:rPr>
          <w:i/>
          <w:sz w:val="20"/>
        </w:rPr>
        <w:t xml:space="preserve"> διὰ τὸ καὶ τὴν νηστείαν ἤδη παρεληλυθέναι</w:t>
      </w:r>
      <w:r>
        <w:rPr>
          <w:sz w:val="20"/>
        </w:rPr>
        <w:t xml:space="preserve"> [dia to kai tēn nēsteian ēdē parelēlythenai]</w:t>
      </w:r>
      <w:r>
        <w:rPr>
          <w:sz w:val="20"/>
        </w:rPr>
        <w:br/>
        <w:t>«Пост» обычно понимается как День очищения/Йом-Киппур; его прохождение служит сезонным маркером опасного осеннего плавания. Лука использует знакомый календарный ориентир, не называя здесь дату.</w:t>
      </w:r>
    </w:p>
    <w:p>
      <w:r>
        <w:t>10. «Мужи, вижу, что плавание будет с бедствием и большим ущербом не только для груза и корабля, но и для наших жизней».</w:t>
      </w:r>
    </w:p>
    <w:p>
      <w:pPr>
        <w:ind w:left="360"/>
      </w:pPr>
      <w:r>
        <w:rPr>
          <w:b/>
          <w:sz w:val="20"/>
        </w:rPr>
        <w:t>Предостережение</w:t>
      </w:r>
      <w:r>
        <w:rPr>
          <w:i/>
          <w:sz w:val="20"/>
        </w:rPr>
        <w:t xml:space="preserve"> θεωρῶ ὅτι μετὰ ὕβρεως καὶ πολλῆς ζημίας ... μέλλειν ἔσεσθαι τὸν πλοῦν</w:t>
      </w:r>
      <w:r>
        <w:rPr>
          <w:sz w:val="20"/>
        </w:rPr>
        <w:t xml:space="preserve"> [theōrō hoti meta hybreōs kai pollēs zēmias ... mellein esesthai ton ploun]</w:t>
      </w:r>
      <w:r>
        <w:rPr>
          <w:sz w:val="20"/>
        </w:rPr>
        <w:br/>
        <w:t>Первоначальное предупреждение Павла включает риск для корабля, груза и жизней. Позднее ангельское обещание уточнит исход: люди будут сохранены, корабль погибнет.</w:t>
      </w:r>
    </w:p>
    <w:p>
      <w:r>
        <w:t>11. Но сотник больше доверял кормчему и судовладельцу, чем словам Павла.</w:t>
      </w:r>
    </w:p>
    <w:p>
      <w:r>
        <w:t>12. Поскольку гавань была неудобна для зимовки, большинство решило отплыть оттуда, надеясь добраться до Финика, критской гавани, обращённой к юго-западу и северо-западу, и перезимовать там.</w:t>
      </w:r>
    </w:p>
    <w:p>
      <w:r>
        <w:t>13. Когда подул лёгкий южный ветер, они сочли, что получили желаемое, снялись с якоря и пошли близко вдоль Крита.</w:t>
      </w:r>
    </w:p>
    <w:p>
      <w:r>
        <w:t>14. Но вскоре с острова обрушился ураганный ветер, называемый Эвракилон.</w:t>
      </w:r>
    </w:p>
    <w:p>
      <w:pPr>
        <w:ind w:left="360"/>
      </w:pPr>
      <w:r>
        <w:rPr>
          <w:b/>
          <w:sz w:val="20"/>
        </w:rPr>
        <w:t>Морская лексика</w:t>
      </w:r>
      <w:r>
        <w:rPr>
          <w:i/>
          <w:sz w:val="20"/>
        </w:rPr>
        <w:t xml:space="preserve"> ἄνεμος τυφωνικὸς ὁ καλούμενος Εὐρακύλων</w:t>
      </w:r>
      <w:r>
        <w:rPr>
          <w:sz w:val="20"/>
        </w:rPr>
        <w:t xml:space="preserve"> [anemos typhōnikos ho kaloumenos Eurakylōn]</w:t>
      </w:r>
      <w:r>
        <w:rPr>
          <w:sz w:val="20"/>
        </w:rPr>
        <w:br/>
        <w:t>Εὐρακύλων — название сильного северо-восточного/восточно-северо-восточного ветра в центральном Средиземноморье. WGT-T сохраняет собственное имя «Эвракилон».</w:t>
      </w:r>
    </w:p>
    <w:p>
      <w:r>
        <w:t>15. Корабль подхватило, и он не мог идти против ветра; мы отдались ветру и понеслись.</w:t>
      </w:r>
    </w:p>
    <w:p>
      <w:r>
        <w:t>16. Пройдя под прикрытием небольшого острова Кауда, мы с трудом удержали лодку.</w:t>
      </w:r>
    </w:p>
    <w:p>
      <w:r>
        <w:t>17. Подняв её, стали укреплять корабль, обвязывая его канатами. Боясь сесть на мель в Сирте, спустили снасть и так неслись дальше.</w:t>
      </w:r>
    </w:p>
    <w:p>
      <w:pPr>
        <w:ind w:left="360"/>
      </w:pPr>
      <w:r>
        <w:rPr>
          <w:b/>
          <w:sz w:val="20"/>
        </w:rPr>
        <w:t>Морская лексика</w:t>
      </w:r>
      <w:r>
        <w:rPr>
          <w:i/>
          <w:sz w:val="20"/>
        </w:rPr>
        <w:t xml:space="preserve"> βοηθείαις ἐχρῶντο ὑποζωννύντες τὸ πλοῖον</w:t>
      </w:r>
      <w:r>
        <w:rPr>
          <w:sz w:val="20"/>
        </w:rPr>
        <w:t xml:space="preserve"> [boētheiais echrōnto hypozōnnyntes to ploion]</w:t>
      </w:r>
      <w:r>
        <w:rPr>
          <w:sz w:val="20"/>
        </w:rPr>
        <w:br/>
        <w:t>Моряки «подпоясывали» корабль — укрепляли корпус канатами. Это специализированная морская мера при тяжёлом шторме.</w:t>
      </w:r>
    </w:p>
    <w:p>
      <w:r>
        <w:t>18. На следующий день из-за сильной бури начали выбрасывать груз.</w:t>
      </w:r>
    </w:p>
    <w:p>
      <w:r>
        <w:t>19. А на третий день своими руками выбросили корабельное снаряжение.</w:t>
      </w:r>
    </w:p>
    <w:p>
      <w:r>
        <w:t>20. Много дней не было видно ни солнца, ни звёзд, буря продолжала бушевать, и всякая надежда на спасение исчезала.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περιῃρεῖτο ἐλπὶς πᾶσα τοῦ σῴζεσθαι ἡμᾶς</w:t>
      </w:r>
      <w:r>
        <w:rPr>
          <w:sz w:val="20"/>
        </w:rPr>
        <w:t xml:space="preserve"> [periēireito elpis pasa tou sōzesthai hēmas]</w:t>
      </w:r>
      <w:r>
        <w:rPr>
          <w:sz w:val="20"/>
        </w:rPr>
        <w:br/>
        <w:t>«Всякая надежда на наше спасение исчезала». σῴζω здесь относится к физическому спасению от кораблекрушения, сохраняя тот же словесный корень, который книга использует и для богословского спасения.</w:t>
      </w:r>
    </w:p>
    <w:p>
      <w:r>
        <w:t>21. После долгого голодания Павел встал среди них и сказал: «Мужи! Нужно было послушать меня и не отплывать с Крита — тогда избежали бы этого бедствия и ущерба.</w:t>
      </w:r>
    </w:p>
    <w:p>
      <w:r>
        <w:t>22. Но теперь призываю вас не падать духом: никто из вас не погибнет, только корабль.</w:t>
      </w:r>
    </w:p>
    <w:p>
      <w:r>
        <w:t>23. Потому что этой ночью предстал передо мной ангел Бога, Которому я принадлежу и Которому служу,</w:t>
      </w:r>
    </w:p>
    <w:p>
      <w:pPr>
        <w:ind w:left="360"/>
      </w:pPr>
      <w:r>
        <w:rPr>
          <w:b/>
          <w:sz w:val="20"/>
        </w:rPr>
        <w:t>Ангел</w:t>
      </w:r>
      <w:r>
        <w:rPr>
          <w:i/>
          <w:sz w:val="20"/>
        </w:rPr>
        <w:t xml:space="preserve"> ἄγγελος τοῦ θεοῦ οὗ εἰμι ἐγὼ ᾧ καὶ λατρεύω</w:t>
      </w:r>
      <w:r>
        <w:rPr>
          <w:sz w:val="20"/>
        </w:rPr>
        <w:t xml:space="preserve"> [angelos tou theou hou eimi egō hō kai latreuō]</w:t>
      </w:r>
      <w:r>
        <w:rPr>
          <w:sz w:val="20"/>
        </w:rPr>
        <w:br/>
        <w:t>Павел определяет себя принадлежностью Богу и служением Ему: «Бога, Которому я принадлежу и Которому служу». На фоне катастрофы его идентичность выражена прежде всего через Бога.</w:t>
      </w:r>
    </w:p>
    <w:p>
      <w:r>
        <w:t>24. и сказал: “Не бойся, Павел! Тебе предстоит предстать перед кесарем, и вот, Бог даровал тебе всех плывущих с тобой”.</w:t>
      </w:r>
    </w:p>
    <w:p>
      <w:pPr>
        <w:ind w:left="360"/>
      </w:pPr>
      <w:r>
        <w:rPr>
          <w:b/>
          <w:sz w:val="20"/>
        </w:rPr>
        <w:t>Божий замысел</w:t>
      </w:r>
      <w:r>
        <w:rPr>
          <w:i/>
          <w:sz w:val="20"/>
        </w:rPr>
        <w:t xml:space="preserve"> Καίσαρί σε δεῖ παραστῆναι</w:t>
      </w:r>
      <w:r>
        <w:rPr>
          <w:sz w:val="20"/>
        </w:rPr>
        <w:t xml:space="preserve"> [Kaisari se dei parastēnai]</w:t>
      </w:r>
      <w:r>
        <w:rPr>
          <w:sz w:val="20"/>
        </w:rPr>
        <w:br/>
        <w:t>Ангел подтверждает прежнее обещание: Павлу «надлежит предстать перед кесарем». δεῖ связывает шторм с неостановимым Божьим замыслом пути в Рим.</w:t>
      </w:r>
    </w:p>
    <w:p>
      <w:pPr>
        <w:ind w:left="360"/>
      </w:pPr>
      <w:r>
        <w:rPr>
          <w:b/>
          <w:sz w:val="20"/>
        </w:rPr>
        <w:t>Благодать</w:t>
      </w:r>
      <w:r>
        <w:rPr>
          <w:i/>
          <w:sz w:val="20"/>
        </w:rPr>
        <w:t xml:space="preserve"> κεχάρισταί σοι ὁ θεὸς πάντας τοὺς πλέοντας μετὰ σοῦ</w:t>
      </w:r>
      <w:r>
        <w:rPr>
          <w:sz w:val="20"/>
        </w:rPr>
        <w:t xml:space="preserve"> [kecharistai soi ho theos pantas tous pleontas meta sou]</w:t>
      </w:r>
      <w:r>
        <w:rPr>
          <w:sz w:val="20"/>
        </w:rPr>
        <w:br/>
        <w:t>Бог «даровал» Павлу всех плывущих с ним — то есть обещал сохранить их жизни. Это объясняет последующее уверение, что никто не погибнет.</w:t>
      </w:r>
    </w:p>
    <w:p>
      <w:r>
        <w:t>25. Поэтому мужайтесь, мужи! Я верю Богу, что будет именно так, как мне сказано.</w:t>
      </w:r>
    </w:p>
    <w:p>
      <w:pPr>
        <w:ind w:left="360"/>
      </w:pPr>
      <w:r>
        <w:rPr>
          <w:b/>
          <w:sz w:val="20"/>
        </w:rPr>
        <w:t>Вера</w:t>
      </w:r>
      <w:r>
        <w:rPr>
          <w:i/>
          <w:sz w:val="20"/>
        </w:rPr>
        <w:t xml:space="preserve"> πιστεύω γὰρ τῷ θεῷ ὅτι οὕτως ἔσται καθ’ ὃν τρόπον λελάληταί μοι</w:t>
      </w:r>
      <w:r>
        <w:rPr>
          <w:sz w:val="20"/>
        </w:rPr>
        <w:t xml:space="preserve"> [pisteuō gar tō theō hoti houtōs estai kath' hon tropon lelalētai moi]</w:t>
      </w:r>
      <w:r>
        <w:rPr>
          <w:sz w:val="20"/>
        </w:rPr>
        <w:br/>
        <w:t>Павел основывает своё мужество не на морском оптимизме, а на доверии Богу: «верю Богу, что будет именно так, как мне сказано».</w:t>
      </w:r>
    </w:p>
    <w:p>
      <w:r>
        <w:t>26. Но нам предстоит быть выброшенными на какой-то остров».</w:t>
      </w:r>
    </w:p>
    <w:p>
      <w:r>
        <w:t>27. На четырнадцатую ночь, когда нас носило по Адриатическому морю, около полуночи моряки стали догадываться, что земля близко.</w:t>
      </w:r>
    </w:p>
    <w:p>
      <w:r>
        <w:t>28. Измерив глубину, нашли двадцать оргий; немного спустя измерили снова и нашли пятнадцать.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ὀργυιά — древнегреческая мера длины, приблизительно 1,8–1,9 м, буквально связанная с размахом рук и функционально близкая морскому fathom. WGT-T сохраняет исходную меру «оргия», а метрические значения относятся к WGT-E.</w:t>
      </w:r>
    </w:p>
    <w:p>
      <w:r>
        <w:t>29. Боясь, что нас выбросит на скалы, с кормы бросили четыре якоря и молились о наступлении дня.</w:t>
      </w:r>
    </w:p>
    <w:p>
      <w:r>
        <w:t>30. Моряки пытались бежать с корабля и спускали лодку в море под предлогом, будто хотят бросить якоря с носа.</w:t>
      </w:r>
    </w:p>
    <w:p>
      <w:r>
        <w:t>31. Павел сказал сотнику и воинам: «Если эти не останутся на корабле, вы не сможете спастись».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ἐὰν μὴ οὗτοι μείνωσιν ἐν τῷ πλοίῳ, ὑμεῖς σωθῆναι οὐ δύνασθε</w:t>
      </w:r>
      <w:r>
        <w:rPr>
          <w:sz w:val="20"/>
        </w:rPr>
        <w:t xml:space="preserve"> [ean mē houtoi meinōsin en tō ploiō, hymeis sōthēnai ou dynasthe]</w:t>
      </w:r>
      <w:r>
        <w:rPr>
          <w:sz w:val="20"/>
        </w:rPr>
        <w:br/>
        <w:t>Несмотря на Божье обещание сохранить всех, Павел требует, чтобы моряки остались на корабле: «вы не сможете спастись». Повествование соединяет Божье обещание и реальные человеческие средства, не противопоставляя их.</w:t>
      </w:r>
    </w:p>
    <w:p>
      <w:r>
        <w:t>32. Тогда воины перерезали канаты лодки и позволили ей упасть.</w:t>
      </w:r>
    </w:p>
    <w:p>
      <w:r>
        <w:t>33. Перед рассветом Павел убеждал всех поесть: «Вот уже четырнадцатый день вы ждёте, оставаясь без пищи и ничего не принимая.</w:t>
      </w:r>
    </w:p>
    <w:p>
      <w:r>
        <w:t>34. Поэтому прошу вас поесть: это необходимо для вашего спасения. Ни у кого из вас не пропадёт и волос с головы».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τοῦτο πρὸς τῆς ὑμετέρας σωτηρίας ὑπάρχει</w:t>
      </w:r>
      <w:r>
        <w:rPr>
          <w:sz w:val="20"/>
        </w:rPr>
        <w:t xml:space="preserve"> [touto pros tēs hymeteras sōtērias hyparchei]</w:t>
      </w:r>
      <w:r>
        <w:rPr>
          <w:sz w:val="20"/>
        </w:rPr>
        <w:br/>
        <w:t>Приём пищи необходим «для вашего спасения/сохранения». σωτηρία здесь снова имеет непосредственный физический смысл — выживание в кораблекрушении.</w:t>
      </w:r>
    </w:p>
    <w:p>
      <w:r>
        <w:t>35. Сказав это, он взял хлеб, поблагодарил Бога перед всеми, преломил и начал есть.</w:t>
      </w:r>
    </w:p>
    <w:p>
      <w:pPr>
        <w:ind w:left="360"/>
      </w:pPr>
      <w:r>
        <w:rPr>
          <w:b/>
          <w:sz w:val="20"/>
        </w:rPr>
        <w:t>Благодарение</w:t>
      </w:r>
      <w:r>
        <w:rPr>
          <w:i/>
          <w:sz w:val="20"/>
        </w:rPr>
        <w:t xml:space="preserve"> λαβὼν ἄρτον εὐχαρίστησεν τῷ θεῷ ἐνώπιον πάντων καὶ κλάσας</w:t>
      </w:r>
      <w:r>
        <w:rPr>
          <w:sz w:val="20"/>
        </w:rPr>
        <w:t xml:space="preserve"> [labōn arton eucharistēsen tō theō enōpion pantōn kai klasas]</w:t>
      </w:r>
      <w:r>
        <w:rPr>
          <w:sz w:val="20"/>
        </w:rPr>
        <w:br/>
        <w:t>Павел берёт хлеб, благодарит Бога перед всеми и преломляет его. Язык напоминает трапезные сцены Луки, но контекст прямо говорит об обычной еде для выживания; не следует автоматически объявлять эту сцену Евхаристией.</w:t>
      </w:r>
    </w:p>
    <w:p>
      <w:r>
        <w:t>36. Тогда все ободрились и тоже приняли пищу.</w:t>
      </w:r>
    </w:p>
    <w:p>
      <w:r>
        <w:t>37. Всего нас на корабле было двести семьдесят шесть человек.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ἤμεθα δὲ αἱ πᾶσαι ψυχαὶ ἐν τῷ πλοίῳ διακόσιαι ἑβδομήκοντα ἕξ</w:t>
      </w:r>
      <w:r>
        <w:rPr>
          <w:sz w:val="20"/>
        </w:rPr>
        <w:t xml:space="preserve"> [ēmetha de hai pasai psychai en tō ploiō diakosiai hebdomēkonta hex]</w:t>
      </w:r>
      <w:r>
        <w:rPr>
          <w:sz w:val="20"/>
        </w:rPr>
        <w:br/>
        <w:t>Основной критический текст даёт 276 человек. Рукописная традиция знает числовые варианты, поэтому число следует сохранять по выбранной базе без гармонизации.</w:t>
      </w:r>
    </w:p>
    <w:p>
      <w:r>
        <w:t>38. Насытившись, они стали облегчать корабль, выбрасывая пшеницу в море.</w:t>
      </w:r>
    </w:p>
    <w:p>
      <w:r>
        <w:t>39. Когда наступил день, они не узнавали земли, но заметили залив с пляжем и решили, если получится, направить туда корабль.</w:t>
      </w:r>
    </w:p>
    <w:p>
      <w:r>
        <w:t>40. Обрезав якоря, оставили их в море, одновременно ослабили крепления рулей и, подняв передний парус по ветру, направились к берегу.</w:t>
      </w:r>
    </w:p>
    <w:p>
      <w:r>
        <w:t>41. Но, попав на место двух морей, посадили корабль на мель: нос застрял и остался неподвижным, а корма разрушалась от силы волн. [τόπον διθάλασσον — Буквально «место двух морей»]</w:t>
      </w:r>
    </w:p>
    <w:p>
      <w:pPr>
        <w:ind w:left="360"/>
      </w:pPr>
      <w:r>
        <w:rPr>
          <w:b/>
          <w:sz w:val="20"/>
        </w:rPr>
        <w:t>Морская лексика</w:t>
      </w:r>
      <w:r>
        <w:rPr>
          <w:i/>
          <w:sz w:val="20"/>
        </w:rPr>
        <w:t xml:space="preserve"> τόπον διθάλασσον</w:t>
      </w:r>
      <w:r>
        <w:rPr>
          <w:sz w:val="20"/>
        </w:rPr>
        <w:t xml:space="preserve"> [topon dithalasson]</w:t>
      </w:r>
      <w:r>
        <w:rPr>
          <w:sz w:val="20"/>
        </w:rPr>
        <w:br/>
        <w:t>Буквально «место двух морей». Возможны реконструкции как отмель/коса с водой по обе стороны или участок встречи течений; WGT-T правильно не выбирает одну географическую гипотезу.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τόπος διθάλασσος буквально «место двух морей». Термин может описывать место с водой по обе стороны, песчаную отмель или участок перекрёстного моря/течений. WGT-T сохраняет буквальную формулу, не выбирая одну географическую реконструкцию.</w:t>
      </w:r>
    </w:p>
    <w:p>
      <w:r>
        <w:t>42. Воины решили убить заключённых, чтобы никто не уплыл и не убежал.</w:t>
      </w:r>
    </w:p>
    <w:p>
      <w:r>
        <w:t>43. Но сотник, желая спасти Павла, помешал им и приказал умеющим плавать первыми броситься в воду и выйти на землю,</w:t>
      </w:r>
    </w:p>
    <w:p>
      <w:r>
        <w:t>44. а остальным — добираться кто на досках, кто на обломках корабля. Так все благополучно достигли земли. [πάντας διασωθῆναι ἐπὶ τὴν γῆν — Финал подтверждает обещание: все благополучно достигают земли]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πάντας διασωθῆναι ἐπὶ τὴν γῆν</w:t>
      </w:r>
      <w:r>
        <w:rPr>
          <w:sz w:val="20"/>
        </w:rPr>
        <w:t xml:space="preserve"> [pantas diasōthēnai epi tēn gēn]</w:t>
      </w:r>
      <w:r>
        <w:rPr>
          <w:sz w:val="20"/>
        </w:rPr>
        <w:br/>
        <w:t>Финал подтверждает обещание: все благополучно достигают земли. Глагол διασῴζω завершает длинную повествовательную линию физического спасения в шторме.</w:t>
      </w:r>
    </w:p>
    <w:p>
      <w:pPr>
        <w:pStyle w:val="Heading2"/>
      </w:pPr>
      <w:r>
        <w:t>Глава 28</w:t>
      </w:r>
    </w:p>
    <w:p>
      <w:r>
        <w:t>1. Спасшись, мы узнали, что остров называется Мелита.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διασωθέντες</w:t>
      </w:r>
      <w:r>
        <w:rPr>
          <w:sz w:val="20"/>
        </w:rPr>
        <w:t xml:space="preserve"> [diasōthentes]</w:t>
      </w:r>
      <w:r>
        <w:rPr>
          <w:sz w:val="20"/>
        </w:rPr>
        <w:br/>
        <w:t>Глава начинается причастием διασῴζω — «спасшись/благополучно достигнув спасения». Это прямо продолжает финал 27:44, где все были сохранены и достигли земли.</w:t>
      </w:r>
    </w:p>
    <w:p>
      <w:r>
        <w:t>2. Местные жители оказали нам необыкновенную доброту: из-за начавшегося дождя и холода они развели огонь и приняли всех нас. [οἱ βάρβαροι — означает прежде всего местных жителей, не говоривших по-гречески, а не «диких людей» в современном оценочном смысле]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οἱ βάρβαροι</w:t>
      </w:r>
      <w:r>
        <w:rPr>
          <w:sz w:val="20"/>
        </w:rPr>
        <w:t xml:space="preserve"> [hoi barbaroi]</w:t>
      </w:r>
      <w:r>
        <w:rPr>
          <w:sz w:val="20"/>
        </w:rPr>
        <w:br/>
        <w:t>βάρβαροι здесь означает прежде всего местных жителей, не говоривших по-гречески, а не «диких людей» в современном оценочном смысле. Поэтому WGT-T нейтрально переводит «местные жители».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βάρβαροι буквально «варвары», но в греческой речи здесь это прежде всего негрекоязычные местные жители, а не оценка их как «диких»; WGT-T переводит по функции.</w:t>
      </w:r>
    </w:p>
    <w:p>
      <w:r>
        <w:t>3. Павел собрал охапку хвороста и положил в огонь; от жара выползла гадюка и повисла на его руке.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ἔχιδνα — «гадюка/ядовитая змея». Современное русское «гадюка» точнее передаёт значение, чем архаичное «ехидна».</w:t>
      </w:r>
    </w:p>
    <w:p>
      <w:r>
        <w:t>4. Увидев змею, висящую на его руке, местные говорили друг другу: «Наверняка этот человек убийца: хотя он спасся от моря, Правосудие не позволило ему жить».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ἡ δίκη ζῆν οὐκ εἴασεν</w:t>
      </w:r>
      <w:r>
        <w:rPr>
          <w:sz w:val="20"/>
        </w:rPr>
        <w:t xml:space="preserve"> [hē dikē zēn ouk eiasen]</w:t>
      </w:r>
      <w:r>
        <w:rPr>
          <w:sz w:val="20"/>
        </w:rPr>
        <w:br/>
        <w:t>Местные жители персонифицируют Δίκη — Правосудие/Возмездие — как силу, которая якобы не позволяет Павлу жить. Лука сообщает их языческое толкование события, не подтверждая его.</w:t>
      </w:r>
    </w:p>
    <w:p>
      <w:r>
        <w:t>5. Но Павел стряхнул змею в огонь и не потерпел никакого вреда.</w:t>
      </w:r>
    </w:p>
    <w:p>
      <w:r>
        <w:t>6. Они ожидали, что он распухнет или внезапно упадёт мёртвым. Но, долго ожидая и видя, что с ним не происходит ничего необычного, переменили мнение и стали говорить, что он бог.</w:t>
      </w:r>
    </w:p>
    <w:p>
      <w:pPr>
        <w:ind w:left="360"/>
      </w:pPr>
      <w:r>
        <w:rPr>
          <w:b/>
          <w:sz w:val="20"/>
        </w:rPr>
        <w:t>Переворот ролей</w:t>
      </w:r>
      <w:r>
        <w:rPr>
          <w:i/>
          <w:sz w:val="20"/>
        </w:rPr>
        <w:t xml:space="preserve"> μεταβαλόμενοι ἔλεγον αὐτὸν εἶναι θεόν</w:t>
      </w:r>
      <w:r>
        <w:rPr>
          <w:sz w:val="20"/>
        </w:rPr>
        <w:t xml:space="preserve"> [metabalomenoi elegon auton einai theon]</w:t>
      </w:r>
      <w:r>
        <w:rPr>
          <w:sz w:val="20"/>
        </w:rPr>
        <w:br/>
        <w:t>Реакция резко переворачивается: от «убийцы под судом Правосудия» к «богу». Лука показывает ненадёжность человеческих религиозных выводов, не принимая ни один из них как истинную оценку Павла.</w:t>
      </w:r>
    </w:p>
    <w:p>
      <w:r>
        <w:t>7. В окрестностях того места были владения начальника острова по имени Публий. Он принял нас и три дня гостеприимно заботился о нас.</w:t>
      </w:r>
    </w:p>
    <w:p>
      <w:r>
        <w:t>8. Отец Публия лежал, страдая от жара и дизентерии. Павел вошёл к нему, помолился, возложил на него руки и исцелил.</w:t>
      </w:r>
    </w:p>
    <w:p>
      <w:pPr>
        <w:ind w:left="360"/>
      </w:pPr>
      <w:r>
        <w:rPr>
          <w:b/>
          <w:sz w:val="20"/>
        </w:rPr>
        <w:t>Молитва и исцеление</w:t>
      </w:r>
      <w:r>
        <w:rPr>
          <w:i/>
          <w:sz w:val="20"/>
        </w:rPr>
        <w:t xml:space="preserve"> προσευξάμενος ἐπιθεὶς τὰς χεῖρας αὐτῷ ἰάσατο αὐτόν</w:t>
      </w:r>
      <w:r>
        <w:rPr>
          <w:sz w:val="20"/>
        </w:rPr>
        <w:t xml:space="preserve"> [proseuxamenos epitheis tas cheiras autō iasato auton]</w:t>
      </w:r>
      <w:r>
        <w:rPr>
          <w:sz w:val="20"/>
        </w:rPr>
        <w:br/>
        <w:t>Павел сначала молится, затем возлагает руки и исцеляет отца Публия. Как и в других сценах Деяний, молитва подчёркивает зависимость служителя от Бога.</w:t>
      </w:r>
    </w:p>
    <w:p>
      <w:r>
        <w:t>9. После этого и другие больные на острове приходили и исцелялись.</w:t>
      </w:r>
    </w:p>
    <w:p>
      <w:r>
        <w:t>10. Они оказали нам много почестей, а когда мы отплывали, снабдили всем необходимым.</w:t>
      </w:r>
    </w:p>
    <w:p>
      <w:r>
        <w:t>11. Через три месяца мы отплыли на александрийском корабле, зимовавшем на острове; корабль носил знак Диоскуров.</w:t>
      </w:r>
    </w:p>
    <w:p>
      <w:pPr>
        <w:ind w:left="360"/>
      </w:pPr>
      <w:r>
        <w:rPr>
          <w:b/>
          <w:sz w:val="20"/>
        </w:rPr>
        <w:t>Культура</w:t>
      </w:r>
      <w:r>
        <w:rPr>
          <w:i/>
          <w:sz w:val="20"/>
        </w:rPr>
        <w:t xml:space="preserve"> παρασήμῳ Διοσκούροις</w:t>
      </w:r>
      <w:r>
        <w:rPr>
          <w:sz w:val="20"/>
        </w:rPr>
        <w:t xml:space="preserve"> [parasēmō Dioskourois]</w:t>
      </w:r>
      <w:r>
        <w:rPr>
          <w:sz w:val="20"/>
        </w:rPr>
        <w:br/>
        <w:t>Корабль имеет знак Диоскуров — Кастора и Поллукса, почитавшихся как покровители моряков. Лука просто фиксирует обычную языческую символику судна.</w:t>
      </w:r>
    </w:p>
    <w:p>
      <w:r>
        <w:t>12. Прибыв в Сиракузы, мы пробыли там три дня.</w:t>
      </w:r>
    </w:p>
    <w:p>
      <w:r>
        <w:t>13. Оттуда мы пришли в Регий, а через день подул южный ветер, и на второй день мы прибыли в Путеолы.</w:t>
      </w:r>
    </w:p>
    <w:p>
      <w:r>
        <w:t>14. Там мы нашли братьев, и нас попросили пробыть у них семь дней. Так мы пришли в Рим.</w:t>
      </w:r>
    </w:p>
    <w:p>
      <w:r>
        <w:t>15. Братья оттуда, услышав о нас, вышли нам навстречу до Аппиевой площади и Трёх Таверн. Увидев их, Павел поблагодарил Бога и ободрился.</w:t>
      </w:r>
    </w:p>
    <w:p>
      <w:pPr>
        <w:ind w:left="360"/>
      </w:pPr>
      <w:r>
        <w:rPr>
          <w:b/>
          <w:sz w:val="20"/>
        </w:rPr>
        <w:t>Радость</w:t>
      </w:r>
      <w:r>
        <w:rPr>
          <w:i/>
          <w:sz w:val="20"/>
        </w:rPr>
        <w:t xml:space="preserve"> εὐχαριστήσας τῷ θεῷ ἔλαβε θάρσος</w:t>
      </w:r>
      <w:r>
        <w:rPr>
          <w:sz w:val="20"/>
        </w:rPr>
        <w:t xml:space="preserve"> [eucharistēsas tō theō elabe tharsos]</w:t>
      </w:r>
      <w:r>
        <w:rPr>
          <w:sz w:val="20"/>
        </w:rPr>
        <w:br/>
        <w:t>Увидев братьев, Павел благодарит Бога и ободряется. Даже в финальном этапе пути поддержка общины становится источником мужества.</w:t>
      </w:r>
    </w:p>
    <w:p>
      <w:r>
        <w:t>16. Когда мы вошли в Рим, Павлу позволили жить отдельно с охранявшим его воином.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Поздняя традиция добавляет передачу остальных заключённых военачальнику; WGT-T следует краткому критическому тексту.</w:t>
      </w:r>
    </w:p>
    <w:p>
      <w:r>
        <w:t>17. Через три дня Павел созвал знатнейших из иудеев. Когда они собрались, он сказал: «Мужи братья! Хотя я не сделал ничего против народа или отеческих обычаев, меня как заключённого передали из Иерусалима в руки римлян.</w:t>
      </w:r>
    </w:p>
    <w:p>
      <w:r>
        <w:t>18. Они, допросив меня, хотели отпустить, потому что не нашли во мне никакой вины, достойной смерти.</w:t>
      </w:r>
    </w:p>
    <w:p>
      <w:pPr>
        <w:ind w:left="360"/>
      </w:pPr>
      <w:r>
        <w:rPr>
          <w:b/>
          <w:sz w:val="20"/>
        </w:rPr>
        <w:t>Невинность</w:t>
      </w:r>
      <w:r>
        <w:rPr>
          <w:i/>
          <w:sz w:val="20"/>
        </w:rPr>
        <w:t xml:space="preserve"> διὰ τὸ μηδεμίαν αἰτίαν θανάτου ὑπάρχειν ἐν ἐμοί</w:t>
      </w:r>
      <w:r>
        <w:rPr>
          <w:sz w:val="20"/>
        </w:rPr>
        <w:t xml:space="preserve"> [dia to mēdemian aitian thanatou hyparchein en emoi]</w:t>
      </w:r>
      <w:r>
        <w:rPr>
          <w:sz w:val="20"/>
        </w:rPr>
        <w:br/>
        <w:t>Павел снова подчёркивает римский вывод: в нём нет никакой причины для смертного приговора. Так завершается повторяющаяся линия юридической невиновности.</w:t>
      </w:r>
    </w:p>
    <w:p>
      <w:r>
        <w:t>19. Но поскольку иудеи возражали, я был вынужден обратиться к кесарю — не потому, что мне было в чём обвинять свой народ.</w:t>
      </w:r>
    </w:p>
    <w:p>
      <w:r>
        <w:t>20. По этой причине я и пригласил вас увидеться и поговорить; ведь за надежду Израиля я ношу эту цепь».</w:t>
      </w:r>
    </w:p>
    <w:p>
      <w:pPr>
        <w:ind w:left="360"/>
      </w:pPr>
      <w:r>
        <w:rPr>
          <w:b/>
          <w:sz w:val="20"/>
        </w:rPr>
        <w:t>Надежда</w:t>
      </w:r>
      <w:r>
        <w:rPr>
          <w:i/>
          <w:sz w:val="20"/>
        </w:rPr>
        <w:t xml:space="preserve"> ἕνεκεν γὰρ τῆς ἐλπίδος τοῦ Ἰσραὴλ τὴν ἅλυσιν ταύτην περίκειμαι</w:t>
      </w:r>
      <w:r>
        <w:rPr>
          <w:sz w:val="20"/>
        </w:rPr>
        <w:t xml:space="preserve"> [heneken gar tēs elpidos tou Israēl tēn halysin tautēn perikeimai]</w:t>
      </w:r>
      <w:r>
        <w:rPr>
          <w:sz w:val="20"/>
        </w:rPr>
        <w:br/>
        <w:t>Павел формулирует смысл своих уз как «надежду Израиля». Финальная защита снова подчёркивает не отказ от Израиля, а исполнение его надежды.</w:t>
      </w:r>
    </w:p>
    <w:p>
      <w:r>
        <w:t>21. Они сказали ему: «Мы не получали о тебе писем из Иудеи, и никто из прибывших братьев не сообщил и не рассказал о тебе ничего дурного.</w:t>
      </w:r>
    </w:p>
    <w:p>
      <w:r>
        <w:t>22. Но хотим услышать от тебя, что ты думаешь, потому что об этой секте нам известно, что ей повсюду противоречат».</w:t>
      </w:r>
    </w:p>
    <w:p>
      <w:pPr>
        <w:ind w:left="360"/>
      </w:pPr>
      <w:r>
        <w:rPr>
          <w:b/>
          <w:sz w:val="20"/>
        </w:rPr>
        <w:t>Путь</w:t>
      </w:r>
      <w:r>
        <w:rPr>
          <w:i/>
          <w:sz w:val="20"/>
        </w:rPr>
        <w:t xml:space="preserve"> περὶ μὲν γὰρ τῆς αἱρέσεως ταύτης γνωστὸν ἡμῖν ἐστιν ὅτι πανταχοῦ ἀντιλέγεται</w:t>
      </w:r>
      <w:r>
        <w:rPr>
          <w:sz w:val="20"/>
        </w:rPr>
        <w:t xml:space="preserve"> [peri men gar tēs haireseōs tautēs gnōston hēmin estin hoti pantachou antilegetai]</w:t>
      </w:r>
      <w:r>
        <w:rPr>
          <w:sz w:val="20"/>
        </w:rPr>
        <w:br/>
        <w:t>Римские иудеи называют движение «этой сектой/направлением» и знают, что ему «повсюду противоречат». Финал книги признаёт сопротивление миссии, но последняя фраза покажет, что слово остаётся ἀκωλύτως — беспрепятственным.</w:t>
      </w:r>
    </w:p>
    <w:p>
      <w:r>
        <w:t>23. Назначив ему день, многие пришли к нему в жилище. С утра до вечера он излагал им, свидетельствуя о Царстве Божьем и убеждая их относительно Иисуса на основании Закона Моисея и Пророков.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διαμαρτυρόμενος τὴν βασιλείαν τοῦ θεοῦ πείθων τε αὐτοὺς περὶ τοῦ Ἰησοῦ</w:t>
      </w:r>
      <w:r>
        <w:rPr>
          <w:sz w:val="20"/>
        </w:rPr>
        <w:t xml:space="preserve"> [diamartyromenos tēn basileian tou theou peithōn te autous peri tou Iēsou]</w:t>
      </w:r>
      <w:r>
        <w:rPr>
          <w:sz w:val="20"/>
        </w:rPr>
        <w:br/>
        <w:t>В Риме Павел соединяет две темы: свидетельство о Царстве Божьем и убеждение относительно Иисуса на основании Закона Моисея и Пророков. Это подготавливает почти дословно тематический финал 28:31.</w:t>
      </w:r>
    </w:p>
    <w:p>
      <w:r>
        <w:t>24. Одних убеждало сказанное, другие не верили.</w:t>
      </w:r>
    </w:p>
    <w:p>
      <w:r>
        <w:t>25. Не согласившись между собой, они стали расходиться после слов Павла: «Хорошо сказал Святой Дух через пророка Исаию вашим отцам:</w:t>
      </w:r>
    </w:p>
    <w:p>
      <w:pPr>
        <w:ind w:left="360"/>
      </w:pPr>
      <w:r>
        <w:rPr>
          <w:b/>
          <w:sz w:val="20"/>
        </w:rPr>
        <w:t>Святой Дух</w:t>
      </w:r>
      <w:r>
        <w:rPr>
          <w:i/>
          <w:sz w:val="20"/>
        </w:rPr>
        <w:t xml:space="preserve"> καλῶς τὸ πνεῦμα τὸ ἅγιον ἐλάλησεν διὰ Ἠσαΐου τοῦ προφήτου</w:t>
      </w:r>
      <w:r>
        <w:rPr>
          <w:sz w:val="20"/>
        </w:rPr>
        <w:t xml:space="preserve"> [kalōs to pneuma to hagion elalēsen dia Ēsaiou tou prophētou]</w:t>
      </w:r>
      <w:r>
        <w:rPr>
          <w:sz w:val="20"/>
        </w:rPr>
        <w:br/>
        <w:t>Павел вводит Ис 6 словами: «Хорошо сказал Святой Дух через пророка Исаию». Писание представлено как речь Святого Духа через пророка.</w:t>
      </w:r>
    </w:p>
    <w:p>
      <w:r>
        <w:t>26. “Пойди к этому народу и скажи: слухом будете слышать — и не поймёте; смотря будете смотреть — и не увидите.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ἀκοῇ ἀκούσετε καὶ οὐ μὴ συνῆτε, καὶ βλέποντες βλέψετε καὶ οὐ μὴ ἴδητε</w:t>
      </w:r>
      <w:r>
        <w:rPr>
          <w:sz w:val="20"/>
        </w:rPr>
        <w:t xml:space="preserve"> [akoē akousete kai ou mē synēte, kai blepontes blepsete kai ou mē idēte]</w:t>
      </w:r>
      <w:r>
        <w:rPr>
          <w:sz w:val="20"/>
        </w:rPr>
        <w:br/>
        <w:t>Начало цитаты Ис 6:9–10 следует греческой библейской традиции и уже знакомо по евангельским словам Иисуса о слышании и непонимании.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6:9–10</w:t>
      </w:r>
    </w:p>
    <w:p>
      <w:r>
        <w:t>27. Потому что сердце этого народа огрубело, ушами они тяжело слышат и глаза свои закрыли, чтобы не увидеть глазами, не услышать ушами, не понять сердцем, не обратиться — и Я исцелю их”.</w:t>
      </w:r>
    </w:p>
    <w:p>
      <w:pPr>
        <w:ind w:left="360"/>
      </w:pPr>
      <w:r>
        <w:rPr>
          <w:b/>
          <w:sz w:val="20"/>
        </w:rPr>
        <w:t>Цитата из Ветхого Завета</w:t>
      </w:r>
      <w:r>
        <w:rPr>
          <w:i/>
          <w:sz w:val="20"/>
        </w:rPr>
        <w:t xml:space="preserve"> μήποτε ἴδωσιν ... καὶ ἐπιστρέψωσιν, καὶ ἰάσομαι αὐτούς</w:t>
      </w:r>
      <w:r>
        <w:rPr>
          <w:sz w:val="20"/>
        </w:rPr>
        <w:t xml:space="preserve"> [mēpote idōsin ... kai epistrepsōsin, kai iasomai autous]</w:t>
      </w:r>
      <w:r>
        <w:rPr>
          <w:sz w:val="20"/>
        </w:rPr>
        <w:br/>
        <w:t>В LXX-форме Ис 6:10 цепочка «не увидеть… не услышать… не понять… не обратиться» завершается словами Бога «и Я исцелю их». WGT-T правильно не добавляет отрицание к последней фразе.</w:t>
      </w:r>
      <w:r>
        <w:rPr>
          <w:i/>
          <w:sz w:val="20"/>
        </w:rPr>
        <w:br/>
        <w:t xml:space="preserve">См.: </w:t>
      </w:r>
      <w:r>
        <w:rPr>
          <w:sz w:val="20"/>
        </w:rPr>
        <w:t>Ис 6:10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В цитате Ис 6:10 μήποτε охватывает цепочку «не увидеть… не услышать… не понять… не обратиться», после чего καὶ ἰάσομαι αὐτούς означает «и Я исцелю их» без дополнительного отрицания. WGT-T сохраняет эту структуру.</w:t>
      </w:r>
    </w:p>
    <w:p>
      <w:r>
        <w:t>28. Итак, пусть будет известно вам: это спасение Божье послано язычникам; они и услышат».</w:t>
      </w:r>
    </w:p>
    <w:p>
      <w:pPr>
        <w:ind w:left="360"/>
      </w:pPr>
      <w:r>
        <w:rPr>
          <w:b/>
          <w:sz w:val="20"/>
        </w:rPr>
        <w:t>Спасение</w:t>
      </w:r>
      <w:r>
        <w:rPr>
          <w:i/>
          <w:sz w:val="20"/>
        </w:rPr>
        <w:t xml:space="preserve"> τοῖς ἔθνεσιν ἀπεστάλη τοῦτο τὸ σωτήριον τοῦ θεοῦ· αὐτοὶ καὶ ἀκούσονται</w:t>
      </w:r>
      <w:r>
        <w:rPr>
          <w:sz w:val="20"/>
        </w:rPr>
        <w:t xml:space="preserve"> [tois ethnesin apestalē touto to sōtērion tou theou; autoi kai akousontai]</w:t>
      </w:r>
      <w:r>
        <w:rPr>
          <w:sz w:val="20"/>
        </w:rPr>
        <w:br/>
        <w:t>Финальный поворот к язычникам сформулирован как посылание Божьего спасения, и подчёркнуто: «они и услышат». Это завершает географическую и богословскую линию от Деян 1:8.</w:t>
      </w:r>
    </w:p>
    <w:p>
      <w:r>
        <w:t xml:space="preserve">29. </w:t>
      </w:r>
    </w:p>
    <w:p>
      <w:pPr>
        <w:ind w:left="360"/>
      </w:pPr>
      <w:r>
        <w:rPr>
          <w:b/>
          <w:sz w:val="20"/>
        </w:rPr>
        <w:t>Текстологический вариант</w:t>
      </w:r>
      <w:r>
        <w:rPr>
          <w:i/>
          <w:sz w:val="20"/>
        </w:rPr>
        <w:t xml:space="preserve"> Acts 28:29</w:t>
      </w:r>
      <w:r>
        <w:rPr>
          <w:sz w:val="20"/>
        </w:rPr>
        <w:t xml:space="preserve"> [Acts 28:29]</w:t>
      </w:r>
      <w:r>
        <w:rPr>
          <w:sz w:val="20"/>
        </w:rPr>
        <w:br/>
        <w:t>Стих о том, что иудеи ушли, много споря между собой, отсутствует в SBLGNT и основном критическом тексте. Он сохраняется только как нумерационный слот и текстологическая заметка, не как running text.</w:t>
      </w:r>
    </w:p>
    <w:p>
      <w:pPr>
        <w:ind w:left="360"/>
      </w:pPr>
      <w:r>
        <w:rPr>
          <w:b/>
          <w:sz w:val="20"/>
        </w:rPr>
        <w:t>Текстологическое примечание</w:t>
      </w:r>
      <w:r>
        <w:rPr>
          <w:sz w:val="20"/>
        </w:rPr>
        <w:br/>
        <w:t>Деян 28:29 — «иудеи ушли, много споря между собой» — позднее чтение и не входит в основной текст SBLGNT.</w:t>
      </w:r>
    </w:p>
    <w:p>
      <w:r>
        <w:t>30. Павел прожил целых два года в своём наёмном жилье и принимал всех приходивших к нему,</w:t>
      </w:r>
    </w:p>
    <w:p>
      <w:r>
        <w:t>31. проповедуя Царство Божье и преподавая учение о Господе Иисусе Христе со всей смелостью и без препятствий.</w:t>
      </w:r>
    </w:p>
    <w:p>
      <w:pPr>
        <w:ind w:left="360"/>
      </w:pPr>
      <w:r>
        <w:rPr>
          <w:b/>
          <w:sz w:val="20"/>
        </w:rPr>
        <w:t>Царство Божие</w:t>
      </w:r>
      <w:r>
        <w:rPr>
          <w:i/>
          <w:sz w:val="20"/>
        </w:rPr>
        <w:t xml:space="preserve"> κηρύσσων τὴν βασιλείαν τοῦ θεοῦ καὶ διδάσκων τὰ περὶ τοῦ κυρίου Ἰησοῦ Χριστοῦ</w:t>
      </w:r>
      <w:r>
        <w:rPr>
          <w:sz w:val="20"/>
        </w:rPr>
        <w:t xml:space="preserve"> [kēryssōn tēn basileian tou theou kai didaskōn ta peri tou kyriou Iēsou Christou]</w:t>
      </w:r>
      <w:r>
        <w:rPr>
          <w:sz w:val="20"/>
        </w:rPr>
        <w:br/>
        <w:t>Последняя строка книги объединяет Царство Божье и учение о Господе Иисусе Христе. Финал не сообщает о смерти Павла; он оставляет читателя с продолжающимся провозглашением.</w:t>
      </w:r>
    </w:p>
    <w:p>
      <w:pPr>
        <w:ind w:left="360"/>
      </w:pPr>
      <w:r>
        <w:rPr>
          <w:b/>
          <w:sz w:val="20"/>
        </w:rPr>
        <w:t>Литературный финал</w:t>
      </w:r>
      <w:r>
        <w:rPr>
          <w:i/>
          <w:sz w:val="20"/>
        </w:rPr>
        <w:t xml:space="preserve"> μετὰ πάσης παρρησίας ἀκωλύτως</w:t>
      </w:r>
      <w:r>
        <w:rPr>
          <w:sz w:val="20"/>
        </w:rPr>
        <w:t xml:space="preserve"> [meta pasēs parrēsias akōlytōs]</w:t>
      </w:r>
      <w:r>
        <w:rPr>
          <w:sz w:val="20"/>
        </w:rPr>
        <w:br/>
        <w:t>Книга заканчивается двумя сильными словами: «со всей παρρησία» — открытой смелостью — и ἀκωλύτως — «без препятствий/беспрепятственно». Павел ограничен как узник, но провозглашение Царства и Иисуса в финальном кадре не связано.</w:t>
      </w:r>
    </w:p>
    <w:p>
      <w:pPr>
        <w:pStyle w:val="Heading1"/>
      </w:pPr>
      <w:r>
        <w:t>Источники и лицензии</w:t>
      </w:r>
    </w:p>
    <w:p>
      <w:pPr>
        <w:pStyle w:val="Heading3"/>
      </w:pPr>
      <w:r>
        <w:t>Перевод</w:t>
      </w:r>
    </w:p>
    <w:p>
      <w:r>
        <w:t>Word of God Translation (WGT) — перевод, редакторская работа и пояснения проекта Word of God, Budva. © 2026 Word of God Translation contributors. Все права защищены. Цитирование, воспроизведение, распространение и публичный показ допускаются только со ссылкой: «Word of God Translation (WGT) — wordofgod.me».</w:t>
      </w:r>
    </w:p>
    <w:p>
      <w:pPr>
        <w:pStyle w:val="Heading3"/>
      </w:pPr>
      <w:r>
        <w:t>Греческий текст</w:t>
      </w:r>
    </w:p>
    <w:p>
      <w:r>
        <w:t>SBL Greek New Testament (SBLGNT) © Society of Biblical Literature и Logos Bible Software. Лицензия Creative Commons Attribution 4.0 (CC BY 4.0). sblgnt.com</w:t>
      </w:r>
    </w:p>
    <w:p>
      <w:pPr>
        <w:pStyle w:val="Heading3"/>
      </w:pPr>
      <w:r>
        <w:t>Морфология, номера Стронга и словарные данные</w:t>
      </w:r>
    </w:p>
    <w:p>
      <w:r>
        <w:t>STEPBible Data (TAGNT — Translators Amalgamated Greek NT; TBESG — Greek extended Strong numbers), Tyndale House, Cambridge, www.STEPBible.org. Лицензия CC BY 4.0. Английские глоссы TAGNT основаны на Berean Study Bible. Определения Abbott-Smith, «A Manual Greek Lexicon of the New Testament» (1922), — общественное достояние. Данные приведены в соответствие с версификацией и русским текстом WGT; русские слова размечены номерами Стронга проектом WGT.</w:t>
      </w:r>
    </w:p>
    <w:p>
      <w:pPr>
        <w:pStyle w:val="Heading3"/>
      </w:pPr>
      <w:r>
        <w:t>Шрифты</w:t>
      </w:r>
    </w:p>
    <w:p>
      <w:r>
        <w:t>Набор текста в PDF — шрифт EB Garamond (Georg Duffner, Octavio Pardo), SIL Open Font License 1.1.</w:t>
      </w:r>
    </w:p>
    <w:p>
      <w:pPr>
        <w:pStyle w:val="Heading3"/>
      </w:pPr>
      <w:r>
        <w:t>Подробности</w:t>
      </w:r>
    </w:p>
    <w:p>
      <w:r>
        <w:t>Полные сведения об источниках, версиях данных и лицензиях — на сайте wordofgod.me.</w:t>
      </w:r>
    </w:p>
    <w:p>
      <w:pPr>
        <w:pStyle w:val="Heading3"/>
      </w:pPr>
      <w:r>
        <w:t>Примечание</w:t>
      </w:r>
    </w:p>
    <w:p>
      <w:r>
        <w:t>ссылки на Псалмы в комментариях даны по еврейской нумерации. В Синодальном переводе номера большинства псалмов (с 10-го по 146-й) на единицу меньше: например, Пс 22 здесь — это Пс 21 в Синодальной Библии.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