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Word of God Translation — Textual</w:t>
      </w:r>
    </w:p>
    <w:p>
      <w:r>
        <w:t>Copyright © 2026 Word of God Translation contributors.</w:t>
      </w:r>
    </w:p>
    <w:p>
      <w:pPr>
        <w:pStyle w:val="Heading1"/>
      </w:pPr>
      <w:r>
        <w:t>От Матфея</w:t>
      </w:r>
    </w:p>
    <w:p>
      <w:pPr>
        <w:pStyle w:val="Heading2"/>
      </w:pPr>
      <w:r>
        <w:t>Глава 1</w:t>
      </w:r>
    </w:p>
    <w:p>
      <w:r>
        <w:t>1. Родословие Иисуса Христа, сына Давида, сына Авраама.</w:t>
      </w:r>
    </w:p>
    <w:p>
      <w:r>
        <w:t>2. Авраам стал отцом Исаака; Исаак — отцом Иакова; Иаков — отцом Иуды и его братьев;</w:t>
      </w:r>
    </w:p>
    <w:p>
      <w:r>
        <w:t>3. Иуда от Фамари стал отцом Фареса и Зары; Фарес — отцом Есрома; Есром — отцом Арама;</w:t>
      </w:r>
    </w:p>
    <w:p>
      <w:r>
        <w:t>4. Арам — отцом Аминадава; Аминадав — отцом Наассона; Наассон — отцом Салмона;</w:t>
      </w:r>
    </w:p>
    <w:p>
      <w:r>
        <w:t>5. Салмон от Раав стал отцом Вооза; Вооз от Руфи — отцом Овида; Овид — отцом Иессея;</w:t>
      </w:r>
    </w:p>
    <w:p>
      <w:r>
        <w:t>6. Иессей стал отцом царя Давида. Давид от жены Урии стал отцом Соломона;</w:t>
      </w:r>
    </w:p>
    <w:p>
      <w:r>
        <w:t>7. Соломон — отцом Ровоама; Ровоам — отцом Авии; Авия — отцом Асы;</w:t>
      </w:r>
    </w:p>
    <w:p>
      <w:r>
        <w:t>8. Аса — отцом Иосафата; Иосафат — отцом Иорама; Иорам — предком Озии;</w:t>
      </w:r>
    </w:p>
    <w:p>
      <w:r>
        <w:t>9. Озия — отцом Иоафама; Иоафам — отцом Ахаза; Ахаз — отцом Езекии;</w:t>
      </w:r>
    </w:p>
    <w:p>
      <w:r>
        <w:t>10. Езекия — отцом Манассии; Манассия — отцом Амона; Амон — отцом Иосии;</w:t>
      </w:r>
    </w:p>
    <w:p>
      <w:r>
        <w:t>11. Иосия стал предком Иехонии и его братьев ко времени переселения в Вавилон.</w:t>
      </w:r>
    </w:p>
    <w:p>
      <w:r>
        <w:t>12. После переселения в Вавилон Иехония стал отцом Салафииля; Салафииль — отцом Зоровавеля;</w:t>
      </w:r>
    </w:p>
    <w:p>
      <w:r>
        <w:t>13. Зоровавель — отцом Авиуда; Авиуд — отцом Елиакима; Елиаким — отцом Азора;</w:t>
      </w:r>
    </w:p>
    <w:p>
      <w:r>
        <w:t>14. Азор — отцом Садока; Садок — отцом Ахима; Ахим — отцом Елиуда;</w:t>
      </w:r>
    </w:p>
    <w:p>
      <w:r>
        <w:t>15. Елиуд — отцом Елеазара; Елеазар — отцом Матфана; Матфан — отцом Иакова;</w:t>
      </w:r>
    </w:p>
    <w:p>
      <w:r>
        <w:t>16. Иаков стал отцом Иосифа, мужа Марии, от которой родился Иисус, называемый Христом.</w:t>
      </w:r>
    </w:p>
    <w:p>
      <w:r>
        <w:t>17. Итак, от Авраама до Давида — четырнадцать поколений; от Давида до переселения в Вавилон — четырнадцать; и от переселения в Вавилон до Христа — четырнадцать поколений.</w:t>
      </w:r>
    </w:p>
    <w:p>
      <w:r>
        <w:t>18. Рождение Иисуса Христа произошло так. Мария, Его мать, была обручена с Иосифом. Прежде чем они стали жить вместе, оказалось, что она носит ребёнка от Святого Духа.</w:t>
      </w:r>
    </w:p>
    <w:p>
      <w:r>
        <w:t>19. Иосиф, её муж, был праведным человеком и не хотел подвергать её публичному позору, поэтому решил тайно расторгнуть помолвку.</w:t>
      </w:r>
    </w:p>
    <w:p>
      <w:r>
        <w:t>20. Когда он обдумывал это, ему во сне явился ангел Господа и сказал: «Иосиф, сын Давида, не бойся взять Марию к себе как жену, потому что зачатое в ней — от Святого Духа.</w:t>
      </w:r>
    </w:p>
    <w:p>
      <w:r>
        <w:t>21. Она родит Сына, и ты назовёшь Его Иисусом, потому что Он спасёт Свой народ от их грехов».</w:t>
      </w:r>
    </w:p>
    <w:p>
      <w:r>
        <w:t>22. Всё это произошло, чтобы исполнилось сказанное Господом через пророка:</w:t>
      </w:r>
    </w:p>
    <w:p>
      <w:r>
        <w:t>23. «Вот, дева зачнёт и родит Сына, и назовут Его Иммануилом», что означает: «С нами Бог».</w:t>
      </w:r>
    </w:p>
    <w:p>
      <w:r>
        <w:t>24. Проснувшись, Иосиф поступил так, как повелел ему ангел Господа, и взял Марию к себе как жену.</w:t>
      </w:r>
    </w:p>
    <w:p>
      <w:r>
        <w:t>25. Но до рождения Сына он не вступал с ней в супружескую близость. И он назвал Его Иисусом.</w:t>
      </w:r>
    </w:p>
    <w:p>
      <w:pPr>
        <w:pStyle w:val="Heading2"/>
      </w:pPr>
      <w:r>
        <w:t>Глава 2</w:t>
      </w:r>
    </w:p>
    <w:p>
      <w:r>
        <w:t>1. После того как Иисус родился в Вифлееме Иудейском, во дни царя Ирода, в Иерусалим пришли Маги с востока.</w:t>
      </w:r>
    </w:p>
    <w:p>
      <w:r>
        <w:t>2. Они спрашивали: «Где родившийся Царь иудеев? Мы увидели Его звезду при её восходе и пришли поклониться Ему».</w:t>
      </w:r>
    </w:p>
    <w:p>
      <w:r>
        <w:t>3. Услышав это, царь Ирод встревожился, и вместе с ним весь Иерусалим.</w:t>
      </w:r>
    </w:p>
    <w:p>
      <w:r>
        <w:t>4. Собрав всех первосвященников и книжников народа, он спрашивал у них, где должен родиться Христос.</w:t>
      </w:r>
    </w:p>
    <w:p>
      <w:r>
        <w:t>5. Они ответили: «В Вифлееме Иудейском, потому что так написано через пророка:</w:t>
      </w:r>
    </w:p>
    <w:p>
      <w:r>
        <w:t>6. “И ты, Вифлеем, земля Иуды, вовсе не наименьший среди правителей Иуды, потому что из тебя выйдет Правитель, Который будет пасти Мой народ Израиль”».</w:t>
      </w:r>
    </w:p>
    <w:p>
      <w:r>
        <w:t>7. Тогда Ирод тайно позвал Магов и точно выяснил у них время появления звезды.</w:t>
      </w:r>
    </w:p>
    <w:p>
      <w:r>
        <w:t>8. Он отправил их в Вифлеем и сказал: «Идите и тщательно разузнайте о Ребёнке. Когда найдёте, сообщите мне, чтобы и я пошёл поклониться Ему».</w:t>
      </w:r>
    </w:p>
    <w:p>
      <w:r>
        <w:t>9. Выслушав царя, они отправились в путь. И звезда, которую они видели при её восходе, шла перед ними, пока не остановилась над местом, где был Ребёнок.</w:t>
      </w:r>
    </w:p>
    <w:p>
      <w:r>
        <w:t>10. Увидев звезду, они чрезвычайно обрадовались.</w:t>
      </w:r>
    </w:p>
    <w:p>
      <w:r>
        <w:t>11. Войдя в дом, они увидели Ребёнка с Марией, Его матерью, пали и поклонились Ему. Затем открыли свои сокровища и принесли Ему дары: золото, ладан и смирну.</w:t>
      </w:r>
    </w:p>
    <w:p>
      <w:r>
        <w:t>12. Получив во сне предупреждение не возвращаться к Ироду, они ушли в свою страну другим путём.</w:t>
      </w:r>
    </w:p>
    <w:p>
      <w:r>
        <w:t>13. После их ухода ангел Господа явился Иосифу во сне и сказал: «Встань, возьми Ребёнка и Его мать и беги в Египет. Оставайся там, пока Я не скажу тебе, потому что Ирод будет искать Ребёнка, чтобы погубить Его».</w:t>
      </w:r>
    </w:p>
    <w:p>
      <w:r>
        <w:t>14. Иосиф встал, ночью взял Ребёнка и Его мать и ушёл в Египет.</w:t>
      </w:r>
    </w:p>
    <w:p>
      <w:r>
        <w:t>15. Там он оставался до смерти Ирода, чтобы исполнилось сказанное Господом через пророка: «Из Египта Я вызвал Моего Сына».</w:t>
      </w:r>
    </w:p>
    <w:p>
      <w:r>
        <w:t>16. Когда Ирод понял, что Маги его обманули, он пришёл в ярость и приказал убить в Вифлееме и его окрестностях всех мальчиков двух лет и младше, в соответствии со временем, которое выяснил у Магов.</w:t>
      </w:r>
    </w:p>
    <w:p>
      <w:r>
        <w:t>17. Тогда исполнилось сказанное через пророка Иеремию:</w:t>
      </w:r>
    </w:p>
    <w:p>
      <w:r>
        <w:t>18. «Голос слышен в Раме, плач и великое рыдание: Рахиль плачет о своих детях и не хочет утешиться, потому что их больше нет».</w:t>
      </w:r>
    </w:p>
    <w:p>
      <w:r>
        <w:t>19. После смерти Ирода ангел Господа явился Иосифу во сне в Египте</w:t>
      </w:r>
    </w:p>
    <w:p>
      <w:r>
        <w:t>20. и сказал: «Встань, возьми Ребёнка и Его мать и иди в землю Израиля, потому что умерли те, кто искал жизни Ребёнка».</w:t>
      </w:r>
    </w:p>
    <w:p>
      <w:r>
        <w:t>21. Иосиф встал, взял Ребёнка и Его мать и вернулся в землю Израиля.</w:t>
      </w:r>
    </w:p>
    <w:p>
      <w:r>
        <w:t>22. Но, услышав, что в Иудее вместо своего отца Ирода царствует Архелай, он побоялся идти туда. Получив во сне предупреждение, он ушёл в область Галилеи</w:t>
      </w:r>
    </w:p>
    <w:p>
      <w:r>
        <w:t>23. и поселился в городе Назарете. Так исполнилось сказанное через пророков: «Он будет назван Назарянином».</w:t>
      </w:r>
    </w:p>
    <w:p>
      <w:pPr>
        <w:pStyle w:val="Heading2"/>
      </w:pPr>
      <w:r>
        <w:t>Глава 3</w:t>
      </w:r>
    </w:p>
    <w:p>
      <w:r>
        <w:t>1. В те дни появился Иоанн Креститель и стал проповедовать в Иудейской пустыне:</w:t>
      </w:r>
    </w:p>
    <w:p>
      <w:r>
        <w:t>2. «Покайтесь, потому что Царство Небес приблизилось».</w:t>
      </w:r>
    </w:p>
    <w:p>
      <w:r>
        <w:t>3. Именно о нём сказал пророк Исаия: «Голос того, кто зовёт в пустыне: “Приготовьте путь Господу, сделайте прямыми Его дороги”».</w:t>
      </w:r>
    </w:p>
    <w:p>
      <w:r>
        <w:t>4. Иоанн носил одежду из верблюжьей шерсти и кожаный пояс на талии; его пищей были саранча и дикий мёд.</w:t>
      </w:r>
    </w:p>
    <w:p>
      <w:r>
        <w:t>5. К нему выходили жители Иерусалима, всей Иудеи и всей окрестности Иордана.</w:t>
      </w:r>
    </w:p>
    <w:p>
      <w:r>
        <w:t>6. Они крестились у него в реке Иордан, исповедуя свои грехи.</w:t>
      </w:r>
    </w:p>
    <w:p>
      <w:r>
        <w:t>7. Увидев, что многие фарисеи и саддукеи идут к его крещению, Иоанн сказал им: «Порождения змей! Кто предупредил вас бежать от грядущего гнева?</w:t>
      </w:r>
    </w:p>
    <w:p>
      <w:r>
        <w:t>8. Принесите плод, соответствующий покаянию.</w:t>
      </w:r>
    </w:p>
    <w:p>
      <w:r>
        <w:t>9. И не думайте говорить себе: “Наш отец — Авраам”. Говорю вам: Бог может из этих камней воздвигнуть детей Аврааму.</w:t>
      </w:r>
    </w:p>
    <w:p>
      <w:r>
        <w:t>10. Уже и топор лежит у корня деревьев: всякое дерево, не приносящее доброго плода, срубают и бросают в огонь.</w:t>
      </w:r>
    </w:p>
    <w:p>
      <w:r>
        <w:t>11. Я крещу вас водой для покаяния, но Идущий после меня сильнее меня. Я недостоин нести Его сандалии. Он будет крестить вас Святым Духом и огнём.</w:t>
      </w:r>
    </w:p>
    <w:p>
      <w:r>
        <w:t>12. В Его руке веялка: Он очистит Свой ток, соберёт пшеницу в житницу, а мякину сожжёт неугасимым огнём».</w:t>
      </w:r>
    </w:p>
    <w:p>
      <w:r>
        <w:t>13. Тогда Иисус пришёл из Галилеи к Иордану, к Иоанну, чтобы креститься у него.</w:t>
      </w:r>
    </w:p>
    <w:p>
      <w:r>
        <w:t>14. Иоанн пытался удержать Его: «Мне нужно креститься у Тебя, а Ты приходишь ко мне?»</w:t>
      </w:r>
    </w:p>
    <w:p>
      <w:r>
        <w:t>15. Но Иисус ответил: «Пусть сейчас будет так, потому что нам надлежит исполнить всякую праведность». Тогда Иоанн согласился.</w:t>
      </w:r>
    </w:p>
    <w:p>
      <w:r>
        <w:t>16. После крещения Иисус сразу вышел из воды. И вот, небеса открылись, и Он увидел Духа Божьего, сходящего словно голубь и опускающегося на Него.</w:t>
      </w:r>
    </w:p>
    <w:p>
      <w:r>
        <w:t>17. И вот, с небес прозвучал голос: «Это Мой любимый Сын, Которым Я доволен».</w:t>
      </w:r>
    </w:p>
    <w:p>
      <w:pPr>
        <w:pStyle w:val="Heading2"/>
      </w:pPr>
      <w:r>
        <w:t>Глава 4</w:t>
      </w:r>
    </w:p>
    <w:p>
      <w:r>
        <w:t>1. Тогда Дух повёл Иисуса в пустыню, чтобы дьявол испытал Его.</w:t>
      </w:r>
    </w:p>
    <w:p>
      <w:r>
        <w:t>2. После сорока дней и сорока ночей поста Он проголодался.</w:t>
      </w:r>
    </w:p>
    <w:p>
      <w:r>
        <w:t>3. Искуситель подошёл к Нему и сказал: «Если Ты Сын Божий, скажи, чтобы эти камни стали хлебом».</w:t>
      </w:r>
    </w:p>
    <w:p>
      <w:r>
        <w:t>4. Но Иисус ответил: «Написано: “Не одним хлебом будет жить человек, но всяким словом, исходящим из уст Бога”».</w:t>
      </w:r>
    </w:p>
    <w:p>
      <w:r>
        <w:t>5. Тогда дьявол взял Его в святой город, поставил на самом высоком месте храма</w:t>
      </w:r>
    </w:p>
    <w:p>
      <w:r>
        <w:t>6. и сказал: «Если Ты Сын Божий, бросься вниз. Ведь написано: “Он повелит Своим ангелам о Тебе”, и: “Они понесут Тебя на руках, чтобы Ты не споткнулся о камень”».</w:t>
      </w:r>
    </w:p>
    <w:p>
      <w:r>
        <w:t>7. Иисус ответил ему: «Также написано: “Не испытывай Господа, Бога твоего”».</w:t>
      </w:r>
    </w:p>
    <w:p>
      <w:r>
        <w:t>8. Снова дьявол взял Его на очень высокую гору и показал Ему все царства мира и их славу.</w:t>
      </w:r>
    </w:p>
    <w:p>
      <w:r>
        <w:t>9. Он сказал: «Всё это я дам Тебе, если Ты падёшь передо мной и поклонишься мне».</w:t>
      </w:r>
    </w:p>
    <w:p>
      <w:r>
        <w:t>10. Тогда Иисус сказал ему: «Уйди, сатана! Ведь написано: “Господу, Богу твоему, поклоняйся и Ему одному служи”».</w:t>
      </w:r>
    </w:p>
    <w:p>
      <w:r>
        <w:t>11. Тогда дьявол оставил Его, и ангелы пришли и стали служить Ему.</w:t>
      </w:r>
    </w:p>
    <w:p>
      <w:r>
        <w:t>12. Услышав, что Иоанн взят под стражу, Иисус удалился в Галилею.</w:t>
      </w:r>
    </w:p>
    <w:p>
      <w:r>
        <w:t>13. Он оставил Назарет и поселился в Капернауме у моря, в пределах Завулона и Неффалима,</w:t>
      </w:r>
    </w:p>
    <w:p>
      <w:r>
        <w:t>14. чтобы исполнилось сказанное через пророка Исаию:</w:t>
      </w:r>
    </w:p>
    <w:p>
      <w:r>
        <w:t>15. «Земля Завулона и земля Неффалима, путь у моря, за Иорданом, Галилея народов —</w:t>
      </w:r>
    </w:p>
    <w:p>
      <w:r>
        <w:t>16. народ, сидящий во тьме, увидел великий свет; над сидящими в стране и тени смерти взошёл свет».</w:t>
      </w:r>
    </w:p>
    <w:p>
      <w:r>
        <w:t>17. С того времени Иисус начал проповедовать: «Покайтесь, потому что Царство Небес приблизилось».</w:t>
      </w:r>
    </w:p>
    <w:p>
      <w:r>
        <w:t>18. Проходя вдоль Галилейского моря, Он увидел двух братьев: Симона, называемого Петром, и Андрея, его брата. Они забрасывали сеть в море, потому что были рыбаками.</w:t>
      </w:r>
    </w:p>
    <w:p>
      <w:r>
        <w:t>19. Он сказал им: «Идите за Мной, и Я сделаю вас ловцами людей».</w:t>
      </w:r>
    </w:p>
    <w:p>
      <w:r>
        <w:t>20. Они сразу оставили сети и последовали за Ним.</w:t>
      </w:r>
    </w:p>
    <w:p>
      <w:r>
        <w:t>21. Пройдя дальше, Он увидел других двух братьев — Иакова, сына Зеведея, и Иоанна, его брата. Они были в лодке со своим отцом Зеведеем и чинили сети. Иисус позвал их.</w:t>
      </w:r>
    </w:p>
    <w:p>
      <w:r>
        <w:t>22. Они сразу оставили лодку и отца и последовали за Ним.</w:t>
      </w:r>
    </w:p>
    <w:p>
      <w:r>
        <w:t>23. Иисус ходил по всей Галилее, учил в их синагогах, проповедовал Благую весть Царства и исцелял всякую болезнь и всякую немощь среди народа.</w:t>
      </w:r>
    </w:p>
    <w:p>
      <w:r>
        <w:t>24. Слух о Нём распространился по всей Сирии. К Нему приводили всех страдающих разными болезнями и мучениями: одержимых демонами, страдающих припадками и парализованных; и Он исцелял их.</w:t>
      </w:r>
    </w:p>
    <w:p>
      <w:r>
        <w:t>25. За Ним следовали большие толпы из Галилеи, Десятиградия, Иерусалима, Иудеи и из-за Иордана.</w:t>
      </w:r>
    </w:p>
    <w:p>
      <w:pPr>
        <w:pStyle w:val="Heading2"/>
      </w:pPr>
      <w:r>
        <w:t>Глава 5</w:t>
      </w:r>
    </w:p>
    <w:p>
      <w:r>
        <w:t>1. Увидев толпы людей, Иисус поднялся на гору. Он сел, и к Нему подошли ученики.</w:t>
      </w:r>
    </w:p>
    <w:p>
      <w:r>
        <w:t>2. Тогда Он начал учить их:</w:t>
      </w:r>
    </w:p>
    <w:p>
      <w:r>
        <w:t>3. «Блаженны нищие духом, потому что им принадлежит Царство Небес.</w:t>
      </w:r>
    </w:p>
    <w:p>
      <w:r>
        <w:t>4. Блаженны плачущие, потому что они будут утешены.</w:t>
      </w:r>
    </w:p>
    <w:p>
      <w:r>
        <w:t>5. Блаженны кроткие, потому что они наследуют землю.</w:t>
      </w:r>
    </w:p>
    <w:p>
      <w:r>
        <w:t>6. Блаженны голодные и жаждущие праведности, потому что они насытятся.</w:t>
      </w:r>
    </w:p>
    <w:p>
      <w:r>
        <w:t>7. Блаженны милосердные, потому что они будут помилованы.</w:t>
      </w:r>
    </w:p>
    <w:p>
      <w:r>
        <w:t>8. Блаженны чистые сердцем, потому что они увидят Бога.</w:t>
      </w:r>
    </w:p>
    <w:p>
      <w:r>
        <w:t>9. Блаженны миротворцы, потому что они будут названы сынами Божьими.</w:t>
      </w:r>
    </w:p>
    <w:p>
      <w:r>
        <w:t>10. Блаженны преследуемые за праведность, потому что им принадлежит Царство Небес.</w:t>
      </w:r>
    </w:p>
    <w:p>
      <w:r>
        <w:t>11. Блаженны вы, когда из-за Меня вас оскорбляют, преследуют и ложно говорят против вас всякое зло.</w:t>
      </w:r>
    </w:p>
    <w:p>
      <w:r>
        <w:t>12. Радуйтесь и ликуйте, потому что велика ваша награда на небесах. Так же преследовали пророков, бывших до вас.</w:t>
      </w:r>
    </w:p>
    <w:p>
      <w:r>
        <w:t>13. Вы — соль земли. Но если соль потеряет вкус, чем сделать её солёной? Она уже ни на что не годится, кроме как быть выброшенной и попираемой людьми.</w:t>
      </w:r>
    </w:p>
    <w:p>
      <w:r>
        <w:t>14. Вы — свет мира. Город, стоящий на горе, не может скрыться.</w:t>
      </w:r>
    </w:p>
    <w:p>
      <w:r>
        <w:t>15. И светильник зажигают не для того, чтобы поставить под сосуд, а на подставку, и он светит всем в доме.</w:t>
      </w:r>
    </w:p>
    <w:p>
      <w:r>
        <w:t>16. Так пусть ваш свет сияет перед людьми, чтобы они видели ваши добрые дела и прославляли вашего Отца на небесах.</w:t>
      </w:r>
    </w:p>
    <w:p>
      <w:r>
        <w:t>17. Не думайте, что Я пришёл отменить Закон или Пророков. Я пришёл не отменить, а исполнить.</w:t>
      </w:r>
    </w:p>
    <w:p>
      <w:r>
        <w:t>18. Истинно говорю вам: пока не пройдут небо и земля, ни одна йота и ни одна черта не исчезнут из Закона, пока всё не исполнится.</w:t>
      </w:r>
    </w:p>
    <w:p>
      <w:r>
        <w:t>19. Поэтому кто нарушит одну из этих наименьших заповедей и научит этому других, будет назван наименьшим в Царстве Небес; а кто исполняет их и учит им, будет назван великим в Царстве Небес.</w:t>
      </w:r>
    </w:p>
    <w:p>
      <w:r>
        <w:t>20. Говорю вам: если ваша праведность не превзойдёт праведность книжников и фарисеев, вы не войдёте в Царство Небес.</w:t>
      </w:r>
    </w:p>
    <w:p>
      <w:r>
        <w:t>21. Вы слышали, что древним было сказано: “Не убивай”, и: “Кто убьёт, подлежит суду”.</w:t>
      </w:r>
    </w:p>
    <w:p>
      <w:r>
        <w:t>22. А Я говорю вам: всякий, кто гневается на своего брата, подлежит суду; кто скажет брату: “Пустой человек”, подлежит синедриону; а кто скажет: “Безумец”, подлежит огненной геенне.</w:t>
      </w:r>
    </w:p>
    <w:p>
      <w:r>
        <w:t>23. Поэтому, если ты приносишь свой дар к жертвеннику и там вспоминаешь, что твой брат имеет что-то против тебя,</w:t>
      </w:r>
    </w:p>
    <w:p>
      <w:r>
        <w:t>24. оставь дар перед жертвенником, сначала пойди и примирись с братом, а потом вернись и принеси дар.</w:t>
      </w:r>
    </w:p>
    <w:p>
      <w:r>
        <w:t>25. Скорее примирись со своим противником, пока вы ещё в пути, чтобы противник не передал тебя судье, судья — служителю, и ты не оказался в тюрьме.</w:t>
      </w:r>
    </w:p>
    <w:p>
      <w:r>
        <w:t>26. Истинно говорю тебе: ты не выйдешь оттуда, пока не отдашь всё до последней монеты.</w:t>
      </w:r>
    </w:p>
    <w:p>
      <w:r>
        <w:t>27. Вы слышали, что сказано: “Не нарушай супружескую верность”.</w:t>
      </w:r>
    </w:p>
    <w:p>
      <w:r>
        <w:t>28. А Я говорю вам: всякий, кто смотрит на женщину, чтобы разжечь к ней желание, уже нарушил супружескую верность в своём сердце.</w:t>
      </w:r>
    </w:p>
    <w:p>
      <w:r>
        <w:t>29. Если то, на что ты смотришь, становится для тебя причиной падения, решительно отвернись от этого: лучше потерять что-то ценное, чем позволить греху привести тебя к погибели.</w:t>
      </w:r>
    </w:p>
    <w:p>
      <w:r>
        <w:t>30. И если то, что ты делаешь, становится для тебя причиной падения, решительно откажись от этого: лучше лишиться чего-то важного, чем позволить греху привести тебя к погибели.</w:t>
      </w:r>
    </w:p>
    <w:p>
      <w:r>
        <w:t>31. Также было сказано: “Кто разводится с женой, пусть даст ей разводное свидетельство”.</w:t>
      </w:r>
    </w:p>
    <w:p>
      <w:r>
        <w:t>32. А Я говорю вам: каждый, кто разводится с женой не по причине сексуальной неверности, тем вводит её в прелюбодеяние; и кто женится на разведённой, прелюбодействует.</w:t>
      </w:r>
    </w:p>
    <w:p>
      <w:r>
        <w:t>33. Ещё вы слышали, что древним было сказано: “Не нарушай клятвы, но исполняй перед Господом свои обещания”.</w:t>
      </w:r>
    </w:p>
    <w:p>
      <w:r>
        <w:t>34. А Я говорю вам: вовсе не клянитесь — ни небом, потому что оно престол Бога,</w:t>
      </w:r>
    </w:p>
    <w:p>
      <w:r>
        <w:t>35. ни землёй, потому что она подножие Его ног, ни Иерусалимом, потому что он город великого Царя.</w:t>
      </w:r>
    </w:p>
    <w:p>
      <w:r>
        <w:t>36. Не клянись и своей головой, потому что ты не можешь сделать ни одного волоса белым или чёрным.</w:t>
      </w:r>
    </w:p>
    <w:p>
      <w:r>
        <w:t>37. Пусть ваше “да” будет да, а “нет” — нет. Всё, что сверх этого, — от зла.</w:t>
      </w:r>
    </w:p>
    <w:p>
      <w:r>
        <w:t>38. Вы слышали, что сказано: “Глаз за глаз и зуб за зуб”.</w:t>
      </w:r>
    </w:p>
    <w:p>
      <w:r>
        <w:t>39. А Я говорю вам: не противьтесь злому. Кто ударит тебя по правой щеке, поверни к нему и другую.</w:t>
      </w:r>
    </w:p>
    <w:p>
      <w:r>
        <w:t>40. Если кто-то хочет судиться с тобой и забрать рубаху, отдай ему и верхнюю одежду.</w:t>
      </w:r>
    </w:p>
    <w:p>
      <w:r>
        <w:t>41. Если кто-то принуждает тебя пройти одну милю, пройди с ним две.</w:t>
      </w:r>
    </w:p>
    <w:p>
      <w:r>
        <w:t>42. Просящему у тебя дай и от желающего занять не отворачивайся.</w:t>
      </w:r>
    </w:p>
    <w:p>
      <w:r>
        <w:t>43. Вы слышали, что сказано: “Люби своего ближнего” и “ненавидь своего врага”.</w:t>
      </w:r>
    </w:p>
    <w:p>
      <w:r>
        <w:t>44. А Я говорю вам: любите своих врагов и молитесь за тех, кто преследует вас.</w:t>
      </w:r>
    </w:p>
    <w:p>
      <w:r>
        <w:t>45. Так вы станете сынами вашего Отца на небесах, потому что Он повелевает солнцу восходить над злыми и добрыми и посылает дождь праведным и неправедным.</w:t>
      </w:r>
    </w:p>
    <w:p>
      <w:r>
        <w:t>46. Если вы любите только любящих вас, какая вам награда? Разве сборщики пошлин не делают того же?</w:t>
      </w:r>
    </w:p>
    <w:p>
      <w:r>
        <w:t>47. И если приветствуете только своих братьев, что особенного вы делаете? Разве язычники не делают того же?</w:t>
      </w:r>
    </w:p>
    <w:p>
      <w:r>
        <w:t>48. Итак, будьте совершенны, как совершенен ваш Небесный Отец.</w:t>
      </w:r>
    </w:p>
    <w:p>
      <w:pPr>
        <w:pStyle w:val="Heading2"/>
      </w:pPr>
      <w:r>
        <w:t>Глава 6</w:t>
      </w:r>
    </w:p>
    <w:p>
      <w:r>
        <w:t>1. Смотрите, не творите свою праведность перед людьми ради того, чтобы они вас заметили. Иначе не получите награды от вашего Отца на небесах.</w:t>
      </w:r>
    </w:p>
    <w:p>
      <w:r>
        <w:t>2. Поэтому, когда даёшь нуждающемуся, не труби перед собой, как делают лицемеры в синагогах и на улицах, чтобы люди прославляли их. Истинно говорю вам: они уже получили свою награду.</w:t>
      </w:r>
    </w:p>
    <w:p>
      <w:r>
        <w:t>3. Когда же ты даёшь нуждающемуся, пусть твоя левая рука не знает, что делает правая,</w:t>
      </w:r>
    </w:p>
    <w:p>
      <w:r>
        <w:t>4. чтобы твоя помощь оставалась втайне. И твой Отец, видящий тайное, воздаст тебе.</w:t>
      </w:r>
    </w:p>
    <w:p>
      <w:r>
        <w:t>5. Когда молитесь, не будьте как лицемеры: они любят молиться, стоя в синагогах и на углах улиц, чтобы их видели люди. Истинно говорю вам: они уже получили свою награду.</w:t>
      </w:r>
    </w:p>
    <w:p>
      <w:r>
        <w:t>6. А ты, когда молишься, войди в свою комнату, закрой дверь и молись твоему Отцу, Который втайне. И твой Отец, видящий тайное, воздаст тебе.</w:t>
      </w:r>
    </w:p>
    <w:p>
      <w:r>
        <w:t>7. Молясь, не нагромождайте пустых повторений, как язычники: они думают, что будут услышаны благодаря многословию.</w:t>
      </w:r>
    </w:p>
    <w:p>
      <w:r>
        <w:t>8. Не уподобляйтесь им, потому что ваш Отец знает, в чём вы нуждаетесь, прежде чем вы попросите Его.</w:t>
      </w:r>
    </w:p>
    <w:p>
      <w:r>
        <w:t>9. Поэтому молитесь так: «Отец наш на небесах, пусть святится Твоё имя.</w:t>
      </w:r>
    </w:p>
    <w:p>
      <w:r>
        <w:t>10. Пусть придёт Твоё Царство. Пусть исполнится Твоя воля на земле, как на небе.</w:t>
      </w:r>
    </w:p>
    <w:p>
      <w:r>
        <w:t>11. Дай нам сегодня наш насущный хлеб.</w:t>
      </w:r>
    </w:p>
    <w:p>
      <w:r>
        <w:t>12. Прости нам наши долги, как и мы простили нашим должникам.</w:t>
      </w:r>
    </w:p>
    <w:p>
      <w:r>
        <w:t>13. И не введи нас в испытание, но избавь нас от злого».</w:t>
      </w:r>
    </w:p>
    <w:p>
      <w:r>
        <w:t>14. Потому что если вы прощаете людям их проступки, то и ваш Небесный Отец простит вас.</w:t>
      </w:r>
    </w:p>
    <w:p>
      <w:r>
        <w:t>15. А если не прощаете людям, то и ваш Отец не простит ваших проступков.</w:t>
      </w:r>
    </w:p>
    <w:p>
      <w:r>
        <w:t>16. Когда поститесь, не становитесь мрачными, как лицемеры: они искажают свои лица, чтобы людям было видно, что они постятся. Истинно говорю вам: они уже получили свою награду.</w:t>
      </w:r>
    </w:p>
    <w:p>
      <w:r>
        <w:t>17. А ты, когда постишься, помажь голову и умой лицо,</w:t>
      </w:r>
    </w:p>
    <w:p>
      <w:r>
        <w:t>18. чтобы не людям было видно, что ты постишься, а твоему Отцу, Который втайне. И твой Отец, видящий тайное, воздаст тебе.</w:t>
      </w:r>
    </w:p>
    <w:p>
      <w:r>
        <w:t>19. Не собирайте себе сокровищ на земле, где моль и ржавчина уничтожают и где воры проникают и крадут.</w:t>
      </w:r>
    </w:p>
    <w:p>
      <w:r>
        <w:t>20. Собирайте себе сокровища на небе, где ни моль, ни ржавчина не уничтожают и где воры не проникают и не крадут.</w:t>
      </w:r>
    </w:p>
    <w:p>
      <w:r>
        <w:t>21. Потому что где твоё сокровище, там будет и твоё сердце.</w:t>
      </w:r>
    </w:p>
    <w:p>
      <w:r>
        <w:t>22. Светильник тела — глаз. Если твой глаз здоров, всё твоё тело будет светло.</w:t>
      </w:r>
    </w:p>
    <w:p>
      <w:r>
        <w:t>23. Но если твой глаз дурен, всё твоё тело будет во тьме. И если свет в тебе — тьма, как велика эта тьма!</w:t>
      </w:r>
    </w:p>
    <w:p>
      <w:r>
        <w:t>24. Никто не может служить двум господам: либо одного будет ненавидеть, а другого любить, либо одному будет предан, а другим пренебрегать. Вы не можете служить Богу и маммоне.</w:t>
      </w:r>
    </w:p>
    <w:p>
      <w:r>
        <w:t>25. Поэтому говорю вам: не тревожьтесь о своей жизни — что вам есть, — и о теле — во что одеться. Разве жизнь не больше пищи, а тело — одежды?</w:t>
      </w:r>
    </w:p>
    <w:p>
      <w:r>
        <w:t>26. Посмотрите на небесных птиц: они не сеют, не жнут и не собирают в амбары, но ваш Небесный Отец кормит их. Разве вы не гораздо ценнее их?</w:t>
      </w:r>
    </w:p>
    <w:p>
      <w:r>
        <w:t>27. Кто из вас своей тревогой может прибавить к своему росту хотя бы один локоть?</w:t>
      </w:r>
    </w:p>
    <w:p>
      <w:r>
        <w:t>28. И об одежде зачем тревожитесь? Посмотрите, как растут полевые лилии: они не трудятся и не прядут.</w:t>
      </w:r>
    </w:p>
    <w:p>
      <w:r>
        <w:t>29. Но говорю вам: даже Соломон во всей своей славе не одевался так, как одна из них.</w:t>
      </w:r>
    </w:p>
    <w:p>
      <w:r>
        <w:t>30. Если Бог так одевает полевую траву, которая сегодня есть, а завтра будет брошена в печь, не тем ли больше Он позаботится о вас, маловерные?</w:t>
      </w:r>
    </w:p>
    <w:p>
      <w:r>
        <w:t>31. Поэтому не тревожьтесь и не говорите: “Что нам есть?”, “Что пить?” или “Во что одеться?”</w:t>
      </w:r>
    </w:p>
    <w:p>
      <w:r>
        <w:t>32. Ведь всего этого ищут язычники. Ваш Небесный Отец знает, что вы нуждаетесь во всём этом.</w:t>
      </w:r>
    </w:p>
    <w:p>
      <w:r>
        <w:t>33. Ищите прежде Его Царства и Его праведности, и всё это будет дано вам.</w:t>
      </w:r>
    </w:p>
    <w:p>
      <w:r>
        <w:t>34. Поэтому не тревожьтесь о завтрашнем дне: завтра само принесёт свои заботы. Каждому дню достаточно своей трудности.</w:t>
      </w:r>
    </w:p>
    <w:p>
      <w:pPr>
        <w:pStyle w:val="Heading2"/>
      </w:pPr>
      <w:r>
        <w:t>Глава 7</w:t>
      </w:r>
    </w:p>
    <w:p>
      <w:r>
        <w:t>1. Не судите, чтобы и вас не судили.</w:t>
      </w:r>
    </w:p>
    <w:p>
      <w:r>
        <w:t>2. Потому что каким судом вы судите, таким будут судить и вас; какой мерой меряете, такой отмерят и вам.</w:t>
      </w:r>
    </w:p>
    <w:p>
      <w:r>
        <w:t>3. Почему ты замечаешь соринку в глазу брата, а бревна в собственном глазу не замечаешь?</w:t>
      </w:r>
    </w:p>
    <w:p>
      <w:r>
        <w:t>4. Как можешь сказать брату: “Дай я выну соринку из твоего глаза”, когда в твоём собственном глазу бревно?</w:t>
      </w:r>
    </w:p>
    <w:p>
      <w:r>
        <w:t>5. Лицемер! Сначала убери бревно из своего глаза, и тогда ясно увидишь, как вынуть соринку из глаза брата.</w:t>
      </w:r>
    </w:p>
    <w:p>
      <w:r>
        <w:t>6. Не давайте святыни псам и не бросайте ваш жемчуг перед свиньями, чтобы они не растоптали его и, обернувшись, не напали на вас.</w:t>
      </w:r>
    </w:p>
    <w:p>
      <w:r>
        <w:t>7. Просите — и вам будет дано; ищите — и найдёте; стучите — и вам откроют.</w:t>
      </w:r>
    </w:p>
    <w:p>
      <w:r>
        <w:t>8. Потому что всякий просящий получает, ищущий находит, а стучащему открывают.</w:t>
      </w:r>
    </w:p>
    <w:p>
      <w:r>
        <w:t>9. Есть ли среди вас человек, который даст сыну камень, если тот попросит хлеба?</w:t>
      </w:r>
    </w:p>
    <w:p>
      <w:r>
        <w:t>10. Или даст ему змею, если он попросит рыбы?</w:t>
      </w:r>
    </w:p>
    <w:p>
      <w:r>
        <w:t>11. Если вы, будучи злыми, умеете давать своим детям хорошие дары, тем более ваш Отец на небесах даст добро просящим у Него.</w:t>
      </w:r>
    </w:p>
    <w:p>
      <w:r>
        <w:t>12. Итак, во всём поступайте с людьми так, как хотите, чтобы они поступали с вами. В этом — Закон и Пророки.</w:t>
      </w:r>
    </w:p>
    <w:p>
      <w:r>
        <w:t>13. Входите через узкие ворота. Потому что широки ворота и просторен путь, ведущий к погибели, и многие входят через них.</w:t>
      </w:r>
    </w:p>
    <w:p>
      <w:r>
        <w:t>14. Потому что тесны ворота и сжат путь, ведущий к жизни, и немногие находят его!</w:t>
      </w:r>
    </w:p>
    <w:p>
      <w:r>
        <w:t>15. Берегитесь лжепророков: они приходят к вам в овечьей одежде, а внутри — хищные волки.</w:t>
      </w:r>
    </w:p>
    <w:p>
      <w:r>
        <w:t>16. По их плодам вы узнаете их. Разве собирают виноград с терновника или инжир с чертополоха?</w:t>
      </w:r>
    </w:p>
    <w:p>
      <w:r>
        <w:t>17. Так всякое хорошее дерево приносит добрый плод, а плохое дерево — плохой.</w:t>
      </w:r>
    </w:p>
    <w:p>
      <w:r>
        <w:t>18. Хорошее дерево не может приносить плохой плод, а плохое — добрый.</w:t>
      </w:r>
    </w:p>
    <w:p>
      <w:r>
        <w:t>19. Всякое дерево, не приносящее доброго плода, срубают и бросают в огонь.</w:t>
      </w:r>
    </w:p>
    <w:p>
      <w:r>
        <w:t>20. Итак, по их плодам вы узнаете их.</w:t>
      </w:r>
    </w:p>
    <w:p>
      <w:r>
        <w:t>21. Не всякий, говорящий Мне: “Господи! Господи!”, войдёт в Царство Небес, а тот, кто исполняет волю Моего Отца на небесах.</w:t>
      </w:r>
    </w:p>
    <w:p>
      <w:r>
        <w:t>22. Многие скажут Мне в тот день: “Господи! Господи! Разве не Твоим именем мы пророчествовали, не Твоим именем изгоняли демонов и не Твоим именем совершали многие чудеса?”</w:t>
      </w:r>
    </w:p>
    <w:p>
      <w:r>
        <w:t>23. Тогда Я скажу им прямо: “Я никогда не знал вас. Отойдите от Меня, делающие беззаконие”.</w:t>
      </w:r>
    </w:p>
    <w:p>
      <w:r>
        <w:t>24. Поэтому всякий, кто слышит эти Мои слова и исполняет их, подобен разумному человеку, который построил свой дом на скале.</w:t>
      </w:r>
    </w:p>
    <w:p>
      <w:r>
        <w:t>25. Пошёл дождь, разлились реки, поднялись ветры и обрушились на дом, но он не рухнул, потому что был основан на скале.</w:t>
      </w:r>
    </w:p>
    <w:p>
      <w:r>
        <w:t>26. А всякий, кто слышит эти Мои слова и не исполняет их, подобен неразумному человеку, который построил свой дом на песке.</w:t>
      </w:r>
    </w:p>
    <w:p>
      <w:r>
        <w:t>27. Пошёл дождь, разлились реки, поднялись ветры и обрушились на дом; он рухнул, и падение его было велико».</w:t>
      </w:r>
    </w:p>
    <w:p>
      <w:r>
        <w:t>28. Когда Иисус закончил эти слова, народ был поражён Его учением,</w:t>
      </w:r>
    </w:p>
    <w:p>
      <w:r>
        <w:t>29. потому что Он учил их как имеющий власть, а не как их книжники.</w:t>
      </w:r>
    </w:p>
    <w:p>
      <w:pPr>
        <w:pStyle w:val="Heading2"/>
      </w:pPr>
      <w:r>
        <w:t>Глава 8</w:t>
      </w:r>
    </w:p>
    <w:p>
      <w:r>
        <w:t>1. Когда Иисус спустился с горы, за Ним последовали большие толпы.</w:t>
      </w:r>
    </w:p>
    <w:p>
      <w:r>
        <w:t>2. К Нему подошёл прокажённый, поклонился и сказал: «Господи, если Ты захочешь, Ты можешь меня очистить».</w:t>
      </w:r>
    </w:p>
    <w:p>
      <w:r>
        <w:t>3. Иисус протянул руку, коснулся его и сказал: «Хочу. Очистись!» И он сразу очистился от проказы.</w:t>
      </w:r>
    </w:p>
    <w:p>
      <w:r>
        <w:t>4. Иисус сказал ему: «Смотри, никому не говори. Но пойди, покажись священнику и принеси дар, который повелел Моисей, — во свидетельство им».</w:t>
      </w:r>
    </w:p>
    <w:p>
      <w:r>
        <w:t>5. Когда Иисус вошёл в Капернаум, к Нему подошёл сотник и стал просить:</w:t>
      </w:r>
    </w:p>
    <w:p>
      <w:r>
        <w:t>6. «Господи, мой слуга лежит дома парализованный и тяжело страдает».</w:t>
      </w:r>
    </w:p>
    <w:p>
      <w:r>
        <w:t>7. Иисус сказал ему: «Я приду и исцелю его».</w:t>
      </w:r>
    </w:p>
    <w:p>
      <w:r>
        <w:t>8. Сотник ответил: «Господи, я недостоин, чтобы Ты вошёл под мою крышу. Только скажи слово, и мой слуга исцелится.</w:t>
      </w:r>
    </w:p>
    <w:p>
      <w:r>
        <w:t>9. Ведь и я человек под властью, и у меня есть подчинённые воины. Одному говорю: “Иди”, и он идёт; другому: “Приди”, и приходит; слуге: “Сделай это”, и он делает».</w:t>
      </w:r>
    </w:p>
    <w:p>
      <w:r>
        <w:t>10. Услышав это, Иисус удивился и сказал следовавшим за Ним: «Истинно говорю вам: ни у кого в Израиле Я не нашёл такой веры.</w:t>
      </w:r>
    </w:p>
    <w:p>
      <w:r>
        <w:t>11. Говорю вам: многие придут с востока и запада и возлягут с Авраамом, Исааком и Иаковом в Царстве Небес,</w:t>
      </w:r>
    </w:p>
    <w:p>
      <w:r>
        <w:t>12. а сыны Царства окажутся снаружи, во тьме. Там будут плач и скрежет зубов».</w:t>
      </w:r>
    </w:p>
    <w:p>
      <w:r>
        <w:t>13. Иисус сказал сотнику: «Иди. Пусть будет тебе по твоей вере». И в тот же час слуга исцелился.</w:t>
      </w:r>
    </w:p>
    <w:p>
      <w:r>
        <w:t>14. Придя в дом Петра, Иисус увидел его тёщу лежащей в горячке.</w:t>
      </w:r>
    </w:p>
    <w:p>
      <w:r>
        <w:t>15. Он коснулся её руки, горячка оставила её, и она встала и стала служить Ему.</w:t>
      </w:r>
    </w:p>
    <w:p>
      <w:r>
        <w:t>16. Когда наступил вечер, к Нему привели многих одержимых демонами. Он словом изгонял духов и исцелил всех больных,</w:t>
      </w:r>
    </w:p>
    <w:p>
      <w:r>
        <w:t>17. чтобы исполнилось сказанное через пророка Исаию: «Он взял наши немощи и понёс наши болезни».</w:t>
      </w:r>
    </w:p>
    <w:p>
      <w:r>
        <w:t>18. Увидев вокруг Себя толпу, Иисус велел переправиться на другую сторону.</w:t>
      </w:r>
    </w:p>
    <w:p>
      <w:r>
        <w:t>19. Один книжник подошёл и сказал: «Учитель, я последую за Тобой, куда бы Ты ни пошёл».</w:t>
      </w:r>
    </w:p>
    <w:p>
      <w:r>
        <w:t>20. Иисус ответил: «У лис есть норы, у небесных птиц — гнёзда, а Сыну Человеческому негде склонить голову».</w:t>
      </w:r>
    </w:p>
    <w:p>
      <w:r>
        <w:t>21. Другой ученик сказал Ему: «Господи, позволь мне прежде пойти и похоронить отца».</w:t>
      </w:r>
    </w:p>
    <w:p>
      <w:r>
        <w:t>22. Но Иисус сказал: «Следуй за Мной, и оставь мёртвым хоронить своих мёртвых».</w:t>
      </w:r>
    </w:p>
    <w:p>
      <w:r>
        <w:t>23. Когда Он вошёл в лодку, за Ним последовали ученики.</w:t>
      </w:r>
    </w:p>
    <w:p>
      <w:r>
        <w:t>24. И вот, на море поднялась сильная буря, так что лодку накрывало волнами. А Иисус спал.</w:t>
      </w:r>
    </w:p>
    <w:p>
      <w:r>
        <w:t>25. Они подошли, разбудили Его и сказали: «Господи, спаси! Мы погибаем!»</w:t>
      </w:r>
    </w:p>
    <w:p>
      <w:r>
        <w:t>26. Он сказал им: «Почему вы боитесь, маловерные?» Затем встал, запретил ветрам и морю, и наступила великая тишина.</w:t>
      </w:r>
    </w:p>
    <w:p>
      <w:r>
        <w:t>27. Люди удивлялись и говорили: «Кто Он такой, что даже ветры и море повинуются Ему?»</w:t>
      </w:r>
    </w:p>
    <w:p>
      <w:r>
        <w:t>28. Когда Иисус прибыл на другую сторону, в область гадаринцев, Ему навстречу из погребальных пещер вышли двое одержимых демонами. Они были настолько опасны, что никто не решался проходить той дорогой.</w:t>
      </w:r>
    </w:p>
    <w:p>
      <w:r>
        <w:t>29. Они закричали: «Что Тебе до нас, Сын Божий? Ты пришёл мучить нас раньше времени?»</w:t>
      </w:r>
    </w:p>
    <w:p>
      <w:r>
        <w:t>30. Вдали от них паслось большое стадо свиней.</w:t>
      </w:r>
    </w:p>
    <w:p>
      <w:r>
        <w:t>31. Демоны просили Его: «Если изгоняешь нас, пошли нас в стадо свиней».</w:t>
      </w:r>
    </w:p>
    <w:p>
      <w:r>
        <w:t>32. Он сказал им: «Идите». Они вышли и вошли в свиней; стадо бросилось вниз к морю и погибло в воде.</w:t>
      </w:r>
    </w:p>
    <w:p>
      <w:r>
        <w:t>33. Пастухи убежали, пришли в город и рассказали обо всём, в том числе о том, что произошло с одержимыми.</w:t>
      </w:r>
    </w:p>
    <w:p>
      <w:r>
        <w:t>34. Тогда весь город вышел навстречу Иисусу. Увидев Его, люди попросили Его уйти из их области.</w:t>
      </w:r>
    </w:p>
    <w:p>
      <w:pPr>
        <w:pStyle w:val="Heading2"/>
      </w:pPr>
      <w:r>
        <w:t>Глава 9</w:t>
      </w:r>
    </w:p>
    <w:p>
      <w:r>
        <w:t>1. Иисус вошёл в лодку, переправился обратно и пришёл в Свой город.</w:t>
      </w:r>
    </w:p>
    <w:p>
      <w:r>
        <w:t>2. К Нему принесли парализованного, лежавшего на постели. Увидев их веру, Иисус сказал парализованному: «Смелее, сын! Твои грехи прощены».</w:t>
      </w:r>
    </w:p>
    <w:p>
      <w:r>
        <w:t>3. Некоторые книжники сказали про себя: «Он богохульствует».</w:t>
      </w:r>
    </w:p>
    <w:p>
      <w:r>
        <w:t>4. Иисус, зная их мысли, сказал: «Почему вы думаете злое в своих сердцах?</w:t>
      </w:r>
    </w:p>
    <w:p>
      <w:r>
        <w:t>5. Что легче сказать: “Твои грехи прощены” — или: “Встань и ходи”?</w:t>
      </w:r>
    </w:p>
    <w:p>
      <w:r>
        <w:t>6. Но чтобы вы знали, что Сын Человеческий имеет на земле власть прощать грехи…» Тогда Он сказал парализованному: «Встань, возьми свою постель и иди домой».</w:t>
      </w:r>
    </w:p>
    <w:p>
      <w:r>
        <w:t>7. Тот встал и пошёл домой.</w:t>
      </w:r>
    </w:p>
    <w:p>
      <w:r>
        <w:t>8. Увидев это, народ испугался и прославил Бога, давшего людям такую власть.</w:t>
      </w:r>
    </w:p>
    <w:p>
      <w:r>
        <w:t>9. Уходя оттуда, Иисус увидел человека по имени Матфей, сидевшего у места сбора пошлин, и сказал ему: «Следуй за Мной». Матфей встал и последовал за Ним.</w:t>
      </w:r>
    </w:p>
    <w:p>
      <w:r>
        <w:t>10. Когда Иисус возлежал за столом в доме, многие сборщики пошлин и грешники пришли и возлежали вместе с Ним и Его учениками.</w:t>
      </w:r>
    </w:p>
    <w:p>
      <w:r>
        <w:t>11. Увидев это, фарисеи спросили учеников: «Почему ваш Учитель ест со сборщиками пошлин и грешниками?»</w:t>
      </w:r>
    </w:p>
    <w:p>
      <w:r>
        <w:t>12. Иисус услышал и сказал: «Не здоровым нужен врач, а больным.</w:t>
      </w:r>
    </w:p>
    <w:p>
      <w:r>
        <w:t>13. Пойдите и поймите, что значит: “Милости хочу, а не жертвы”. Я пришёл призвать не праведных, а грешников».</w:t>
      </w:r>
    </w:p>
    <w:p>
      <w:r>
        <w:t>14. Тогда к Нему подошли ученики Иоанна и спросили: «Почему мы и фарисеи постимся, а Твои ученики не постятся?»</w:t>
      </w:r>
    </w:p>
    <w:p>
      <w:r>
        <w:t>15. Иисус ответил: «Могут ли гости на свадьбе скорбеть, пока жених с ними? Но придут дни, когда жениха у них отнимут, и тогда они будут поститься.</w:t>
      </w:r>
    </w:p>
    <w:p>
      <w:r>
        <w:t>16. Никто не пришивает заплату из новой ткани к старой одежде: заплата потянет одежду, и разрыв станет ещё больше.</w:t>
      </w:r>
    </w:p>
    <w:p>
      <w:r>
        <w:t>17. И молодое вино не наливают в старые мехи. Иначе мехи разорвутся, вино выльется, и мехи пропадут. Молодое вино наливают в новые мехи — тогда сохраняется и то и другое».</w:t>
      </w:r>
    </w:p>
    <w:p>
      <w:r>
        <w:t>18. Пока Он говорил им это, подошёл один начальник, поклонился Ему и сказал: «Моя дочь только что умерла. Но приди, возложи на неё руку, и она будет жить».</w:t>
      </w:r>
    </w:p>
    <w:p>
      <w:r>
        <w:t>19. Иисус встал и пошёл за ним; ученики тоже пошли.</w:t>
      </w:r>
    </w:p>
    <w:p>
      <w:r>
        <w:t>20. И вот, женщина, двенадцать лет страдавшая кровотечением, подошла сзади и прикоснулась к краю Его одежды.</w:t>
      </w:r>
    </w:p>
    <w:p>
      <w:r>
        <w:t>21. Она говорила себе: «Если только прикоснусь к Его одежде, буду спасена».</w:t>
      </w:r>
    </w:p>
    <w:p>
      <w:r>
        <w:t>22. Иисус обернулся, увидел её и сказал: «Смелее, дочь! Твоя вера спасла тебя». И с того часа женщина исцелилась.</w:t>
      </w:r>
    </w:p>
    <w:p>
      <w:r>
        <w:t>23. Придя в дом начальника, Иисус увидел музыкантов и шумящую толпу</w:t>
      </w:r>
    </w:p>
    <w:p>
      <w:r>
        <w:t>24. и сказал: «Уходите. Девочка не умерла, а спит». Люди смеялись над Ним.</w:t>
      </w:r>
    </w:p>
    <w:p>
      <w:r>
        <w:t>25. Когда толпу вывели, Он вошёл, взял девочку за руку, и она поднялась.</w:t>
      </w:r>
    </w:p>
    <w:p>
      <w:r>
        <w:t>26. Весть об этом распространилась по всей той области.</w:t>
      </w:r>
    </w:p>
    <w:p>
      <w:r>
        <w:t>27. Когда Иисус уходил оттуда, за Ним последовали двое слепых, которые кричали: «Помилуй нас, Сын Давида!»</w:t>
      </w:r>
    </w:p>
    <w:p>
      <w:r>
        <w:t>28. Когда Он вошёл в дом, слепые подошли к Нему. Иисус спросил их: «Вы верите, что Я могу это сделать?» Они ответили: «Да, Господи».</w:t>
      </w:r>
    </w:p>
    <w:p>
      <w:r>
        <w:t>29. Тогда Он коснулся их глаз и сказал: «Пусть будет вам по вашей вере».</w:t>
      </w:r>
    </w:p>
    <w:p>
      <w:r>
        <w:t>30. И они прозрели. Иисус строго предупредил их: «Смотрите, чтобы никто не узнал».</w:t>
      </w:r>
    </w:p>
    <w:p>
      <w:r>
        <w:t>31. Но они вышли и распространили весть о Нём по всей той области.</w:t>
      </w:r>
    </w:p>
    <w:p>
      <w:r>
        <w:t>32. Когда они уходили, к Иисусу привели немого человека, одержимого демоном.</w:t>
      </w:r>
    </w:p>
    <w:p>
      <w:r>
        <w:t>33. После изгнания демона немой заговорил. Народ удивлялся: «Никогда такого не было в Израиле!»</w:t>
      </w:r>
    </w:p>
    <w:p>
      <w:r>
        <w:t>34. Но фарисеи говорили: «Он изгоняет демонов силой правителя демонов».</w:t>
      </w:r>
    </w:p>
    <w:p>
      <w:r>
        <w:t>35. Иисус обходил все города и селения, учил в их синагогах, проповедовал Благую весть Царства и исцелял всякую болезнь и всякую немощь.</w:t>
      </w:r>
    </w:p>
    <w:p>
      <w:r>
        <w:t>36. Увидев толпы людей, Он сжалился над ними, потому что они были изнурены и беспомощны, как овцы без пастуха.</w:t>
      </w:r>
    </w:p>
    <w:p>
      <w:r>
        <w:t>37. Тогда Он сказал ученикам: «Жатвы много, а работников мало.</w:t>
      </w:r>
    </w:p>
    <w:p>
      <w:r>
        <w:t>38. Поэтому просите Господина жатвы послать работников на Свою жатву».</w:t>
      </w:r>
    </w:p>
    <w:p>
      <w:pPr>
        <w:pStyle w:val="Heading2"/>
      </w:pPr>
      <w:r>
        <w:t>Глава 10</w:t>
      </w:r>
    </w:p>
    <w:p>
      <w:r>
        <w:t>1. Подозвав двенадцать учеников, Иисус дал им власть над нечистыми духами, чтобы изгонять их, и власть исцелять всякую болезнь и всякую немощь.</w:t>
      </w:r>
    </w:p>
    <w:p>
      <w:r>
        <w:t>2. Вот имена двенадцати апостолов: первый — Симон, называемый Петром, и Андрей, его брат; Иаков, сын Зеведея, и Иоанн, его брат;</w:t>
      </w:r>
    </w:p>
    <w:p>
      <w:r>
        <w:t>3. Филипп и Варфоломей; Фома и Матфей, сборщик пошлин; Иаков, сын Алфея, и Фаддей;</w:t>
      </w:r>
    </w:p>
    <w:p>
      <w:r>
        <w:t>4. Симон Зилот и Иуда Искариот, который и предал Иисуса.</w:t>
      </w:r>
    </w:p>
    <w:p>
      <w:r>
        <w:t>5. Этих двенадцать Иисус послал, дав им наставление: «Не идите к язычникам и не входите в города самаритян.</w:t>
      </w:r>
    </w:p>
    <w:p>
      <w:r>
        <w:t>6. Идите прежде к потерянным овцам дома Израиля.</w:t>
      </w:r>
    </w:p>
    <w:p>
      <w:r>
        <w:t>7. Идя, проповедуйте: “Царство Небес приблизилось”.</w:t>
      </w:r>
    </w:p>
    <w:p>
      <w:r>
        <w:t>8. Исцеляйте больных, возвращайте к жизни умерших, очищайте прокажённых, изгоняйте демонов. Даром получили — даром давайте.</w:t>
      </w:r>
    </w:p>
    <w:p>
      <w:r>
        <w:t>9. Не берите с собой ни золота, ни серебра, ни меди в пояса,</w:t>
      </w:r>
    </w:p>
    <w:p>
      <w:r>
        <w:t>10. ни дорожной сумки, ни второй одежды, ни обуви, ни посоха, потому что работник достоин пропитания.</w:t>
      </w:r>
    </w:p>
    <w:p>
      <w:r>
        <w:t>11. В какой бы город или селение ни вошли, узнайте, кто там достоин принять вас, и оставайтесь у него до ухода.</w:t>
      </w:r>
    </w:p>
    <w:p>
      <w:r>
        <w:t>12. Входя в дом, пожелайте ему мира.</w:t>
      </w:r>
    </w:p>
    <w:p>
      <w:r>
        <w:t>13. Если дом достоин, пусть ваш мир придёт на него; если недостоин, пусть ваш мир вернётся к вам.</w:t>
      </w:r>
    </w:p>
    <w:p>
      <w:r>
        <w:t>14. А если кто не примет вас и не станет слушать ваших слов, уходя из этого дома или города, стряхните пыль с ног.</w:t>
      </w:r>
    </w:p>
    <w:p>
      <w:r>
        <w:t>15. Истинно говорю вам: земле Содома и Гоморры будет легче в день суда, чем тому городу.</w:t>
      </w:r>
    </w:p>
    <w:p>
      <w:r>
        <w:t>16. Вот, Я посылаю вас как овец среди волков. Поэтому будьте мудры как змеи и чисты как голуби.</w:t>
      </w:r>
    </w:p>
    <w:p>
      <w:r>
        <w:t>17. Берегитесь людей: вас будут предавать судам и бичевать в своих синагогах.</w:t>
      </w:r>
    </w:p>
    <w:p>
      <w:r>
        <w:t>18. Ради Меня вас поведут к правителям и царям — им и народам во свидетельство.</w:t>
      </w:r>
    </w:p>
    <w:p>
      <w:r>
        <w:t>19. Когда вас будут предавать, не тревожьтесь, как или что говорить: в тот час вам будет дано, что сказать.</w:t>
      </w:r>
    </w:p>
    <w:p>
      <w:r>
        <w:t>20. Потому что говорить будете не вы, а Дух вашего Отца будет говорить через вас.</w:t>
      </w:r>
    </w:p>
    <w:p>
      <w:r>
        <w:t>21. Брат предаст брата на смерть, отец — ребёнка; дети восстанут против родителей и будут добиваться их смерти.</w:t>
      </w:r>
    </w:p>
    <w:p>
      <w:r>
        <w:t>22. Все будут ненавидеть вас из-за Моего имени. Но кто выдержит до конца, тот будет спасён.</w:t>
      </w:r>
    </w:p>
    <w:p>
      <w:r>
        <w:t>23. Когда вас преследуют в одном городе, уходите в другой. Истинно говорю вам: вы не успеете обойти города Израиля, прежде чем придёт Сын Человеческий.</w:t>
      </w:r>
    </w:p>
    <w:p>
      <w:r>
        <w:t>24. Ученик не выше учителя, и раб не выше господина.</w:t>
      </w:r>
    </w:p>
    <w:p>
      <w:r>
        <w:t>25. Достаточно ученику стать как его учитель, а рабу — как его господин. Если хозяина дома назвали Веельзевулом, тем более так назовут его домашних.</w:t>
      </w:r>
    </w:p>
    <w:p>
      <w:r>
        <w:t>26. Поэтому не бойтесь их. Нет ничего скрытого, что не будет раскрыто, и тайного, что не станет известно.</w:t>
      </w:r>
    </w:p>
    <w:p>
      <w:r>
        <w:t>27. То, что Я говорю вам во тьме, говорите при свете; что слышите на ухо, проповедуйте с крыш.</w:t>
      </w:r>
    </w:p>
    <w:p>
      <w:r>
        <w:t>28. Не бойтесь тех, кто может убить тело, но не может убить душу. Бойтесь Того, Кто властен и над душой, и над телом в геенне.</w:t>
      </w:r>
    </w:p>
    <w:p>
      <w:r>
        <w:t>29. Разве не продают двух воробьёв за мелкую монету? И ни один из них не упадёт на землю без ведома вашего Отца.</w:t>
      </w:r>
    </w:p>
    <w:p>
      <w:r>
        <w:t>30. А у вас даже все волосы на голове сосчитаны.</w:t>
      </w:r>
    </w:p>
    <w:p>
      <w:r>
        <w:t>31. Поэтому не бойтесь: вы ценнее множества воробьёв.</w:t>
      </w:r>
    </w:p>
    <w:p>
      <w:r>
        <w:t>32. Всякого, кто признает Меня перед людьми, и Я признаю перед Моим Отцом на небесах.</w:t>
      </w:r>
    </w:p>
    <w:p>
      <w:r>
        <w:t>33. А кто отречётся от Меня перед людьми, от того и Я отрекусь перед Моим Отцом на небесах.</w:t>
      </w:r>
    </w:p>
    <w:p>
      <w:r>
        <w:t>34. Не думайте, что Я пришёл принести мир на землю. Я пришёл принести не мир, а меч.</w:t>
      </w:r>
    </w:p>
    <w:p>
      <w:r>
        <w:t>35. Потому что Я пришёл разделить человека с его отцом, дочь с её матерью, невестку с её свекровью,</w:t>
      </w:r>
    </w:p>
    <w:p>
      <w:r>
        <w:t>36. и врагами человека могут стать его собственные домашние.</w:t>
      </w:r>
    </w:p>
    <w:p>
      <w:r>
        <w:t>37. Кто любит отца или мать больше Меня, тот Меня недостоин; и кто любит сына или дочь больше Меня, тот Меня недостоин.</w:t>
      </w:r>
    </w:p>
    <w:p>
      <w:r>
        <w:t>38. Кто не принимает свой крест и не следует за Мной, тот Меня недостоин.</w:t>
      </w:r>
    </w:p>
    <w:p>
      <w:r>
        <w:t>39. Кто найдёт свою жизнь, потеряет её; а кто потеряет свою жизнь ради Меня, найдёт её.</w:t>
      </w:r>
    </w:p>
    <w:p>
      <w:r>
        <w:t>40. Кто принимает вас, принимает Меня; а кто принимает Меня, принимает Пославшего Меня.</w:t>
      </w:r>
    </w:p>
    <w:p>
      <w:r>
        <w:t>41. Кто принимает пророка потому, что тот пророк, получит награду пророка; и кто принимает праведника потому, что тот праведник, получит награду праведника.</w:t>
      </w:r>
    </w:p>
    <w:p>
      <w:r>
        <w:t>42. И кто даст одному из этих малых хотя бы чашу холодной воды потому, что тот ученик, — истинно говорю вам: он не потеряет своей награды».</w:t>
      </w:r>
    </w:p>
    <w:p>
      <w:pPr>
        <w:pStyle w:val="Heading2"/>
      </w:pPr>
      <w:r>
        <w:t>Глава 11</w:t>
      </w:r>
    </w:p>
    <w:p>
      <w:r>
        <w:t>1. Когда Иисус закончил наставлять двенадцать учеников, Он ушёл оттуда, чтобы учить и проповедовать в их городах.</w:t>
      </w:r>
    </w:p>
    <w:p>
      <w:r>
        <w:t>2. Иоанн, услышав в тюрьме о делах Христа, послал своих учеников</w:t>
      </w:r>
    </w:p>
    <w:p>
      <w:r>
        <w:t>3. спросить Его: «Ты — Тот, Кто должен прийти, или нам ожидать другого?»</w:t>
      </w:r>
    </w:p>
    <w:p>
      <w:r>
        <w:t>4. Иисус ответил им: «Пойдите и расскажите Иоанну, что слышите и видите:</w:t>
      </w:r>
    </w:p>
    <w:p>
      <w:r>
        <w:t>5. слепые видят, хромые ходят, прокажённые очищаются, глухие слышат, мёртвые воскресают, бедным благовествуется.</w:t>
      </w:r>
    </w:p>
    <w:p>
      <w:r>
        <w:t>6. И блажен тот, кто не споткнётся из-за Меня».</w:t>
      </w:r>
    </w:p>
    <w:p>
      <w:r>
        <w:t>7. Когда они ушли, Иисус начал говорить народу об Иоанне: «Что вы ходили смотреть в пустыню? Тростник, колеблемый ветром?</w:t>
      </w:r>
    </w:p>
    <w:p>
      <w:r>
        <w:t>8. Что же вы ходили смотреть? Человека в мягкой одежде? Но носящие мягкую одежду живут в царских дворцах.</w:t>
      </w:r>
    </w:p>
    <w:p>
      <w:r>
        <w:t>9. Так что же вы ходили смотреть? Пророка? Да, говорю вам, и больше пророка.</w:t>
      </w:r>
    </w:p>
    <w:p>
      <w:r>
        <w:t>10. Это тот, о ком написано: “Вот, Я посылаю Моего вестника перед Тобой; он приготовит Тебе путь”.</w:t>
      </w:r>
    </w:p>
    <w:p>
      <w:r>
        <w:t>11. Истинно говорю вам: среди рождённых женщинами не появлялся больший Иоанна Крестителя; но наименьший в Царстве Небес больше него.</w:t>
      </w:r>
    </w:p>
    <w:p>
      <w:r>
        <w:t>12. Со дней Иоанна Крестителя и доныне Царство Небес с силой прорывается вперёд, и решительные люди овладевают им.</w:t>
      </w:r>
    </w:p>
    <w:p>
      <w:r>
        <w:t>13. Потому что все Пророки и Закон пророчествовали до Иоанна.</w:t>
      </w:r>
    </w:p>
    <w:p>
      <w:r>
        <w:t>14. И если вы готовы принять это, он — Илия, который должен прийти.</w:t>
      </w:r>
    </w:p>
    <w:p>
      <w:r>
        <w:t>15. У кого есть уши — пусть слышит.</w:t>
      </w:r>
    </w:p>
    <w:p>
      <w:r>
        <w:t>16. С кем сравнить это поколение? Оно подобно детям, сидящим на площадях и кричащим другим:</w:t>
      </w:r>
    </w:p>
    <w:p>
      <w:r>
        <w:t>17. “Мы играли вам на свирели, а вы не танцевали; пели печальную песню, а вы не скорбели”.</w:t>
      </w:r>
    </w:p>
    <w:p>
      <w:r>
        <w:t>18. Пришёл Иоанн: не ест и не пьёт — и говорят: “В нём демон”.</w:t>
      </w:r>
    </w:p>
    <w:p>
      <w:r>
        <w:t>19. Пришёл Сын Человеческий: ест и пьёт — и говорят: “Вот обжора и пьяница, друг сборщиков пошлин и грешников”. Но мудрость оправдывается своими делами».</w:t>
      </w:r>
    </w:p>
    <w:p>
      <w:r>
        <w:t>20. Тогда Иисус начал упрекать города, в которых совершилось больше всего Его чудес, потому что они не покаялись:</w:t>
      </w:r>
    </w:p>
    <w:p>
      <w:r>
        <w:t>21. «Горе тебе, Хоразин! Горе тебе, Вифсаида! Если бы чудеса, совершённые у вас, произошли в Тире и Сидоне, они давно покаялись бы в мешковине и пепле.</w:t>
      </w:r>
    </w:p>
    <w:p>
      <w:r>
        <w:t>22. Но говорю вам: Тиру и Сидону будет легче в день суда, чем вам.</w:t>
      </w:r>
    </w:p>
    <w:p>
      <w:r>
        <w:t>23. И ты, Капернаум, неужели будешь возвышен до неба? До Аида будешь низведён. Если бы чудеса, совершённые в тебе, произошли в Содоме, он оставался бы до сегодняшнего дня.</w:t>
      </w:r>
    </w:p>
    <w:p>
      <w:r>
        <w:t>24. Но говорю вам: земле Содома будет легче в день суда, чем тебе».</w:t>
      </w:r>
    </w:p>
    <w:p>
      <w:r>
        <w:t>25. В то время Иисус сказал: «Благодарю Тебя, Отец, Господь неба и земли, что Ты скрыл это от мудрых и разумных и открыл младенцам.</w:t>
      </w:r>
    </w:p>
    <w:p>
      <w:r>
        <w:t>26. Да, Отец, потому что так было угодно Тебе.</w:t>
      </w:r>
    </w:p>
    <w:p>
      <w:r>
        <w:t>27. Всё передано Мне Моим Отцом. Никто не знает Сына, кроме Отца; и Отца никто не знает, кроме Сына и того, кому Сын захочет Его открыть.</w:t>
      </w:r>
    </w:p>
    <w:p>
      <w:r>
        <w:t>28. Придите ко Мне все уставшие и обременённые, и Я дам вам покой.</w:t>
      </w:r>
    </w:p>
    <w:p>
      <w:r>
        <w:t>29. Возьмите на себя Моё ярмо и учитесь у Меня, потому что Я кроток и смирен сердцем, и вы найдёте покой своим душам.</w:t>
      </w:r>
    </w:p>
    <w:p>
      <w:r>
        <w:t>30. Потому что Моё ярмо благо, и Моя ноша легка».</w:t>
      </w:r>
    </w:p>
    <w:p>
      <w:pPr>
        <w:pStyle w:val="Heading2"/>
      </w:pPr>
      <w:r>
        <w:t>Глава 12</w:t>
      </w:r>
    </w:p>
    <w:p>
      <w:r>
        <w:t>1. В то время Иисус проходил в субботу через засеянные поля. Его ученики проголодались и стали срывать колосья и есть.</w:t>
      </w:r>
    </w:p>
    <w:p>
      <w:r>
        <w:t>2. Фарисеи, увидев это, сказали Ему: «Смотри, Твои ученики делают в субботу то, чего нельзя делать».</w:t>
      </w:r>
    </w:p>
    <w:p>
      <w:r>
        <w:t>3. Он ответил им: «Разве вы не читали, что сделал Давид, когда проголодался он и бывшие с ним?</w:t>
      </w:r>
    </w:p>
    <w:p>
      <w:r>
        <w:t>4. Как он вошёл в дом Бога и ел хлебы предложения, которые не позволено было есть ни ему, ни его спутникам, а только священникам?</w:t>
      </w:r>
    </w:p>
    <w:p>
      <w:r>
        <w:t>5. Или не читали в Законе, что по субботам священники в храме нарушают субботний покой и остаются невиновными?</w:t>
      </w:r>
    </w:p>
    <w:p>
      <w:r>
        <w:t>6. Но говорю вам: здесь Тот, Кто больше храма.</w:t>
      </w:r>
    </w:p>
    <w:p>
      <w:r>
        <w:t>7. Если бы вы поняли слова: “Милости хочу, а не жертвы”, то не осудили бы невиновных.</w:t>
      </w:r>
    </w:p>
    <w:p>
      <w:r>
        <w:t>8. Потому что Сын Человеческий — Господин субботы».</w:t>
      </w:r>
    </w:p>
    <w:p>
      <w:r>
        <w:t>9. Уйдя оттуда, Иисус вошёл в их синагогу.</w:t>
      </w:r>
    </w:p>
    <w:p>
      <w:r>
        <w:t>10. Там был человек с иссохшей рукой. Чтобы обвинить Иисуса, Его спросили: «Позволено ли исцелять в субботу?»</w:t>
      </w:r>
    </w:p>
    <w:p>
      <w:r>
        <w:t>11. Он сказал им: «Если у кого из вас есть овца и она в субботу упадёт в яму, разве он не возьмёт её и не вытащит?</w:t>
      </w:r>
    </w:p>
    <w:p>
      <w:r>
        <w:t>12. Насколько же человек ценнее овцы! Поэтому в субботу позволено делать добро».</w:t>
      </w:r>
    </w:p>
    <w:p>
      <w:r>
        <w:t>13. Затем Он сказал человеку: «Протяни руку». Тот протянул, и рука стала здоровой, как другая.</w:t>
      </w:r>
    </w:p>
    <w:p>
      <w:r>
        <w:t>14. Фарисеи вышли и стали советоваться против Иисуса, как Его погубить.</w:t>
      </w:r>
    </w:p>
    <w:p>
      <w:r>
        <w:t>15. Узнав об этом, Иисус ушёл оттуда. За Ним последовали многие, и Он исцелил их всех.</w:t>
      </w:r>
    </w:p>
    <w:p>
      <w:r>
        <w:t>16. Он строго велел им не разглашать о Нём,</w:t>
      </w:r>
    </w:p>
    <w:p>
      <w:r>
        <w:t>17. чтобы исполнилось сказанное через пророка Исаию:</w:t>
      </w:r>
    </w:p>
    <w:p>
      <w:r>
        <w:t>18. «Вот Мой Служитель, Которого Я избрал, Мой Возлюбленный, Которым довольна Моя душа. Я возложу на Него Мой Дух, и Он возвестит народам справедливость.</w:t>
      </w:r>
    </w:p>
    <w:p>
      <w:r>
        <w:t>19. Он не будет спорить и кричать, и никто не услышит на улицах Его голоса.</w:t>
      </w:r>
    </w:p>
    <w:p>
      <w:r>
        <w:t>20. Надломленной трости Он не переломит и тлеющего фитиля не погасит, пока не приведёт справедливость к победе.</w:t>
      </w:r>
    </w:p>
    <w:p>
      <w:r>
        <w:t>21. И на Его имя будут надеяться народы».</w:t>
      </w:r>
    </w:p>
    <w:p>
      <w:r>
        <w:t>22. Тогда к Нему привели человека, одержимого демоном, слепого и немого. Иисус исцелил его, так что тот стал говорить и видеть.</w:t>
      </w:r>
    </w:p>
    <w:p>
      <w:r>
        <w:t>23. Весь народ был поражён и спрашивал: «Неужели Он — Сын Давида?»</w:t>
      </w:r>
    </w:p>
    <w:p>
      <w:r>
        <w:t>24. Фарисеи, услышав это, сказали: «Он изгоняет демонов только силой Веельзевула, правителя демонов».</w:t>
      </w:r>
    </w:p>
    <w:p>
      <w:r>
        <w:t>25. Зная их мысли, Иисус сказал: «Всякое царство, разделившееся против самого себя, опустеет; и ни один город или дом, разделившийся против самого себя, не устоит.</w:t>
      </w:r>
    </w:p>
    <w:p>
      <w:r>
        <w:t>26. Если сатана изгоняет сатану, он разделился против самого себя. Как же тогда устоит его царство?</w:t>
      </w:r>
    </w:p>
    <w:p>
      <w:r>
        <w:t>27. И если Я изгоняю демонов силой Веельзевула, чьей силой изгоняют их ваши последователи? Поэтому они будут вашими судьями.</w:t>
      </w:r>
    </w:p>
    <w:p>
      <w:r>
        <w:t>28. Но если Я изгоняю демонов Духом Божьим, значит, Царство Божье уже пришло к вам.</w:t>
      </w:r>
    </w:p>
    <w:p>
      <w:r>
        <w:t>29. Как может кто-то войти в дом сильного и забрать его имущество, если прежде не свяжет сильного? Только тогда он сможет разграбить его дом.</w:t>
      </w:r>
    </w:p>
    <w:p>
      <w:r>
        <w:t>30. Кто не со Мной, тот против Меня; и кто не собирает со Мной, тот разбрасывает.</w:t>
      </w:r>
    </w:p>
    <w:p>
      <w:r>
        <w:t>31. Поэтому говорю вам: всякий грех и богохульство будут прощены людям, но хула на Духа не будет прощена.</w:t>
      </w:r>
    </w:p>
    <w:p>
      <w:r>
        <w:t>32. Кто скажет слово против Сына Человеческого, тому будет прощено; но кто скажет против Святого Духа, тому не будет прощено ни в этом веке, ни в грядущем.</w:t>
      </w:r>
    </w:p>
    <w:p>
      <w:r>
        <w:t>33. Либо признайте дерево хорошим и его плод хорошим, либо дерево плохим и его плод плохим: дерево узнаётся по плоду.</w:t>
      </w:r>
    </w:p>
    <w:p>
      <w:r>
        <w:t>34. Порождения гадюк! Как можете вы говорить доброе, будучи злыми? Ведь уста говорят из того, чем наполнено сердце.</w:t>
      </w:r>
    </w:p>
    <w:p>
      <w:r>
        <w:t>35. Добрый человек из доброго сокровища выносит добро, а злой из злого сокровища выносит зло.</w:t>
      </w:r>
    </w:p>
    <w:p>
      <w:r>
        <w:t>36. Говорю вам: за каждое пустое слово, которое произнесут люди, они дадут ответ в день суда.</w:t>
      </w:r>
    </w:p>
    <w:p>
      <w:r>
        <w:t>37. Потому что по своим словам ты будешь оправдан и по своим словам осуждён».</w:t>
      </w:r>
    </w:p>
    <w:p>
      <w:r>
        <w:t>38. Тогда некоторые книжники и фарисеи сказали: «Учитель, мы хотим увидеть от Тебя знамение».</w:t>
      </w:r>
    </w:p>
    <w:p>
      <w:r>
        <w:t>39. Он ответил: «Злое и прелюбодейное поколение ищет знамения, но никакого знамения ему не будет дано, кроме знамения пророка Ионы.</w:t>
      </w:r>
    </w:p>
    <w:p>
      <w:r>
        <w:t>40. Как Иона был три дня и три ночи внутри большой рыбы, так Сын Человеческий будет три дня и три ночи в глубине земли.</w:t>
      </w:r>
    </w:p>
    <w:p>
      <w:r>
        <w:t>41. Жители Ниневии встанут на суде с этим поколением и осудят его, потому что они покаялись после проповеди Ионы. Но здесь — Тот, Кто больше Ионы.</w:t>
      </w:r>
    </w:p>
    <w:p>
      <w:r>
        <w:t>42. Царица Юга встанет на суде с этим поколением и осудит его, потому что она пришла от края земли послушать мудрость Соломона. Но здесь — Тот, Кто больше Соломона.</w:t>
      </w:r>
    </w:p>
    <w:p>
      <w:r>
        <w:t>43. Когда нечистый дух выходит из человека, он проходит по безводным местам, ища покоя, но не находит.</w:t>
      </w:r>
    </w:p>
    <w:p>
      <w:r>
        <w:t>44. Тогда говорит: “Вернусь в мой дом, откуда вышел”. Придя, находит его пустым, выметенным и приведённым в порядок.</w:t>
      </w:r>
    </w:p>
    <w:p>
      <w:r>
        <w:t>45. Тогда он идёт и берёт с собой ещё семь духов, хуже себя, и они входят и живут там. И последнее состояние того человека становится хуже первого. Так будет и с этим злым поколением».</w:t>
      </w:r>
    </w:p>
    <w:p>
      <w:r>
        <w:t>46. Пока Иисус ещё говорил народу, Его мать и братья стояли снаружи и хотели поговорить с Ним.</w:t>
      </w:r>
    </w:p>
    <w:p>
      <w:r>
        <w:t>47. Кто-то сказал Ему: «Твоя мать и Твои братья стоят снаружи и хотят поговорить с Тобой».</w:t>
      </w:r>
    </w:p>
    <w:p>
      <w:r>
        <w:t>48. Но Иисус ответил сказавшему: «Кто Моя мать и кто Мои братья?»</w:t>
      </w:r>
    </w:p>
    <w:p>
      <w:r>
        <w:t>49. И, указав на Своих учеников, сказал: «Вот Моя мать и Мои братья.</w:t>
      </w:r>
    </w:p>
    <w:p>
      <w:r>
        <w:t>50. Кто исполняет волю Моего Отца на небесах, тот Мне брат, сестра и мать».</w:t>
      </w:r>
    </w:p>
    <w:p>
      <w:pPr>
        <w:pStyle w:val="Heading2"/>
      </w:pPr>
      <w:r>
        <w:t>Глава 13</w:t>
      </w:r>
    </w:p>
    <w:p>
      <w:r>
        <w:t>1. В тот день Иисус вышел из дома и сел у моря.</w:t>
      </w:r>
    </w:p>
    <w:p>
      <w:r>
        <w:t>2. Вокруг Него собрались такие большие толпы, что Он вошёл в лодку и сел, а весь народ стоял на берегу.</w:t>
      </w:r>
    </w:p>
    <w:p>
      <w:r>
        <w:t>3. Он многое говорил им притчами: «Вот, вышел сеятель сеять.</w:t>
      </w:r>
    </w:p>
    <w:p>
      <w:r>
        <w:t>4. Когда он сеял, одни семена упали у дороги, и прилетели птицы и склевали их.</w:t>
      </w:r>
    </w:p>
    <w:p>
      <w:r>
        <w:t>5. Другие упали на каменистую почву, где земли было мало, и сразу взошли, потому что земля была неглубокой.</w:t>
      </w:r>
    </w:p>
    <w:p>
      <w:r>
        <w:t>6. Когда поднялось солнце, растения обожгло, и, не имея корня, они засохли.</w:t>
      </w:r>
    </w:p>
    <w:p>
      <w:r>
        <w:t>7. Другие упали среди терновника; терновник вырос и заглушил их.</w:t>
      </w:r>
    </w:p>
    <w:p>
      <w:r>
        <w:t>8. А другие упали на хорошую землю и принесли плод: одно — во сто раз, другое — в шестьдесят, третье — в тридцать.</w:t>
      </w:r>
    </w:p>
    <w:p>
      <w:r>
        <w:t>9. У кого есть уши — пусть слышит».</w:t>
      </w:r>
    </w:p>
    <w:p>
      <w:r>
        <w:t>10. Ученики подошли и спросили: «Почему Ты говоришь с ними притчами?»</w:t>
      </w:r>
    </w:p>
    <w:p>
      <w:r>
        <w:t>11. Он ответил: «Вам дано знать тайны Царства Небес, а им не дано.</w:t>
      </w:r>
    </w:p>
    <w:p>
      <w:r>
        <w:t>12. Потому что у кого есть, тому будет дано ещё, и будет у него в избытке; а у кого нет, у того будет отнято даже то, что имеет.</w:t>
      </w:r>
    </w:p>
    <w:p>
      <w:r>
        <w:t>13. Поэтому Я говорю им притчами: они смотрят, но не видят; слушают, но не слышат и не понимают.</w:t>
      </w:r>
    </w:p>
    <w:p>
      <w:r>
        <w:t>14. На них исполняется пророчество Исаии: “Слухом услышите, но не поймёте; глазами будете смотреть, но не увидите.</w:t>
      </w:r>
    </w:p>
    <w:p>
      <w:r>
        <w:t>15. Потому что сердце этого народа огрубело; ушами они с трудом слышат и глаза закрыли, чтобы не увидеть глазами, не услышать ушами, не понять сердцем, не обратиться — и Я исцелю их”.</w:t>
      </w:r>
    </w:p>
    <w:p>
      <w:r>
        <w:t>16. Но блаженны ваши глаза, потому что видят, и ваши уши, потому что слышат.</w:t>
      </w:r>
    </w:p>
    <w:p>
      <w:r>
        <w:t>17. Истинно говорю вам: многие пророки и праведники желали увидеть то, что видите вы, но не увидели, и услышать то, что слышите вы, но не услышали.</w:t>
      </w:r>
    </w:p>
    <w:p>
      <w:r>
        <w:t>18. Итак, выслушайте притчу о сеятеле.</w:t>
      </w:r>
    </w:p>
    <w:p>
      <w:r>
        <w:t>19. Ко всякому, кто слышит слово о Царстве и не понимает его, приходит Злой и похищает посеянное в сердце. Это семя, посеянное у дороги.</w:t>
      </w:r>
    </w:p>
    <w:p>
      <w:r>
        <w:t>20. Посеянное на каменистой почве — это тот, кто слышит слово и сразу с радостью принимает его,</w:t>
      </w:r>
    </w:p>
    <w:p>
      <w:r>
        <w:t>21. но не имеет в себе корня и держится лишь до времени. Когда из-за слова приходит скорбь или преследование, он сразу отступается.</w:t>
      </w:r>
    </w:p>
    <w:p>
      <w:r>
        <w:t>22. Посеянное среди терновника — это тот, кто слышит слово, но заботы этого века и обман богатства заглушают слово, и оно становится бесплодным.</w:t>
      </w:r>
    </w:p>
    <w:p>
      <w:r>
        <w:t>23. А посеянное на хорошей земле — тот, кто слышит слово и понимает его. Он приносит плод: один во сто раз, другой в шестьдесят, третий в тридцать».</w:t>
      </w:r>
    </w:p>
    <w:p>
      <w:r>
        <w:t>24. Он рассказал им другую притчу: «Царство Небес подобно человеку, посеявшему хорошее семя на своём поле.</w:t>
      </w:r>
    </w:p>
    <w:p>
      <w:r>
        <w:t>25. Пока люди спали, пришёл его враг, посеял среди пшеницы сорняки и ушёл.</w:t>
      </w:r>
    </w:p>
    <w:p>
      <w:r>
        <w:t>26. Когда взошли ростки и появился плод, стали видны и сорняки.</w:t>
      </w:r>
    </w:p>
    <w:p>
      <w:r>
        <w:t>27. Слуги хозяина пришли и спросили: “Господин, разве ты не хорошее семя посеял на своём поле? Откуда же сорняки?”</w:t>
      </w:r>
    </w:p>
    <w:p>
      <w:r>
        <w:t>28. Он ответил: “Это сделал враг”. Слуги спросили: “Хочешь, мы пойдём и соберём их?”</w:t>
      </w:r>
    </w:p>
    <w:p>
      <w:r>
        <w:t>29. Но он сказал: “Нет, чтобы, собирая сорняки, вы не вырвали вместе с ними пшеницу.</w:t>
      </w:r>
    </w:p>
    <w:p>
      <w:r>
        <w:t>30. Пусть и то и другое растёт вместе до жатвы. Во время жатвы я скажу жнецам: сначала соберите сорняки и свяжите их в связки, а пшеницу соберите в мою житницу”».</w:t>
      </w:r>
    </w:p>
    <w:p>
      <w:r>
        <w:t>31. Он рассказал им ещё одну притчу: «Царство Небес подобно горчичному зерну, которое человек взял и посеял на своём поле.</w:t>
      </w:r>
    </w:p>
    <w:p>
      <w:r>
        <w:t>32. Оно меньше других семян, но, когда вырастает, становится больше огородных растений и превращается в дерево, так что небесные птицы прилетают и укрываются в его ветвях».</w:t>
      </w:r>
    </w:p>
    <w:p>
      <w:r>
        <w:t>33. Он рассказал им ещё одну притчу: «Царство Небес подобно закваске, которую женщина взяла и смешала с тремя мерами муки, пока не заквасилось всё».</w:t>
      </w:r>
    </w:p>
    <w:p>
      <w:r>
        <w:t>34. Всё это Иисус говорил народу притчами и без притчи ничего им не говорил,</w:t>
      </w:r>
    </w:p>
    <w:p>
      <w:r>
        <w:t>35. чтобы исполнилось сказанное через пророка: «Открою уста Мои в притчах, произнесу скрытое от основания мира».</w:t>
      </w:r>
    </w:p>
    <w:p>
      <w:r>
        <w:t>36. Тогда Иисус отпустил народ и вошёл в дом. Ученики подошли к Нему и попросили: «Объясни нам притчу о сорняках на поле».</w:t>
      </w:r>
    </w:p>
    <w:p>
      <w:r>
        <w:t>37. Он ответил: «Сеющий хорошее семя — Сын Человеческий.</w:t>
      </w:r>
    </w:p>
    <w:p>
      <w:r>
        <w:t>38. Поле — мир. Хорошее семя — сыны Царства, а сорняки — сыны Злого.</w:t>
      </w:r>
    </w:p>
    <w:p>
      <w:r>
        <w:t>39. Враг, посеявший их, — дьявол. Жатва — завершение века, а жнецы — ангелы.</w:t>
      </w:r>
    </w:p>
    <w:p>
      <w:r>
        <w:t>40. Как собирают сорняки и сжигают огнём, так будет при завершении века.</w:t>
      </w:r>
    </w:p>
    <w:p>
      <w:r>
        <w:t>41. Сын Человеческий пошлёт Своих ангелов, и они удалят из Его Царства всё, что ведёт ко греху, и всех делающих беззаконие,</w:t>
      </w:r>
    </w:p>
    <w:p>
      <w:r>
        <w:t>42. и бросят их в огненную печь. Там будут плач и скрежет зубов.</w:t>
      </w:r>
    </w:p>
    <w:p>
      <w:r>
        <w:t>43. Тогда праведники будут сиять, как солнце, в Царстве их Отца. У кого есть уши — пусть слышит.</w:t>
      </w:r>
    </w:p>
    <w:p>
      <w:r>
        <w:t>44. Царство Небес подобно сокровищу, спрятанному в поле. Найдя его, человек снова прячет и от радости идёт, продаёт всё, что имеет, и покупает то поле.</w:t>
      </w:r>
    </w:p>
    <w:p>
      <w:r>
        <w:t>45. Ещё Царство Небес подобно купцу, ищущему прекрасные жемчужины.</w:t>
      </w:r>
    </w:p>
    <w:p>
      <w:r>
        <w:t>46. Найдя одну особенно ценную жемчужину, он пошёл, продал всё, что имел, и купил её.</w:t>
      </w:r>
    </w:p>
    <w:p>
      <w:r>
        <w:t>47. Ещё Царство Небес подобно сети, закинутой в море и собравшей рыб всякого рода.</w:t>
      </w:r>
    </w:p>
    <w:p>
      <w:r>
        <w:t>48. Когда сеть наполнилась, её вытащили на берег, сели и хорошую рыбу собрали в сосуды, а негодную выбросили.</w:t>
      </w:r>
    </w:p>
    <w:p>
      <w:r>
        <w:t>49. Так будет при завершении века: ангелы выйдут и отделят злых от праведных,</w:t>
      </w:r>
    </w:p>
    <w:p>
      <w:r>
        <w:t>50. и бросят их в огненную печь. Там будут плач и скрежет зубов».</w:t>
      </w:r>
    </w:p>
    <w:p>
      <w:r>
        <w:t>51. «Поняли всё это?» Они ответили: «Да».</w:t>
      </w:r>
    </w:p>
    <w:p>
      <w:r>
        <w:t>52. Он сказал им: «Поэтому всякий книжник, ставший учеником Царства Небес, подобен хозяину дома, который выносит из своей сокровищницы новое и старое».</w:t>
      </w:r>
    </w:p>
    <w:p>
      <w:r>
        <w:t>53. Когда Иисус закончил эти притчи, Он ушёл оттуда.</w:t>
      </w:r>
    </w:p>
    <w:p>
      <w:r>
        <w:t>54. Придя в Свою родную местность, Он учил людей в их синагоге, и они поражались: «Откуда у Него такая мудрость и такие могущественные дела?</w:t>
      </w:r>
    </w:p>
    <w:p>
      <w:r>
        <w:t>55. Разве Он не сын плотника? Разве Его мать не зовут Марией, а Его братьев — Иаковом, Иосифом, Симоном и Иудой?</w:t>
      </w:r>
    </w:p>
    <w:p>
      <w:r>
        <w:t>56. И разве все Его сёстры не живут среди нас? Откуда же у Него всё это?»</w:t>
      </w:r>
    </w:p>
    <w:p>
      <w:r>
        <w:t>57. И они отвергали Его. Иисус сказал им: «Пророк не бывает без чести, кроме как в своей родной местности и в своём доме».</w:t>
      </w:r>
    </w:p>
    <w:p>
      <w:r>
        <w:t>58. И Он не совершил там многих чудес из-за их неверия.</w:t>
      </w:r>
    </w:p>
    <w:p>
      <w:pPr>
        <w:pStyle w:val="Heading2"/>
      </w:pPr>
      <w:r>
        <w:t>Глава 14</w:t>
      </w:r>
    </w:p>
    <w:p>
      <w:r>
        <w:t>1. В то время тетрарх Ирод услышал о славе Иисуса</w:t>
      </w:r>
    </w:p>
    <w:p>
      <w:r>
        <w:t>2. и сказал своим слугам: «Это Иоанн Креститель. Он воскрес из мёртвых, поэтому через него действуют такие силы».</w:t>
      </w:r>
    </w:p>
    <w:p>
      <w:r>
        <w:t>3. Ирод прежде схватил Иоанна, связал и заключил в тюрьму из-за Иродиады, жены своего брата Филиппа,</w:t>
      </w:r>
    </w:p>
    <w:p>
      <w:r>
        <w:t>4. потому что Иоанн говорил ему: «Тебе нельзя иметь её женой».</w:t>
      </w:r>
    </w:p>
    <w:p>
      <w:r>
        <w:t>5. Ирод хотел погубить Иоанна, но боялся народа, потому что люди считали его пророком.</w:t>
      </w:r>
    </w:p>
    <w:p>
      <w:r>
        <w:t>6. На праздновании дня рождения Ирода дочь Иродиады танцевала перед гостями и так понравилась Ироду,</w:t>
      </w:r>
    </w:p>
    <w:p>
      <w:r>
        <w:t>7. что он с клятвой обещал дать ей всё, чего она попросит.</w:t>
      </w:r>
    </w:p>
    <w:p>
      <w:r>
        <w:t>8. По совету матери она попросила: «Дай мне здесь на блюде голову Иоанна Крестителя».</w:t>
      </w:r>
    </w:p>
    <w:p>
      <w:r>
        <w:t>9. Царь опечалился, но из-за клятв и гостей велел исполнить просьбу.</w:t>
      </w:r>
    </w:p>
    <w:p>
      <w:r>
        <w:t>10. Он приказал казнить Иоанна в тюрьме.</w:t>
      </w:r>
    </w:p>
    <w:p>
      <w:r>
        <w:t>11. Просимое принесли девушке, и она отнесла это матери.</w:t>
      </w:r>
    </w:p>
    <w:p>
      <w:r>
        <w:t>12. Ученики Иоанна пришли, забрали тело, похоронили его и пошли рассказать Иисусу.</w:t>
      </w:r>
    </w:p>
    <w:p>
      <w:r>
        <w:t>13. Услышав это, Иисус отплыл оттуда в лодке в безлюдное место, чтобы побыть одному. Но народ узнал и пошёл за Ним пешком из городов.</w:t>
      </w:r>
    </w:p>
    <w:p>
      <w:r>
        <w:t>14. Выйдя на берег, Иисус увидел большую толпу, сжалился над людьми и исцелил их больных.</w:t>
      </w:r>
    </w:p>
    <w:p>
      <w:r>
        <w:t>15. Когда наступил вечер, ученики подошли и сказали: «Место здесь безлюдное, и час уже поздний. Отпусти людей, чтобы они пошли в селения и купили себе еды».</w:t>
      </w:r>
    </w:p>
    <w:p>
      <w:r>
        <w:t>16. Но Иисус сказал: «Им не нужно уходить. Вы дайте им есть».</w:t>
      </w:r>
    </w:p>
    <w:p>
      <w:r>
        <w:t>17. Они ответили: «У нас здесь только пять хлебов и две рыбы».</w:t>
      </w:r>
    </w:p>
    <w:p>
      <w:r>
        <w:t>18. Он сказал: «Принесите их Мне».</w:t>
      </w:r>
    </w:p>
    <w:p>
      <w:r>
        <w:t>19. Велев народу расположиться на траве, Он взял пять хлебов и две рыбы, посмотрел на небо, благословил, разломил хлебы и дал ученикам, а ученики — народу.</w:t>
      </w:r>
    </w:p>
    <w:p>
      <w:r>
        <w:t>20. Все ели и насытились. Оставшихся кусков набрали двенадцать полных корзин.</w:t>
      </w:r>
    </w:p>
    <w:p>
      <w:r>
        <w:t>21. Евших было около пяти тысяч мужчин, не считая женщин и детей.</w:t>
      </w:r>
    </w:p>
    <w:p>
      <w:r>
        <w:t>22. Сразу после этого Иисус велел ученикам сесть в лодку и отправиться впереди Него на другую сторону, пока Он отпускает народ.</w:t>
      </w:r>
    </w:p>
    <w:p>
      <w:r>
        <w:t>23. Отпустив людей, Он поднялся на гору один, чтобы помолиться. Когда наступил вечер, Он оставался там один.</w:t>
      </w:r>
    </w:p>
    <w:p>
      <w:r>
        <w:t>24. А лодка уже была далеко от берега, и волны били в неё, потому что ветер был встречный.</w:t>
      </w:r>
    </w:p>
    <w:p>
      <w:r>
        <w:t>25. В четвёртую стражу ночи Иисус пошёл к ним по морю.</w:t>
      </w:r>
    </w:p>
    <w:p>
      <w:r>
        <w:t>26. Увидев Его идущим по морю, ученики испугались и сказали: «Это призрак!» — и закричали от страха.</w:t>
      </w:r>
    </w:p>
    <w:p>
      <w:r>
        <w:t>27. Но Иисус сразу сказал им: «Смелее! Это Я. Не бойтесь».</w:t>
      </w:r>
    </w:p>
    <w:p>
      <w:r>
        <w:t>28. Пётр ответил: «Господи, если это Ты, повели мне прийти к Тебе по воде».</w:t>
      </w:r>
    </w:p>
    <w:p>
      <w:r>
        <w:t>29. Иисус сказал: «Иди». Пётр вышел из лодки и пошёл по воде к Иисусу.</w:t>
      </w:r>
    </w:p>
    <w:p>
      <w:r>
        <w:t>30. Но, увидев сильный ветер, он испугался и стал тонуть. Он закричал: «Господи, спаси меня!»</w:t>
      </w:r>
    </w:p>
    <w:p>
      <w:r>
        <w:t>31. Иисус сразу протянул руку, поддержал его и сказал: «Маловерный, почему ты усомнился?»</w:t>
      </w:r>
    </w:p>
    <w:p>
      <w:r>
        <w:t>32. Когда они вошли в лодку, ветер стих.</w:t>
      </w:r>
    </w:p>
    <w:p>
      <w:r>
        <w:t>33. Те, кто был в лодке, поклонились Ему и сказали: «Воистину Ты Сын Божий».</w:t>
      </w:r>
    </w:p>
    <w:p>
      <w:r>
        <w:t>34. Переправившись, они прибыли в землю Геннисарет.</w:t>
      </w:r>
    </w:p>
    <w:p>
      <w:r>
        <w:t>35. Местные жители узнали Иисуса, разослали весть по всей округе и принесли к Нему всех больных.</w:t>
      </w:r>
    </w:p>
    <w:p>
      <w:r>
        <w:t>36. Они просили позволить им прикоснуться хотя бы к краю Его одежды, и все прикоснувшиеся исцелялись.</w:t>
      </w:r>
    </w:p>
    <w:p>
      <w:pPr>
        <w:pStyle w:val="Heading2"/>
      </w:pPr>
      <w:r>
        <w:t>Глава 15</w:t>
      </w:r>
    </w:p>
    <w:p>
      <w:r>
        <w:t>1. Тогда к Иисусу пришли из Иерусалима фарисеи и книжники и спросили:</w:t>
      </w:r>
    </w:p>
    <w:p>
      <w:r>
        <w:t>2. «Почему Твои ученики нарушают предание старейшин? Ведь они не омывают рук перед едой».</w:t>
      </w:r>
    </w:p>
    <w:p>
      <w:r>
        <w:t>3. Он ответил: «А почему вы нарушаете Божью заповедь ради вашего предания?</w:t>
      </w:r>
    </w:p>
    <w:p>
      <w:r>
        <w:t>4. Ведь Бог сказал: “Почитай отца и мать” и: “Кто злословит отца или мать, тот должен быть предан смерти”.</w:t>
      </w:r>
    </w:p>
    <w:p>
      <w:r>
        <w:t>5. А вы говорите: если человек скажет отцу или матери: “То, чем я мог бы помочь тебе, — дар Богу”,</w:t>
      </w:r>
    </w:p>
    <w:p>
      <w:r>
        <w:t>6. тот уже не обязан почитать своего отца. Так вы отменяете слово Бога ради вашего предания.</w:t>
      </w:r>
    </w:p>
    <w:p>
      <w:r>
        <w:t>7. Лицемеры! Хорошо пророчествовал о вас Исаия:</w:t>
      </w:r>
    </w:p>
    <w:p>
      <w:r>
        <w:t>8. “Этот народ чтит Меня устами, но сердце их далеко от Меня.</w:t>
      </w:r>
    </w:p>
    <w:p>
      <w:r>
        <w:t>9. Напрасно они чтут Меня, уча человеческим заповедям как учениям”».</w:t>
      </w:r>
    </w:p>
    <w:p>
      <w:r>
        <w:t>10. Подозвав народ, Он сказал: «Слушайте и понимайте:</w:t>
      </w:r>
    </w:p>
    <w:p>
      <w:r>
        <w:t>11. не то, что входит в рот, делает человека нечистым; человека делает нечистым то, что выходит из уст».</w:t>
      </w:r>
    </w:p>
    <w:p>
      <w:r>
        <w:t>12. Тогда ученики подошли и сказали: «Ты знаешь, что фарисеи, услышав эти слова, возмутились?»</w:t>
      </w:r>
    </w:p>
    <w:p>
      <w:r>
        <w:t>13. Он ответил: «Всякое растение, которое не посадил Мой Небесный Отец, будет вырвано.</w:t>
      </w:r>
    </w:p>
    <w:p>
      <w:r>
        <w:t>14. Оставьте их: они слепые проводники слепых. Если слепой ведёт слепого, оба упадут в яму».</w:t>
      </w:r>
    </w:p>
    <w:p>
      <w:r>
        <w:t>15. Пётр сказал Ему: «Объясни нам эту притчу».</w:t>
      </w:r>
    </w:p>
    <w:p>
      <w:r>
        <w:t>16. Иисус ответил: «Неужели и вы всё ещё не понимаете?</w:t>
      </w:r>
    </w:p>
    <w:p>
      <w:r>
        <w:t>17. Разве не понимаете, что всё входящее в рот проходит через желудок и затем выводится в отхожее место?</w:t>
      </w:r>
    </w:p>
    <w:p>
      <w:r>
        <w:t>18. А то, что выходит из уст, исходит из сердца — это и делает человека нечистым.</w:t>
      </w:r>
    </w:p>
    <w:p>
      <w:r>
        <w:t>19. Потому что из сердца выходят злые мысли, убийства, супружеская неверность, разврат, кражи, лжесвидетельство и богохульство.</w:t>
      </w:r>
    </w:p>
    <w:p>
      <w:r>
        <w:t>20. Вот что делает человека нечистым. А есть немытыми руками — не делает человека нечистым».</w:t>
      </w:r>
    </w:p>
    <w:p>
      <w:r>
        <w:t>21. Уйдя оттуда, Иисус направился в область Тира и Сидона.</w:t>
      </w:r>
    </w:p>
    <w:p>
      <w:r>
        <w:t>22. И вот, женщина-хананеянка из той местности вышла навстречу и закричала: «Господи, Сын Давида, помилуй меня! Моя дочь тяжело страдает из-за демона».</w:t>
      </w:r>
    </w:p>
    <w:p>
      <w:r>
        <w:t>23. Но Он не ответил ей ни слова. Ученики подошли и просили Его: «Отпусти её, потому что она кричит вслед за нами».</w:t>
      </w:r>
    </w:p>
    <w:p>
      <w:r>
        <w:t>24. Он ответил: «Я послан только к потерянным овцам дома Израиля».</w:t>
      </w:r>
    </w:p>
    <w:p>
      <w:r>
        <w:t>25. Но она подошла, поклонилась Ему и сказала: «Господи, помоги мне!»</w:t>
      </w:r>
    </w:p>
    <w:p>
      <w:r>
        <w:t>26. Он ответил: «Нехорошо взять хлеб у детей и бросить маленьким собакам».</w:t>
      </w:r>
    </w:p>
    <w:p>
      <w:r>
        <w:t>27. Она сказала: «Да, Господи. Но ведь и собаки едят крошки, падающие со стола их хозяев».</w:t>
      </w:r>
    </w:p>
    <w:p>
      <w:r>
        <w:t>28. Тогда Иисус ответил ей: «Женщина, велика твоя вера! Пусть будет тебе, как ты хочешь». И с того часа её дочь исцелилась.</w:t>
      </w:r>
    </w:p>
    <w:p>
      <w:r>
        <w:t>29. Уйдя оттуда, Иисус пришёл к Галилейскому морю, поднялся на гору и сел там.</w:t>
      </w:r>
    </w:p>
    <w:p>
      <w:r>
        <w:t>30. К Нему пришли большие толпы, приводя с собой хромых, слепых, людей с различными увечьями, немых и многих других. Их клали у Его ног, и Он исцелял их.</w:t>
      </w:r>
    </w:p>
    <w:p>
      <w:r>
        <w:t>31. Народ удивлялся, видя, что немые говорят, люди с увечьями становятся здоровыми, хромые ходят и слепые видят. И они прославляли Бога Израиля.</w:t>
      </w:r>
    </w:p>
    <w:p>
      <w:r>
        <w:t>32. Иисус подозвал учеников и сказал: «Мне жаль этих людей: они уже три дня остаются со Мной, и им нечего есть. Я не хочу отпускать их голодными, чтобы они не обессилели в дороге».</w:t>
      </w:r>
    </w:p>
    <w:p>
      <w:r>
        <w:t>33. Ученики сказали: «Откуда нам в этой пустынной местности взять столько хлеба, чтобы накормить такую толпу?»</w:t>
      </w:r>
    </w:p>
    <w:p>
      <w:r>
        <w:t>34. Иисус спросил: «Сколько у вас хлебов?» Они ответили: «Семь и несколько маленьких рыб».</w:t>
      </w:r>
    </w:p>
    <w:p>
      <w:r>
        <w:t>35. Тогда Он велел народу расположиться на земле.</w:t>
      </w:r>
    </w:p>
    <w:p>
      <w:r>
        <w:t>36. Взяв семь хлебов и рыбы, Он поблагодарил, разломил и дал ученикам, а ученики — народу.</w:t>
      </w:r>
    </w:p>
    <w:p>
      <w:r>
        <w:t>37. Все ели и насытились. Оставшихся кусков набрали семь полных корзин.</w:t>
      </w:r>
    </w:p>
    <w:p>
      <w:r>
        <w:t>38. Евших было четыре тысячи мужчин, не считая женщин и детей.</w:t>
      </w:r>
    </w:p>
    <w:p>
      <w:r>
        <w:t>39. Отпустив народ, Иисус вошёл в лодку и прибыл в область Магадана.</w:t>
      </w:r>
    </w:p>
    <w:p>
      <w:pPr>
        <w:pStyle w:val="Heading2"/>
      </w:pPr>
      <w:r>
        <w:t>Глава 16</w:t>
      </w:r>
    </w:p>
    <w:p>
      <w:r>
        <w:t>1. Фарисеи и саддукеи подошли к Иисусу и, испытывая Его, попросили показать им знамение с неба.</w:t>
      </w:r>
    </w:p>
    <w:p>
      <w:r>
        <w:t>2. Он ответил им: «Когда наступает вечер, вы говорите: “Будет хорошая погода, потому что небо красное”.</w:t>
      </w:r>
    </w:p>
    <w:p>
      <w:r>
        <w:t>3. А утром: “Сегодня будет ненастье, потому что небо красное и мрачное”. Вид неба вы умеете различать, а знамения времён — нет.</w:t>
      </w:r>
    </w:p>
    <w:p>
      <w:r>
        <w:t>4. Злое и прелюбодейное поколение ищет знамения, но никакого знамения ему не будет дано, кроме знамения Ионы». И, оставив их, Он ушёл.</w:t>
      </w:r>
    </w:p>
    <w:p>
      <w:r>
        <w:t>5. Переправляясь на другую сторону, ученики забыли взять хлеб.</w:t>
      </w:r>
    </w:p>
    <w:p>
      <w:r>
        <w:t>6. Иисус сказал им: «Смотрите, берегитесь закваски фарисеев и саддукеев».</w:t>
      </w:r>
    </w:p>
    <w:p>
      <w:r>
        <w:t>7. Они стали рассуждать между собой: «Это потому, что мы не взяли хлеба».</w:t>
      </w:r>
    </w:p>
    <w:p>
      <w:r>
        <w:t>8. Поняв это, Иисус сказал: «Маловерные, почему вы рассуждаете о том, что у вас нет хлеба?</w:t>
      </w:r>
    </w:p>
    <w:p>
      <w:r>
        <w:t>9. Неужели вы всё ещё не понимаете? Разве не помните пять хлебов для пяти тысяч и сколько корзин вы собрали?</w:t>
      </w:r>
    </w:p>
    <w:p>
      <w:r>
        <w:t>10. Или семь хлебов для четырёх тысяч и сколько корзин вы собрали?</w:t>
      </w:r>
    </w:p>
    <w:p>
      <w:r>
        <w:t>11. Как же вы не понимаете, что Я говорил вам не о хлебе? Берегитесь закваски фарисеев и саддукеев».</w:t>
      </w:r>
    </w:p>
    <w:p>
      <w:r>
        <w:t>12. Тогда они поняли, что Он велел беречься не хлебной закваски, а учения фарисеев и саддукеев.</w:t>
      </w:r>
    </w:p>
    <w:p>
      <w:r>
        <w:t>13. Придя в область Кесарии Филипповой, Иисус спросил учеников: «За кого люди принимают Сына Человеческого?»</w:t>
      </w:r>
    </w:p>
    <w:p>
      <w:r>
        <w:t>14. Они ответили: «Одни — за Иоанна Крестителя, другие — за Илию, а некоторые — за Иеремию или одного из пророков».</w:t>
      </w:r>
    </w:p>
    <w:p>
      <w:r>
        <w:t>15. Он спросил: «А вы за кого Меня принимаете?»</w:t>
      </w:r>
    </w:p>
    <w:p>
      <w:r>
        <w:t>16. Симон Пётр ответил: «Ты — Христос, Сын живого Бога».</w:t>
      </w:r>
    </w:p>
    <w:p>
      <w:r>
        <w:t>17. Иисус сказал ему: «Блажен ты, Симон, сын Ионы, потому что не человек открыл тебе это, а Мой Отец на небесах.</w:t>
      </w:r>
    </w:p>
    <w:p>
      <w:r>
        <w:t>18. И Я говорю тебе: ты — Пётр, и на этой скале Я построю Мою церковь, и врата Аида не одолеют её.</w:t>
      </w:r>
    </w:p>
    <w:p>
      <w:r>
        <w:t>19. Я дам тебе ключи Царства Небес. Что ты свяжешь на земле, будет уже связано на небесах; и что развяжешь на земле, будет уже развязано на небесах».</w:t>
      </w:r>
    </w:p>
    <w:p>
      <w:r>
        <w:t>20. Тогда Он строго велел ученикам никому не говорить, что Он — Христос.</w:t>
      </w:r>
    </w:p>
    <w:p>
      <w:r>
        <w:t>21. С того времени Иисус начал объяснять ученикам, что Ему нужно идти в Иерусалим, много пострадать от старейшин, первосвященников и книжников, быть убитым и на третий день воскреснуть.</w:t>
      </w:r>
    </w:p>
    <w:p>
      <w:r>
        <w:t>22. Пётр отвёл Его в сторону и стал упрекать: «Господи, да не будет этого с Тобой!»</w:t>
      </w:r>
    </w:p>
    <w:p>
      <w:r>
        <w:t>23. Но Иисус повернулся и сказал Петру: «Отойди от Меня, сатана! Ты для Меня препятствие, потому что думаешь не о Божьем, а о человеческом».</w:t>
      </w:r>
    </w:p>
    <w:p>
      <w:r>
        <w:t>24. Тогда Иисус сказал ученикам: «Если кто хочет идти за Мной, пусть откажется от себя, примет свой крест и следует за Мной.</w:t>
      </w:r>
    </w:p>
    <w:p>
      <w:r>
        <w:t>25. Потому что кто хочет спасти свою жизнь, потеряет её; а кто потеряет свою жизнь ради Меня, найдёт её.</w:t>
      </w:r>
    </w:p>
    <w:p>
      <w:r>
        <w:t>26. Какая польза человеку приобрести весь мир, но потерять свою жизнь? Что человек даст взамен своей жизни?</w:t>
      </w:r>
    </w:p>
    <w:p>
      <w:r>
        <w:t>27. Сын Человеческий придёт в славе Своего Отца со Своими ангелами и тогда воздаст каждому по его делам.</w:t>
      </w:r>
    </w:p>
    <w:p>
      <w:r>
        <w:t>28. Истинно говорю вам: некоторые из стоящих здесь не вкусят смерти, пока не увидят Сына Человеческого, приходящего в Своём Царстве».</w:t>
      </w:r>
    </w:p>
    <w:p>
      <w:pPr>
        <w:pStyle w:val="Heading2"/>
      </w:pPr>
      <w:r>
        <w:t>Глава 17</w:t>
      </w:r>
    </w:p>
    <w:p>
      <w:r>
        <w:t>1. Через шесть дней Иисус взял с Собой Петра, Иакова и Иоанна, его брата, и повёл их одних на высокую гору.</w:t>
      </w:r>
    </w:p>
    <w:p>
      <w:r>
        <w:t>2. Там перед ними Его облик преобразился: лицо засияло как солнце, а одежды стали белыми как свет.</w:t>
      </w:r>
    </w:p>
    <w:p>
      <w:r>
        <w:t>3. И вот, им явились Моисей и Илия, разговаривавшие с Иисусом.</w:t>
      </w:r>
    </w:p>
    <w:p>
      <w:r>
        <w:t>4. Пётр сказал Иисусу: «Господи, хорошо нам здесь быть. Если Ты хочешь, я поставлю здесь три шатра: один Тебе, один Моисею и один Илии».</w:t>
      </w:r>
    </w:p>
    <w:p>
      <w:r>
        <w:t>5. Пока он ещё говорил, светлое облако покрыло их, и из облака прозвучал голос: «Это Мой любимый Сын, Которым Я доволен. Слушайте Его!»</w:t>
      </w:r>
    </w:p>
    <w:p>
      <w:r>
        <w:t>6. Услышав это, ученики пали лицом вниз и очень испугались.</w:t>
      </w:r>
    </w:p>
    <w:p>
      <w:r>
        <w:t>7. Иисус подошёл, коснулся их и сказал: «Встаньте и не бойтесь».</w:t>
      </w:r>
    </w:p>
    <w:p>
      <w:r>
        <w:t>8. Подняв глаза, они никого не увидели, кроме одного Иисуса.</w:t>
      </w:r>
    </w:p>
    <w:p>
      <w:r>
        <w:t>9. Когда они спускались с горы, Иисус велел им: «Никому не рассказывайте о видении, пока Сын Человеческий не воскреснет из мёртвых».</w:t>
      </w:r>
    </w:p>
    <w:p>
      <w:r>
        <w:t>10. Ученики спросили Его: «Почему же книжники говорят, что сначала должен прийти Илия?»</w:t>
      </w:r>
    </w:p>
    <w:p>
      <w:r>
        <w:t>11. Он ответил: «Илия действительно приходит и всё восстановит.</w:t>
      </w:r>
    </w:p>
    <w:p>
      <w:r>
        <w:t>12. Но говорю вам: Илия уже пришёл, и его не узнали, а поступили с ним, как захотели. Так и Сын Человеческий пострадает от них».</w:t>
      </w:r>
    </w:p>
    <w:p>
      <w:r>
        <w:t>13. Тогда ученики поняли, что Он говорил им об Иоанне Крестителе.</w:t>
      </w:r>
    </w:p>
    <w:p>
      <w:r>
        <w:t>14. Когда они пришли к народу, к Иисусу подошёл человек, встал перед Ним на колени</w:t>
      </w:r>
    </w:p>
    <w:p>
      <w:r>
        <w:t>15. и сказал: «Господи, помилуй моего сына. Он тяжело страдает и часто оказывается в опасности.</w:t>
      </w:r>
    </w:p>
    <w:p>
      <w:r>
        <w:t>16. Я приводил его к Твоим ученикам, но они не смогли исцелить его».</w:t>
      </w:r>
    </w:p>
    <w:p>
      <w:r>
        <w:t>17. Иисус ответил: «О неверующее и развращённое поколение! Сколько ещё Мне быть с вами? Сколько ещё терпеть вас? Приведите его сюда».</w:t>
      </w:r>
    </w:p>
    <w:p>
      <w:r>
        <w:t>18. Иисус строго приказал демону, тот вышел, и ребёнок с того часа исцелился.</w:t>
      </w:r>
    </w:p>
    <w:p>
      <w:r>
        <w:t>19. Тогда ученики подошли к Иисусу наедине и спросили: «Почему мы не смогли изгнать его?»</w:t>
      </w:r>
    </w:p>
    <w:p>
      <w:r>
        <w:t>20. Он ответил: «Из-за вашего маловерия. Истинно говорю вам: если у вас будет вера хотя бы с горчичное зерно, вы скажете этой горе: “Перейди отсюда туда”, и она перейдёт. Для вас не будет ничего невозможного».</w:t>
      </w:r>
    </w:p>
    <w:p>
      <w:r>
        <w:t xml:space="preserve">21. </w:t>
      </w:r>
    </w:p>
    <w:p>
      <w:r>
        <w:t>22. Когда они снова собрались в Галилее, Иисус сказал им: «Сын Человеческий будет предан в руки людей.</w:t>
      </w:r>
    </w:p>
    <w:p>
      <w:r>
        <w:t>23. Его убьют, и на третий день Он воскреснет». Ученики очень опечалились.</w:t>
      </w:r>
    </w:p>
    <w:p>
      <w:r>
        <w:t>24. Когда они пришли в Капернаум, сборщики храмового налога подошли к Петру и спросили: «Ваш Учитель платит храмовый налог?»</w:t>
      </w:r>
    </w:p>
    <w:p>
      <w:r>
        <w:t>25. Он ответил: «Да». Когда Пётр вошёл в дом, Иисус первым спросил его: «Как ты думаешь, Симон: с кого земные цари собирают пошлины и налоги — со своих сыновей или с чужих?»</w:t>
      </w:r>
    </w:p>
    <w:p>
      <w:r>
        <w:t>26. Пётр ответил: «С чужих». Иисус сказал: «Значит, сыновья свободны.</w:t>
      </w:r>
    </w:p>
    <w:p>
      <w:r>
        <w:t>27. Но чтобы не создавать им препятствия, пойди к морю, забрось удочку и возьми первую пойманную рыбу. Найдёшь монету — отдай её за Меня и за себя».</w:t>
      </w:r>
    </w:p>
    <w:p>
      <w:pPr>
        <w:pStyle w:val="Heading2"/>
      </w:pPr>
      <w:r>
        <w:t>Глава 18</w:t>
      </w:r>
    </w:p>
    <w:p>
      <w:r>
        <w:t>1. В то время ученики подошли к Иисусу и спросили: «Кто больше всех в Царстве Небес?»</w:t>
      </w:r>
    </w:p>
    <w:p>
      <w:r>
        <w:t>2. Он позвал ребёнка, поставил его среди них</w:t>
      </w:r>
    </w:p>
    <w:p>
      <w:r>
        <w:t>3. и сказал: «Истинно говорю вам: если вы не изменитесь и не станете как дети, вы не войдёте в Царство Небес.</w:t>
      </w:r>
    </w:p>
    <w:p>
      <w:r>
        <w:t>4. Поэтому кто смирит себя, как этот ребёнок, тот больше всех в Царстве Небес.</w:t>
      </w:r>
    </w:p>
    <w:p>
      <w:r>
        <w:t>5. И кто принимает одного такого ребёнка во имя Моё, принимает Меня.</w:t>
      </w:r>
    </w:p>
    <w:p>
      <w:r>
        <w:t>6. А кто станет причиной падения одного из этих малых, верующих в Меня, тому было бы лучше, чтобы на него обрушилось тяжёлое наказание, чем сделать это.</w:t>
      </w:r>
    </w:p>
    <w:p>
      <w:r>
        <w:t>7. Горе миру из-за того, что приводит людей к падению. Такие вещи неизбежно приходят, но горе человеку, через которого они приходят.</w:t>
      </w:r>
    </w:p>
    <w:p>
      <w:r>
        <w:t>8. Если даже что-то очень близкое и привычное для тебя становится причиной греха, решительно откажись от этого. Лучше войти в жизнь с потерей, чем сохранить всё и прийти к погибели.</w:t>
      </w:r>
    </w:p>
    <w:p>
      <w:r>
        <w:t>9. И если то, на что ты смотришь, становится причиной греха, отвернись от этого. Лучше войти в жизнь с потерей, чем сохранить всё и оказаться под судом.</w:t>
      </w:r>
    </w:p>
    <w:p>
      <w:r>
        <w:t>10. Смотрите, не презирайте ни одного из этих малых. Говорю вам: их ангелы на небесах всегда видят лицо Моего Небесного Отца.</w:t>
      </w:r>
    </w:p>
    <w:p>
      <w:r>
        <w:t xml:space="preserve">11. </w:t>
      </w:r>
    </w:p>
    <w:p>
      <w:r>
        <w:t>12. Как вам кажется? Если у человека сто овец и одна из них заблудится, разве он не оставит девяносто девять на горах и не пойдёт искать заблудившуюся?</w:t>
      </w:r>
    </w:p>
    <w:p>
      <w:r>
        <w:t>13. И если найдёт её, истинно говорю вам: он радуется о ней больше, чем о девяноста девяти незаблудившихся.</w:t>
      </w:r>
    </w:p>
    <w:p>
      <w:r>
        <w:t>14. Так и ваш Небесный Отец не хочет, чтобы погиб хотя бы один из этих малых.</w:t>
      </w:r>
    </w:p>
    <w:p>
      <w:r>
        <w:t>15. Если твой брат согрешит против тебя, пойди и укажи ему на это наедине. Если он послушает тебя, ты приобрёл брата.</w:t>
      </w:r>
    </w:p>
    <w:p>
      <w:r>
        <w:t>16. Если не послушает, возьми с собой ещё одного или двух, чтобы всякое дело подтвердилось словами двух или трёх свидетелей.</w:t>
      </w:r>
    </w:p>
    <w:p>
      <w:r>
        <w:t>17. Если он не послушает их, скажи церкви. Если не послушает и церковь, пусть будет для тебя как язычник и сборщик пошлин.</w:t>
      </w:r>
    </w:p>
    <w:p>
      <w:r>
        <w:t>18. Истинно говорю вам: что вы свяжете на земле, будет уже связано на небе; и что развяжете на земле, будет уже развязано на небе.</w:t>
      </w:r>
    </w:p>
    <w:p>
      <w:r>
        <w:t>19. Ещё говорю вам: если двое из вас на земле согласятся просить о каком-либо деле, оно будет дано им Моим Небесным Отцом.</w:t>
      </w:r>
    </w:p>
    <w:p>
      <w:r>
        <w:t>20. Потому что где двое или трое собраны во имя Моё, там Я среди них».</w:t>
      </w:r>
    </w:p>
    <w:p>
      <w:r>
        <w:t>21. Тогда Пётр подошёл и спросил: «Господи, сколько раз прощать брату, согрешающему против меня? До семи раз?»</w:t>
      </w:r>
    </w:p>
    <w:p>
      <w:r>
        <w:t>22. Иисус ответил: «Говорю тебе: не до семи, а до семидесяти семи раз».</w:t>
      </w:r>
    </w:p>
    <w:p>
      <w:r>
        <w:t>23. «Поэтому Царство Небес подобно царю, который решил свести счета со своими рабами.</w:t>
      </w:r>
    </w:p>
    <w:p>
      <w:r>
        <w:t>24. Когда он начал расчёт, к нему привели человека, задолжавшего десять тысяч талантов.</w:t>
      </w:r>
    </w:p>
    <w:p>
      <w:r>
        <w:t>25. Так как тот не мог заплатить, господин велел продать его, его жену и детей и всё, что он имел, чтобы уплатить долг.</w:t>
      </w:r>
    </w:p>
    <w:p>
      <w:r>
        <w:t>26. Раб пал перед ним и просил: “Потерпи меня, и я всё тебе отдам”.</w:t>
      </w:r>
    </w:p>
    <w:p>
      <w:r>
        <w:t>27. Господин сжалился над рабом, отпустил его и простил долг.</w:t>
      </w:r>
    </w:p>
    <w:p>
      <w:r>
        <w:t>28. Но тот раб, выйдя, встретил другого раба, который был должен ему сто динариев. Он схватил его и потребовал: “Верни долг!”</w:t>
      </w:r>
    </w:p>
    <w:p>
      <w:r>
        <w:t>29. Тот упал перед ним и просил: “Потерпи меня, и я отдам тебе”.</w:t>
      </w:r>
    </w:p>
    <w:p>
      <w:r>
        <w:t>30. Но первый не захотел и добился его заключения, пока тот не выплатит долг.</w:t>
      </w:r>
    </w:p>
    <w:p>
      <w:r>
        <w:t>31. Увидев произошедшее, другие рабы очень огорчились и рассказали господину обо всём.</w:t>
      </w:r>
    </w:p>
    <w:p>
      <w:r>
        <w:t>32. Тогда господин позвал его и сказал: “Злой раб! Я простил тебе весь тот долг, потому что ты попросил меня.</w:t>
      </w:r>
    </w:p>
    <w:p>
      <w:r>
        <w:t>33. Разве не должен был и ты помиловать другого раба, как я помиловал тебя?”</w:t>
      </w:r>
    </w:p>
    <w:p>
      <w:r>
        <w:t>34. Разгневавшись, господин передал его истязателям, пока тот не выплатит весь долг.</w:t>
      </w:r>
    </w:p>
    <w:p>
      <w:r>
        <w:t>35. Так и Мой Небесный Отец поступит с вами, если каждый из вас не простит брату от сердца».</w:t>
      </w:r>
    </w:p>
    <w:p>
      <w:pPr>
        <w:pStyle w:val="Heading2"/>
      </w:pPr>
      <w:r>
        <w:t>Глава 19</w:t>
      </w:r>
    </w:p>
    <w:p>
      <w:r>
        <w:t>1. Когда Иисус закончил эти слова, Он ушёл из Галилеи и пришёл в пределы Иудеи за Иорданом.</w:t>
      </w:r>
    </w:p>
    <w:p>
      <w:r>
        <w:t>2. За Ним последовали большие толпы, и там Он исцелил их.</w:t>
      </w:r>
    </w:p>
    <w:p>
      <w:r>
        <w:t>3. К Нему подошли фарисеи и, испытывая Его, спросили: «Позволено ли мужчине разводиться с женой по любой причине?»</w:t>
      </w:r>
    </w:p>
    <w:p>
      <w:r>
        <w:t>4. Он ответил: «Разве вы не читали, что Создатель от начала сотворил их мужчиной и женщиной</w:t>
      </w:r>
    </w:p>
    <w:p>
      <w:r>
        <w:t>5. и сказал: “Поэтому мужчина оставит отца и мать, соединится с женой, и двое станут одной плотью”?</w:t>
      </w:r>
    </w:p>
    <w:p>
      <w:r>
        <w:t>6. Так что они уже не двое, а одна плоть. Поэтому что Бог соединил, человек пусть не разделяет».</w:t>
      </w:r>
    </w:p>
    <w:p>
      <w:r>
        <w:t>7. Они спросили: «Почему же Моисей велел дать разводное свидетельство и отпустить жену?»</w:t>
      </w:r>
    </w:p>
    <w:p>
      <w:r>
        <w:t>8. Он ответил: «Из-за жестокости ваших сердец Моисей позволил вам разводиться с жёнами, но от начала было не так.</w:t>
      </w:r>
    </w:p>
    <w:p>
      <w:r>
        <w:t>9. Говорю вам: кто разводится с женой не из-за сексуальной неверности и женится на другой, прелюбодействует; и кто женится на разведённой, прелюбодействует».</w:t>
      </w:r>
    </w:p>
    <w:p>
      <w:r>
        <w:t>10. Ученики сказали Ему: «Если таковы отношения мужчины с женой, лучше не жениться».</w:t>
      </w:r>
    </w:p>
    <w:p>
      <w:r>
        <w:t>11. Он ответил: «Не все могут принять эти слова, а только те, кому это дано.</w:t>
      </w:r>
    </w:p>
    <w:p>
      <w:r>
        <w:t>12. Есть евнухи, родившиеся такими; есть те, кого сделали евнухами другие; а есть те, кто сделал себя подобным евнуху ради Царства Небес. Кто может принять это — пусть примет».</w:t>
      </w:r>
    </w:p>
    <w:p>
      <w:r>
        <w:t>13. Тогда к Иисусу принесли детей, чтобы Он возложил на них руки и помолился, но ученики запрещали людям.</w:t>
      </w:r>
    </w:p>
    <w:p>
      <w:r>
        <w:t>14. Иисус сказал: «Позвольте детям приходить ко Мне и не мешайте им, потому что таким принадлежит Царство Небес».</w:t>
      </w:r>
    </w:p>
    <w:p>
      <w:r>
        <w:t>15. Возложив на них руки, Он ушёл оттуда.</w:t>
      </w:r>
    </w:p>
    <w:p>
      <w:r>
        <w:t>16. И вот, к Нему подошёл человек и спросил: «Учитель, что доброго мне сделать, чтобы иметь вечную жизнь?»</w:t>
      </w:r>
    </w:p>
    <w:p>
      <w:r>
        <w:t>17. Иисус сказал ему: «Почему ты спрашиваешь Меня о добром? Есть только Один Добрый. Если хочешь войти в жизнь, соблюдай заповеди».</w:t>
      </w:r>
    </w:p>
    <w:p>
      <w:r>
        <w:t>18. Тот спросил: «Какие?» Иисус ответил: «Не убивай, не нарушай супружескую верность, не кради, не лжесвидетельствуй,</w:t>
      </w:r>
    </w:p>
    <w:p>
      <w:r>
        <w:t>19. почитай отца и мать и люби ближнего, как самого себя».</w:t>
      </w:r>
    </w:p>
    <w:p>
      <w:r>
        <w:t>20. Юноша сказал: «Всё это я соблюдал. Чего мне ещё недостаёт?»</w:t>
      </w:r>
    </w:p>
    <w:p>
      <w:r>
        <w:t>21. Иисус ответил: «Если хочешь быть совершенным, пойди, продай своё имущество, раздай бедным — и у тебя будет сокровище на небесах. Потом приходи и следуй за Мной».</w:t>
      </w:r>
    </w:p>
    <w:p>
      <w:r>
        <w:t>22. Услышав эти слова, юноша ушёл опечаленным, потому что у него было много имущества.</w:t>
      </w:r>
    </w:p>
    <w:p>
      <w:r>
        <w:t>23. Иисус сказал ученикам: «Истинно говорю вам: богатому трудно войти в Царство Небес.</w:t>
      </w:r>
    </w:p>
    <w:p>
      <w:r>
        <w:t>24. И ещё говорю вам: легче верблюду пройти через игольное ушко, чем богатому войти в Царство Бога».</w:t>
      </w:r>
    </w:p>
    <w:p>
      <w:r>
        <w:t>25. Услышав это, ученики очень удивились и спросили: «Кто же тогда может быть спасён?»</w:t>
      </w:r>
    </w:p>
    <w:p>
      <w:r>
        <w:t>26. Иисус посмотрел на них и сказал: «Для людей это невозможно, но для Бога возможно всё».</w:t>
      </w:r>
    </w:p>
    <w:p>
      <w:r>
        <w:t>27. Тогда Пётр сказал: «Вот, мы оставили всё и последовали за Тобой. Что же будет нам?»</w:t>
      </w:r>
    </w:p>
    <w:p>
      <w:r>
        <w:t>28. Иисус ответил: «Истинно говорю вам: при обновлении всего, когда Сын Человеческий сядет на престоле Своей славы, вы, последовавшие за Мной, тоже сядете на двенадцати престолах и будете судить двенадцать племён Израиля.</w:t>
      </w:r>
    </w:p>
    <w:p>
      <w:r>
        <w:t>29. И всякий, кто оставил дома, братьев, сестёр, отца, мать, детей или поля ради Моего имени, получит во сто раз больше и унаследует вечную жизнь.</w:t>
      </w:r>
    </w:p>
    <w:p>
      <w:r>
        <w:t>30. Но многие первые станут последними, а последние — первыми».</w:t>
      </w:r>
    </w:p>
    <w:p>
      <w:pPr>
        <w:pStyle w:val="Heading2"/>
      </w:pPr>
      <w:r>
        <w:t>Глава 20</w:t>
      </w:r>
    </w:p>
    <w:p>
      <w:r>
        <w:t>1. «Царство Небес подобно хозяину дома, который рано утром вышел нанять работников в свой виноградник.</w:t>
      </w:r>
    </w:p>
    <w:p>
      <w:r>
        <w:t>2. Договорившись с работниками по динарию за день, он отправил их в виноградник.</w:t>
      </w:r>
    </w:p>
    <w:p>
      <w:r>
        <w:t>3. Выйдя около третьего часа, он увидел других, стоявших на площади без работы,</w:t>
      </w:r>
    </w:p>
    <w:p>
      <w:r>
        <w:t>4. и сказал им: “Идите и вы в виноградник, и я дам вам то, что справедливо”. Они пошли.</w:t>
      </w:r>
    </w:p>
    <w:p>
      <w:r>
        <w:t>5. Он снова вышел около шестого и девятого часа и сделал то же.</w:t>
      </w:r>
    </w:p>
    <w:p>
      <w:r>
        <w:t>6. Около одиннадцатого часа он вышел и нашёл ещё других стоящих и спросил: “Почему вы стоите здесь весь день без работы?”</w:t>
      </w:r>
    </w:p>
    <w:p>
      <w:r>
        <w:t>7. Они ответили: “Никто нас не нанял”. Он сказал: “Идите и вы в виноградник”.</w:t>
      </w:r>
    </w:p>
    <w:p>
      <w:r>
        <w:t>8. Когда наступил вечер, хозяин виноградника сказал управляющему: “Позови работников и заплати им, начиная с последних и заканчивая первыми”.</w:t>
      </w:r>
    </w:p>
    <w:p>
      <w:r>
        <w:t>9. Пришедшие около одиннадцатого часа получили по динарию.</w:t>
      </w:r>
    </w:p>
    <w:p>
      <w:r>
        <w:t>10. Когда пришли первые, они решили, что получат больше, но и им дали по динарию.</w:t>
      </w:r>
    </w:p>
    <w:p>
      <w:r>
        <w:t>11. Получив плату, они стали роптать на хозяина:</w:t>
      </w:r>
    </w:p>
    <w:p>
      <w:r>
        <w:t>12. “Эти последние работали всего один час, а ты сравнял их с нами, переносившими тяжесть дня и зной”.</w:t>
      </w:r>
    </w:p>
    <w:p>
      <w:r>
        <w:t>13. Но он ответил одному из них: “Друг, я не поступаю с тобой несправедливо. Разве ты не договорился со мной за динарий?</w:t>
      </w:r>
    </w:p>
    <w:p>
      <w:r>
        <w:t>14. Возьми своё и иди. Я хочу дать последнему столько же, сколько тебе.</w:t>
      </w:r>
    </w:p>
    <w:p>
      <w:r>
        <w:t>15. Разве я не вправе распоряжаться своим? Или твой глаз завистлив оттого, что я добр?”</w:t>
      </w:r>
    </w:p>
    <w:p>
      <w:r>
        <w:t>16. Так последние станут первыми, а первые — последними».</w:t>
      </w:r>
    </w:p>
    <w:p>
      <w:r>
        <w:t>17. Поднимаясь в Иерусалим, Иисус отвёл двенадцать учеников в сторону и по дороге сказал им:</w:t>
      </w:r>
    </w:p>
    <w:p>
      <w:r>
        <w:t>18. «Вот, мы поднимаемся в Иерусалим. Сын Человеческий будет предан первосвященникам и книжникам; они приговорят Его к смерти</w:t>
      </w:r>
    </w:p>
    <w:p>
      <w:r>
        <w:t>19. и передадут язычникам на насмешки, бичевание и распятие, а на третий день Он воскреснет».</w:t>
      </w:r>
    </w:p>
    <w:p>
      <w:r>
        <w:t>20. Тогда к Нему подошла мать сыновей Зеведея вместе с ними, поклонилась и хотела попросить Его о чём-то.</w:t>
      </w:r>
    </w:p>
    <w:p>
      <w:r>
        <w:t>21. Он спросил её: «Чего ты хочешь?» Она ответила: «Скажи, чтобы эти два моих сына сели в Твоём Царстве один справа от Тебя, другой слева».</w:t>
      </w:r>
    </w:p>
    <w:p>
      <w:r>
        <w:t>22. Иисус ответил: «Вы не знаете, чего просите. Можете ли вы пить чашу, которую Я собираюсь пить?» Они ответили: «Можем».</w:t>
      </w:r>
    </w:p>
    <w:p>
      <w:r>
        <w:t>23. Он сказал им: «Мою чашу вы будете пить. Но дать место справа или слева от Меня — не Моё дело; эти места принадлежат тем, для кого приготовлены Моим Отцом».</w:t>
      </w:r>
    </w:p>
    <w:p>
      <w:r>
        <w:t>24. Услышав это, остальные десять возмутились двумя братьями.</w:t>
      </w:r>
    </w:p>
    <w:p>
      <w:r>
        <w:t>25. Иисус подозвал их и сказал: «Вы знаете, что правители народов господствуют над ними и великие властвуют над ними.</w:t>
      </w:r>
    </w:p>
    <w:p>
      <w:r>
        <w:t>26. Но среди вас пусть будет не так. Кто хочет стать великим среди вас, пусть будет вашим служителем,</w:t>
      </w:r>
    </w:p>
    <w:p>
      <w:r>
        <w:t>27. а кто хочет быть первым среди вас, пусть будет вашим рабом.</w:t>
      </w:r>
    </w:p>
    <w:p>
      <w:r>
        <w:t>28. Так и Сын Человеческий пришёл не для того, чтобы Ему служили, а чтобы служить и отдать Свою жизнь как выкуп за многих».</w:t>
      </w:r>
    </w:p>
    <w:p>
      <w:r>
        <w:t>29. Когда они выходили из Иерихона, за Иисусом последовала большая толпа.</w:t>
      </w:r>
    </w:p>
    <w:p>
      <w:r>
        <w:t>30. И вот, двое слепых сидели у дороги. Услышав, что проходит Иисус, они закричали: «Господи, Сын Давида, помилуй нас!»</w:t>
      </w:r>
    </w:p>
    <w:p>
      <w:r>
        <w:t>31. Толпа требовала, чтобы они замолчали, но они кричали ещё громче: «Господи, Сын Давида, помилуй нас!»</w:t>
      </w:r>
    </w:p>
    <w:p>
      <w:r>
        <w:t>32. Иисус остановился, позвал их и спросил: «Что вы хотите, чтобы Я сделал для вас?»</w:t>
      </w:r>
    </w:p>
    <w:p>
      <w:r>
        <w:t>33. Они ответили: «Господи, чтобы открылись наши глаза».</w:t>
      </w:r>
    </w:p>
    <w:p>
      <w:r>
        <w:t>34. Сжалившись, Иисус коснулся их глаз. Они сразу прозрели и последовали за Ним.</w:t>
      </w:r>
    </w:p>
    <w:p>
      <w:pPr>
        <w:pStyle w:val="Heading2"/>
      </w:pPr>
      <w:r>
        <w:t>Глава 21</w:t>
      </w:r>
    </w:p>
    <w:p>
      <w:r>
        <w:t>1. Когда они приблизились к Иерусалиму и пришли к Вифагии у Масличной горы, Иисус послал двух учеников</w:t>
      </w:r>
    </w:p>
    <w:p>
      <w:r>
        <w:t>2. и сказал им: «Идите в селение напротив. Сразу найдёте привязанную ослицу и с ней молодого осла. Отвяжите их и приведите ко Мне.</w:t>
      </w:r>
    </w:p>
    <w:p>
      <w:r>
        <w:t>3. Если кто-нибудь что-то скажет вам, ответьте: “Они нужны Господу”, — и он сразу отпустит их».</w:t>
      </w:r>
    </w:p>
    <w:p>
      <w:r>
        <w:t>4. Это произошло, чтобы исполнилось сказанное через пророка:</w:t>
      </w:r>
    </w:p>
    <w:p>
      <w:r>
        <w:t>5. «Скажите дочери Сиона: вот, твой Царь идёт к тебе, кроткий, сидящий на осле — на молодом осле, сыне вьючного животного».</w:t>
      </w:r>
    </w:p>
    <w:p>
      <w:r>
        <w:t>6. Ученики пошли и сделали так, как велел им Иисус.</w:t>
      </w:r>
    </w:p>
    <w:p>
      <w:r>
        <w:t>7. Они привели ослицу и молодого осла, положили на них свои одежды, и Иисус сел на одежды.</w:t>
      </w:r>
    </w:p>
    <w:p>
      <w:r>
        <w:t>8. Большая часть народа расстилала на дороге свои одежды, другие срезали ветви с деревьев и устилали ими дорогу.</w:t>
      </w:r>
    </w:p>
    <w:p>
      <w:r>
        <w:t>9. Толпы, шедшие впереди и следовавшие за Ним, кричали: «Осанна Сыну Давида! Благословен Идущий во имя Господа! Осанна в вышних!»</w:t>
      </w:r>
    </w:p>
    <w:p>
      <w:r>
        <w:t>10. Когда Он вошёл в Иерусалим, весь город пришёл в движение и спрашивал: «Кто это?»</w:t>
      </w:r>
    </w:p>
    <w:p>
      <w:r>
        <w:t>11. Толпы отвечали: «Это пророк Иисус из Назарета Галилейского».</w:t>
      </w:r>
    </w:p>
    <w:p>
      <w:r>
        <w:t>12. Иисус вошёл в храм и выгнал оттуда продающих и покупающих, перевернул столы менял и сиденья продавцов голубей.</w:t>
      </w:r>
    </w:p>
    <w:p>
      <w:r>
        <w:t>13. Он сказал им: «Написано: “Мой дом будет назван домом молитвы”, а вы превращаете его в убежище разбойников».</w:t>
      </w:r>
    </w:p>
    <w:p>
      <w:r>
        <w:t>14. В храме к Нему подошли слепые и хромые, и Он исцелил их.</w:t>
      </w:r>
    </w:p>
    <w:p>
      <w:r>
        <w:t>15. Первосвященники и книжники, увидев чудеса, которые Он совершал, и детей, кричавших в храме: «Осанна Сыну Давида!», возмутились</w:t>
      </w:r>
    </w:p>
    <w:p>
      <w:r>
        <w:t>16. и сказали Ему: «Ты слышишь, что они говорят?» Иисус ответил: «Да. Разве вы никогда не читали: “Из уст младенцев и грудных детей Ты приготовил хвалу”?»</w:t>
      </w:r>
    </w:p>
    <w:p>
      <w:r>
        <w:t>17. Оставив их, Он вышел из города в Вифанию и провёл там ночь.</w:t>
      </w:r>
    </w:p>
    <w:p>
      <w:r>
        <w:t>18. Рано утром, возвращаясь в город, Иисус проголодался.</w:t>
      </w:r>
    </w:p>
    <w:p>
      <w:r>
        <w:t>19. Увидев у дороги смоковницу, Он подошёл к ней, но не нашёл ничего, кроме листьев, и сказал: «Пусть от тебя больше никогда не будет плода». И смоковница сразу засохла.</w:t>
      </w:r>
    </w:p>
    <w:p>
      <w:r>
        <w:t>20. Увидев это, ученики удивились: «Как смоковница могла так быстро засохнуть?»</w:t>
      </w:r>
    </w:p>
    <w:p>
      <w:r>
        <w:t>21. Иисус ответил: «Истинно говорю вам: если будете иметь веру и не усомнитесь, вы сможете сделать не только то, что произошло со смоковницей, но даже сказать этой горе: “Поднимись и бросься в море”, — и это произойдёт.</w:t>
      </w:r>
    </w:p>
    <w:p>
      <w:r>
        <w:t>22. Всё, чего вы попросите в молитве с верой, получите».</w:t>
      </w:r>
    </w:p>
    <w:p>
      <w:r>
        <w:t>23. Когда Иисус вошёл в храм и стал учить, к Нему подошли первосвященники и старейшины народа и спросили: «Какой властью Ты это делаешь? Кто дал Тебе эту власть?»</w:t>
      </w:r>
    </w:p>
    <w:p>
      <w:r>
        <w:t>24. Иисус ответил: «Я тоже задам вам один вопрос. Если ответите Мне, Я скажу вам, какой властью это делаю.</w:t>
      </w:r>
    </w:p>
    <w:p>
      <w:r>
        <w:t>25. Крещение Иоанна откуда было — с неба или от людей?» Они стали рассуждать между собой: «Если скажем: “С неба”, Он спросит: “Почему же вы ему не поверили?”</w:t>
      </w:r>
    </w:p>
    <w:p>
      <w:r>
        <w:t>26. А если скажем: “От людей”, боимся народа, потому что все считают Иоанна пророком».</w:t>
      </w:r>
    </w:p>
    <w:p>
      <w:r>
        <w:t>27. Поэтому они ответили Иисусу: «Не знаем». Он сказал им: «Тогда и Я не скажу вам, какой властью это делаю.</w:t>
      </w:r>
    </w:p>
    <w:p>
      <w:r>
        <w:t>28. Как вам кажется? У одного человека было два сына. Он подошёл к первому и сказал: “Сын, пойди сегодня поработай в винограднике”.</w:t>
      </w:r>
    </w:p>
    <w:p>
      <w:r>
        <w:t>29. Тот ответил: “Не хочу”, но потом передумал и пошёл.</w:t>
      </w:r>
    </w:p>
    <w:p>
      <w:r>
        <w:t>30. Отец подошёл ко второму и сказал то же. Тот ответил: “Иду, господин”, но не пошёл.</w:t>
      </w:r>
    </w:p>
    <w:p>
      <w:r>
        <w:t>31. Который из двух исполнил волю отца?» Они ответили: «Первый». Иисус сказал им: «Истинно говорю вам: сборщики пошлин и проститутки входят в Царство Бога впереди вас.</w:t>
      </w:r>
    </w:p>
    <w:p>
      <w:r>
        <w:t>32. Потому что Иоанн пришёл к вам путём праведности, и вы ему не поверили, а сборщики пошлин и проститутки поверили. Вы же, увидев это, и позже не передумали и не поверили ему.</w:t>
      </w:r>
    </w:p>
    <w:p>
      <w:r>
        <w:t>33. Послушайте другую притчу. Был хозяин дома, который посадил виноградник, обнёс его оградой, выкопал давильню, построил башню, отдал виноградник арендаторам и уехал.</w:t>
      </w:r>
    </w:p>
    <w:p>
      <w:r>
        <w:t>34. Когда приблизилось время плодов, он послал к арендаторам своих рабов получить причитающиеся ему плоды.</w:t>
      </w:r>
    </w:p>
    <w:p>
      <w:r>
        <w:t>35. Но арендаторы схватили его рабов: одного избили, другого убили, третьего забросали камнями.</w:t>
      </w:r>
    </w:p>
    <w:p>
      <w:r>
        <w:t>36. Тогда он послал других рабов, больше прежнего, но с ними поступили так же.</w:t>
      </w:r>
    </w:p>
    <w:p>
      <w:r>
        <w:t>37. Наконец он послал к ним своего сына, думая: “Моего сына они постыдятся”.</w:t>
      </w:r>
    </w:p>
    <w:p>
      <w:r>
        <w:t>38. Но арендаторы, увидев сына, сказали друг другу: “Это наследник. Давайте убьём его и завладеем наследством”.</w:t>
      </w:r>
    </w:p>
    <w:p>
      <w:r>
        <w:t>39. Они схватили его, вывели из виноградника и убили.</w:t>
      </w:r>
    </w:p>
    <w:p>
      <w:r>
        <w:t>40. Итак, когда придёт хозяин виноградника, что он сделает с этими арендаторами?»</w:t>
      </w:r>
    </w:p>
    <w:p>
      <w:r>
        <w:t>41. Они ответили: «Этих злодеев он сурово накажет, а виноградник отдаст другим арендаторам, которые будут отдавать ему плоды вовремя».</w:t>
      </w:r>
    </w:p>
    <w:p>
      <w:r>
        <w:t>42. Иисус сказал им: «Разве вы никогда не читали в Писаниях: “Камень, который отвергли строители, стал краеугольным. Это сделал Господь, и это удивительно в наших глазах”?</w:t>
      </w:r>
    </w:p>
    <w:p>
      <w:r>
        <w:t>43. Поэтому говорю вам: Царство Бога будет отнято у вас и дано народу, приносящему его плоды.</w:t>
      </w:r>
    </w:p>
    <w:p>
      <w:r>
        <w:t>44. Кто упадёт на этот камень, разобьётся; а на кого он упадёт, того сокрушит».</w:t>
      </w:r>
    </w:p>
    <w:p>
      <w:r>
        <w:t>45. Услышав Его притчи, первосвященники и фарисеи поняли, что Он говорит о них.</w:t>
      </w:r>
    </w:p>
    <w:p>
      <w:r>
        <w:t>46. Они хотели схватить Его, но боялись народа, потому что люди считали Его пророком.</w:t>
      </w:r>
    </w:p>
    <w:p>
      <w:pPr>
        <w:pStyle w:val="Heading2"/>
      </w:pPr>
      <w:r>
        <w:t>Глава 22</w:t>
      </w:r>
    </w:p>
    <w:p>
      <w:r>
        <w:t>1. Иисус снова заговорил с ними притчами:</w:t>
      </w:r>
    </w:p>
    <w:p>
      <w:r>
        <w:t>2. «Царство Небес подобно царю, который устроил свадебный пир для своего сына.</w:t>
      </w:r>
    </w:p>
    <w:p>
      <w:r>
        <w:t>3. Он послал рабов позвать приглашённых на пир, но те не захотели прийти.</w:t>
      </w:r>
    </w:p>
    <w:p>
      <w:r>
        <w:t>4. Тогда он послал других рабов сказать приглашённым: “Вот, я приготовил угощение, всё готово. Приходите на свадебный пир”.</w:t>
      </w:r>
    </w:p>
    <w:p>
      <w:r>
        <w:t>5. Но они не обратили внимания и разошлись: один на своё поле, другой по своим делам.</w:t>
      </w:r>
    </w:p>
    <w:p>
      <w:r>
        <w:t>6. Остальные схватили царских рабов, унизили их и убили.</w:t>
      </w:r>
    </w:p>
    <w:p>
      <w:r>
        <w:t>7. Царь разгневался и послал войска наказать убийц и разрушить их город.</w:t>
      </w:r>
    </w:p>
    <w:p>
      <w:r>
        <w:t>8. Затем сказал рабам: “Свадебный пир готов, но приглашённые оказались недостойны.</w:t>
      </w:r>
    </w:p>
    <w:p>
      <w:r>
        <w:t>9. Поэтому идите на перекрёстки дорог и зовите на пир всех, кого найдёте”.</w:t>
      </w:r>
    </w:p>
    <w:p>
      <w:r>
        <w:t>10. Рабы вышли на дороги и собрали всех, кого нашли, и злых, и добрых; свадебный зал наполнился гостями.</w:t>
      </w:r>
    </w:p>
    <w:p>
      <w:r>
        <w:t>11. Когда царь вошёл посмотреть на гостей, он увидел человека без свадебной одежды</w:t>
      </w:r>
    </w:p>
    <w:p>
      <w:r>
        <w:t>12. и спросил: “Друг, как ты вошёл сюда без свадебной одежды?” Тот молчал.</w:t>
      </w:r>
    </w:p>
    <w:p>
      <w:r>
        <w:t>13. Тогда царь сказал слугам: “Свяжите ему руки и ноги и выбросьте его во внешнюю тьму; там будут плач и скрежет зубов”.</w:t>
      </w:r>
    </w:p>
    <w:p>
      <w:r>
        <w:t>14. Потому что много званых, но мало избранных».</w:t>
      </w:r>
    </w:p>
    <w:p>
      <w:r>
        <w:t>15. Тогда фарисеи ушли и стали советоваться, как поймать Иисуса на слове.</w:t>
      </w:r>
    </w:p>
    <w:p>
      <w:r>
        <w:t>16. Они послали к Нему своих учеников вместе с иродианами сказать: «Учитель, мы знаем, что Ты правдив и истинно учишь пути Бога, не стараясь угождать людям и не смотря на их положение.</w:t>
      </w:r>
    </w:p>
    <w:p>
      <w:r>
        <w:t>17. Скажи нам, как Ты думаешь: позволено ли платить налог кесарю или нет?»</w:t>
      </w:r>
    </w:p>
    <w:p>
      <w:r>
        <w:t>18. Иисус, зная их злой умысел, сказал: «Лицемеры, зачем вы Меня испытываете?</w:t>
      </w:r>
    </w:p>
    <w:p>
      <w:r>
        <w:t>19. Покажите Мне монету, которой платят налог». Они принесли Ему динарий.</w:t>
      </w:r>
    </w:p>
    <w:p>
      <w:r>
        <w:t>20. Он спросил: «Чьё здесь изображение и надпись?»</w:t>
      </w:r>
    </w:p>
    <w:p>
      <w:r>
        <w:t>21. Они ответили: «Кесаря». Тогда Он сказал: «Отдавайте кесарю то, что принадлежит кесарю, а Богу — то, что принадлежит Богу».</w:t>
      </w:r>
    </w:p>
    <w:p>
      <w:r>
        <w:t>22. Услышав это, они удивились, оставили Его и ушли.</w:t>
      </w:r>
    </w:p>
    <w:p>
      <w:r>
        <w:t>23. В тот день к Нему подошли саддукеи, которые говорят, что воскресения нет, и спросили:</w:t>
      </w:r>
    </w:p>
    <w:p>
      <w:r>
        <w:t>24. «Учитель, Моисей сказал: если человек умрёт без детей, его брат должен жениться на вдове и продолжить род умершего.</w:t>
      </w:r>
    </w:p>
    <w:p>
      <w:r>
        <w:t>25. У нас было семь братьев. Первый женился и умер, не оставив потомства, и жена осталась его брату.</w:t>
      </w:r>
    </w:p>
    <w:p>
      <w:r>
        <w:t>26. То же произошло со вторым, третьим и со всеми семерыми.</w:t>
      </w:r>
    </w:p>
    <w:p>
      <w:r>
        <w:t>27. После всех умерла и женщина.</w:t>
      </w:r>
    </w:p>
    <w:p>
      <w:r>
        <w:t>28. Итак, при воскресении чьей женой из семерых она будет? Ведь все были её мужьями».</w:t>
      </w:r>
    </w:p>
    <w:p>
      <w:r>
        <w:t>29. Иисус ответил: «Вы заблуждаетесь, потому что не знаете ни Писаний, ни силы Божьей.</w:t>
      </w:r>
    </w:p>
    <w:p>
      <w:r>
        <w:t>30. При воскресении люди не женятся и не выходят замуж, а подобны ангелам на небе.</w:t>
      </w:r>
    </w:p>
    <w:p>
      <w:r>
        <w:t>31. А о воскресении мёртвых разве вы не читали сказанное вам Богом:</w:t>
      </w:r>
    </w:p>
    <w:p>
      <w:r>
        <w:t>32. “Я — Бог Авраама, Бог Исаака и Бог Иакова”? Он Бог не мёртвых, а живых».</w:t>
      </w:r>
    </w:p>
    <w:p>
      <w:r>
        <w:t>33. Услышав это, народ был поражён Его учением.</w:t>
      </w:r>
    </w:p>
    <w:p>
      <w:r>
        <w:t>34. Фарисеи, услышав, что Иисус заставил саддукеев замолчать, собрались вместе.</w:t>
      </w:r>
    </w:p>
    <w:p>
      <w:r>
        <w:t>35. Один из них, знаток Закона, испытывая Его, спросил:</w:t>
      </w:r>
    </w:p>
    <w:p>
      <w:r>
        <w:t>36. «Учитель, какая заповедь в Законе самая большая?»</w:t>
      </w:r>
    </w:p>
    <w:p>
      <w:r>
        <w:t>37. Он ответил: «Люби Господа, Бога твоего, всем своим сердцем, всей своей душой и всем своим разумом.</w:t>
      </w:r>
    </w:p>
    <w:p>
      <w:r>
        <w:t>38. Это первая и величайшая заповедь.</w:t>
      </w:r>
    </w:p>
    <w:p>
      <w:r>
        <w:t>39. Вторая подобна ей: “Люби своего ближнего, как самого себя”.</w:t>
      </w:r>
    </w:p>
    <w:p>
      <w:r>
        <w:t>40. На этих двух заповедях держатся весь Закон и Пророки».</w:t>
      </w:r>
    </w:p>
    <w:p>
      <w:r>
        <w:t>41. Пока фарисеи были собраны, Иисус спросил их:</w:t>
      </w:r>
    </w:p>
    <w:p>
      <w:r>
        <w:t>42. «Что вы думаете о Христе? Чей Он сын?» Они ответили: «Давида».</w:t>
      </w:r>
    </w:p>
    <w:p>
      <w:r>
        <w:t>43. Он спросил: «Как же тогда Давид, говоря Духом, называет Его Господом:</w:t>
      </w:r>
    </w:p>
    <w:p>
      <w:r>
        <w:t>44. “Господь сказал моему Господу: сядь справа от Меня, пока Я не положу Твоих врагов под Твои ноги”?</w:t>
      </w:r>
    </w:p>
    <w:p>
      <w:r>
        <w:t>45. Если Давид называет Его Господом, как же Он его сын?»</w:t>
      </w:r>
    </w:p>
    <w:p>
      <w:r>
        <w:t>46. Никто не смог ответить Ему ни слова, и с того дня никто уже не решался задавать Ему вопросы.</w:t>
      </w:r>
    </w:p>
    <w:p>
      <w:pPr>
        <w:pStyle w:val="Heading2"/>
      </w:pPr>
      <w:r>
        <w:t>Глава 23</w:t>
      </w:r>
    </w:p>
    <w:p>
      <w:r>
        <w:t>1. Тогда Иисус сказал народу и Своим ученикам:</w:t>
      </w:r>
    </w:p>
    <w:p>
      <w:r>
        <w:t>2. «Книжники и фарисеи заняли место Моисея.</w:t>
      </w:r>
    </w:p>
    <w:p>
      <w:r>
        <w:t>3. Поэтому всё, что они скажут вам, делайте и соблюдайте, но не поступайте по их делам, потому что они говорят и не делают.</w:t>
      </w:r>
    </w:p>
    <w:p>
      <w:r>
        <w:t>4. Они связывают тяжёлые ноши и возлагают людям на плечи, а сами не хотят пошевелить и пальцем, чтобы помочь.</w:t>
      </w:r>
    </w:p>
    <w:p>
      <w:r>
        <w:t>5. Все свои дела они делают напоказ людям: расширяют свои филактерии и удлиняют кисти на одежде.</w:t>
      </w:r>
    </w:p>
    <w:p>
      <w:r>
        <w:t>6. Они любят почётные места на пирах и лучшие места в синагогах,</w:t>
      </w:r>
    </w:p>
    <w:p>
      <w:r>
        <w:t>7. приветствия на площадях и когда люди называют их “Равви”.</w:t>
      </w:r>
    </w:p>
    <w:p>
      <w:r>
        <w:t>8. А вы не позволяйте называть себя “Равви”, потому что у вас один Учитель, а вы все братья.</w:t>
      </w:r>
    </w:p>
    <w:p>
      <w:r>
        <w:t>9. И никого на земле не называйте своим отцом, потому что у вас один Отец — Небесный.</w:t>
      </w:r>
    </w:p>
    <w:p>
      <w:r>
        <w:t>10. Не позволяйте называть себя наставниками, потому что у вас один Наставник — Христос.</w:t>
      </w:r>
    </w:p>
    <w:p>
      <w:r>
        <w:t>11. Больший среди вас пусть будет вашим служителем.</w:t>
      </w:r>
    </w:p>
    <w:p>
      <w:r>
        <w:t>12. Кто возвышает себя, будет смирён, а кто смиряет себя, будет возвышен.</w:t>
      </w:r>
    </w:p>
    <w:p>
      <w:r>
        <w:t>13. Горе вам, книжники и фарисеи, лицемеры! Вы закрываете Царство Небес перед людьми: сами не входите и желающим войти не позволяете.</w:t>
      </w:r>
    </w:p>
    <w:p>
      <w:r>
        <w:t xml:space="preserve">14. </w:t>
      </w:r>
    </w:p>
    <w:p>
      <w:r>
        <w:t>15. Горе вам, книжники и фарисеи, лицемеры! Вы обходите море и сушу, чтобы приобрести одного прозелита, а когда приобретёте, делаете его вдвое более достойным геенны, чем вы сами.</w:t>
      </w:r>
    </w:p>
    <w:p>
      <w:r>
        <w:t>16. Горе вам, слепые проводники! Вы говорите: “Кто поклянётся храмом — это ничего, но кто поклянётся золотом храма, тот связан клятвой”.</w:t>
      </w:r>
    </w:p>
    <w:p>
      <w:r>
        <w:t>17. Безумные и слепые! Что больше: золото или храм, освящающий золото?</w:t>
      </w:r>
    </w:p>
    <w:p>
      <w:r>
        <w:t>18. И ещё: “Кто поклянётся жертвенником — это ничего, но кто поклянётся даром на нём, тот связан клятвой”.</w:t>
      </w:r>
    </w:p>
    <w:p>
      <w:r>
        <w:t>19. Слепые! Что больше: дар или жертвенник, освящающий дар?</w:t>
      </w:r>
    </w:p>
    <w:p>
      <w:r>
        <w:t>20. Поэтому клянущийся жертвенником клянётся им и всем, что на нём.</w:t>
      </w:r>
    </w:p>
    <w:p>
      <w:r>
        <w:t>21. Клянущийся храмом клянётся им и Живущим в нём.</w:t>
      </w:r>
    </w:p>
    <w:p>
      <w:r>
        <w:t>22. Клянущийся небом клянётся престолом Бога и Сидящим на нём.</w:t>
      </w:r>
    </w:p>
    <w:p>
      <w:r>
        <w:t>23. Горе вам, книжники и фарисеи, лицемеры! Вы отдаёте десятую часть мяты, укропа и тмина, но оставили более важное в Законе: справедливость, милость и верность. Это надо было делать, не оставляя и другого.</w:t>
      </w:r>
    </w:p>
    <w:p>
      <w:r>
        <w:t>24. Слепые проводники! Вы тщательно отцеживаете мошку, но проглатываете верблюда.</w:t>
      </w:r>
    </w:p>
    <w:p>
      <w:r>
        <w:t>25. Горе вам, книжники и фарисеи, лицемеры! Вы очищаете чашу и блюдо снаружи, а внутри они наполнены жадностью и невоздержанностью.</w:t>
      </w:r>
    </w:p>
    <w:p>
      <w:r>
        <w:t>26. Слепой фарисей! Сначала очисти чашу изнутри, тогда и снаружи она станет чистой.</w:t>
      </w:r>
    </w:p>
    <w:p>
      <w:r>
        <w:t>27. Горе вам, книжники и фарисеи, лицемеры! Вы похожи на побелённые гробницы: снаружи они кажутся красивыми, а внутри полны костей мёртвых и всякой нечистоты.</w:t>
      </w:r>
    </w:p>
    <w:p>
      <w:r>
        <w:t>28. Так и вы снаружи кажетесь людям праведными, а внутри полны лицемерия и беззакония.</w:t>
      </w:r>
    </w:p>
    <w:p>
      <w:r>
        <w:t>29. Горе вам, книжники и фарисеи, лицемеры! Вы строите гробницы пророкам и украшаете памятники праведникам</w:t>
      </w:r>
    </w:p>
    <w:p>
      <w:r>
        <w:t>30. и говорите: “Если бы мы жили во дни наших отцов, мы не участвовали бы с ними в убийстве пророков”.</w:t>
      </w:r>
    </w:p>
    <w:p>
      <w:r>
        <w:t>31. Так вы сами свидетельствуете против себя, что вы сыновья тех, кто убивал пророков.</w:t>
      </w:r>
    </w:p>
    <w:p>
      <w:r>
        <w:t>32. Так доведите же до конца меру ваших отцов.</w:t>
      </w:r>
    </w:p>
    <w:p>
      <w:r>
        <w:t>33. Змеи, порождения гадюк! Как вы избежите суда геенны?</w:t>
      </w:r>
    </w:p>
    <w:p>
      <w:r>
        <w:t>34. Поэтому вот, Я посылаю к вам пророков, мудрецов и книжников. Некоторых вы убьёте и распнёте, некоторых будете бичевать в своих синагогах и преследовать из города в город.</w:t>
      </w:r>
    </w:p>
    <w:p>
      <w:r>
        <w:t>35. Так на вас придёт ответственность за всю праведную кровь, пролитую на земле, от крови праведного Авеля до крови Захарии, сына Варахии, которого убили между святилищем и жертвенником.</w:t>
      </w:r>
    </w:p>
    <w:p>
      <w:r>
        <w:t>36. Истинно говорю вам: всё это придёт на это поколение.</w:t>
      </w:r>
    </w:p>
    <w:p>
      <w:r>
        <w:t>37. Иерусалим, Иерусалим, убивающий пророков и побивающий камнями посланных к тебе! Сколько раз Я хотел собрать твоих детей, как птица собирает птенцов под крылья, но вы не захотели.</w:t>
      </w:r>
    </w:p>
    <w:p>
      <w:r>
        <w:t>38. Вот, ваш дом оставляется вам пустым.</w:t>
      </w:r>
    </w:p>
    <w:p>
      <w:r>
        <w:t>39. Потому что говорю вам: отныне вы не увидите Меня, пока не скажете: “Благословен Идущий во имя Господа!”»</w:t>
      </w:r>
    </w:p>
    <w:p>
      <w:pPr>
        <w:pStyle w:val="Heading2"/>
      </w:pPr>
      <w:r>
        <w:t>Глава 24</w:t>
      </w:r>
    </w:p>
    <w:p>
      <w:r>
        <w:t>1. Иисус вышел из храма и уходил, когда ученики подошли показать Ему храмовые здания.</w:t>
      </w:r>
    </w:p>
    <w:p>
      <w:r>
        <w:t>2. Он сказал им: «Видите всё это? Истинно говорю вам: здесь не останется камня на камне — всё будет разрушено».</w:t>
      </w:r>
    </w:p>
    <w:p>
      <w:r>
        <w:t>3. Когда Он сидел на Масличной горе, ученики подошли к Нему наедине и спросили: «Скажи нам, когда это произойдёт и каким будет знак Твоего пришествия и завершения века?»</w:t>
      </w:r>
    </w:p>
    <w:p>
      <w:r>
        <w:t>4. Иисус ответил: «Смотрите, чтобы никто вас не обманул.</w:t>
      </w:r>
    </w:p>
    <w:p>
      <w:r>
        <w:t>5. Потому что многие придут под Моим именем и будут говорить: “Я — Христос”, — и многих обманут.</w:t>
      </w:r>
    </w:p>
    <w:p>
      <w:r>
        <w:t>6. Вы услышите о войнах и слухах о войнах. Смотрите, не пугайтесь: это должно произойти, но это ещё не конец.</w:t>
      </w:r>
    </w:p>
    <w:p>
      <w:r>
        <w:t>7. Народ восстанет против народа и царство против царства; в разных местах будут голод и землетрясения.</w:t>
      </w:r>
    </w:p>
    <w:p>
      <w:r>
        <w:t>8. Всё это — начало родовых мук.</w:t>
      </w:r>
    </w:p>
    <w:p>
      <w:r>
        <w:t>9. Тогда вас предадут на страдания и будут убивать, и вас будут ненавидеть все народы из-за Моего имени.</w:t>
      </w:r>
    </w:p>
    <w:p>
      <w:r>
        <w:t>10. Тогда многие отступятся, будут предавать друг друга и ненавидеть друг друга.</w:t>
      </w:r>
    </w:p>
    <w:p>
      <w:r>
        <w:t>11. Появится много лжепророков, и они обманут многих.</w:t>
      </w:r>
    </w:p>
    <w:p>
      <w:r>
        <w:t>12. Из-за умножения беззакония любовь многих охладеет.</w:t>
      </w:r>
    </w:p>
    <w:p>
      <w:r>
        <w:t>13. Но кто выдержит до конца, тот будет спасён.</w:t>
      </w:r>
    </w:p>
    <w:p>
      <w:r>
        <w:t>14. И эта Благая весть Царства будет проповедана по всему миру во свидетельство всем народам, и тогда придёт конец.</w:t>
      </w:r>
    </w:p>
    <w:p>
      <w:r>
        <w:t>15. Когда увидите мерзость запустения, о которой говорил пророк Даниил, стоящую на святом месте, — читающий пусть понимает, —</w:t>
      </w:r>
    </w:p>
    <w:p>
      <w:r>
        <w:t>16. тогда находящиеся в Иудее пусть бегут в горы.</w:t>
      </w:r>
    </w:p>
    <w:p>
      <w:r>
        <w:t>17. Кто будет на крыше, пусть не спускается взять что-нибудь из дома.</w:t>
      </w:r>
    </w:p>
    <w:p>
      <w:r>
        <w:t>18. И кто будет в поле, пусть не возвращается назад за одеждой.</w:t>
      </w:r>
    </w:p>
    <w:p>
      <w:r>
        <w:t>19. Тяжело будет беременным и кормящим в те дни.</w:t>
      </w:r>
    </w:p>
    <w:p>
      <w:r>
        <w:t>20. Молитесь, чтобы вам не пришлось бежать зимой или в субботу.</w:t>
      </w:r>
    </w:p>
    <w:p>
      <w:r>
        <w:t>21. Потому что тогда будет великое бедствие, какого не было от начала мира доныне и больше не будет.</w:t>
      </w:r>
    </w:p>
    <w:p>
      <w:r>
        <w:t>22. Если бы те дни не были сокращены, никто бы не спасся. Но ради избранных те дни будут сокращены.</w:t>
      </w:r>
    </w:p>
    <w:p>
      <w:r>
        <w:t>23. Тогда, если кто скажет вам: “Вот здесь Христос!” или “Вот там!” — не верьте.</w:t>
      </w:r>
    </w:p>
    <w:p>
      <w:r>
        <w:t>24. Появятся лжехристы и лжепророки и покажут великие знамения и чудеса, чтобы, если возможно, обмануть даже избранных.</w:t>
      </w:r>
    </w:p>
    <w:p>
      <w:r>
        <w:t>25. Вот, Я заранее сказал вам.</w:t>
      </w:r>
    </w:p>
    <w:p>
      <w:r>
        <w:t>26. Поэтому если вам скажут: “Он в пустыне”, не выходите; “Он в тайных комнатах”, не верьте.</w:t>
      </w:r>
    </w:p>
    <w:p>
      <w:r>
        <w:t>27. Потому что как молния выходит с востока и видна до запада, так будет пришествие Сына Человеческого.</w:t>
      </w:r>
    </w:p>
    <w:p>
      <w:r>
        <w:t>28. Где будет падаль, там соберутся орлы.</w:t>
      </w:r>
    </w:p>
    <w:p>
      <w:r>
        <w:t>29. Сразу после бедствия тех дней солнце померкнет, луна не даст света, звёзды будут падать с неба, и небесные силы поколеблются.</w:t>
      </w:r>
    </w:p>
    <w:p>
      <w:r>
        <w:t>30. Тогда появится знамение Сына Человеческого на небе; все народы земли будут скорбеть и увидят Сына Человеческого, приходящего на небесных облаках с силой и великой славой.</w:t>
      </w:r>
    </w:p>
    <w:p>
      <w:r>
        <w:t>31. Он пошлёт Своих ангелов с громким звуком трубы, и они соберут Его избранных с четырёх сторон света, от одного края неба до другого.</w:t>
      </w:r>
    </w:p>
    <w:p>
      <w:r>
        <w:t>32. Возьмите урок у смоковницы: когда её ветви становятся мягкими и появляются листья, вы знаете, что лето близко.</w:t>
      </w:r>
    </w:p>
    <w:p>
      <w:r>
        <w:t>33. Так и вы, когда увидите всё это, знайте: уже близко, у самых дверей.</w:t>
      </w:r>
    </w:p>
    <w:p>
      <w:r>
        <w:t>34. Истинно говорю вам: это поколение не пройдёт, пока всё это не произойдёт.</w:t>
      </w:r>
    </w:p>
    <w:p>
      <w:r>
        <w:t>35. Небо и земля пройдут, но Мои слова не пройдут.</w:t>
      </w:r>
    </w:p>
    <w:p>
      <w:r>
        <w:t>36. А о том дне и часе никто не знает: ни ангелы на небесах, ни Сын — только Отец.</w:t>
      </w:r>
    </w:p>
    <w:p>
      <w:r>
        <w:t>37. Как было во дни Ноя, так будет и пришествие Сына Человеческого.</w:t>
      </w:r>
    </w:p>
    <w:p>
      <w:r>
        <w:t>38. В те дни перед потопом люди ели, пили, женились и выходили замуж до того дня, когда Ной вошёл в ковчег,</w:t>
      </w:r>
    </w:p>
    <w:p>
      <w:r>
        <w:t>39. и не поняли, пока не пришёл потоп и не унёс всех. Так будет и пришествие Сына Человеческого.</w:t>
      </w:r>
    </w:p>
    <w:p>
      <w:r>
        <w:t>40. Тогда двое будут в поле: одного возьмут, другого оставят.</w:t>
      </w:r>
    </w:p>
    <w:p>
      <w:r>
        <w:t>41. Две женщины будут молоть: одну возьмут, другую оставят.</w:t>
      </w:r>
    </w:p>
    <w:p>
      <w:r>
        <w:t>42. Поэтому бодрствуйте, потому что не знаете, в какой день придёт ваш Господь.</w:t>
      </w:r>
    </w:p>
    <w:p>
      <w:r>
        <w:t>43. Но поймите: если бы хозяин дома знал, в какую стражу ночи придёт вор, он бодрствовал бы и не позволил проникнуть в дом.</w:t>
      </w:r>
    </w:p>
    <w:p>
      <w:r>
        <w:t>44. Поэтому и вы будьте готовы, потому что Сын Человеческий придёт в час, когда вы не ожидаете.</w:t>
      </w:r>
    </w:p>
    <w:p>
      <w:r>
        <w:t>45. Кто же верный и разумный раб, которого господин поставил над своими домашними, чтобы вовремя давать им пищу?</w:t>
      </w:r>
    </w:p>
    <w:p>
      <w:r>
        <w:t>46. Блажен тот раб, которого господин, придя, найдёт поступающим так.</w:t>
      </w:r>
    </w:p>
    <w:p>
      <w:r>
        <w:t>47. Истинно говорю вам: он поставит его над всем своим имуществом.</w:t>
      </w:r>
    </w:p>
    <w:p>
      <w:r>
        <w:t>48. Но если тот раб окажется злым и скажет в сердце: “Мой господин задерживается”,</w:t>
      </w:r>
    </w:p>
    <w:p>
      <w:r>
        <w:t>49. и начнёт бить других рабов, а сам будет есть и пить с пьяницами,</w:t>
      </w:r>
    </w:p>
    <w:p>
      <w:r>
        <w:t>50. господин того раба придёт в день, когда тот не ожидает, и в час, которого не знает,</w:t>
      </w:r>
    </w:p>
    <w:p>
      <w:r>
        <w:t>51. и сурово накажет его и определит ему участь с лицемерами. Там будут плач и скрежет зубов.</w:t>
      </w:r>
    </w:p>
    <w:p>
      <w:pPr>
        <w:pStyle w:val="Heading2"/>
      </w:pPr>
      <w:r>
        <w:t>Глава 25</w:t>
      </w:r>
    </w:p>
    <w:p>
      <w:r>
        <w:t>1. Тогда Царство Небес будет подобно десяти девушкам, которые взяли светильники и вышли навстречу жениху.</w:t>
      </w:r>
    </w:p>
    <w:p>
      <w:r>
        <w:t>2. Пять из них были неразумными, а пять — мудрыми.</w:t>
      </w:r>
    </w:p>
    <w:p>
      <w:r>
        <w:t>3. Неразумные взяли светильники, но не взяли с собой масла.</w:t>
      </w:r>
    </w:p>
    <w:p>
      <w:r>
        <w:t>4. Мудрые же вместе со светильниками взяли масло в сосудах.</w:t>
      </w:r>
    </w:p>
    <w:p>
      <w:r>
        <w:t>5. Жених задержался, и все задремали и уснули.</w:t>
      </w:r>
    </w:p>
    <w:p>
      <w:r>
        <w:t>6. В полночь раздался крик: “Вот жених! Выходите ему навстречу!”</w:t>
      </w:r>
    </w:p>
    <w:p>
      <w:r>
        <w:t>7. Тогда все девушки встали и поправили светильники.</w:t>
      </w:r>
    </w:p>
    <w:p>
      <w:r>
        <w:t>8. Неразумные сказали мудрым: “Дайте нам вашего масла, потому что наши светильники гаснут”.</w:t>
      </w:r>
    </w:p>
    <w:p>
      <w:r>
        <w:t>9. Но мудрые ответили: “Нет, иначе не хватит ни нам, ни вам. Лучше пойдите к продавцам и купите себе”.</w:t>
      </w:r>
    </w:p>
    <w:p>
      <w:r>
        <w:t>10. Пока они ходили покупать, пришёл жених. Готовые вошли с ним на свадебный пир, и дверь закрылась.</w:t>
      </w:r>
    </w:p>
    <w:p>
      <w:r>
        <w:t>11. Позже пришли и остальные девушки: “Господин! Господин! Открой нам!”</w:t>
      </w:r>
    </w:p>
    <w:p>
      <w:r>
        <w:t>12. Но он ответил: “Истинно говорю вам: я вас не знаю”.</w:t>
      </w:r>
    </w:p>
    <w:p>
      <w:r>
        <w:t>13. Поэтому бодрствуйте, потому что не знаете ни дня, ни часа.</w:t>
      </w:r>
    </w:p>
    <w:p>
      <w:r>
        <w:t>14. Это подобно человеку, который, отправляясь в другую страну, позвал своих рабов и доверил им своё имущество.</w:t>
      </w:r>
    </w:p>
    <w:p>
      <w:r>
        <w:t>15. Одному он дал пять талантов, другому два, третьему один — каждому по его способности — и уехал.</w:t>
      </w:r>
    </w:p>
    <w:p>
      <w:r>
        <w:t>16. Получивший пять талантов сразу пустил их в дело и приобрёл ещё пять.</w:t>
      </w:r>
    </w:p>
    <w:p>
      <w:r>
        <w:t>17. Так же получивший два приобрёл ещё два.</w:t>
      </w:r>
    </w:p>
    <w:p>
      <w:r>
        <w:t>18. А получивший один ушёл, спрятал деньги господина в земле.</w:t>
      </w:r>
    </w:p>
    <w:p>
      <w:r>
        <w:t>19. Спустя долгое время господин этих рабов вернулся и стал сводить с ними счета.</w:t>
      </w:r>
    </w:p>
    <w:p>
      <w:r>
        <w:t>20. Получивший пять талантов принёс ещё пять и сказал: “Господин, ты доверил мне пять талантов; вот, я приобрёл ещё пять”.</w:t>
      </w:r>
    </w:p>
    <w:p>
      <w:r>
        <w:t>21. Господин сказал: “Хорошо, добрый и верный раб! В малом ты был верен — над многим тебя поставлю. Войди в радость своего господина”.</w:t>
      </w:r>
    </w:p>
    <w:p>
      <w:r>
        <w:t>22. Получивший два таланта тоже подошёл и сказал: “Господин, ты доверил мне два таланта; вот, я приобрёл ещё два”.</w:t>
      </w:r>
    </w:p>
    <w:p>
      <w:r>
        <w:t>23. Господин сказал ему: “Хорошо, добрый и верный раб! В малом ты был верен — над многим тебя поставлю. Войди в радость своего господина”.</w:t>
      </w:r>
    </w:p>
    <w:p>
      <w:r>
        <w:t>24. Подошёл и получивший один талант: “Господин, я знал, что ты суровый человек: жнёшь, где не сеял, и собираешь, где не рассыпал.</w:t>
      </w:r>
    </w:p>
    <w:p>
      <w:r>
        <w:t>25. Я испугался и спрятал твой талант в земле. Вот твоё”.</w:t>
      </w:r>
    </w:p>
    <w:p>
      <w:r>
        <w:t>26. Господин ответил: “Злой и ленивый раб! Ты знал, что я жну, где не сеял, и собираю, где не рассыпал.</w:t>
      </w:r>
    </w:p>
    <w:p>
      <w:r>
        <w:t>27. Тогда тебе следовало отдать мои деньги менялам, и по возвращении я получил бы своё с прибылью.</w:t>
      </w:r>
    </w:p>
    <w:p>
      <w:r>
        <w:t>28. Поэтому возьмите у него талант и отдайте имеющему десять талантов.</w:t>
      </w:r>
    </w:p>
    <w:p>
      <w:r>
        <w:t>29. Потому что всякому имеющему будет дано ещё, и будет у него в избытке; а у неимеющего будет отнято даже то, что имеет.</w:t>
      </w:r>
    </w:p>
    <w:p>
      <w:r>
        <w:t>30. А бесполезного раба выбросьте во внешнюю тьму. Там будут плач и скрежет зубов”.</w:t>
      </w:r>
    </w:p>
    <w:p>
      <w:r>
        <w:t>31. Когда Сын Человеческий придёт в Своей славе и с Ним все ангелы, Он сядет на престоле Своей славы.</w:t>
      </w:r>
    </w:p>
    <w:p>
      <w:r>
        <w:t>32. Перед Ним будут собраны все народы, и Он отделит одних от других, как пастух отделяет овец от козлов.</w:t>
      </w:r>
    </w:p>
    <w:p>
      <w:r>
        <w:t>33. Овец поставит справа, а козлов слева.</w:t>
      </w:r>
    </w:p>
    <w:p>
      <w:r>
        <w:t>34. Тогда Царь скажет стоящим справа: “Придите, благословенные Моего Отца, наследуйте Царство, приготовленное вам от основания мира.</w:t>
      </w:r>
    </w:p>
    <w:p>
      <w:r>
        <w:t>35. Потому что Я был голоден, и вы дали Мне есть; испытывал жажду — и вы дали Мне пить; был странником — и вы приняли Меня;</w:t>
      </w:r>
    </w:p>
    <w:p>
      <w:r>
        <w:t>36. нуждался в одежде — и вы одели Меня; был болен — и вы позаботились обо Мне; был в заключении — и вы пришли ко Мне”.</w:t>
      </w:r>
    </w:p>
    <w:p>
      <w:r>
        <w:t>37. Тогда праведники ответят: “Господи, когда мы видели Тебя голодным и накормили? Или испытывающим жажду и напоили?</w:t>
      </w:r>
    </w:p>
    <w:p>
      <w:r>
        <w:t>38. Когда видели Тебя странником и приняли? Или нуждающимся в одежде и одели?</w:t>
      </w:r>
    </w:p>
    <w:p>
      <w:r>
        <w:t>39. Когда видели Тебя больным или в заключении и пришли к Тебе?”</w:t>
      </w:r>
    </w:p>
    <w:p>
      <w:r>
        <w:t>40. Царь ответит: “Истинно говорю вам: всё, что вы сделали одному из этих Моих наименьших братьев, вы сделали Мне”.</w:t>
      </w:r>
    </w:p>
    <w:p>
      <w:r>
        <w:t>41. Тогда Он скажет и стоящим слева: “Уйдите от Меня, проклятые, в вечный огонь, приготовленный дьяволу и его ангелам.</w:t>
      </w:r>
    </w:p>
    <w:p>
      <w:r>
        <w:t>42. Потому что Я был голоден, и вы не дали Мне есть; испытывал жажду — и вы не дали Мне пить;</w:t>
      </w:r>
    </w:p>
    <w:p>
      <w:r>
        <w:t>43. был странником — и вы не приняли Меня; нуждался в одежде — и вы не одели Меня; был болен и в заключении — и вы не позаботились обо Мне”.</w:t>
      </w:r>
    </w:p>
    <w:p>
      <w:r>
        <w:t>44. Тогда и они ответят: “Господи, когда мы видели Тебя голодным, испытывающим жажду, странником, нуждающимся в одежде, больным или в заключении и не послужили Тебе?”</w:t>
      </w:r>
    </w:p>
    <w:p>
      <w:r>
        <w:t>45. Он ответит им: “Истинно говорю вам: чего вы не сделали одному из этих наименьших, того не сделали Мне”.</w:t>
      </w:r>
    </w:p>
    <w:p>
      <w:r>
        <w:t>46. И они пойдут в вечное наказание, а праведники — в вечную жизнь».</w:t>
      </w:r>
    </w:p>
    <w:p>
      <w:pPr>
        <w:pStyle w:val="Heading2"/>
      </w:pPr>
      <w:r>
        <w:t>Глава 26</w:t>
      </w:r>
    </w:p>
    <w:p>
      <w:r>
        <w:t>1. Когда Иисус закончил все эти слова, Он сказал ученикам:</w:t>
      </w:r>
    </w:p>
    <w:p>
      <w:r>
        <w:t>2. «Вы знаете, что через два дня будет Пасха, и Сын Человеческий будет предан на распятие».</w:t>
      </w:r>
    </w:p>
    <w:p>
      <w:r>
        <w:t>3. Тогда первосвященники и старейшины народа собрались во дворе первосвященника по имени Каиафа</w:t>
      </w:r>
    </w:p>
    <w:p>
      <w:r>
        <w:t>4. и стали советоваться, как хитростью схватить Иисуса и погубить Его.</w:t>
      </w:r>
    </w:p>
    <w:p>
      <w:r>
        <w:t>5. Но говорили: «Только не во время праздника, чтобы в народе не начались волнения».</w:t>
      </w:r>
    </w:p>
    <w:p>
      <w:r>
        <w:t>6. Когда Иисус был в Вифании, в доме Симона прокажённого,</w:t>
      </w:r>
    </w:p>
    <w:p>
      <w:r>
        <w:t>7. к Нему подошла женщина с алебастровым сосудом очень дорогого масла и вылила его Ему на голову, когда Он возлежал за столом.</w:t>
      </w:r>
    </w:p>
    <w:p>
      <w:r>
        <w:t>8. Увидев это, ученики возмутились: «Зачем такая трата?</w:t>
      </w:r>
    </w:p>
    <w:p>
      <w:r>
        <w:t>9. Это можно было дорого продать и деньги раздать бедным».</w:t>
      </w:r>
    </w:p>
    <w:p>
      <w:r>
        <w:t>10. Поняв это, Иисус сказал: «Зачем вы беспокоите женщину? Она сделала для Меня доброе дело.</w:t>
      </w:r>
    </w:p>
    <w:p>
      <w:r>
        <w:t>11. Бедные всегда будут с вами, а Я не всегда буду с вами.</w:t>
      </w:r>
    </w:p>
    <w:p>
      <w:r>
        <w:t>12. Вылив это масло на Моё тело, она приготовила Меня к погребению.</w:t>
      </w:r>
    </w:p>
    <w:p>
      <w:r>
        <w:t>13. Истинно говорю вам: где бы во всём мире ни проповедовалась эта Благая весть, будут рассказывать и о том, что она сделала, в память о ней».</w:t>
      </w:r>
    </w:p>
    <w:p>
      <w:r>
        <w:t>14. Тогда один из двенадцати, называемый Иудой Искариотом, пошёл к первосвященникам</w:t>
      </w:r>
    </w:p>
    <w:p>
      <w:r>
        <w:t>15. и сказал: «Что вы дадите мне, если я предам Его вам?» Они отсчитали ему тридцать серебряных монет.</w:t>
      </w:r>
    </w:p>
    <w:p>
      <w:r>
        <w:t>16. С того времени он искал удобного случая предать Иисуса.</w:t>
      </w:r>
    </w:p>
    <w:p>
      <w:r>
        <w:t>17. В первый день праздника Пресных хлебов ученики подошли к Иисусу и спросили: «Где Ты хочешь, чтобы мы приготовили Тебе пасхальную трапезу?»</w:t>
      </w:r>
    </w:p>
    <w:p>
      <w:r>
        <w:t>18. Он ответил: «Идите в город к одному человеку и скажите ему: “Учитель говорит: Моё время близко. У тебя Я совершу Пасху с Моими учениками”».</w:t>
      </w:r>
    </w:p>
    <w:p>
      <w:r>
        <w:t>19. Ученики сделали так, как велел Иисус, и приготовили Пасху.</w:t>
      </w:r>
    </w:p>
    <w:p>
      <w:r>
        <w:t>20. Когда наступил вечер, Он возлежал за столом с двенадцатью.</w:t>
      </w:r>
    </w:p>
    <w:p>
      <w:r>
        <w:t>21. Пока они ели, Он сказал: «Истинно говорю вам: один из вас предаст Меня».</w:t>
      </w:r>
    </w:p>
    <w:p>
      <w:r>
        <w:t>22. Они очень опечалились и один за другим стали спрашивать: «Не я ли, Господи?»</w:t>
      </w:r>
    </w:p>
    <w:p>
      <w:r>
        <w:t>23. Он ответил: «Предаст Меня тот, кто вместе со Мной обмакнул руку в блюдо.</w:t>
      </w:r>
    </w:p>
    <w:p>
      <w:r>
        <w:t>24. Сын Человеческий уходит, как написано о Нём. Но горе тому человеку, через которого Сын Человеческий будет предан. Лучше было бы ему не родиться».</w:t>
      </w:r>
    </w:p>
    <w:p>
      <w:r>
        <w:t>25. Иуда, который собирался предать Его, спросил: «Не я ли, Равви?» Иисус ответил: «Ты сам сказал».</w:t>
      </w:r>
    </w:p>
    <w:p>
      <w:r>
        <w:t>26. Когда они ели, Иисус взял хлеб, благословил, разломил, дал ученикам и сказал: «Возьмите и ешьте. Это Моё тело».</w:t>
      </w:r>
    </w:p>
    <w:p>
      <w:r>
        <w:t>27. Затем взял чашу, поблагодарил Бога, дал им и сказал: «Пейте из неё все,</w:t>
      </w:r>
    </w:p>
    <w:p>
      <w:r>
        <w:t>28. потому что это Моя кровь завета, проливаемая за многих для прощения грехов.</w:t>
      </w:r>
    </w:p>
    <w:p>
      <w:r>
        <w:t>29. Говорю вам: отныне Я не буду пить от плода виноградной лозы до того дня, когда буду пить его с вами новым в Царстве Моего Отца».</w:t>
      </w:r>
    </w:p>
    <w:p>
      <w:r>
        <w:t>30. Пропев гимн, они вышли к Масличной горе.</w:t>
      </w:r>
    </w:p>
    <w:p>
      <w:r>
        <w:t>31. Тогда Иисус сказал им: «В эту ночь все вы отпадёте из-за Меня, потому что написано: “Поражу пастуха, и овцы стада рассеются”.</w:t>
      </w:r>
    </w:p>
    <w:p>
      <w:r>
        <w:t>32. Но после того как Я воскресну, Я пойду впереди вас в Галилею».</w:t>
      </w:r>
    </w:p>
    <w:p>
      <w:r>
        <w:t>33. Пётр ответил: «Даже если все отпадут из-за Тебя, я никогда не отпаду».</w:t>
      </w:r>
    </w:p>
    <w:p>
      <w:r>
        <w:t>34. Иисус сказал ему: «Истинно говорю тебе: этой ночью, прежде чем пропоёт петух, ты трижды отречёшься от Меня».</w:t>
      </w:r>
    </w:p>
    <w:p>
      <w:r>
        <w:t>35. Пётр сказал: «Даже если мне придётся умереть с Тобой, я не отрекусь от Тебя». То же говорили и все ученики.</w:t>
      </w:r>
    </w:p>
    <w:p>
      <w:r>
        <w:t>36. Тогда Иисус пришёл с ними в место, называемое Гефсиманией, и сказал ученикам: «Посидите здесь, пока Я отойду и помолюсь».</w:t>
      </w:r>
    </w:p>
    <w:p>
      <w:r>
        <w:t>37. Взяв с Собой Петра и двух сыновей Зеведея, Он начал скорбеть и испытывать тяжесть.</w:t>
      </w:r>
    </w:p>
    <w:p>
      <w:r>
        <w:t>38. Тогда сказал им: «Моя душа охвачена смертельной печалью. Останьтесь здесь и бодрствуйте со Мной».</w:t>
      </w:r>
    </w:p>
    <w:p>
      <w:r>
        <w:t>39. Отойдя немного, Он пал лицом к земле и молился: «Отец Мой, если возможно, пусть эта чаша минует Меня. Но пусть будет не как Я хочу, а как Ты».</w:t>
      </w:r>
    </w:p>
    <w:p>
      <w:r>
        <w:t>40. Вернувшись к ученикам, Он нашёл их спящими и сказал Петру: «Неужели вы не смогли бодрствовать со Мной один час?</w:t>
      </w:r>
    </w:p>
    <w:p>
      <w:r>
        <w:t>41. Бодрствуйте и молитесь, чтобы не войти в искушение. Дух готов, но плоть слаба».</w:t>
      </w:r>
    </w:p>
    <w:p>
      <w:r>
        <w:t>42. Он отошёл во второй раз и молился: «Отец Мой, если эта чаша не может миновать Меня и Мне предстоит её выпить, пусть исполнится Твоя воля».</w:t>
      </w:r>
    </w:p>
    <w:p>
      <w:r>
        <w:t>43. Вернувшись, Он снова нашёл их спящими, потому что их глаза отяжелели.</w:t>
      </w:r>
    </w:p>
    <w:p>
      <w:r>
        <w:t>44. Оставив их, Он снова отошёл и в третий раз молился теми же словами.</w:t>
      </w:r>
    </w:p>
    <w:p>
      <w:r>
        <w:t>45. Затем вернулся к ученикам и сказал: «Вы всё ещё спите и отдыхаете? Вот, час приблизился, и Сын Человеческий предаётся в руки грешников.</w:t>
      </w:r>
    </w:p>
    <w:p>
      <w:r>
        <w:t>46. Вставайте, идём. Вот, предающий Меня уже близко».</w:t>
      </w:r>
    </w:p>
    <w:p>
      <w:r>
        <w:t>47. Пока Он ещё говорил, пришёл Иуда, один из двенадцати, а с ним большая толпа с мечами и палками, посланная первосвященниками и старейшинами народа.</w:t>
      </w:r>
    </w:p>
    <w:p>
      <w:r>
        <w:t>48. Предатель заранее дал им знак: «Кого я поцелую, Тот и есть. Схватите Его».</w:t>
      </w:r>
    </w:p>
    <w:p>
      <w:r>
        <w:t>49. Он сразу подошёл к Иисусу, сказал: «Радуйся, Равви!» — и поцеловал Его.</w:t>
      </w:r>
    </w:p>
    <w:p>
      <w:r>
        <w:t>50. Иисус сказал ему: «Друг, делай то, для чего пришёл». Тогда люди подошли и схватили Иисуса.</w:t>
      </w:r>
    </w:p>
    <w:p>
      <w:r>
        <w:t>51. Один из бывших с Иисусом попытался защитить Его и ранил слугу первосвященника.</w:t>
      </w:r>
    </w:p>
    <w:p>
      <w:r>
        <w:t>52. Тогда Иисус сказал ему: «Верни свой меч на место, потому что все, кто берётся за меч, от меча и погибнут.</w:t>
      </w:r>
    </w:p>
    <w:p>
      <w:r>
        <w:t>53. Или ты думаешь, что Я не могу обратиться к Моему Отцу, и Он сейчас же пошлёт Мне больше двенадцати легионов ангелов?</w:t>
      </w:r>
    </w:p>
    <w:p>
      <w:r>
        <w:t>54. Но как тогда исполнятся Писания, что так должно произойти?»</w:t>
      </w:r>
    </w:p>
    <w:p>
      <w:r>
        <w:t>55. В тот час Иисус сказал толпе: «Вы вышли схватить Меня с оружием и палками, словно разбойника? Каждый день Я сидел в храме и учил, и вы Меня не схватили.</w:t>
      </w:r>
    </w:p>
    <w:p>
      <w:r>
        <w:t>56. Но всё это произошло, чтобы исполнились писания пророков». Тогда все ученики оставили Его и убежали.</w:t>
      </w:r>
    </w:p>
    <w:p>
      <w:r>
        <w:t>57. Схватившие Иисуса отвели Его к первосвященнику Каиафе, где собрались книжники и старейшины.</w:t>
      </w:r>
    </w:p>
    <w:p>
      <w:r>
        <w:t>58. Пётр следовал за Ним издали до двора первосвященника, вошёл внутрь и сел со служителями, чтобы увидеть, чем всё закончится.</w:t>
      </w:r>
    </w:p>
    <w:p>
      <w:r>
        <w:t>59. Первосвященники и весь синедрион искали ложное свидетельство против Иисуса, чтобы приговорить Его к смерти,</w:t>
      </w:r>
    </w:p>
    <w:p>
      <w:r>
        <w:t>60. но не находили, хотя приходило много лжесвидетелей. Наконец пришли двое</w:t>
      </w:r>
    </w:p>
    <w:p>
      <w:r>
        <w:t>61. и сказали: «Он говорил: “Я могу разрушить храм Бога и за три дня построить его”».</w:t>
      </w:r>
    </w:p>
    <w:p>
      <w:r>
        <w:t>62. Первосвященник встал и спросил: «Ты ничего не отвечаешь? Что они свидетельствуют против Тебя?»</w:t>
      </w:r>
    </w:p>
    <w:p>
      <w:r>
        <w:t>63. Но Иисус молчал. Тогда первосвященник сказал: «Заклинаю Тебя живым Богом: скажи нам, Ты ли Христос, Сын Божий?»</w:t>
      </w:r>
    </w:p>
    <w:p>
      <w:r>
        <w:t>64. Иисус ответил: «Ты сам сказал. И ещё говорю вам: отныне вы увидите Сына Человеческого, сидящего справа от Силы и приходящего на небесных облаках».</w:t>
      </w:r>
    </w:p>
    <w:p>
      <w:r>
        <w:t>65. Тогда первосвященник разорвал свои одежды и сказал: «Он богохульствует! Зачем нам ещё свидетели? Вот, теперь вы слышали богохульство.</w:t>
      </w:r>
    </w:p>
    <w:p>
      <w:r>
        <w:t>66. Каково ваше решение?» Они ответили: «Он заслуживает смерти».</w:t>
      </w:r>
    </w:p>
    <w:p>
      <w:r>
        <w:t>67. Тогда над Ним стали издеваться и бить Его,</w:t>
      </w:r>
    </w:p>
    <w:p>
      <w:r>
        <w:t>68. говоря: «Пророчествуй нам, Христос: кто Тебя ударил?»</w:t>
      </w:r>
    </w:p>
    <w:p>
      <w:r>
        <w:t>69. Пётр сидел снаружи во дворе. К нему подошла служанка и сказала: «Ты тоже был с Иисусом Галилеянином».</w:t>
      </w:r>
    </w:p>
    <w:p>
      <w:r>
        <w:t>70. Но он отрёкся перед всеми: «Не знаю, о чём ты говоришь».</w:t>
      </w:r>
    </w:p>
    <w:p>
      <w:r>
        <w:t>71. Когда он вышел к воротам, его увидела другая служанка и сказала находившимся там: «Этот человек был с Иисусом Назарянином».</w:t>
      </w:r>
    </w:p>
    <w:p>
      <w:r>
        <w:t>72. Он снова отрёкся с клятвой: «Я не знаю этого Человека».</w:t>
      </w:r>
    </w:p>
    <w:p>
      <w:r>
        <w:t>73. Немного спустя стоявшие рядом подошли к Петру и сказали: «Ты точно один из них: тебя выдаёт твоя речь».</w:t>
      </w:r>
    </w:p>
    <w:p>
      <w:r>
        <w:t>74. Тогда он стал клятвенно отрицать: «Я не знаю этого Человека!» И сразу пропел петух.</w:t>
      </w:r>
    </w:p>
    <w:p>
      <w:r>
        <w:t>75. Пётр вспомнил слова Иисуса: «Прежде чем пропоёт петух, ты трижды отречёшься от Меня». Он вышел и горько заплакал.</w:t>
      </w:r>
    </w:p>
    <w:p>
      <w:pPr>
        <w:pStyle w:val="Heading2"/>
      </w:pPr>
      <w:r>
        <w:t>Глава 27</w:t>
      </w:r>
    </w:p>
    <w:p>
      <w:r>
        <w:t>1. Рано утром все первосвященники и старейшины народа приняли решение против Иисуса, чтобы предать Его смерти.</w:t>
      </w:r>
    </w:p>
    <w:p>
      <w:r>
        <w:t>2. Они связали Его, отвели и передали правителю Пилату.</w:t>
      </w:r>
    </w:p>
    <w:p>
      <w:r>
        <w:t>3. Иуда, предавший Иисуса, увидев, что Тот осуждён, раскаялся и вернул тридцать серебряных монет первосвященникам и старейшинам,</w:t>
      </w:r>
    </w:p>
    <w:p>
      <w:r>
        <w:t>4. сказав: «Я согрешил, предав невиновного». Они ответили: «Что нам до этого? Это твоё дело».</w:t>
      </w:r>
    </w:p>
    <w:p>
      <w:r>
        <w:t>5. Иуда бросил серебро в храме, ушёл, и вскоре его жизнь закончилась.</w:t>
      </w:r>
    </w:p>
    <w:p>
      <w:r>
        <w:t>6. Первосвященники взяли монеты и сказали: «Нельзя класть их в храмовую казну, потому что это цена крови».</w:t>
      </w:r>
    </w:p>
    <w:p>
      <w:r>
        <w:t>7. Посоветовавшись, они купили на эти деньги поле горшечника для погребения чужеземцев.</w:t>
      </w:r>
    </w:p>
    <w:p>
      <w:r>
        <w:t>8. Поэтому то поле и поныне называется Полем Крови.</w:t>
      </w:r>
    </w:p>
    <w:p>
      <w:r>
        <w:t>9. Тогда исполнилось сказанное через пророка Иеремию: «Они взяли тридцать серебряных монет — цену Того, Кого оценили сыны Израиля, —</w:t>
      </w:r>
    </w:p>
    <w:p>
      <w:r>
        <w:t>10. и отдали их за поле горшечника, как повелел мне Господь».</w:t>
      </w:r>
    </w:p>
    <w:p>
      <w:r>
        <w:t>11. Иисус стоял перед правителем. Тот спросил: «Ты — Царь иудеев?» Иисус ответил: «Ты сам говоришь».</w:t>
      </w:r>
    </w:p>
    <w:p>
      <w:r>
        <w:t>12. Когда первосвященники и старейшины обвиняли Его, Он ничего не отвечал.</w:t>
      </w:r>
    </w:p>
    <w:p>
      <w:r>
        <w:t>13. Тогда Пилат сказал: «Ты не слышишь, сколько обвинений они выдвигают против Тебя?»</w:t>
      </w:r>
    </w:p>
    <w:p>
      <w:r>
        <w:t>14. Но Иисус не ответил ему ни на одно обвинение, так что правитель очень удивился.</w:t>
      </w:r>
    </w:p>
    <w:p>
      <w:r>
        <w:t>15. На праздник правитель обычно отпускал народу одного заключённого, которого они выбирали.</w:t>
      </w:r>
    </w:p>
    <w:p>
      <w:r>
        <w:t>16. Тогда у них был известный заключённый по имени Иисус Варавва.</w:t>
      </w:r>
    </w:p>
    <w:p>
      <w:r>
        <w:t>17. Когда народ собрался, Пилат спросил: «Кого вы хотите, чтобы я отпустил вам: Иисуса Варавву или Иисуса, называемого Христом?»</w:t>
      </w:r>
    </w:p>
    <w:p>
      <w:r>
        <w:t>18. Он знал, что Иисуса предали из зависти.</w:t>
      </w:r>
    </w:p>
    <w:p>
      <w:r>
        <w:t>19. Пока Пилат сидел на судейском месте, его жена послала сказать ему: «Не делай ничего этому Праведнику. Сегодня во сне я много пережила из-за Него».</w:t>
      </w:r>
    </w:p>
    <w:p>
      <w:r>
        <w:t>20. Но первосвященники и старейшины убедили толпу просить Варавву, а Иисуса погубить.</w:t>
      </w:r>
    </w:p>
    <w:p>
      <w:r>
        <w:t>21. Правитель спросил: «Кого из двух вы хотите, чтобы я отпустил?» Они ответили: «Варавву».</w:t>
      </w:r>
    </w:p>
    <w:p>
      <w:r>
        <w:t>22. Пилат спросил: «Что же мне сделать с Иисусом, называемым Христом?» Все ответили: «Распять Его».</w:t>
      </w:r>
    </w:p>
    <w:p>
      <w:r>
        <w:t>23. Он спросил: «Какое зло Он сделал?» Но они кричали ещё громче: «Распять Его!»</w:t>
      </w:r>
    </w:p>
    <w:p>
      <w:r>
        <w:t>24. Увидев, что ничего не помогает и начинается волнение, Пилат взял воду, вымыл руки перед народом и сказал: «Я невиновен в крови Этого Человека. Смотрите сами».</w:t>
      </w:r>
    </w:p>
    <w:p>
      <w:r>
        <w:t>25. Весь собравшийся народ ответил: «Пусть ответственность за Его кровь будет на нас и на наших детях».</w:t>
      </w:r>
    </w:p>
    <w:p>
      <w:r>
        <w:t>26. Тогда Пилат отпустил им Варавву, а Иисуса после бичевания передал на распятие.</w:t>
      </w:r>
    </w:p>
    <w:p>
      <w:r>
        <w:t>27. Воины правителя отвели Иисуса в преторий и собрали вокруг Него весь отряд.</w:t>
      </w:r>
    </w:p>
    <w:p>
      <w:r>
        <w:t>28. Они сняли с Него одежду и надели на Него алую накидку.</w:t>
      </w:r>
    </w:p>
    <w:p>
      <w:r>
        <w:t>29. Сплетя терновый венец, возложили Ему на голову, дали трость в правую руку и, преклоняя перед Ним колени, насмехались: «Радуйся, Царь иудеев!»</w:t>
      </w:r>
    </w:p>
    <w:p>
      <w:r>
        <w:t>30. Они издевались над Ним и били Его тростью.</w:t>
      </w:r>
    </w:p>
    <w:p>
      <w:r>
        <w:t>31. Насмеявшись над Ним, они сняли накидку, надели Его одежду и повели на распятие.</w:t>
      </w:r>
    </w:p>
    <w:p>
      <w:r>
        <w:t>32. Выходя, они встретили человека из Кирены по имени Симон и заставили его нести крест Иисуса.</w:t>
      </w:r>
    </w:p>
    <w:p>
      <w:r>
        <w:t>33. Придя на место, называемое Голгофа, то есть «Место черепа»,</w:t>
      </w:r>
    </w:p>
    <w:p>
      <w:r>
        <w:t>34. Ему дали вино, смешанное с желчью. Попробовав, Он не захотел пить.</w:t>
      </w:r>
    </w:p>
    <w:p>
      <w:r>
        <w:t>35. Распяв Его, они разделили Его одежды, бросая жребий.</w:t>
      </w:r>
    </w:p>
    <w:p>
      <w:r>
        <w:t>36. Затем сели и стерегли Его там.</w:t>
      </w:r>
    </w:p>
    <w:p>
      <w:r>
        <w:t>37. Над Его головой поместили надпись с обвинением: «Это Иисус, Царь иудеев».</w:t>
      </w:r>
    </w:p>
    <w:p>
      <w:r>
        <w:t>38. Вместе с Ним распяли двух разбойников — одного справа, другого слева.</w:t>
      </w:r>
    </w:p>
    <w:p>
      <w:r>
        <w:t>39. Проходившие мимо злословили Его, качая головами,</w:t>
      </w:r>
    </w:p>
    <w:p>
      <w:r>
        <w:t>40. и говорили: «Ты, разрушающий храм и за три дня строящий его! Спаси Себя! Если Ты Сын Божий, сойди с креста!»</w:t>
      </w:r>
    </w:p>
    <w:p>
      <w:r>
        <w:t>41. Так же насмехались первосвященники вместе с книжниками и старейшинами:</w:t>
      </w:r>
    </w:p>
    <w:p>
      <w:r>
        <w:t>42. «Других спасал, а Себя спасти не может. Он Царь Израиля — пусть теперь сойдёт с креста, и мы поверим в Него.</w:t>
      </w:r>
    </w:p>
    <w:p>
      <w:r>
        <w:t>43. Он надеялся на Бога — пусть Бог теперь избавит Его, если Он Ему угоден. Ведь Он говорил: “Я Сын Божий”».</w:t>
      </w:r>
    </w:p>
    <w:p>
      <w:r>
        <w:t>44. Так же оскорбляли Его и распятые рядом с Ним.</w:t>
      </w:r>
    </w:p>
    <w:p>
      <w:r>
        <w:t>45. С шестого часа тьма покрыла всю землю до девятого часа.</w:t>
      </w:r>
    </w:p>
    <w:p>
      <w:r>
        <w:t>46. Около девятого часа Иисус громко воззвал: «Эли, Эли, лема савахфани?» — то есть: «Боже Мой, Боже Мой, почему Ты Меня оставил?»</w:t>
      </w:r>
    </w:p>
    <w:p>
      <w:r>
        <w:t>47. Некоторые из стоявших там, услышав это, сказали: «Он зовёт Илию».</w:t>
      </w:r>
    </w:p>
    <w:p>
      <w:r>
        <w:t>48. Один из них сразу побежал, взял губку, наполнил кислым вином, прикрепил к трости и дал Ему пить.</w:t>
      </w:r>
    </w:p>
    <w:p>
      <w:r>
        <w:t>49. Остальные сказали: «Подожди, посмотрим, придёт ли Илия спасти Его».</w:t>
      </w:r>
    </w:p>
    <w:p>
      <w:r>
        <w:t>50. Иисус снова громко воскликнул и отдал дух.</w:t>
      </w:r>
    </w:p>
    <w:p>
      <w:r>
        <w:t>51. И вот, завеса храма разорвалась надвое сверху донизу; земля содрогнулась, скалы раскололись.</w:t>
      </w:r>
    </w:p>
    <w:p>
      <w:r>
        <w:t>52. Гробницы открылись, и многие умершие святые были воскрешены.</w:t>
      </w:r>
    </w:p>
    <w:p>
      <w:r>
        <w:t>53. После воскресения Иисуса они вышли из гробниц, вошли в святой город и явились многим.</w:t>
      </w:r>
    </w:p>
    <w:p>
      <w:r>
        <w:t>54. Сотник и те, кто вместе с ним стерегли Иисуса, увидев землетрясение и происходящее, сильно испугались и сказали: «Воистину Он был Сыном Божьим».</w:t>
      </w:r>
    </w:p>
    <w:p>
      <w:r>
        <w:t>55. Там было много женщин, наблюдавших издали. Они следовали за Иисусом из Галилеи и служили Ему.</w:t>
      </w:r>
    </w:p>
    <w:p>
      <w:r>
        <w:t>56. Среди них были Мария Магдалина, Мария, мать Иакова и Иосифа, и мать сыновей Зеведея.</w:t>
      </w:r>
    </w:p>
    <w:p>
      <w:r>
        <w:t>57. Когда наступил вечер, пришёл богатый человек из Аримафеи по имени Иосиф, который тоже был учеником Иисуса.</w:t>
      </w:r>
    </w:p>
    <w:p>
      <w:r>
        <w:t>58. Он пришёл к Пилату и попросил тело Иисуса. Тогда Пилат приказал отдать его.</w:t>
      </w:r>
    </w:p>
    <w:p>
      <w:r>
        <w:t>59. Иосиф взял тело, обернул чистым льняным полотном</w:t>
      </w:r>
    </w:p>
    <w:p>
      <w:r>
        <w:t>60. и положил в своей новой гробнице, высеченной в скале. Привалив большой камень ко входу, он ушёл.</w:t>
      </w:r>
    </w:p>
    <w:p>
      <w:r>
        <w:t>61. Мария Магдалина и другая Мария оставались там, сидя напротив гробницы.</w:t>
      </w:r>
    </w:p>
    <w:p>
      <w:r>
        <w:t>62. На следующий день, после дня приготовления, первосвященники и фарисеи собрались у Пилата</w:t>
      </w:r>
    </w:p>
    <w:p>
      <w:r>
        <w:t>63. и сказали: «Господин, мы вспомнили, что этот обманщик ещё при жизни говорил: “Через три дня воскресну”.</w:t>
      </w:r>
    </w:p>
    <w:p>
      <w:r>
        <w:t>64. Поэтому прикажи охранять гробницу до третьего дня, чтобы Его ученики не пришли, не забрали Его и не сказали народу: “Он воскрес из мёртвых”. Тогда последний обман будет хуже первого».</w:t>
      </w:r>
    </w:p>
    <w:p>
      <w:r>
        <w:t>65. Пилат сказал им: «Стража в вашем распоряжении. Идите и охраняйте, как умеете».</w:t>
      </w:r>
    </w:p>
    <w:p>
      <w:r>
        <w:t>66. Они пошли, запечатали камень и выставили стражу у гробницы.</w:t>
      </w:r>
    </w:p>
    <w:p>
      <w:pPr>
        <w:pStyle w:val="Heading2"/>
      </w:pPr>
      <w:r>
        <w:t>Глава 28</w:t>
      </w:r>
    </w:p>
    <w:p>
      <w:r>
        <w:t>1. После субботы, на рассвете первого дня недели, Мария Магдалина и другая Мария пришли посмотреть гробницу.</w:t>
      </w:r>
    </w:p>
    <w:p>
      <w:r>
        <w:t>2. И вот, произошло сильное землетрясение: ангел Господа сошёл с неба, подошёл, отвалил камень и сел на нём.</w:t>
      </w:r>
    </w:p>
    <w:p>
      <w:r>
        <w:t>3. Его вид был как молния, а одежда белая как снег.</w:t>
      </w:r>
    </w:p>
    <w:p>
      <w:r>
        <w:t>4. Стражники задрожали от страха перед ним и стали как мёртвые.</w:t>
      </w:r>
    </w:p>
    <w:p>
      <w:r>
        <w:t>5. Ангел сказал женщинам: «Не бойтесь. Я знаю, что вы ищете распятого Иисуса.</w:t>
      </w:r>
    </w:p>
    <w:p>
      <w:r>
        <w:t>6. Его здесь нет: Он воскрес, как и говорил. Подойдите, посмотрите место, где Он лежал.</w:t>
      </w:r>
    </w:p>
    <w:p>
      <w:r>
        <w:t>7. Идите скорее и скажите Его ученикам: “Он воскрес из мёртвых и идёт впереди вас в Галилею. Там вы Его увидите”. Вот, я сказал вам».</w:t>
      </w:r>
    </w:p>
    <w:p>
      <w:r>
        <w:t>8. Они поспешно ушли от гробницы со страхом и великой радостью и побежали сообщить Его ученикам.</w:t>
      </w:r>
    </w:p>
    <w:p>
      <w:r>
        <w:t>9. И вот, Иисус встретил их и сказал: «Радуйтесь!» Они подошли, обняли Его ноги и поклонились Ему.</w:t>
      </w:r>
    </w:p>
    <w:p>
      <w:r>
        <w:t>10. Тогда Иисус сказал: «Не бойтесь. Идите, скажите Моим братьям, чтобы они шли в Галилею. Там они Меня увидят».</w:t>
      </w:r>
    </w:p>
    <w:p>
      <w:r>
        <w:t>11. Пока женщины шли, некоторые из стражи пришли в город и рассказали первосвященникам обо всём произошедшем.</w:t>
      </w:r>
    </w:p>
    <w:p>
      <w:r>
        <w:t>12. Те собрались со старейшинами, посоветовались и дали воинам много денег,</w:t>
      </w:r>
    </w:p>
    <w:p>
      <w:r>
        <w:t>13. сказав: «Говорите: “Его ученики пришли ночью и забрали Его, пока мы спали”.</w:t>
      </w:r>
    </w:p>
    <w:p>
      <w:r>
        <w:t>14. А если об этом услышит правитель, мы убедим его и избавим вас от неприятностей».</w:t>
      </w:r>
    </w:p>
    <w:p>
      <w:r>
        <w:t>15. Они взяли деньги и поступили, как их научили. И эта история распространилась среди иудеев и известна до сегодняшнего дня.</w:t>
      </w:r>
    </w:p>
    <w:p>
      <w:r>
        <w:t>16. Одиннадцать учеников пошли в Галилею, на гору, куда велел им Иисус.</w:t>
      </w:r>
    </w:p>
    <w:p>
      <w:r>
        <w:t>17. Увидев Его, они поклонились Ему, но некоторые колебались.</w:t>
      </w:r>
    </w:p>
    <w:p>
      <w:r>
        <w:t>18. Иисус подошёл и сказал им: «Мне дана вся власть на небе и на земле.</w:t>
      </w:r>
    </w:p>
    <w:p>
      <w:r>
        <w:t>19. Поэтому идите и делайте учениками все народы, крестя их во имя Отца, Сына и Святого Духа,</w:t>
      </w:r>
    </w:p>
    <w:p>
      <w:r>
        <w:t>20. уча их соблюдать всё, что Я повелел вам. И вот, Я с вами каждый день до завершения века».</w:t>
      </w:r>
    </w:p>
    <w:p>
      <w:pPr>
        <w:pStyle w:val="Heading1"/>
      </w:pPr>
      <w:r>
        <w:t>От Марка</w:t>
      </w:r>
    </w:p>
    <w:p>
      <w:pPr>
        <w:pStyle w:val="Heading2"/>
      </w:pPr>
      <w:r>
        <w:t>Глава 1</w:t>
      </w:r>
    </w:p>
    <w:p>
      <w:r>
        <w:t>1. Начало Благой вести об Иисусе Христе.</w:t>
      </w:r>
    </w:p>
    <w:p>
      <w:r>
        <w:t>2. Как написано у пророка Исаии: «Вот, Я посылаю Моего вестника перед Тобой; он приготовит Тебе путь.</w:t>
      </w:r>
    </w:p>
    <w:p>
      <w:r>
        <w:t>3. Голос того, кто зовёт в пустыне: “Приготовьте путь Господу, сделайте прямыми Его дороги”».</w:t>
      </w:r>
    </w:p>
    <w:p>
      <w:r>
        <w:t>4. В пустыне появился Иоанн, крестя и проповедуя крещение покаяния для прощения грехов.</w:t>
      </w:r>
    </w:p>
    <w:p>
      <w:r>
        <w:t>5. К нему выходила вся Иудея и все жители Иерусалима. Они крестились у него в реке Иордан, исповедуя свои грехи.</w:t>
      </w:r>
    </w:p>
    <w:p>
      <w:r>
        <w:t>6. Иоанн носил одежду из верблюжьей шерсти и кожаный пояс на талии, а ел саранчу и дикий мёд.</w:t>
      </w:r>
    </w:p>
    <w:p>
      <w:r>
        <w:t>7. Он проповедовал: «После меня идёт Тот, Кто сильнее меня. Я недостоин, нагнувшись, развязать ремешок Его сандалий.</w:t>
      </w:r>
    </w:p>
    <w:p>
      <w:r>
        <w:t>8. Я крестил вас водой, а Он будет крестить вас Святым Духом».</w:t>
      </w:r>
    </w:p>
    <w:p>
      <w:r>
        <w:t>9. В те дни Иисус пришёл из Назарета в Галилее, и Иоанн крестил Его в Иордане.</w:t>
      </w:r>
    </w:p>
    <w:p>
      <w:r>
        <w:t>10. И сразу, выходя из воды, Иисус увидел, как разрываются небеса и Дух, словно голубь, сходит на Него.</w:t>
      </w:r>
    </w:p>
    <w:p>
      <w:r>
        <w:t>11. И с небес прозвучал голос: «Ты — Мой любимый Сын; Я доволен Тобой».</w:t>
      </w:r>
    </w:p>
    <w:p>
      <w:r>
        <w:t>12. И сразу Дух вывел Его в пустыню.</w:t>
      </w:r>
    </w:p>
    <w:p>
      <w:r>
        <w:t>13. Он был в пустыне сорок дней, искушаемый сатаной, находился среди диких зверей, а ангелы служили Ему.</w:t>
      </w:r>
    </w:p>
    <w:p>
      <w:r>
        <w:t>14. После того как Иоанна взяли под стражу, Иисус пришёл в Галилею, проповедуя Божью Благую весть.</w:t>
      </w:r>
    </w:p>
    <w:p>
      <w:r>
        <w:t>15. Он говорил: «Время исполнилось, и Царство Божье приблизилось. Покайтесь и верьте благой вести».</w:t>
      </w:r>
    </w:p>
    <w:p>
      <w:r>
        <w:t>16. Проходя вдоль Галилейского моря, Иисус увидел Симона и Андрея, брата Симона, забрасывавших сеть в море: они были рыбаками.</w:t>
      </w:r>
    </w:p>
    <w:p>
      <w:r>
        <w:t>17. Иисус сказал им: «Идите за Мной, и Я сделаю вас ловцами людей».</w:t>
      </w:r>
    </w:p>
    <w:p>
      <w:r>
        <w:t>18. Они сразу оставили сети и последовали за Ним.</w:t>
      </w:r>
    </w:p>
    <w:p>
      <w:r>
        <w:t>19. Пройдя немного дальше, Он увидел Иакова, сына Зеведея, и его брата Иоанна. Они были в лодке и чинили сети.</w:t>
      </w:r>
    </w:p>
    <w:p>
      <w:r>
        <w:t>20. Он сразу позвал их. Они оставили своего отца Зеведея в лодке с наёмными работниками и пошли за Ним.</w:t>
      </w:r>
    </w:p>
    <w:p>
      <w:r>
        <w:t>21. Они пришли в Капернаум. В субботу Иисус сразу вошёл в синагогу и стал учить.</w:t>
      </w:r>
    </w:p>
    <w:p>
      <w:r>
        <w:t>22. Люди были поражены Его учением, потому что Он учил их как имеющий власть, а не как книжники.</w:t>
      </w:r>
    </w:p>
    <w:p>
      <w:r>
        <w:t>23. И сразу в их синагоге оказался человек с нечистым духом. Он закричал:</w:t>
      </w:r>
    </w:p>
    <w:p>
      <w:r>
        <w:t>24. «Что Тебе до нас, Иисус Назарянин? Ты пришёл погубить нас? Я знаю, кто Ты: Святой Божий!»</w:t>
      </w:r>
    </w:p>
    <w:p>
      <w:r>
        <w:t>25. Иисус строго приказал ему: «Замолчи и выйди из него!»</w:t>
      </w:r>
    </w:p>
    <w:p>
      <w:r>
        <w:t>26. Нечистый дух сильно потряс человека, громко закричал и вышел из него.</w:t>
      </w:r>
    </w:p>
    <w:p>
      <w:r>
        <w:t>27. Все были поражены и спрашивали друг друга: «Что это? Новое учение — и с властью! Он приказывает даже нечистым духам, и они повинуются Ему».</w:t>
      </w:r>
    </w:p>
    <w:p>
      <w:r>
        <w:t>28. И слух о Нём сразу распространился повсюду по всей окрестности Галилеи.</w:t>
      </w:r>
    </w:p>
    <w:p>
      <w:r>
        <w:t>29. Выйдя из синагоги, они сразу пришли в дом Симона и Андрея вместе с Иаковом и Иоанном.</w:t>
      </w:r>
    </w:p>
    <w:p>
      <w:r>
        <w:t>30. Тёща Симона лежала в горячке, и Ему сразу рассказали о ней.</w:t>
      </w:r>
    </w:p>
    <w:p>
      <w:r>
        <w:t>31. Он подошёл, взял её за руку и поднял. Горячка оставила её, и она стала служить им.</w:t>
      </w:r>
    </w:p>
    <w:p>
      <w:r>
        <w:t>32. Вечером, когда зашло солнце, к Нему приносили всех больных и одержимых демонами.</w:t>
      </w:r>
    </w:p>
    <w:p>
      <w:r>
        <w:t>33. Весь город собрался у двери.</w:t>
      </w:r>
    </w:p>
    <w:p>
      <w:r>
        <w:t>34. Он исцелил многих, страдавших разными болезнями, и изгнал многих демонов. Он не позволял демонам говорить, потому что они знали Его.</w:t>
      </w:r>
    </w:p>
    <w:p>
      <w:r>
        <w:t>35. Очень рано утром, когда было ещё темно, Иисус встал, вышел и ушёл в безлюдное место. Там Он молился.</w:t>
      </w:r>
    </w:p>
    <w:p>
      <w:r>
        <w:t>36. Симон и те, кто был с ним, бросились разыскивать Иисуса.</w:t>
      </w:r>
    </w:p>
    <w:p>
      <w:r>
        <w:t>37. Найдя Его, они сказали: «Все Тебя ищут».</w:t>
      </w:r>
    </w:p>
    <w:p>
      <w:r>
        <w:t>38. Он ответил им: «Пойдём в другие места, в соседние селения, чтобы Я и там проповедовал. Ведь для этого Я и вышел».</w:t>
      </w:r>
    </w:p>
    <w:p>
      <w:r>
        <w:t>39. И Он ходил по всей Галилее, проповедуя в их синагогах и изгоняя демонов.</w:t>
      </w:r>
    </w:p>
    <w:p>
      <w:r>
        <w:t>40. К Нему пришёл прокажённый, пал перед Ним на колени и просил: «Если Ты захочешь, Ты можешь меня очистить».</w:t>
      </w:r>
    </w:p>
    <w:p>
      <w:r>
        <w:t>41. Разгневавшись, Иисус протянул руку, коснулся его и сказал: «Хочу. Очистись!»</w:t>
      </w:r>
    </w:p>
    <w:p>
      <w:r>
        <w:t>42. И сразу проказа сошла с него, и он очистился.</w:t>
      </w:r>
    </w:p>
    <w:p>
      <w:r>
        <w:t>43. Иисус строго предупредил его и сразу отослал,</w:t>
      </w:r>
    </w:p>
    <w:p>
      <w:r>
        <w:t>44. сказав: «Смотри, никому ничего не говори. Но пойди, покажись священнику и принеси за своё очищение то, что повелел Моисей, — им во свидетельство».</w:t>
      </w:r>
    </w:p>
    <w:p>
      <w:r>
        <w:t>45. Но тот, выйдя, начал много рассказывать и повсюду распространять эту весть. Поэтому он уже не мог открыто входить в город, а оставался снаружи, в безлюдных местах. И люди приходили к нему отовсюду.</w:t>
      </w:r>
    </w:p>
    <w:p>
      <w:pPr>
        <w:pStyle w:val="Heading2"/>
      </w:pPr>
      <w:r>
        <w:t>Глава 2</w:t>
      </w:r>
    </w:p>
    <w:p>
      <w:r>
        <w:t>1. Через несколько дней Иисус снова пришёл в Капернаум, и стало известно, что Он находится в доме.</w:t>
      </w:r>
    </w:p>
    <w:p>
      <w:r>
        <w:t>2. Собралось столько людей, что не осталось места даже у двери. И Он говорил им слово.</w:t>
      </w:r>
    </w:p>
    <w:p>
      <w:r>
        <w:t>3. К Нему пришли люди, неся парализованного; его несли четверо.</w:t>
      </w:r>
    </w:p>
    <w:p>
      <w:r>
        <w:t>4. Не имея возможности поднести его к Иисусу из-за толпы, они раскрыли крышу над местом, где Он был, и, сделав отверстие, спустили постель, на которой лежал парализованный.</w:t>
      </w:r>
    </w:p>
    <w:p>
      <w:r>
        <w:t>5. Увидев их веру, Иисус сказал парализованному: «Сын, твои грехи прощены».</w:t>
      </w:r>
    </w:p>
    <w:p>
      <w:r>
        <w:t>6. Там сидели некоторые книжники и рассуждали в своих сердцах:</w:t>
      </w:r>
    </w:p>
    <w:p>
      <w:r>
        <w:t>7. «Почему Он так говорит? Он богохульствует! Кто может прощать грехи, кроме одного Бога?»</w:t>
      </w:r>
    </w:p>
    <w:p>
      <w:r>
        <w:t>8. Иисус сразу понял в Своём духе, что они так рассуждают про себя, и сказал им: «Почему вы рассуждаете об этом в своих сердцах?</w:t>
      </w:r>
    </w:p>
    <w:p>
      <w:r>
        <w:t>9. Что легче сказать парализованному: “Твои грехи прощены” — или сказать: “Встань, возьми свою постель и ходи”?</w:t>
      </w:r>
    </w:p>
    <w:p>
      <w:r>
        <w:t>10. Но чтобы вы знали, что Сын Человеческий имеет на земле власть прощать грехи…» — Он сказал парализованному:</w:t>
      </w:r>
    </w:p>
    <w:p>
      <w:r>
        <w:t>11. «Тебе говорю: встань, возьми свою постель и иди домой».</w:t>
      </w:r>
    </w:p>
    <w:p>
      <w:r>
        <w:t>12. Тот встал, сразу взял постель и вышел на глазах у всех. Все были потрясены и прославляли Бога, говоря: «Такого мы ещё никогда не видели!»</w:t>
      </w:r>
    </w:p>
    <w:p>
      <w:r>
        <w:t>13. Иисус снова вышел к морю. Весь народ шёл к Нему, и Он учил их.</w:t>
      </w:r>
    </w:p>
    <w:p>
      <w:r>
        <w:t>14. Проходя мимо, Он увидел Левия, сына Алфея, сидевшего у места сбора пошлин, и сказал ему: «Следуй за Мной». Тот встал и последовал за Ним.</w:t>
      </w:r>
    </w:p>
    <w:p>
      <w:r>
        <w:t>15. Когда Иисус возлежал за столом в доме, вместе с Ним и Его учениками возлежали многие сборщики пошлин и грешники: их было много, и они следовали за Ним.</w:t>
      </w:r>
    </w:p>
    <w:p>
      <w:r>
        <w:t>16. Книжники из фарисеев, увидев, что Он ест с грешниками и сборщиками пошлин, говорили Его ученикам: «Почему Он ест со сборщиками пошлин и грешниками?»</w:t>
      </w:r>
    </w:p>
    <w:p>
      <w:r>
        <w:t>17. Услышав это, Иисус сказал им: «Не здоровым нужен врач, а больным. Я пришёл призвать не праведных, а грешников».</w:t>
      </w:r>
    </w:p>
    <w:p>
      <w:r>
        <w:t>18. Ученики Иоанна и фарисеи постились. К Иисусу пришли и спросили: «Почему ученики Иоанна и ученики фарисеев постятся, а Твои ученики не постятся?»</w:t>
      </w:r>
    </w:p>
    <w:p>
      <w:r>
        <w:t>19. Иисус ответил им: «Могут ли гости на свадьбе поститься, пока жених с ними? Пока жених с ними, они не могут поститься.</w:t>
      </w:r>
    </w:p>
    <w:p>
      <w:r>
        <w:t>20. Но придут дни, когда жениха у них отнимут, и тогда, в тот день, они будут поститься.</w:t>
      </w:r>
    </w:p>
    <w:p>
      <w:r>
        <w:t>21. Никто не пришивает заплату из неусевшей ткани к старой одежде. Иначе новая заплата оторвётся от старой, и разрыв станет ещё больше.</w:t>
      </w:r>
    </w:p>
    <w:p>
      <w:r>
        <w:t>22. И никто не наливает молодое вино в старые мехи. Иначе вино разорвёт мехи — погибнут и вино, и мехи. Молодое вино наливают в новые мехи».</w:t>
      </w:r>
    </w:p>
    <w:p>
      <w:r>
        <w:t>23. Однажды в субботу Иисус проходил через засеянные поля, и Его ученики по дороге начали срывать колосья.</w:t>
      </w:r>
    </w:p>
    <w:p>
      <w:r>
        <w:t>24. Фарисеи сказали Ему: «Смотри, почему они делают в субботу то, чего нельзя делать?»</w:t>
      </w:r>
    </w:p>
    <w:p>
      <w:r>
        <w:t>25. Он ответил им: «Неужели вы никогда не читали, что сделал Давид, когда оказался в нужде и проголодался — он и те, кто был с ним?</w:t>
      </w:r>
    </w:p>
    <w:p>
      <w:r>
        <w:t>26. Как он вошёл в дом Божий при первосвященнике Авиафаре, ел хлебы предложения, которые позволено есть только священникам, и дал также тем, кто был с ним?»</w:t>
      </w:r>
    </w:p>
    <w:p>
      <w:r>
        <w:t>27. И Он сказал им: «Суббота создана для человека, а не человек для субботы.</w:t>
      </w:r>
    </w:p>
    <w:p>
      <w:r>
        <w:t>28. Поэтому Сын Человеческий — Господин и субботы».</w:t>
      </w:r>
    </w:p>
    <w:p>
      <w:pPr>
        <w:pStyle w:val="Heading2"/>
      </w:pPr>
      <w:r>
        <w:t>Глава 3</w:t>
      </w:r>
    </w:p>
    <w:p>
      <w:r>
        <w:t>1. Он снова вошёл в синагогу. Там был человек с иссохшей рукой.</w:t>
      </w:r>
    </w:p>
    <w:p>
      <w:r>
        <w:t>2. За Ним наблюдали: исцелит ли Он его в субботу, чтобы получить повод обвинить Его.</w:t>
      </w:r>
    </w:p>
    <w:p>
      <w:r>
        <w:t>3. Он сказал человеку с иссохшей рукой: «Встань посреди всех».</w:t>
      </w:r>
    </w:p>
    <w:p>
      <w:r>
        <w:t>4. А им сказал: «Что позволено в субботу: делать добро или зло, спасти жизнь или убить?» Но они молчали.</w:t>
      </w:r>
    </w:p>
    <w:p>
      <w:r>
        <w:t>5. Оглядев их с гневом и скорбя об ожесточении их сердец, Он сказал человеку: «Протяни руку». Тот протянул, и рука восстановилась.</w:t>
      </w:r>
    </w:p>
    <w:p>
      <w:r>
        <w:t>6. Фарисеи вышли и сразу вместе с иродианами стали советоваться против Него, как Его погубить.</w:t>
      </w:r>
    </w:p>
    <w:p>
      <w:r>
        <w:t>7. Иисус с учениками удалился к морю. За Ним последовало множество людей из Галилеи и Иудеи,</w:t>
      </w:r>
    </w:p>
    <w:p>
      <w:r>
        <w:t>8. из Иерусалима, Идумеи, из-за Иордана и из окрестностей Тира и Сидона. Услышав обо всём, что Он делал, к Нему пришло огромное множество людей.</w:t>
      </w:r>
    </w:p>
    <w:p>
      <w:r>
        <w:t>9. Он велел ученикам держать для Него наготове небольшую лодку из-за толпы, чтобы люди не теснили Его.</w:t>
      </w:r>
    </w:p>
    <w:p>
      <w:r>
        <w:t>10. Он исцелил многих, поэтому все, кого мучили болезни, напирали на Него, стараясь прикоснуться.</w:t>
      </w:r>
    </w:p>
    <w:p>
      <w:r>
        <w:t>11. И когда нечистые духи видели Его, они падали перед Ним и кричали: «Ты — Сын Божий!»</w:t>
      </w:r>
    </w:p>
    <w:p>
      <w:r>
        <w:t>12. Но Он строго запрещал им разглашать, кто Он.</w:t>
      </w:r>
    </w:p>
    <w:p>
      <w:r>
        <w:t>13. Затем Он поднялся на гору и позвал к Себе тех, кого Сам хотел. Они пришли к Нему.</w:t>
      </w:r>
    </w:p>
    <w:p>
      <w:r>
        <w:t>14. Он поставил двенадцать, чтобы они были с Ним и чтобы Он посылал их проповедовать,</w:t>
      </w:r>
    </w:p>
    <w:p>
      <w:r>
        <w:t>15. и чтобы они имели власть изгонять демонов.</w:t>
      </w:r>
    </w:p>
    <w:p>
      <w:r>
        <w:t>16. Он поставил двенадцать: Симону дал имя Пётр,</w:t>
      </w:r>
    </w:p>
    <w:p>
      <w:r>
        <w:t>17. Иакову, сыну Зеведея, и Иоанну, брату Иакова, дал имя Воанергес, то есть «сыны грома»;</w:t>
      </w:r>
    </w:p>
    <w:p>
      <w:r>
        <w:t>18. далее Андрея, Филиппа, Варфоломея, Матфея, Фому, Иакова, сына Алфея, Фаддея, Симона Кананита</w:t>
      </w:r>
    </w:p>
    <w:p>
      <w:r>
        <w:t>19. и Иуду Искариота, который и предал Его.</w:t>
      </w:r>
    </w:p>
    <w:p>
      <w:r>
        <w:t>20. Потом Он пришёл в дом, и снова собралась толпа, так что они не могли даже поесть.</w:t>
      </w:r>
    </w:p>
    <w:p>
      <w:r>
        <w:t>21. Услышав об этом, Его родные пошли удержать Его, потому что говорили: «Он не в Себе».</w:t>
      </w:r>
    </w:p>
    <w:p>
      <w:r>
        <w:t>22. А книжники, пришедшие из Иерусалима, говорили: «В Нём Веельзевул» и «Он изгоняет демонов силой правителя демонов».</w:t>
      </w:r>
    </w:p>
    <w:p>
      <w:r>
        <w:t>23. Подозвав их, Он стал говорить им притчами: «Как может сатана изгонять сатану?</w:t>
      </w:r>
    </w:p>
    <w:p>
      <w:r>
        <w:t>24. Если царство разделится само против себя, такое царство не сможет устоять.</w:t>
      </w:r>
    </w:p>
    <w:p>
      <w:r>
        <w:t>25. И если дом разделится сам против себя, такой дом не сможет устоять.</w:t>
      </w:r>
    </w:p>
    <w:p>
      <w:r>
        <w:t>26. Так и если сатана восстал против самого себя и разделился, он не может устоять — ему конец.</w:t>
      </w:r>
    </w:p>
    <w:p>
      <w:r>
        <w:t>27. Никто не может войти в дом сильного и разграбить его имущество, если прежде не свяжет сильного. Только тогда он разграбит его дом.</w:t>
      </w:r>
    </w:p>
    <w:p>
      <w:r>
        <w:t>28. Истинно говорю вам: людям будут прощены все грехи и всякое богохульство, какое бы они ни произнесли.</w:t>
      </w:r>
    </w:p>
    <w:p>
      <w:r>
        <w:t>29. Но кто станет хулить Святого Духа, тому нет прощения вовек: он виновен в вечном грехе».</w:t>
      </w:r>
    </w:p>
    <w:p>
      <w:r>
        <w:t>30. Он сказал это потому, что они говорили: «В Нём нечистый дух».</w:t>
      </w:r>
    </w:p>
    <w:p>
      <w:r>
        <w:t>31. Пришли Его мать и братья. Они остались снаружи и послали за Ним, чтобы позвать Его.</w:t>
      </w:r>
    </w:p>
    <w:p>
      <w:r>
        <w:t>32. Вокруг Него сидела толпа. Ему сказали: «Твоя мать и Твои братья снаружи, ищут Тебя».</w:t>
      </w:r>
    </w:p>
    <w:p>
      <w:r>
        <w:t>33. Он ответил им: «Кто Моя мать и Мои братья?»</w:t>
      </w:r>
    </w:p>
    <w:p>
      <w:r>
        <w:t>34. И, оглядев сидевших вокруг Него, сказал: «Вот Моя мать и Мои братья.</w:t>
      </w:r>
    </w:p>
    <w:p>
      <w:r>
        <w:t>35. Кто исполняет волю Бога, тот Мне брат, сестра и мать».</w:t>
      </w:r>
    </w:p>
    <w:p>
      <w:pPr>
        <w:pStyle w:val="Heading2"/>
      </w:pPr>
      <w:r>
        <w:t>Глава 4</w:t>
      </w:r>
    </w:p>
    <w:p>
      <w:r>
        <w:t>1. Он снова начал учить у моря. Вокруг Него собралась огромная толпа, поэтому Он вошёл в лодку и сел в ней на море, а весь народ оставался на берегу у воды.</w:t>
      </w:r>
    </w:p>
    <w:p>
      <w:r>
        <w:t>2. Он многому учил их притчами и говорил им в Своём учении:</w:t>
      </w:r>
    </w:p>
    <w:p>
      <w:r>
        <w:t>3. «Слушайте! Вот вышел сеятель сеять.</w:t>
      </w:r>
    </w:p>
    <w:p>
      <w:r>
        <w:t>4. Когда он сеял, одно семя упало у дороги; прилетели птицы и склевали его.</w:t>
      </w:r>
    </w:p>
    <w:p>
      <w:r>
        <w:t>5. Другое упало на каменистую почву, где земли было мало, и сразу взошло, потому что земля была неглубокой.</w:t>
      </w:r>
    </w:p>
    <w:p>
      <w:r>
        <w:t>6. Но когда поднялось солнце, растение обожгло, и, не имея корня, оно засохло.</w:t>
      </w:r>
    </w:p>
    <w:p>
      <w:r>
        <w:t>7. Другое упало в терновник. Терновник вырос, заглушил его, и оно не принесло плода.</w:t>
      </w:r>
    </w:p>
    <w:p>
      <w:r>
        <w:t>8. А другие семена упали на хорошую землю и дали плод: росли, умножались и приносили в тридцать, шестьдесят и сто раз больше».</w:t>
      </w:r>
    </w:p>
    <w:p>
      <w:r>
        <w:t>9. И Он говорил: «У кого есть уши слышать — пусть слышит».</w:t>
      </w:r>
    </w:p>
    <w:p>
      <w:r>
        <w:t>10. Когда Он остался один, те, кто был вокруг Него, вместе с двенадцатью стали спрашивать Его о притчах.</w:t>
      </w:r>
    </w:p>
    <w:p>
      <w:r>
        <w:t>11. Он сказал им: «Вам дана тайна Царства Божьего, а для тех, кто снаружи, всё бывает в притчах,</w:t>
      </w:r>
    </w:p>
    <w:p>
      <w:r>
        <w:t>12. чтобы они, глядя, смотрели и не увидели, слушая, слышали и не поняли, как бы не обратились и не было им прощено».</w:t>
      </w:r>
    </w:p>
    <w:p>
      <w:r>
        <w:t>13. И Он сказал им: «Вы не понимаете эту притчу? Как же тогда поймёте все остальные притчи?</w:t>
      </w:r>
    </w:p>
    <w:p>
      <w:r>
        <w:t>14. Сеятель сеет слово.</w:t>
      </w:r>
    </w:p>
    <w:p>
      <w:r>
        <w:t>15. Посеянное у дороги — это те, в ком сеется слово. Когда они слышат, сразу приходит сатана и забирает слово, посеянное в них.</w:t>
      </w:r>
    </w:p>
    <w:p>
      <w:r>
        <w:t>16. Подобно этому, посеянное на каменистой почве — это те, кто, услышав слово, сразу принимают его с радостью,</w:t>
      </w:r>
    </w:p>
    <w:p>
      <w:r>
        <w:t>17. но не имеют в себе корня и держатся лишь до времени. Когда из-за слова приходит скорбь или преследование, они сразу отступаются.</w:t>
      </w:r>
    </w:p>
    <w:p>
      <w:r>
        <w:t>18. А посеянное среди терновника — это те, кто услышал слово,</w:t>
      </w:r>
    </w:p>
    <w:p>
      <w:r>
        <w:t>19. но заботы этого века, обман богатства и желания всего прочего входят в них, заглушают слово, и оно становится бесплодным.</w:t>
      </w:r>
    </w:p>
    <w:p>
      <w:r>
        <w:t>20. Посеянное же на хорошей земле — это те, кто слышит слово, принимают его и приносят плод: в тридцать, шестьдесят и сто раз больше».</w:t>
      </w:r>
    </w:p>
    <w:p>
      <w:r>
        <w:t>21. И Он говорил им: «Разве светильник приносят, чтобы поставить под сосуд или под кровать? Не для того ли, чтобы поставить его на подставку?</w:t>
      </w:r>
    </w:p>
    <w:p>
      <w:r>
        <w:t>22. Нет ничего скрытого, что не должно стать явным, и ничего тайного, что не должно выйти наружу.</w:t>
      </w:r>
    </w:p>
    <w:p>
      <w:r>
        <w:t>23. Если у кого есть уши слышать — пусть слышит».</w:t>
      </w:r>
    </w:p>
    <w:p>
      <w:r>
        <w:t>24. И Он говорил им: «Смотрите, что вы слушаете. Какой мерой меряете, такой будет отмерено вам, и вам будет добавлено.</w:t>
      </w:r>
    </w:p>
    <w:p>
      <w:r>
        <w:t>25. Потому что у кого есть, тому будет дано; а у кого нет, у того будет отнято даже то, что он имеет».</w:t>
      </w:r>
    </w:p>
    <w:p>
      <w:r>
        <w:t>26. И Он говорил: «Царство Божье подобно тому, как человек бросает семя в землю,</w:t>
      </w:r>
    </w:p>
    <w:p>
      <w:r>
        <w:t>27. а потом спит и встаёт ночью и днём; семя всходит и растёт, а он сам не знает, как.</w:t>
      </w:r>
    </w:p>
    <w:p>
      <w:r>
        <w:t>28. Земля сама приносит плод: сначала зелень, потом колос, затем полное зерно в колосе.</w:t>
      </w:r>
    </w:p>
    <w:p>
      <w:r>
        <w:t>29. Когда же плод созревает, человек сразу берётся за серп, потому что настала жатва».</w:t>
      </w:r>
    </w:p>
    <w:p>
      <w:r>
        <w:t>30. И Он говорил: «С чем сравнить Царство Божье? Какой притчей его представить?</w:t>
      </w:r>
    </w:p>
    <w:p>
      <w:r>
        <w:t>31. Оно как горчичное зерно: когда его сеют в землю, оно меньше всех семян на земле,</w:t>
      </w:r>
    </w:p>
    <w:p>
      <w:r>
        <w:t>32. но, посеянное, вырастает и становится больше всех огородных растений, пускает большие ветви, так что небесные птицы могут укрываться в его тени».</w:t>
      </w:r>
    </w:p>
    <w:p>
      <w:r>
        <w:t>33. Многими такими притчами Он говорил им слово — настолько, насколько они могли слушать.</w:t>
      </w:r>
    </w:p>
    <w:p>
      <w:r>
        <w:t>34. Без притчи Он им не говорил, а наедине Своим ученикам объяснял всё.</w:t>
      </w:r>
    </w:p>
    <w:p>
      <w:r>
        <w:t>35. В тот же день, когда наступил вечер, Он сказал им: «Переправимся на другую сторону».</w:t>
      </w:r>
    </w:p>
    <w:p>
      <w:r>
        <w:t>36. Оставив толпу, они взяли Его с собой так, как Он был, в лодке. С Ним были и другие лодки.</w:t>
      </w:r>
    </w:p>
    <w:p>
      <w:r>
        <w:t>37. Поднялась сильная буря. Волны били в лодку, так что она уже наполнялась водой.</w:t>
      </w:r>
    </w:p>
    <w:p>
      <w:r>
        <w:t>38. А Он спал на корме, положив голову на подушку. Его разбудили и сказали: «Учитель, Тебе нет дела, что мы погибаем?»</w:t>
      </w:r>
    </w:p>
    <w:p>
      <w:r>
        <w:t>39. Проснувшись, Он строго приказал ветру и сказал морю: «Молчи! Умолкни!» Ветер стих, и наступила великая тишина.</w:t>
      </w:r>
    </w:p>
    <w:p>
      <w:r>
        <w:t>40. Он сказал им: «Почему вы такие боязливые? Неужели у вас ещё нет веры?»</w:t>
      </w:r>
    </w:p>
    <w:p>
      <w:r>
        <w:t>41. Их охватил великий страх, и они говорили друг другу: «Кто же Он такой, что даже ветер и море повинуются Ему?»</w:t>
      </w:r>
    </w:p>
    <w:p>
      <w:pPr>
        <w:pStyle w:val="Heading2"/>
      </w:pPr>
      <w:r>
        <w:t>Глава 5</w:t>
      </w:r>
    </w:p>
    <w:p>
      <w:r>
        <w:t>1. Они переправились на другую сторону моря, в область Герасин.</w:t>
      </w:r>
    </w:p>
    <w:p>
      <w:r>
        <w:t>2. Как только Он вышел из лодки, из погребальных пещер Ему навстречу вышел человек с нечистым духом.</w:t>
      </w:r>
    </w:p>
    <w:p>
      <w:r>
        <w:t>3. Он жил среди гробниц, и уже никто не мог удержать его даже цепью.</w:t>
      </w:r>
    </w:p>
    <w:p>
      <w:r>
        <w:t>4. Его много раз связывали оковами и цепями, но он разрывал цепи и ломал оковы, и никто не мог его усмирить.</w:t>
      </w:r>
    </w:p>
    <w:p>
      <w:r>
        <w:t>5. Днём и ночью он находился среди гробниц и на горах, кричал и причинял себе вред.</w:t>
      </w:r>
    </w:p>
    <w:p>
      <w:r>
        <w:t>6. Увидев Иисуса издали, он побежал к Нему и поклонился.</w:t>
      </w:r>
    </w:p>
    <w:p>
      <w:r>
        <w:t>7. Громко закричав, он сказал: «Что Тебе до меня, Иисус, Сын Всевышнего Бога? Заклинаю Тебя Богом: не мучь меня!»</w:t>
      </w:r>
    </w:p>
    <w:p>
      <w:r>
        <w:t>8. Потому что Он говорил ему: «Нечистый дух, выйди из этого человека!»</w:t>
      </w:r>
    </w:p>
    <w:p>
      <w:r>
        <w:t>9. Он спросил его: «Как тебя зовут?» Тот ответил: «Имя мне — Легион, потому что нас много».</w:t>
      </w:r>
    </w:p>
    <w:p>
      <w:r>
        <w:t>10. И он настойчиво просил Его не высылать их из этой области.</w:t>
      </w:r>
    </w:p>
    <w:p>
      <w:r>
        <w:t>11. А там у горы паслось большое стадо свиней.</w:t>
      </w:r>
    </w:p>
    <w:p>
      <w:r>
        <w:t>12. Духи просили Его: «Пошли нас в свиней, чтобы мы вошли в них».</w:t>
      </w:r>
    </w:p>
    <w:p>
      <w:r>
        <w:t>13. Он позволил им. Нечистые духи вышли и вошли в свиней, и стадо — около двух тысяч — бросилось с обрыва в море и утонуло.</w:t>
      </w:r>
    </w:p>
    <w:p>
      <w:r>
        <w:t>14. Пастухи убежали и рассказали об этом в городе и по окрестным селениям. Люди пришли посмотреть, что произошло.</w:t>
      </w:r>
    </w:p>
    <w:p>
      <w:r>
        <w:t>15. Они пришли к Иисусу и увидели того, кто был одержим демонами и в ком был Легион: он сидел одетый и в здравом уме. И они испугались.</w:t>
      </w:r>
    </w:p>
    <w:p>
      <w:r>
        <w:t>16. Очевидцы рассказали им, что произошло с одержимым и со свиньями.</w:t>
      </w:r>
    </w:p>
    <w:p>
      <w:r>
        <w:t>17. Тогда они стали просить Его уйти из их области.</w:t>
      </w:r>
    </w:p>
    <w:p>
      <w:r>
        <w:t>18. Когда Он садился в лодку, тот, кто прежде был одержим, просил позволить ему быть с Ним.</w:t>
      </w:r>
    </w:p>
    <w:p>
      <w:r>
        <w:t>19. Но Он не позволил и сказал ему: «Иди домой, к своим, и расскажи им, сколько Господь сделал для тебя и как помиловал тебя».</w:t>
      </w:r>
    </w:p>
    <w:p>
      <w:r>
        <w:t>20. Он ушёл и начал проповедовать в Десятиградии, сколько сделал для него Иисус. И все удивлялись.</w:t>
      </w:r>
    </w:p>
    <w:p>
      <w:r>
        <w:t>21. Когда Иисус снова переправился в лодке на другую сторону, вокруг Него собралась большая толпа. Он был у моря.</w:t>
      </w:r>
    </w:p>
    <w:p>
      <w:r>
        <w:t>22. Пришёл один из начальников синагоги, по имени Иаир. Увидев Его, он упал к Его ногам</w:t>
      </w:r>
    </w:p>
    <w:p>
      <w:r>
        <w:t>23. и настойчиво просил: «Моя маленькая дочь при смерти. Приди, возложи на неё руки, чтобы она была спасена и жила».</w:t>
      </w:r>
    </w:p>
    <w:p>
      <w:r>
        <w:t>24. Он пошёл с ним. За Ним следовала большая толпа и теснила Его.</w:t>
      </w:r>
    </w:p>
    <w:p>
      <w:r>
        <w:t>25. Там была женщина, двенадцать лет страдавшая кровотечением.</w:t>
      </w:r>
    </w:p>
    <w:p>
      <w:r>
        <w:t>26. Она много перенесла от многих врачей, истратила всё, что имела, но не получила никакой пользы — ей становилось только хуже.</w:t>
      </w:r>
    </w:p>
    <w:p>
      <w:r>
        <w:t>27. Услышав об Иисусе, она подошла сзади в толпе и прикоснулась к Его одежде.</w:t>
      </w:r>
    </w:p>
    <w:p>
      <w:r>
        <w:t>28. Она говорила: «Если прикоснусь хотя бы к Его одежде, буду спасена».</w:t>
      </w:r>
    </w:p>
    <w:p>
      <w:r>
        <w:t>29. И сразу кровотечение прекратилось, и она почувствовала телом, что исцелилась от своей болезни.</w:t>
      </w:r>
    </w:p>
    <w:p>
      <w:r>
        <w:t>30. Иисус сразу почувствовал в Себе, что из Него вышла сила. Повернувшись к толпе, Он спросил: «Кто прикоснулся к Моей одежде?»</w:t>
      </w:r>
    </w:p>
    <w:p>
      <w:r>
        <w:t>31. Ученики сказали Ему: «Ты видишь, как толпа теснит Тебя, и спрашиваешь: “Кто прикоснулся ко Мне?”»</w:t>
      </w:r>
    </w:p>
    <w:p>
      <w:r>
        <w:t>32. Но Он оглядывался, чтобы увидеть ту, которая это сделала.</w:t>
      </w:r>
    </w:p>
    <w:p>
      <w:r>
        <w:t>33. Женщина, зная, что с ней произошло, подошла в страхе и трепете, упала перед Ним и рассказала Ему всю правду.</w:t>
      </w:r>
    </w:p>
    <w:p>
      <w:r>
        <w:t>34. Он сказал ей: «Дочь, твоя вера спасла тебя. Иди с миром и будь здорова от своей болезни».</w:t>
      </w:r>
    </w:p>
    <w:p>
      <w:r>
        <w:t>35. Пока Он ещё говорил, пришли люди из дома начальника синагоги и сказали: «Твоя дочь умерла. Зачем ещё беспокоить Учителя?»</w:t>
      </w:r>
    </w:p>
    <w:p>
      <w:r>
        <w:t>36. Но Иисус, не обращая внимания на сказанное, сказал начальнику синагоги: «Не бойся, только верь».</w:t>
      </w:r>
    </w:p>
    <w:p>
      <w:r>
        <w:t>37. Он никому не позволил идти с Ним, кроме Петра, Иакова и Иоанна, брата Иакова.</w:t>
      </w:r>
    </w:p>
    <w:p>
      <w:r>
        <w:t>38. Они пришли в дом начальника синагоги. Он увидел смятение, людей, которые плакали и громко причитали.</w:t>
      </w:r>
    </w:p>
    <w:p>
      <w:r>
        <w:t>39. Войдя, Он сказал им: «Почему вы шумите и плачете? Ребёнок не умер, а спит».</w:t>
      </w:r>
    </w:p>
    <w:p>
      <w:r>
        <w:t>40. Они смеялись над Ним. Но Он вывел всех, взял отца и мать ребёнка и тех, кто был с Ним, и вошёл туда, где лежала девочка.</w:t>
      </w:r>
    </w:p>
    <w:p>
      <w:r>
        <w:t>41. Взяв девочку за руку, Он сказал ей: «Талита кум», что в переводе означает: «Девочка, тебе говорю: встань».</w:t>
      </w:r>
    </w:p>
    <w:p>
      <w:r>
        <w:t>42. Девочка сразу встала и стала ходить — ей было двенадцать лет. Их охватило великое изумление.</w:t>
      </w:r>
    </w:p>
    <w:p>
      <w:r>
        <w:t>43. Он строго велел им, чтобы никто об этом не узнал, и сказал дать девочке поесть.</w:t>
      </w:r>
    </w:p>
    <w:p>
      <w:pPr>
        <w:pStyle w:val="Heading2"/>
      </w:pPr>
      <w:r>
        <w:t>Глава 6</w:t>
      </w:r>
    </w:p>
    <w:p>
      <w:r>
        <w:t>1. Он ушёл оттуда и пришёл в Свою родную местность. Ученики следовали за Ним.</w:t>
      </w:r>
    </w:p>
    <w:p>
      <w:r>
        <w:t>2. Когда наступила суббота, Он начал учить в синагоге. Многие, слушая Его, поражались и говорили: «Откуда у Него всё это? Что это за мудрость, данная Ему? И как такие чудеса совершаются Его руками?</w:t>
      </w:r>
    </w:p>
    <w:p>
      <w:r>
        <w:t>3. Разве Он не плотник, сын Марии, брат Иакова, Иосии, Иуды и Симона? Разве Его сёстры не живут здесь среди нас?» И они отвергали Его.</w:t>
      </w:r>
    </w:p>
    <w:p>
      <w:r>
        <w:t>4. Иисус сказал им: «Пророк не бывает без чести, кроме как в своей родной местности, среди своих родственников и в своём доме».</w:t>
      </w:r>
    </w:p>
    <w:p>
      <w:r>
        <w:t>5. И Он не мог совершить там никакого чуда, кроме того что возложил руки на нескольких больных и исцелил их.</w:t>
      </w:r>
    </w:p>
    <w:p>
      <w:r>
        <w:t>6. Он удивлялся их неверию. Затем ходил по окрестным селениям и учил.</w:t>
      </w:r>
    </w:p>
    <w:p>
      <w:r>
        <w:t>7. Подозвав двенадцать, Он начал посылать их по двое и давал им власть над нечистыми духами.</w:t>
      </w:r>
    </w:p>
    <w:p>
      <w:r>
        <w:t>8. Он велел им ничего не брать в дорогу, кроме одного посоха: ни хлеба, ни сумки, ни денег в поясе,</w:t>
      </w:r>
    </w:p>
    <w:p>
      <w:r>
        <w:t>9. обуть сандалии и не надевать двух рубах.</w:t>
      </w:r>
    </w:p>
    <w:p>
      <w:r>
        <w:t>10. Он говорил им: «Если войдёте в какой-нибудь дом, оставайтесь там, пока не уйдёте из того места.</w:t>
      </w:r>
    </w:p>
    <w:p>
      <w:r>
        <w:t>11. А если где-то вас не примут и не станут слушать, уходя оттуда, стряхните пыль с ваших ног — им во свидетельство».</w:t>
      </w:r>
    </w:p>
    <w:p>
      <w:r>
        <w:t>12. Они пошли и проповедовали людям, чтобы те покаялись.</w:t>
      </w:r>
    </w:p>
    <w:p>
      <w:r>
        <w:t>13. Они изгоняли многих демонов, многих больных помазывали маслом и исцеляли.</w:t>
      </w:r>
    </w:p>
    <w:p>
      <w:r>
        <w:t>14. Об этом услышал царь Ирод, потому что имя Иисуса стало широко известно. Одни говорили: «Это Иоанн Креститель воскрес из мёртвых, поэтому в Нём действуют такие силы».</w:t>
      </w:r>
    </w:p>
    <w:p>
      <w:r>
        <w:t>15. Другие говорили: «Это Илия», а третьи: «Это пророк, как один из прежних пророков».</w:t>
      </w:r>
    </w:p>
    <w:p>
      <w:r>
        <w:t>16. Услышав это, Ирод сказал: «Иоанн, которого я казнил, воскрес».</w:t>
      </w:r>
    </w:p>
    <w:p>
      <w:r>
        <w:t>17. Сам Ирод прежде послал людей схватить Иоанна и заключил его в тюрьму из-за Иродиады, жены своего брата Филиппа, потому что женился на ней.</w:t>
      </w:r>
    </w:p>
    <w:p>
      <w:r>
        <w:t>18. Иоанн говорил Ироду: «Тебе нельзя иметь жену своего брата».</w:t>
      </w:r>
    </w:p>
    <w:p>
      <w:r>
        <w:t>19. Иродиада затаила на него злобу и хотела его погубить, но не могла,</w:t>
      </w:r>
    </w:p>
    <w:p>
      <w:r>
        <w:t>20. потому что Ирод боялся Иоанна, зная, что тот человек праведный и святой, и оберегал его. Слушая Иоанна, Ирод сильно недоумевал, но всё же слушал его с удовольствием.</w:t>
      </w:r>
    </w:p>
    <w:p>
      <w:r>
        <w:t>21. Настал удобный случай. В свой день рождения Ирод устроил пир для своих вельмож, военачальников и знатных людей Галилеи.</w:t>
      </w:r>
    </w:p>
    <w:p>
      <w:r>
        <w:t>22. Дочь Иродиады вошла, танцевала и понравилась Ироду и гостям. Царь сказал девушке: «Проси у меня чего хочешь, и я дам тебе».</w:t>
      </w:r>
    </w:p>
    <w:p>
      <w:r>
        <w:t>23. И поклялся ей: «Чего бы ты у меня ни попросила, дам тебе, вплоть до половины моего царства».</w:t>
      </w:r>
    </w:p>
    <w:p>
      <w:r>
        <w:t>24. Она вышла и спросила мать: «Чего мне попросить?» Та ответила: «Голову Иоанна Крестителя».</w:t>
      </w:r>
    </w:p>
    <w:p>
      <w:r>
        <w:t>25. Девушка сразу поспешила к царю и попросила: «Хочу, чтобы ты сейчас же дал мне на блюде голову Иоанна Крестителя».</w:t>
      </w:r>
    </w:p>
    <w:p>
      <w:r>
        <w:t>26. Царь очень опечалился, но из-за клятв и гостей не захотел отказать ей.</w:t>
      </w:r>
    </w:p>
    <w:p>
      <w:r>
        <w:t>27. Он сразу послал стражника и велел исполнить просьбу. Тот пошёл в тюрьму и казнил Иоанна.</w:t>
      </w:r>
    </w:p>
    <w:p>
      <w:r>
        <w:t>28. Затем он принёс на блюде то, что она просила, и отдал девушке, а девушка отдала матери.</w:t>
      </w:r>
    </w:p>
    <w:p>
      <w:r>
        <w:t>29. Когда ученики Иоанна услышали об этом, они пришли, забрали его тело и положили в гробницу.</w:t>
      </w:r>
    </w:p>
    <w:p>
      <w:r>
        <w:t>30. Апостолы собрались у Иисуса и рассказали Ему обо всём, что сделали и чему учили.</w:t>
      </w:r>
    </w:p>
    <w:p>
      <w:r>
        <w:t>31. Он сказал им: «Пойдите одни в безлюдное место и немного отдохните». Потому что приходящих и уходящих было так много, что у них не было времени даже поесть.</w:t>
      </w:r>
    </w:p>
    <w:p>
      <w:r>
        <w:t>32. И они одни отплыли в лодке в безлюдное место.</w:t>
      </w:r>
    </w:p>
    <w:p>
      <w:r>
        <w:t>33. Но многие увидели, как они отплывают, узнали их и из всех городов побежали туда пешком, опередив их.</w:t>
      </w:r>
    </w:p>
    <w:p>
      <w:r>
        <w:t>34. Выйдя на берег, Он увидел большую толпу и сжалился над людьми, потому что они были как овцы без пастуха. И начал многому их учить.</w:t>
      </w:r>
    </w:p>
    <w:p>
      <w:r>
        <w:t>35. Когда стало уже поздно, ученики подошли к Нему и сказали: «Место здесь безлюдное, и уже поздний час.</w:t>
      </w:r>
    </w:p>
    <w:p>
      <w:r>
        <w:t>36. Отпусти людей, чтобы они пошли в окрестные селения и деревни и купили себе еды».</w:t>
      </w:r>
    </w:p>
    <w:p>
      <w:r>
        <w:t>37. Но Он ответил им: «Вы дайте им есть». Они сказали: «Неужели нам пойти купить хлеба на двести динариев и дать им есть?»</w:t>
      </w:r>
    </w:p>
    <w:p>
      <w:r>
        <w:t>38. Он спросил: «Сколько у вас хлебов? Пойдите посмотрите». Узнав, они сказали: «Пять хлебов и две рыбы».</w:t>
      </w:r>
    </w:p>
    <w:p>
      <w:r>
        <w:t>39. Тогда Он велел рассадить всех группами на зелёной траве.</w:t>
      </w:r>
    </w:p>
    <w:p>
      <w:r>
        <w:t>40. Люди расположились рядами — по сто и по пятьдесят.</w:t>
      </w:r>
    </w:p>
    <w:p>
      <w:r>
        <w:t>41. Взяв пять хлебов и две рыбы, Он посмотрел на небо, благословил, разломил хлебы и стал давать ученикам, чтобы они раздавали людям. И две рыбы разделил между всеми.</w:t>
      </w:r>
    </w:p>
    <w:p>
      <w:r>
        <w:t>42. Все ели и насытились.</w:t>
      </w:r>
    </w:p>
    <w:p>
      <w:r>
        <w:t>43. А оставшихся кусков хлеба и рыбы собрали двенадцать полных корзин.</w:t>
      </w:r>
    </w:p>
    <w:p>
      <w:r>
        <w:t>44. Тех, кто ел хлебы, было пять тысяч мужчин.</w:t>
      </w:r>
    </w:p>
    <w:p>
      <w:r>
        <w:t>45. Он сразу велел ученикам сесть в лодку и отправиться вперёд, на другую сторону, к Вифсаиде, пока Сам отпускает народ.</w:t>
      </w:r>
    </w:p>
    <w:p>
      <w:r>
        <w:t>46. Попрощавшись с ними, Он ушёл на гору молиться.</w:t>
      </w:r>
    </w:p>
    <w:p>
      <w:r>
        <w:t>47. Когда наступил вечер, лодка была посреди моря, а Он один оставался на суше.</w:t>
      </w:r>
    </w:p>
    <w:p>
      <w:r>
        <w:t>48. Он увидел, что ученикам тяжело грести, потому что ветер был встречный. Около четвёртой стражи ночи Он пошёл к ним по морю и собирался пройти мимо них.</w:t>
      </w:r>
    </w:p>
    <w:p>
      <w:r>
        <w:t>49. Увидев Его идущим по морю, они подумали, что это призрак, и закричали,</w:t>
      </w:r>
    </w:p>
    <w:p>
      <w:r>
        <w:t>50. потому что все увидели Его и испугались. Но Он сразу заговорил с ними: «Смелее! Это Я. Не бойтесь».</w:t>
      </w:r>
    </w:p>
    <w:p>
      <w:r>
        <w:t>51. Он вошёл к ним в лодку, и ветер стих. Они были чрезвычайно поражены,</w:t>
      </w:r>
    </w:p>
    <w:p>
      <w:r>
        <w:t>52. потому что не поняли смысла случившегося с хлебами: их сердце оставалось ожесточённым.</w:t>
      </w:r>
    </w:p>
    <w:p>
      <w:r>
        <w:t>53. Переправившись, они достигли земли у Геннисарета и причалили.</w:t>
      </w:r>
    </w:p>
    <w:p>
      <w:r>
        <w:t>54. Как только они вышли из лодки, люди сразу узнали Его.</w:t>
      </w:r>
    </w:p>
    <w:p>
      <w:r>
        <w:t>55. Они обежали всю ту область и стали приносить больных на постелях туда, где, как слышали, Он находился.</w:t>
      </w:r>
    </w:p>
    <w:p>
      <w:r>
        <w:t>56. Куда бы Он ни приходил — в селения, города или сельскую местность, — больных клали на площадях и просили позволить им прикоснуться хотя бы к краю Его одежды. И все, кто прикасался к Нему, исцелялись.</w:t>
      </w:r>
    </w:p>
    <w:p>
      <w:pPr>
        <w:pStyle w:val="Heading2"/>
      </w:pPr>
      <w:r>
        <w:t>Глава 7</w:t>
      </w:r>
    </w:p>
    <w:p>
      <w:r>
        <w:t>1. К Нему собрались фарисеи и некоторые книжники, пришедшие из Иерусалима.</w:t>
      </w:r>
    </w:p>
    <w:p>
      <w:r>
        <w:t>2. Они увидели, что некоторые Его ученики едят хлеб нечистыми, то есть невымытыми, руками.</w:t>
      </w:r>
    </w:p>
    <w:p>
      <w:r>
        <w:t>3. Ведь фарисеи и вообще иудеи не едят, пока не вымоют руки согласно принятому обычаю, придерживаясь предания старейшин.</w:t>
      </w:r>
    </w:p>
    <w:p>
      <w:r>
        <w:t>4. И, вернувшись с рынка, они не едят, пока не омоются. Есть и много других обычаев, которые они приняли соблюдать: омовение чаш, кувшинов, медной посуды и лож.</w:t>
      </w:r>
    </w:p>
    <w:p>
      <w:r>
        <w:t>5. Фарисеи и книжники спросили Его: «Почему Твои ученики не живут по преданию старейшин, а едят хлеб нечистыми руками?»</w:t>
      </w:r>
    </w:p>
    <w:p>
      <w:r>
        <w:t>6. Он ответил им: «Хорошо пророчествовал Исаия о вас, лицемерах, как написано: “Этот народ чтит Меня устами, но сердце их далеко от Меня.</w:t>
      </w:r>
    </w:p>
    <w:p>
      <w:r>
        <w:t>7. Напрасно они чтут Меня, уча человеческим заповедям как учениям”.</w:t>
      </w:r>
    </w:p>
    <w:p>
      <w:r>
        <w:t>8. Оставляя заповедь Бога, вы держитесь человеческого предания».</w:t>
      </w:r>
    </w:p>
    <w:p>
      <w:r>
        <w:t>9. И Он говорил им: «Хорошо же вы отменяете заповедь Бога, чтобы сохранить своё предание!</w:t>
      </w:r>
    </w:p>
    <w:p>
      <w:r>
        <w:t>10. Моисей сказал: “Почитай отца и мать” и: “Кто злословит отца или мать, тот должен быть предан смерти”.</w:t>
      </w:r>
    </w:p>
    <w:p>
      <w:r>
        <w:t>11. А вы говорите: если человек скажет отцу или матери: “То, чем я мог бы помочь тебе, — корван”, то есть дар Богу,</w:t>
      </w:r>
    </w:p>
    <w:p>
      <w:r>
        <w:t>12. вы уже не позволяете ему ничего сделать для отца или матери.</w:t>
      </w:r>
    </w:p>
    <w:p>
      <w:r>
        <w:t>13. Так вы отменяете слово Бога своим преданием, которое передали другим. И много подобного этому вы делаете».</w:t>
      </w:r>
    </w:p>
    <w:p>
      <w:r>
        <w:t>14. Снова подозвав народ, Он сказал: «Слушайте Меня все и понимайте.</w:t>
      </w:r>
    </w:p>
    <w:p>
      <w:r>
        <w:t>15. Нет ничего вне человека, что, входя в него, могло бы сделать его нечистым. Но то, что выходит из человека, делает человека нечистым».</w:t>
      </w:r>
    </w:p>
    <w:p>
      <w:r>
        <w:t xml:space="preserve">16. </w:t>
      </w:r>
    </w:p>
    <w:p>
      <w:r>
        <w:t>17. Когда Он вошёл в дом, уйдя от толпы, ученики спросили Его об этой притче.</w:t>
      </w:r>
    </w:p>
    <w:p>
      <w:r>
        <w:t>18. Он сказал им: «Неужели и вы так непонятливы? Разве не понимаете, что всё входящее в человека извне не может сделать его нечистым?</w:t>
      </w:r>
    </w:p>
    <w:p>
      <w:r>
        <w:t>19. Потому что пища входит не в сердце, а в желудок и затем выходит в отхожее место, очищая всякую пищу.</w:t>
      </w:r>
    </w:p>
    <w:p>
      <w:r>
        <w:t>20. И Он продолжил: «То, что выходит из человека, делает человека нечистым.</w:t>
      </w:r>
    </w:p>
    <w:p>
      <w:r>
        <w:t>21. Потому что изнутри, из человеческого сердца, выходят злые помыслы: разврат, кражи, убийства,</w:t>
      </w:r>
    </w:p>
    <w:p>
      <w:r>
        <w:t>22. супружеская неверность, жадность, злые дела, обман, распущенность, завистливый взгляд, богохульство, гордость и безрассудство.</w:t>
      </w:r>
    </w:p>
    <w:p>
      <w:r>
        <w:t>23. Всё это зло выходит изнутри и делает человека нечистым».</w:t>
      </w:r>
    </w:p>
    <w:p>
      <w:r>
        <w:t>24. Оттуда Он отправился в область Тира. Войдя в дом, Он не хотел, чтобы кто-нибудь узнал об этом, но скрыться не смог.</w:t>
      </w:r>
    </w:p>
    <w:p>
      <w:r>
        <w:t>25. О Нём сразу услышала женщина, чья маленькая дочь была одержима нечистым духом. Она пришла и упала к Его ногам.</w:t>
      </w:r>
    </w:p>
    <w:p>
      <w:r>
        <w:t>26. Женщина была гречанкой, сирофиникиянкой по происхождению. Она просила Его изгнать демона из её дочери.</w:t>
      </w:r>
    </w:p>
    <w:p>
      <w:r>
        <w:t>27. Он сказал ей: «Пусть сначала насытятся дети. Нехорошо взять хлеб у детей и бросить маленьким собакам».</w:t>
      </w:r>
    </w:p>
    <w:p>
      <w:r>
        <w:t>28. Она ответила Ему: «Господи, но ведь и маленькие собаки под столом едят крошки детей».</w:t>
      </w:r>
    </w:p>
    <w:p>
      <w:r>
        <w:t>29. Он сказал ей: «За эти слова иди: демон вышел из твоей дочери».</w:t>
      </w:r>
    </w:p>
    <w:p>
      <w:r>
        <w:t>30. Придя домой, она нашла ребёнка лежащим на постели, а демон уже вышел.</w:t>
      </w:r>
    </w:p>
    <w:p>
      <w:r>
        <w:t>31. Покинув область Тира, Он через Сидон пришёл к Галилейскому морю, в пределы Десятиградия.</w:t>
      </w:r>
    </w:p>
    <w:p>
      <w:r>
        <w:t>32. К Нему привели глухого человека, который с трудом говорил, и просили возложить на него руку.</w:t>
      </w:r>
    </w:p>
    <w:p>
      <w:r>
        <w:t>33. Он отвёл его в сторону от толпы, вложил пальцы в его уши и, коснувшись его языка,</w:t>
      </w:r>
    </w:p>
    <w:p>
      <w:r>
        <w:t>34. посмотрел на небо, глубоко вздохнул и сказал: «Эффафа», то есть: «Откройся!»</w:t>
      </w:r>
    </w:p>
    <w:p>
      <w:r>
        <w:t>35. Его слух открылся, язык освободился, и он стал говорить ясно.</w:t>
      </w:r>
    </w:p>
    <w:p>
      <w:r>
        <w:t>36. Он велел им никому не рассказывать. Но чем строже запрещал, тем больше они распространяли эту весть.</w:t>
      </w:r>
    </w:p>
    <w:p>
      <w:r>
        <w:t>37. Люди были чрезвычайно поражены и говорили: «Он всё делает хорошо: даже глухих делает слышащими и немых — говорящими».</w:t>
      </w:r>
    </w:p>
    <w:p>
      <w:pPr>
        <w:pStyle w:val="Heading2"/>
      </w:pPr>
      <w:r>
        <w:t>Глава 8</w:t>
      </w:r>
    </w:p>
    <w:p>
      <w:r>
        <w:t>1. В те дни снова собралась большая толпа, и людям было нечего есть. Он подозвал учеников и сказал:</w:t>
      </w:r>
    </w:p>
    <w:p>
      <w:r>
        <w:t>2. «Мне жаль этих людей: они уже три дня остаются со Мной, и им нечего есть.</w:t>
      </w:r>
    </w:p>
    <w:p>
      <w:r>
        <w:t>3. Если Я отпущу их домой голодными, они обессилеют в дороге, ведь некоторые пришли издалека».</w:t>
      </w:r>
    </w:p>
    <w:p>
      <w:r>
        <w:t>4. Ученики ответили: «Откуда здесь, в пустынном месте, взять столько хлеба, чтобы накормить этих людей?»</w:t>
      </w:r>
    </w:p>
    <w:p>
      <w:r>
        <w:t>5. Он спросил их: «Сколько у вас хлебов?» Они ответили: «Семь».</w:t>
      </w:r>
    </w:p>
    <w:p>
      <w:r>
        <w:t>6. Тогда Он велел народу расположиться на земле. Взяв семь хлебов, поблагодарил, разломил их и стал давать ученикам, чтобы они раздавали людям. И они раздавали народу.</w:t>
      </w:r>
    </w:p>
    <w:p>
      <w:r>
        <w:t>7. У них было также несколько небольших рыб. Благословив их, Он велел раздать и их.</w:t>
      </w:r>
    </w:p>
    <w:p>
      <w:r>
        <w:t>8. Люди ели и насытились, а оставшихся кусков собрали семь корзин.</w:t>
      </w:r>
    </w:p>
    <w:p>
      <w:r>
        <w:t>9. Людей было около четырёх тысяч. И Он отпустил их.</w:t>
      </w:r>
    </w:p>
    <w:p>
      <w:r>
        <w:t>10. Сразу после этого Он вместе с учениками сел в лодку и прибыл в область Далмануфы.</w:t>
      </w:r>
    </w:p>
    <w:p>
      <w:r>
        <w:t>11. Вышли фарисеи и начали спорить с Ним. Испытывая Его, они требовали от Него знамения с неба.</w:t>
      </w:r>
    </w:p>
    <w:p>
      <w:r>
        <w:t>12. Глубоко вздохнув, Он сказал: «Почему это поколение требует знамения? Истинно говорю вам: этому поколению не будет дано знамения».</w:t>
      </w:r>
    </w:p>
    <w:p>
      <w:r>
        <w:t>13. Оставив их, Он снова сел в лодку и переправился на другую сторону.</w:t>
      </w:r>
    </w:p>
    <w:p>
      <w:r>
        <w:t>14. Ученики забыли взять хлеб и имели с собой в лодке только один хлеб.</w:t>
      </w:r>
    </w:p>
    <w:p>
      <w:r>
        <w:t>15. Он предупреждал их: «Смотрите, берегитесь закваски фарисеев и закваски Ирода».</w:t>
      </w:r>
    </w:p>
    <w:p>
      <w:r>
        <w:t>16. Они стали рассуждать между собой, что у них нет хлеба.</w:t>
      </w:r>
    </w:p>
    <w:p>
      <w:r>
        <w:t>17. Поняв это, Он сказал им: «Почему вы рассуждаете о том, что у вас нет хлеба? Неужели вы всё ещё не понимаете и не осознаёте? Неужели ваше сердце всё ещё ожесточено?</w:t>
      </w:r>
    </w:p>
    <w:p>
      <w:r>
        <w:t>18. Имея глаза, не видите? Имея уши, не слышите? Разве вы не помните?</w:t>
      </w:r>
    </w:p>
    <w:p>
      <w:r>
        <w:t>19. Когда Я разломил пять хлебов для пяти тысяч, сколько полных корзин кусков вы собрали?» Они ответили: «Двенадцать».</w:t>
      </w:r>
    </w:p>
    <w:p>
      <w:r>
        <w:t>20. «А когда семь хлебов — для четырёх тысяч, сколько полных корзин кусков вы собрали?» Они ответили: «Семь».</w:t>
      </w:r>
    </w:p>
    <w:p>
      <w:r>
        <w:t>21. И Он сказал им: «Вы всё ещё не понимаете?»</w:t>
      </w:r>
    </w:p>
    <w:p>
      <w:r>
        <w:t>22. Они пришли в Вифсаиду. К Нему привели слепого и просили прикоснуться к нему.</w:t>
      </w:r>
    </w:p>
    <w:p>
      <w:r>
        <w:t>23. Взяв слепого за руку, Он вывел его за пределы селения, плюнул ему на глаза, возложил на него руки и спросил: «Видишь что-нибудь?»</w:t>
      </w:r>
    </w:p>
    <w:p>
      <w:r>
        <w:t>24. Тот посмотрел и сказал: «Вижу людей: они кажутся мне похожими на ходящие деревья».</w:t>
      </w:r>
    </w:p>
    <w:p>
      <w:r>
        <w:t>25. Тогда Он снова возложил руки на его глаза. Человек стал видеть ясно: зрение восстановилось, и он отчётливо видел всё.</w:t>
      </w:r>
    </w:p>
    <w:p>
      <w:r>
        <w:t>26. Он отправил его домой и сказал: «Даже не заходи в селение».</w:t>
      </w:r>
    </w:p>
    <w:p>
      <w:r>
        <w:t>27. Он с учениками пошёл в селения вокруг Кесарии Филипповой. По дороге спрашивал учеников: «За кого принимают Меня люди?»</w:t>
      </w:r>
    </w:p>
    <w:p>
      <w:r>
        <w:t>28. Они ответили: «За Иоанна Крестителя; другие — за Илию; а некоторые — за одного из пророков».</w:t>
      </w:r>
    </w:p>
    <w:p>
      <w:r>
        <w:t>29. Тогда Он спросил их: «А вы за кого Меня принимаете?» Пётр ответил: «Ты — Христос».</w:t>
      </w:r>
    </w:p>
    <w:p>
      <w:r>
        <w:t>30. И Он строго запретил им говорить о Нём кому-либо.</w:t>
      </w:r>
    </w:p>
    <w:p>
      <w:r>
        <w:t>31. Затем Он начал учить их, что Сыну Человеческому предстоит много пострадать, быть отвергнутым старейшинами, первосвященниками и книжниками, быть убитым и через три дня воскреснуть.</w:t>
      </w:r>
    </w:p>
    <w:p>
      <w:r>
        <w:t>32. Он говорил об этом открыто. Тогда Пётр отвёл Его в сторону и стал упрекать Его.</w:t>
      </w:r>
    </w:p>
    <w:p>
      <w:r>
        <w:t>33. Но Он повернулся, посмотрел на учеников и строго сказал Петру: «Отойди от Меня, сатана! Ты думаешь не о Божьем, а о человеческом».</w:t>
      </w:r>
    </w:p>
    <w:p>
      <w:r>
        <w:t>34. Подозвав народ вместе с учениками, Он сказал: «Кто хочет идти за Мной, пусть откажется от себя, возьмёт свой крест и следует за Мной.</w:t>
      </w:r>
    </w:p>
    <w:p>
      <w:r>
        <w:t>35. Потому что кто хочет спасти свою жизнь, потеряет её; а кто потеряет свою жизнь ради Меня и благой вести, тот спасёт её.</w:t>
      </w:r>
    </w:p>
    <w:p>
      <w:r>
        <w:t>36. Какая польза человеку приобрести весь мир, но потерять свою жизнь?</w:t>
      </w:r>
    </w:p>
    <w:p>
      <w:r>
        <w:t>37. Что человек может дать взамен своей жизни?</w:t>
      </w:r>
    </w:p>
    <w:p>
      <w:r>
        <w:t>38. Кто постыдится Меня и Моих слов среди этого прелюбодейного и грешного поколения, того постыдится и Сын Человеческий, когда придёт в славе Своего Отца со святыми ангелами».</w:t>
      </w:r>
    </w:p>
    <w:p>
      <w:pPr>
        <w:pStyle w:val="Heading2"/>
      </w:pPr>
      <w:r>
        <w:t>Глава 9</w:t>
      </w:r>
    </w:p>
    <w:p>
      <w:r>
        <w:t>1. И Он говорил им: «Истинно говорю вам: некоторые из стоящих здесь не вкусят смерти, пока не увидят Царство Божье, пришедшее в силе».</w:t>
      </w:r>
    </w:p>
    <w:p>
      <w:r>
        <w:t>2. Через шесть дней Он взял с Собой Петра, Иакова и Иоанна и повёл их одних на высокую гору. Там перед ними Его облик преобразился.</w:t>
      </w:r>
    </w:p>
    <w:p>
      <w:r>
        <w:t>3. Его одежды стали ослепительно белыми — такими белыми, какими ни один белильщик на земле не смог бы их сделать.</w:t>
      </w:r>
    </w:p>
    <w:p>
      <w:r>
        <w:t>4. Им явился Илия вместе с Моисеем, и они разговаривали с Ним.</w:t>
      </w:r>
    </w:p>
    <w:p>
      <w:r>
        <w:t>5. Пётр сказал Иисусу: «Равви, хорошо нам здесь быть. Давай сделаем три шатра: один Тебе, один Моисею и один Илии».</w:t>
      </w:r>
    </w:p>
    <w:p>
      <w:r>
        <w:t>6. Он не знал, что сказать, потому что они были сильно испуганы.</w:t>
      </w:r>
    </w:p>
    <w:p>
      <w:r>
        <w:t>7. Появилось облако и покрыло их своей тенью, и из облака прозвучал голос: «Это Мой возлюбленный Сын. Слушайте Его!»</w:t>
      </w:r>
    </w:p>
    <w:p>
      <w:r>
        <w:t>8. Внезапно, оглянувшись, они больше никого не увидели рядом с собой, кроме одного Иисуса.</w:t>
      </w:r>
    </w:p>
    <w:p>
      <w:r>
        <w:t>9. Когда они спускались с горы, Он велел им никому не рассказывать о том, что они видели, пока Сын Человеческий не воскреснет из мёртвых.</w:t>
      </w:r>
    </w:p>
    <w:p>
      <w:r>
        <w:t>10. Они запомнили эти слова и обсуждали между собой, что значит «воскреснуть из мёртвых».</w:t>
      </w:r>
    </w:p>
    <w:p>
      <w:r>
        <w:t>11. И они спросили Его: «Почему книжники говорят, что сначала должен прийти Илия?»</w:t>
      </w:r>
    </w:p>
    <w:p>
      <w:r>
        <w:t>12. Он ответил: «Илия действительно приходит первым и всё восстанавливает. Но почему тогда о Сыне Человеческом написано, что Он много пострадает и будет отвергнут?</w:t>
      </w:r>
    </w:p>
    <w:p>
      <w:r>
        <w:t>13. Говорю вам: Илия уже пришёл, и с ним сделали всё, что хотели, как о нём и написано».</w:t>
      </w:r>
    </w:p>
    <w:p>
      <w:r>
        <w:t>14. Вернувшись к остальным ученикам, они увидели вокруг них большую толпу и книжников, споривших с ними.</w:t>
      </w:r>
    </w:p>
    <w:p>
      <w:r>
        <w:t>15. Как только люди увидели Его, они очень удивились и побежали приветствовать Его.</w:t>
      </w:r>
    </w:p>
    <w:p>
      <w:r>
        <w:t>16. Он спросил их: «О чём вы спорите с ними?»</w:t>
      </w:r>
    </w:p>
    <w:p>
      <w:r>
        <w:t>17. Один человек из толпы ответил: «Учитель, я привёл к Тебе сына: в нём дух, лишающий его речи.</w:t>
      </w:r>
    </w:p>
    <w:p>
      <w:r>
        <w:t>18. Когда этот дух овладевает им, он тяжело потрясает его. Я просил Твоих учеников изгнать его, но они не смогли».</w:t>
      </w:r>
    </w:p>
    <w:p>
      <w:r>
        <w:t>19. Он ответил: «О неверующее поколение! Сколько ещё Мне быть с вами? Сколько ещё терпеть вас? Приведите его ко Мне».</w:t>
      </w:r>
    </w:p>
    <w:p>
      <w:r>
        <w:t>20. Мальчика привели. Увидев Его, дух сразу сильно потряс мальчика, и тот упал на землю.</w:t>
      </w:r>
    </w:p>
    <w:p>
      <w:r>
        <w:t>21. Он спросил его отца: «Как давно это с ним?» Тот ответил: «С детства.</w:t>
      </w:r>
    </w:p>
    <w:p>
      <w:r>
        <w:t>22. Много раз это подвергало его смертельной опасности. Но если Ты можешь что-нибудь сделать, сжалься над нами и помоги».</w:t>
      </w:r>
    </w:p>
    <w:p>
      <w:r>
        <w:t>23. Он сказал ему: «“Если можешь”? Всё возможно тому, кто верит».</w:t>
      </w:r>
    </w:p>
    <w:p>
      <w:r>
        <w:t>24. Отец ребёнка сразу воскликнул: «Верю! Помоги моему неверию!»</w:t>
      </w:r>
    </w:p>
    <w:p>
      <w:r>
        <w:t>25. Увидев, что народ быстро сбегается, Он строго приказал нечистому духу: «Дух немой и глухой, Я приказываю тебе: выйди из него и больше не входи!»</w:t>
      </w:r>
    </w:p>
    <w:p>
      <w:r>
        <w:t>26. Дух вышел, сильно потрясши мальчика. Тот лежал неподвижно, и многие говорили: «Он умер».</w:t>
      </w:r>
    </w:p>
    <w:p>
      <w:r>
        <w:t>27. Но Он взял его за руку, поднял, и тот встал.</w:t>
      </w:r>
    </w:p>
    <w:p>
      <w:r>
        <w:t>28. Когда Он вошёл в дом, ученики наедине спросили Его: «Почему мы не смогли изгнать его?»</w:t>
      </w:r>
    </w:p>
    <w:p>
      <w:r>
        <w:t>29. Он ответил им: «Этот род ничем нельзя изгнать, кроме молитвы».</w:t>
      </w:r>
    </w:p>
    <w:p>
      <w:r>
        <w:t>30. Уйдя оттуда, они проходили через Галилею, и Он не хотел, чтобы кто-нибудь об этом узнал,</w:t>
      </w:r>
    </w:p>
    <w:p>
      <w:r>
        <w:t>31. потому что учил Своих учеников и говорил им: «Сын Человеческий будет предан в руки людей; Его убьют, и через три дня после смерти Он воскреснет».</w:t>
      </w:r>
    </w:p>
    <w:p>
      <w:r>
        <w:t>32. Но они не понимали этих слов и боялись спросить Его.</w:t>
      </w:r>
    </w:p>
    <w:p>
      <w:r>
        <w:t>33. Они пришли в Капернаум. Когда Он был в доме, Он спросил их: «О чём вы спорили по дороге?»</w:t>
      </w:r>
    </w:p>
    <w:p>
      <w:r>
        <w:t>34. Они молчали, потому что по дороге спорили между собой, кто из них больше.</w:t>
      </w:r>
    </w:p>
    <w:p>
      <w:r>
        <w:t>35. Сев, Он позвал двенадцать и сказал: «Кто хочет быть первым, пусть станет последним из всех и служителем всех».</w:t>
      </w:r>
    </w:p>
    <w:p>
      <w:r>
        <w:t>36. Он взял ребёнка, поставил посреди них и, обняв его, сказал:</w:t>
      </w:r>
    </w:p>
    <w:p>
      <w:r>
        <w:t>37. «Кто принимает одного такого ребёнка во имя Моё, тот принимает Меня; а кто принимает Меня, принимает не Меня, а Пославшего Меня».</w:t>
      </w:r>
    </w:p>
    <w:p>
      <w:r>
        <w:t>38. Иоанн сказал Ему: «Учитель, мы видели человека, который Твоим именем изгоняет демонов, и пытались остановить его, потому что он не следует за нами».</w:t>
      </w:r>
    </w:p>
    <w:p>
      <w:r>
        <w:t>39. Но Он сказал: «Не мешайте ему. Никто, совершающий силой Моего имени чудо, не сможет сразу же злословить Меня.</w:t>
      </w:r>
    </w:p>
    <w:p>
      <w:r>
        <w:t>40. Кто не против нас, тот за нас.</w:t>
      </w:r>
    </w:p>
    <w:p>
      <w:r>
        <w:t>41. И кто даст вам чашу воды потому, что вы принадлежите Христу, — истинно говорю вам, тот не потеряет своей награды.</w:t>
      </w:r>
    </w:p>
    <w:p>
      <w:r>
        <w:t>42. А кто станет причиной падения одного из этих малых, верующих в Меня, тому было бы лучше понести самое суровое последствие, чем сделать это.</w:t>
      </w:r>
    </w:p>
    <w:p>
      <w:r>
        <w:t>43. Если даже что-то очень близкое и ценное для тебя становится причиной падения, решительно устрани эту причину: лучше войти в жизнь, лишившись чего-то, чем сохранить всё и прийти к погибели.</w:t>
      </w:r>
    </w:p>
    <w:p>
      <w:r>
        <w:t xml:space="preserve">44. </w:t>
      </w:r>
    </w:p>
    <w:p>
      <w:r>
        <w:t>45. То же относится ко всему, что становится для тебя причиной падения: лучше отказаться от этого и войти в жизнь, чем сохранить это и прийти к погибели.</w:t>
      </w:r>
    </w:p>
    <w:p>
      <w:r>
        <w:t xml:space="preserve">46. </w:t>
      </w:r>
    </w:p>
    <w:p>
      <w:r>
        <w:t>47. И если то, на что ты смотришь, становится для тебя причиной падения, отвернись от этого: лучше войти в Царство Божье с потерей, чем сохранить всё и оказаться в геенне,</w:t>
      </w:r>
    </w:p>
    <w:p>
      <w:r>
        <w:t>48. где их червь не умирает и огонь не угасает.</w:t>
      </w:r>
    </w:p>
    <w:p>
      <w:r>
        <w:t>49. Потому что каждый будет посолен огнём.</w:t>
      </w:r>
    </w:p>
    <w:p>
      <w:r>
        <w:t>50. Соль хороша. Но если соль потеряет солёность, чем вы вернёте ей вкус? Имейте соль в себе и живите в мире друг с другом».</w:t>
      </w:r>
    </w:p>
    <w:p>
      <w:pPr>
        <w:pStyle w:val="Heading2"/>
      </w:pPr>
      <w:r>
        <w:t>Глава 10</w:t>
      </w:r>
    </w:p>
    <w:p>
      <w:r>
        <w:t>1. Уйдя оттуда, Он пришёл в пределы Иудеи и область за Иорданом. К Нему снова стекались толпы, и Он, как обычно, опять учил их.</w:t>
      </w:r>
    </w:p>
    <w:p>
      <w:r>
        <w:t>2. Фарисеи подошли и, испытывая Его, спросили: «Позволено ли мужу разводиться с женой?»</w:t>
      </w:r>
    </w:p>
    <w:p>
      <w:r>
        <w:t>3. Он ответил им: «Что заповедал вам Моисей?»</w:t>
      </w:r>
    </w:p>
    <w:p>
      <w:r>
        <w:t>4. Они сказали: «Моисей разрешил написать разводное свидетельство и отпустить жену».</w:t>
      </w:r>
    </w:p>
    <w:p>
      <w:r>
        <w:t>5. Иисус сказал им: «Из-за жестокости ваших сердец он написал вам эту заповедь.</w:t>
      </w:r>
    </w:p>
    <w:p>
      <w:r>
        <w:t>6. Но от начала творения Бог создал их мужчиной и женщиной.</w:t>
      </w:r>
    </w:p>
    <w:p>
      <w:r>
        <w:t>7. Поэтому человек оставит отца и мать и соединится со своей женой,</w:t>
      </w:r>
    </w:p>
    <w:p>
      <w:r>
        <w:t>8. и двое станут одной плотью. Так что они уже не двое, а одна плоть.</w:t>
      </w:r>
    </w:p>
    <w:p>
      <w:r>
        <w:t>9. Итак, что Бог соединил, человек пусть не разделяет».</w:t>
      </w:r>
    </w:p>
    <w:p>
      <w:r>
        <w:t>10. В доме ученики снова спросили Его об этом.</w:t>
      </w:r>
    </w:p>
    <w:p>
      <w:r>
        <w:t>11. Он сказал им: «Кто разведётся со своей женой и женится на другой, совершает супружескую неверность по отношению к ней.</w:t>
      </w:r>
    </w:p>
    <w:p>
      <w:r>
        <w:t>12. И если женщина разведётся с мужем и выйдет за другого, она совершает супружескую неверность».</w:t>
      </w:r>
    </w:p>
    <w:p>
      <w:r>
        <w:t>13. К Нему приносили детей, чтобы Он прикоснулся к ним, но ученики запрещали людям.</w:t>
      </w:r>
    </w:p>
    <w:p>
      <w:r>
        <w:t>14. Увидев это, Иисус вознегодовал и сказал им: «Позвольте детям приходить ко Мне, не мешайте им, потому что таким принадлежит Царство Божье.</w:t>
      </w:r>
    </w:p>
    <w:p>
      <w:r>
        <w:t>15. Истинно говорю вам: кто не примет Царство Божье как ребёнок, тот не войдёт в него».</w:t>
      </w:r>
    </w:p>
    <w:p>
      <w:r>
        <w:t>16. Он обнимал детей, возлагал на них руки и благословлял.</w:t>
      </w:r>
    </w:p>
    <w:p>
      <w:r>
        <w:t>17. Когда Он отправлялся в путь, к Нему подбежал человек, встал перед Ним на колени и спросил: «Добрый Учитель, что мне сделать, чтобы унаследовать вечную жизнь?»</w:t>
      </w:r>
    </w:p>
    <w:p>
      <w:r>
        <w:t>18. Иисус ответил ему: «Почему ты называешь Меня добрым? Никто не добр, кроме одного Бога.</w:t>
      </w:r>
    </w:p>
    <w:p>
      <w:r>
        <w:t>19. Ты знаешь заповеди: не убивай, не нарушай супружескую верность, не кради, не лжесвидетельствуй, не обманывай, почитай отца и мать».</w:t>
      </w:r>
    </w:p>
    <w:p>
      <w:r>
        <w:t>20. Тот сказал Ему: «Учитель, всё это я соблюдал с юности».</w:t>
      </w:r>
    </w:p>
    <w:p>
      <w:r>
        <w:t>21. Иисус посмотрел на него и полюбил его. Он сказал: «Одного тебе недостаёт. Иди, продай всё, что имеешь, раздай бедным — и у тебя будет сокровище на небе. Потом приходи и следуй за Мной».</w:t>
      </w:r>
    </w:p>
    <w:p>
      <w:r>
        <w:t>22. Но от этих слов человек помрачнел и ушёл печальным, потому что у него было много имущества.</w:t>
      </w:r>
    </w:p>
    <w:p>
      <w:r>
        <w:t>23. Оглядевшись, Иисус сказал ученикам: «Как трудно имеющим богатство войти в Царство Божье!»</w:t>
      </w:r>
    </w:p>
    <w:p>
      <w:r>
        <w:t>24. Ученики были поражены Его словами. Но Иисус снова сказал им: «Дети, как трудно войти в Царство Божье!</w:t>
      </w:r>
    </w:p>
    <w:p>
      <w:r>
        <w:t>25. Легче верблюду пройти через игольное ушко, чем богатому войти в Царство Божье».</w:t>
      </w:r>
    </w:p>
    <w:p>
      <w:r>
        <w:t>26. Они были чрезвычайно изумлены и говорили друг другу: «Кто же тогда может быть спасён?»</w:t>
      </w:r>
    </w:p>
    <w:p>
      <w:r>
        <w:t>27. Иисус посмотрел на них и сказал: «Для людей это невозможно, но не для Бога. Для Бога возможно всё».</w:t>
      </w:r>
    </w:p>
    <w:p>
      <w:r>
        <w:t>28. Пётр начал говорить Ему: «Вот, мы оставили всё и последовали за Тобой».</w:t>
      </w:r>
    </w:p>
    <w:p>
      <w:r>
        <w:t>29. Иисус сказал: «Истинно говорю вам: нет никого, кто оставил бы дом, братьев, сестёр, мать, отца, детей или поля ради Меня и ради благой вести,</w:t>
      </w:r>
    </w:p>
    <w:p>
      <w:r>
        <w:t>30. и не получил бы во сто раз больше уже теперь, в это время: домов, братьев, сестёр, матерей, детей и полей — вместе с преследованиями, а в грядущем веке — вечную жизнь.</w:t>
      </w:r>
    </w:p>
    <w:p>
      <w:r>
        <w:t>31. Но многие первые станут последними, а последние — первыми».</w:t>
      </w:r>
    </w:p>
    <w:p>
      <w:r>
        <w:t>32. Они шли дорогой в Иерусалим. Иисус шёл впереди. Ученики были поражены, а следовавшие за ними боялись. Снова взяв двенадцать отдельно, Он начал говорить им о том, что должно с Ним произойти:</w:t>
      </w:r>
    </w:p>
    <w:p>
      <w:r>
        <w:t>33. «Вот, мы поднимаемся в Иерусалим. Сын Человеческий будет предан первосвященникам и книжникам. Они приговорят Его к смерти и передадут язычникам.</w:t>
      </w:r>
    </w:p>
    <w:p>
      <w:r>
        <w:t>34. Над Ним будут насмехаться, в Него будут плевать, Его будут бичевать и убьют, а через три дня Он воскреснет».</w:t>
      </w:r>
    </w:p>
    <w:p>
      <w:r>
        <w:t>35. Иаков и Иоанн, сыновья Зеведея, подошли к Нему и сказали: «Учитель, мы хотим, чтобы Ты сделал для нас то, о чём мы попросим».</w:t>
      </w:r>
    </w:p>
    <w:p>
      <w:r>
        <w:t>36. Он спросил их: «Что вы хотите, чтобы Я сделал для вас?»</w:t>
      </w:r>
    </w:p>
    <w:p>
      <w:r>
        <w:t>37. Они ответили: «Дай нам в Твоей славе сесть одному справа от Тебя, а другому слева».</w:t>
      </w:r>
    </w:p>
    <w:p>
      <w:r>
        <w:t>38. Иисус сказал им: «Вы не знаете, чего просите. Можете ли вы пить чашу, которую Я пью, и принять крещение, которым Я крещусь?»</w:t>
      </w:r>
    </w:p>
    <w:p>
      <w:r>
        <w:t>39. Они ответили: «Можем». Иисус сказал им: «Чашу, которую Я пью, вы будете пить, и крещение, которым Я крещусь, примете.</w:t>
      </w:r>
    </w:p>
    <w:p>
      <w:r>
        <w:t>40. Но дать место справа или слева от Меня — не Моё дело; эти места принадлежат тем, для кого приготовлены».</w:t>
      </w:r>
    </w:p>
    <w:p>
      <w:r>
        <w:t>41. Услышав это, остальные десять стали возмущаться Иаковом и Иоанном.</w:t>
      </w:r>
    </w:p>
    <w:p>
      <w:r>
        <w:t>42. Иисус подозвал их и сказал: «Вы знаете, что те, кого считают правителями народов, господствуют над ними, и их великие властвуют над ними.</w:t>
      </w:r>
    </w:p>
    <w:p>
      <w:r>
        <w:t>43. Но среди вас пусть будет не так. Кто хочет стать великим среди вас, пусть будет вашим служителем,</w:t>
      </w:r>
    </w:p>
    <w:p>
      <w:r>
        <w:t>44. а кто хочет быть первым среди вас, пусть будет рабом всех.</w:t>
      </w:r>
    </w:p>
    <w:p>
      <w:r>
        <w:t>45. Ведь и Сын Человеческий пришёл не для того, чтобы Ему служили, а чтобы служить и отдать Свою жизнь как выкуп за многих».</w:t>
      </w:r>
    </w:p>
    <w:p>
      <w:r>
        <w:t>46. Они пришли в Иерихон. Когда Он вместе с учениками и большой толпой выходил из Иерихона, у дороги сидел слепой нищий Вартимей, сын Тимея.</w:t>
      </w:r>
    </w:p>
    <w:p>
      <w:r>
        <w:t>47. Услышав, что это Иисус Назарянин, он стал кричать: «Иисус, Сын Давида, помилуй меня!»</w:t>
      </w:r>
    </w:p>
    <w:p>
      <w:r>
        <w:t>48. Многие требовали, чтобы он замолчал, но он кричал ещё громче: «Сын Давида, помилуй меня!»</w:t>
      </w:r>
    </w:p>
    <w:p>
      <w:r>
        <w:t>49. Иисус остановился и сказал: «Позовите его». Слепого позвали: «Смелее! Вставай, Он зовёт тебя».</w:t>
      </w:r>
    </w:p>
    <w:p>
      <w:r>
        <w:t>50. Он сбросил верхнюю одежду, вскочил и подошёл к Иисусу.</w:t>
      </w:r>
    </w:p>
    <w:p>
      <w:r>
        <w:t>51. Иисус спросил его: «Что ты хочешь, чтобы Я сделал для тебя?» Слепой ответил: «Раввуни, хочу видеть».</w:t>
      </w:r>
    </w:p>
    <w:p>
      <w:r>
        <w:t>52. Иисус сказал ему: «Иди, твоя вера спасла тебя». Он сразу прозрел и пошёл за Ним по дороге.</w:t>
      </w:r>
    </w:p>
    <w:p>
      <w:pPr>
        <w:pStyle w:val="Heading2"/>
      </w:pPr>
      <w:r>
        <w:t>Глава 11</w:t>
      </w:r>
    </w:p>
    <w:p>
      <w:r>
        <w:t>1. Когда они приблизились к Иерусалиму, к Вифагии и Вифании у Масличной горы, Он послал двух учеников</w:t>
      </w:r>
    </w:p>
    <w:p>
      <w:r>
        <w:t>2. и сказал им: «Идите в селение напротив. Как только войдёте в него, найдёте привязанного молодого осла, на которого ещё никто из людей не садился. Отвяжите его и приведите.</w:t>
      </w:r>
    </w:p>
    <w:p>
      <w:r>
        <w:t>3. Если кто-нибудь спросит вас: “Зачем вы это делаете?”, скажите: “Он нужен Господу, и Он сразу вернёт его сюда”».</w:t>
      </w:r>
    </w:p>
    <w:p>
      <w:r>
        <w:t>4. Они пошли и нашли молодого осла, привязанного у двери снаружи, на улице, и стали отвязывать его.</w:t>
      </w:r>
    </w:p>
    <w:p>
      <w:r>
        <w:t>5. Некоторые из стоявших там спросили: «Что вы делаете? Зачем отвязываете осла?»</w:t>
      </w:r>
    </w:p>
    <w:p>
      <w:r>
        <w:t>6. Они ответили так, как Он сказал, и те позволили им.</w:t>
      </w:r>
    </w:p>
    <w:p>
      <w:r>
        <w:t>7. Они привели осла к Нему, положили на него свои одежды, и Он сел на него.</w:t>
      </w:r>
    </w:p>
    <w:p>
      <w:r>
        <w:t>8. Многие расстилали свои одежды на дороге, а другие — срезанные в полях ветви.</w:t>
      </w:r>
    </w:p>
    <w:p>
      <w:r>
        <w:t>9. И те, кто шёл впереди, и те, кто следовал за Ним, кричали: «Осанна! Благословен Идущий во имя Господа!</w:t>
      </w:r>
    </w:p>
    <w:p>
      <w:r>
        <w:t>10. Благословенно грядущее царство нашего отца Давида! Осанна в вышних!»</w:t>
      </w:r>
    </w:p>
    <w:p>
      <w:r>
        <w:t>11. Он вошёл в Иерусалим и в храм. Осмотрев всё вокруг и увидев, что уже поздно, вышел с двенадцатью в Вифанию.</w:t>
      </w:r>
    </w:p>
    <w:p>
      <w:r>
        <w:t>12. На следующий день, когда они вышли из Вифании, Он проголодался.</w:t>
      </w:r>
    </w:p>
    <w:p>
      <w:r>
        <w:t>13. Увидев издали покрытую листьями смоковницу, Он подошёл посмотреть, не найдёт ли на ней чего-нибудь. Но, подойдя, не нашёл ничего, кроме листьев, потому что было не время смокв.</w:t>
      </w:r>
    </w:p>
    <w:p>
      <w:r>
        <w:t>14. Тогда Он сказал дереву: «Пусть никто больше никогда не ест твоих плодов». Ученики слышали это.</w:t>
      </w:r>
    </w:p>
    <w:p>
      <w:r>
        <w:t>15. Они пришли в Иерусалим. Войдя в храм, Он начал выгонять продающих и покупающих там, перевернул столы менял и сиденья продавцов голубей.</w:t>
      </w:r>
    </w:p>
    <w:p>
      <w:r>
        <w:t>16. Он не позволял никому проносить вещи через храм.</w:t>
      </w:r>
    </w:p>
    <w:p>
      <w:r>
        <w:t>17. Он учил их и говорил: «Разве не написано: “Мой дом будет назван домом молитвы для всех народов”? А вы сделали его пещерой разбойников».</w:t>
      </w:r>
    </w:p>
    <w:p>
      <w:r>
        <w:t>18. Первосвященники и книжники услышали об этом и стали искать способ погубить Его. Они боялись Его, потому что весь народ был поражён Его учением.</w:t>
      </w:r>
    </w:p>
    <w:p>
      <w:r>
        <w:t>19. Когда наступал вечер, они уходили из города.</w:t>
      </w:r>
    </w:p>
    <w:p>
      <w:r>
        <w:t>20. Утром, проходя мимо, они увидели, что смоковница засохла от корней.</w:t>
      </w:r>
    </w:p>
    <w:p>
      <w:r>
        <w:t>21. Пётр вспомнил случившееся и сказал: «Равви, посмотри: смоковница, которую Ты проклял, засохла».</w:t>
      </w:r>
    </w:p>
    <w:p>
      <w:r>
        <w:t>22. Иисус ответил им: «Имейте веру в Бога.</w:t>
      </w:r>
    </w:p>
    <w:p>
      <w:r>
        <w:t>23. Истинно говорю вам: если кто скажет этой горе: “Поднимись и бросься в море”, и не усомнится в сердце, но будет верить, что сказанное им сбывается, — так ему и будет.</w:t>
      </w:r>
    </w:p>
    <w:p>
      <w:r>
        <w:t>24. Поэтому говорю вам: о чём бы вы ни молились и чего бы ни просили, верьте, что уже получили, — и будет вам.</w:t>
      </w:r>
    </w:p>
    <w:p>
      <w:r>
        <w:t>25. И когда стоите на молитве, прощайте, если имеете что-нибудь против кого-либо, чтобы и ваш Отец на небесах простил ваши проступки».</w:t>
      </w:r>
    </w:p>
    <w:p>
      <w:r>
        <w:t xml:space="preserve">26. </w:t>
      </w:r>
    </w:p>
    <w:p>
      <w:r>
        <w:t>27. Они снова пришли в Иерусалим. Когда Он ходил по храму, к Нему подошли первосвященники, книжники и старейшины</w:t>
      </w:r>
    </w:p>
    <w:p>
      <w:r>
        <w:t>28. и спросили: «Какой властью Ты всё это делаешь? Кто дал Тебе эту власть?»</w:t>
      </w:r>
    </w:p>
    <w:p>
      <w:r>
        <w:t>29. Иисус ответил им: «Я задам вам один вопрос. Ответьте Мне, и тогда Я скажу вам, какой властью всё это делаю.</w:t>
      </w:r>
    </w:p>
    <w:p>
      <w:r>
        <w:t>30. Крещение Иоанна было с неба или от людей? Ответьте Мне».</w:t>
      </w:r>
    </w:p>
    <w:p>
      <w:r>
        <w:t>31. Они рассуждали между собой: «Если скажем: “С неба”, Он спросит: “Почему же вы ему не поверили?”</w:t>
      </w:r>
    </w:p>
    <w:p>
      <w:r>
        <w:t>32. А сказать: “От людей”…» Они боялись народа, потому что все действительно считали Иоанна пророком.</w:t>
      </w:r>
    </w:p>
    <w:p>
      <w:r>
        <w:t>33. Поэтому они ответили Иисусу: «Не знаем». Иисус сказал им: «Тогда и Я не скажу вам, какой властью всё это делаю».</w:t>
      </w:r>
    </w:p>
    <w:p>
      <w:pPr>
        <w:pStyle w:val="Heading2"/>
      </w:pPr>
      <w:r>
        <w:t>Глава 12</w:t>
      </w:r>
    </w:p>
    <w:p>
      <w:r>
        <w:t>1. Он начал говорить им притчами: «Один человек посадил виноградник, обнёс его оградой, выкопал давильню, построил башню, отдал виноградник арендаторам и уехал.</w:t>
      </w:r>
    </w:p>
    <w:p>
      <w:r>
        <w:t>2. В положенное время он послал к арендаторам раба, чтобы получить от них часть плодов виноградника.</w:t>
      </w:r>
    </w:p>
    <w:p>
      <w:r>
        <w:t>3. Но они схватили его, избили и отправили ни с чем.</w:t>
      </w:r>
    </w:p>
    <w:p>
      <w:r>
        <w:t>4. Он снова послал к ним другого раба. Того ударили по голове и унизили.</w:t>
      </w:r>
    </w:p>
    <w:p>
      <w:r>
        <w:t>5. Он послал ещё одного — его убили. Потом многих других: одних избивали, других убивали.</w:t>
      </w:r>
    </w:p>
    <w:p>
      <w:r>
        <w:t>6. У хозяина оставался ещё один — любимый сын. Последним он послал к ним его, думая: “Моего сына они постыдятся”.</w:t>
      </w:r>
    </w:p>
    <w:p>
      <w:r>
        <w:t>7. Но арендаторы сказали друг другу: “Это наследник. Давайте убьём его, и наследство будет нашим”.</w:t>
      </w:r>
    </w:p>
    <w:p>
      <w:r>
        <w:t>8. Они схватили его, убили и выбросили из виноградника.</w:t>
      </w:r>
    </w:p>
    <w:p>
      <w:r>
        <w:t>9. Что сделает хозяин виноградника? Он придёт, погубит этих арендаторов и отдаст виноградник другим.</w:t>
      </w:r>
    </w:p>
    <w:p>
      <w:r>
        <w:t>10. Разве вы не читали в Писании: “Камень, который отвергли строители, стал краеугольным.</w:t>
      </w:r>
    </w:p>
    <w:p>
      <w:r>
        <w:t>11. Это сделал Господь, и это удивительно в наших глазах”?»</w:t>
      </w:r>
    </w:p>
    <w:p>
      <w:r>
        <w:t>12. Они хотели схватить Его, но боялись народа, потому что поняли, что эту притчу Он рассказал о них. Поэтому оставили Его и ушли.</w:t>
      </w:r>
    </w:p>
    <w:p>
      <w:r>
        <w:t>13. К Нему послали некоторых фарисеев и иродиан, чтобы поймать Его на слове.</w:t>
      </w:r>
    </w:p>
    <w:p>
      <w:r>
        <w:t>14. Они пришли и сказали: «Учитель, мы знаем, что Ты правдив и не стараешься угождать людям: Ты не смотришь на положение человека, а истинно учишь Божьему пути. Позволено ли платить налог кесарю или нет?</w:t>
      </w:r>
    </w:p>
    <w:p>
      <w:r>
        <w:t>15. Платить нам или не платить?» Но Он, зная их лицемерие, сказал: «Почему вы Меня испытываете? Принесите Мне динарий, чтобы Я посмотрел».</w:t>
      </w:r>
    </w:p>
    <w:p>
      <w:r>
        <w:t>16. Они принесли. Он спросил: «Чьё здесь изображение и надпись?» Они ответили: «Кесаря».</w:t>
      </w:r>
    </w:p>
    <w:p>
      <w:r>
        <w:t>17. Тогда Он сказал им: «Отдавайте кесарю то, что принадлежит кесарю, а Богу — то, что принадлежит Богу». И они чрезвычайно удивлялись Ему.</w:t>
      </w:r>
    </w:p>
    <w:p>
      <w:r>
        <w:t>18. Потом к Нему пришли саддукеи, которые говорят, что воскресения нет, и спросили:</w:t>
      </w:r>
    </w:p>
    <w:p>
      <w:r>
        <w:t>19. «Учитель, Моисей написал нам: если у кого-то умрёт брат, оставив жену, но не оставив ребёнка, его брат должен взять вдову и продолжить род умершего брата.</w:t>
      </w:r>
    </w:p>
    <w:p>
      <w:r>
        <w:t>20. Было семь братьев. Первый женился и умер, не оставив потомства.</w:t>
      </w:r>
    </w:p>
    <w:p>
      <w:r>
        <w:t>21. Второй взял его жену и тоже умер, не оставив потомства; так же и третий.</w:t>
      </w:r>
    </w:p>
    <w:p>
      <w:r>
        <w:t>22. Ни один из семерых не оставил потомства. После всех умерла и женщина.</w:t>
      </w:r>
    </w:p>
    <w:p>
      <w:r>
        <w:t>23. При воскресении, когда они воскреснут, чьей женой она будет? Ведь все семеро были её мужьями».</w:t>
      </w:r>
    </w:p>
    <w:p>
      <w:r>
        <w:t>24. Иисус сказал им: «Не потому ли вы заблуждаетесь, что не знаете ни Писаний, ни Божьей силы?</w:t>
      </w:r>
    </w:p>
    <w:p>
      <w:r>
        <w:t>25. Когда люди воскресают из мёртвых, они не женятся и не выходят замуж, а подобны ангелам на небесах.</w:t>
      </w:r>
    </w:p>
    <w:p>
      <w:r>
        <w:t>26. А о том, что мёртвые воскресают, разве вы не читали в книге Моисея, в рассказе о кусте, как Бог сказал ему: “Я — Бог Авраама, Бог Исаака и Бог Иакова”?</w:t>
      </w:r>
    </w:p>
    <w:p>
      <w:r>
        <w:t>27. Он Бог не мёртвых, а живых. Вы очень заблуждаетесь».</w:t>
      </w:r>
    </w:p>
    <w:p>
      <w:r>
        <w:t>28. Один из книжников подошёл и услышал их спор. Видя, что Он хорошо им ответил, спросил: «Какая заповедь первая из всех?»</w:t>
      </w:r>
    </w:p>
    <w:p>
      <w:r>
        <w:t>29. Иисус ответил: «Первая: “Слушай, Израиль! Господь, Бог наш, Господь един.</w:t>
      </w:r>
    </w:p>
    <w:p>
      <w:r>
        <w:t>30. Люби Господа, Бога твоего, всем своим сердцем, всей своей душой, всем своим разумом и всей своей силой”.</w:t>
      </w:r>
    </w:p>
    <w:p>
      <w:r>
        <w:t>31. Вторая: “Люби своего ближнего, как самого себя”. Нет другой заповеди больше этих».</w:t>
      </w:r>
    </w:p>
    <w:p>
      <w:r>
        <w:t>32. Книжник сказал Ему: «Хорошо, Учитель. Ты верно сказал: Он один, и нет другого, кроме Него.</w:t>
      </w:r>
    </w:p>
    <w:p>
      <w:r>
        <w:t>33. И любить Его всем сердцем, всем пониманием и всей силой, и любить ближнего, как самого себя, — важнее всех всесожжений и жертв».</w:t>
      </w:r>
    </w:p>
    <w:p>
      <w:r>
        <w:t>34. Увидев, что тот ответил разумно, Он сказал ему: «Ты недалеко от Царства Божьего». После этого никто уже не решался задавать Ему вопросы.</w:t>
      </w:r>
    </w:p>
    <w:p>
      <w:r>
        <w:t>35. Продолжая учить в храме, Он спросил: «Как книжники могут говорить, что Христос — сын Давида?</w:t>
      </w:r>
    </w:p>
    <w:p>
      <w:r>
        <w:t>36. Сам Давид сказал Святым Духом: “Господь сказал моему Господу: сядь справа от Меня, пока Я не положу Твоих врагов под Твои ноги”.</w:t>
      </w:r>
    </w:p>
    <w:p>
      <w:r>
        <w:t>37. Сам Давид называет Его Господом. Как же Он тогда его сын?» Большая толпа слушала Его с удовольствием.</w:t>
      </w:r>
    </w:p>
    <w:p>
      <w:r>
        <w:t>38. В Своём учении Он говорил: «Берегитесь книжников, которые любят ходить в длинных одеждах, получать приветствия на площадях,</w:t>
      </w:r>
    </w:p>
    <w:p>
      <w:r>
        <w:t>39. занимать лучшие места в синагогах и почётные места на пирах.</w:t>
      </w:r>
    </w:p>
    <w:p>
      <w:r>
        <w:t>40. Они пожирают дома вдов и для вида долго молятся. Они получат более суровый суд».</w:t>
      </w:r>
    </w:p>
    <w:p>
      <w:r>
        <w:t>41. Сев напротив храмовой сокровищницы, Он наблюдал, как народ кладёт туда деньги. Многие богатые клали много.</w:t>
      </w:r>
    </w:p>
    <w:p>
      <w:r>
        <w:t>42. Пришла бедная вдова и положила две мелкие монеты — вместе один кодрант.</w:t>
      </w:r>
    </w:p>
    <w:p>
      <w:r>
        <w:t>43. Подозвав учеников, Он сказал им: «Истинно говорю вам: эта бедная вдова положила больше всех, кто клал в сокровищницу.</w:t>
      </w:r>
    </w:p>
    <w:p>
      <w:r>
        <w:t>44. Потому что все клали из своего избытка, а она из своей нужды отдала всё, что имела, — всё, на что могла жить».</w:t>
      </w:r>
    </w:p>
    <w:p>
      <w:pPr>
        <w:pStyle w:val="Heading2"/>
      </w:pPr>
      <w:r>
        <w:t>Глава 13</w:t>
      </w:r>
    </w:p>
    <w:p>
      <w:r>
        <w:t>1. Когда Он выходил из храма, один из учеников сказал Ему: «Учитель, посмотри, какие камни и какие здания!»</w:t>
      </w:r>
    </w:p>
    <w:p>
      <w:r>
        <w:t>2. Он ответил: «Видишь эти огромные здания? Здесь не останется камня на камне — всё будет разрушено».</w:t>
      </w:r>
    </w:p>
    <w:p>
      <w:r>
        <w:t>3. Когда Он сидел на Масличной горе напротив храма, Пётр, Иаков, Иоанн и Андрей спросили Его наедине:</w:t>
      </w:r>
    </w:p>
    <w:p>
      <w:r>
        <w:t>4. «Скажи нам, когда это произойдёт и каким будет знак того, что всё это приближается к завершению?»</w:t>
      </w:r>
    </w:p>
    <w:p>
      <w:r>
        <w:t>5. Он начал говорить им: «Смотрите, чтобы никто вас не обманул.</w:t>
      </w:r>
    </w:p>
    <w:p>
      <w:r>
        <w:t>6. Многие придут под Моим именем и будут говорить: “Это Я”, — и многих обманут.</w:t>
      </w:r>
    </w:p>
    <w:p>
      <w:r>
        <w:t>7. Когда услышите о войнах и слухах о войнах, не пугайтесь. Это должно произойти, но это ещё не конец.</w:t>
      </w:r>
    </w:p>
    <w:p>
      <w:r>
        <w:t>8. Народ восстанет против народа и царство против царства. В разных местах будут землетрясения и голод. Это начало родовых мук.</w:t>
      </w:r>
    </w:p>
    <w:p>
      <w:r>
        <w:t>9. Но вы берегитесь. Вас будут предавать судам, бичевать в синагогах и ставить перед правителями и царями ради Меня — им во свидетельство.</w:t>
      </w:r>
    </w:p>
    <w:p>
      <w:r>
        <w:t>10. И прежде всего Благая весть должна быть проповедана всем народам.</w:t>
      </w:r>
    </w:p>
    <w:p>
      <w:r>
        <w:t>11. Когда вас поведут, чтобы предать суду, не беспокойтесь заранее о том, что говорить. Говорите то, что будет дано вам в тот час, потому что говорить будете не вы, а Святой Дух.</w:t>
      </w:r>
    </w:p>
    <w:p>
      <w:r>
        <w:t>12. Брат предаст брата на смерть, отец — ребёнка; дети восстанут против родителей и будут добиваться их смерти.</w:t>
      </w:r>
    </w:p>
    <w:p>
      <w:r>
        <w:t>13. Все будут ненавидеть вас из-за Моего имени. Но кто выдержит до конца, тот будет спасён.</w:t>
      </w:r>
    </w:p>
    <w:p>
      <w:r>
        <w:t>14. Когда увидите мерзость запустения, стоящую там, где ей не должно быть, — читающий пусть понимает, — тогда находящиеся в Иудее пусть бегут в горы.</w:t>
      </w:r>
    </w:p>
    <w:p>
      <w:r>
        <w:t>15. Кто будет на крыше, пусть не спускается и не входит в дом, чтобы взять что-нибудь оттуда.</w:t>
      </w:r>
    </w:p>
    <w:p>
      <w:r>
        <w:t>16. И кто будет в поле, пусть не возвращается назад за одеждой.</w:t>
      </w:r>
    </w:p>
    <w:p>
      <w:r>
        <w:t>17. Тяжело будет беременным и кормящим в те дни.</w:t>
      </w:r>
    </w:p>
    <w:p>
      <w:r>
        <w:t>18. Молитесь, чтобы это не случилось зимой.</w:t>
      </w:r>
    </w:p>
    <w:p>
      <w:r>
        <w:t>19. Потому что те дни будут временем такого бедствия, какого не было от начала творения, созданного Богом, доныне и больше не будет.</w:t>
      </w:r>
    </w:p>
    <w:p>
      <w:r>
        <w:t>20. Если бы Господь не сократил те дни, никто не спасся бы. Но ради избранных, которых Он избрал, Он сократил эти дни.</w:t>
      </w:r>
    </w:p>
    <w:p>
      <w:r>
        <w:t>21. Если тогда кто-нибудь скажет вам: “Вот здесь Христос!” или “Вот там!” — не верьте.</w:t>
      </w:r>
    </w:p>
    <w:p>
      <w:r>
        <w:t>22. Появятся лжехристы и лжепророки и будут показывать знамения и чудеса, чтобы, если возможно, ввести в заблуждение избранных.</w:t>
      </w:r>
    </w:p>
    <w:p>
      <w:r>
        <w:t>23. Но вы будьте внимательны. Я заранее сказал вам всё.</w:t>
      </w:r>
    </w:p>
    <w:p>
      <w:r>
        <w:t>24. Но в те дни, после того бедствия, солнце померкнет, луна не даст своего света,</w:t>
      </w:r>
    </w:p>
    <w:p>
      <w:r>
        <w:t>25. звёзды будут падать с неба, и небесные силы поколеблются.</w:t>
      </w:r>
    </w:p>
    <w:p>
      <w:r>
        <w:t>26. Тогда увидят Сына Человеческого, приходящего на облаках с великой силой и славой.</w:t>
      </w:r>
    </w:p>
    <w:p>
      <w:r>
        <w:t>27. Тогда Он пошлёт ангелов и соберёт Своих избранных с четырёх сторон света — от края земли до края неба.</w:t>
      </w:r>
    </w:p>
    <w:p>
      <w:r>
        <w:t>28. Возьмите урок у смоковницы: когда её ветви становятся мягкими и появляются листья, вы знаете, что лето близко.</w:t>
      </w:r>
    </w:p>
    <w:p>
      <w:r>
        <w:t>29. Так и вы, когда увидите, что это происходит, знайте: уже близко, у самых дверей.</w:t>
      </w:r>
    </w:p>
    <w:p>
      <w:r>
        <w:t>30. Истинно говорю вам: это поколение не пройдёт, пока всё это не произойдёт.</w:t>
      </w:r>
    </w:p>
    <w:p>
      <w:r>
        <w:t>31. Небо и земля пройдут, но Мои слова не пройдут.</w:t>
      </w:r>
    </w:p>
    <w:p>
      <w:r>
        <w:t>32. А о том дне или часе никто не знает: ни ангелы на небе, ни Сын — только Отец.</w:t>
      </w:r>
    </w:p>
    <w:p>
      <w:r>
        <w:t>33. Смотрите, бодрствуйте, потому что не знаете, когда наступит это время.</w:t>
      </w:r>
    </w:p>
    <w:p>
      <w:r>
        <w:t>34. Это как человек, отправившийся в другую страну: он оставил свой дом, дал рабам власть, каждому назначил его дело, а привратнику велел бодрствовать.</w:t>
      </w:r>
    </w:p>
    <w:p>
      <w:r>
        <w:t>35. Поэтому бодрствуйте: вы не знаете, когда придёт хозяин дома — вечером, в полночь, при пении петуха или утром.</w:t>
      </w:r>
    </w:p>
    <w:p>
      <w:r>
        <w:t>36. Чтобы, придя неожиданно, он не нашёл вас спящими.</w:t>
      </w:r>
    </w:p>
    <w:p>
      <w:r>
        <w:t>37. А что Я говорю вам, говорю всем: бодрствуйте!»</w:t>
      </w:r>
    </w:p>
    <w:p>
      <w:pPr>
        <w:pStyle w:val="Heading2"/>
      </w:pPr>
      <w:r>
        <w:t>Глава 14</w:t>
      </w:r>
    </w:p>
    <w:p>
      <w:r>
        <w:t>1. До Пасхи и праздника Пресных хлебов оставалось два дня. Первосвященники и книжники искали способ тайно схватить Иисуса и погубить Его.</w:t>
      </w:r>
    </w:p>
    <w:p>
      <w:r>
        <w:t>2. Они говорили: «Только не во время праздника, иначе в народе начнутся волнения».</w:t>
      </w:r>
    </w:p>
    <w:p>
      <w:r>
        <w:t>3. Когда Он был в Вифании, в доме Симона прокажённого, и возлежал за столом, пришла женщина с алебастровым сосудом очень дорогого чистого нардового масла. Разбив сосуд, она вылила масло Ему на голову.</w:t>
      </w:r>
    </w:p>
    <w:p>
      <w:r>
        <w:t>4. Некоторые возмущались между собой: «Зачем так тратить это масло?</w:t>
      </w:r>
    </w:p>
    <w:p>
      <w:r>
        <w:t>5. Его можно было продать больше чем за триста динариев и раздать деньги бедным». И они резко упрекали её.</w:t>
      </w:r>
    </w:p>
    <w:p>
      <w:r>
        <w:t>6. Но Он сказал: «Оставьте её. Зачем вы её беспокоите? Она сделала для Меня доброе дело.</w:t>
      </w:r>
    </w:p>
    <w:p>
      <w:r>
        <w:t>7. Бедные всегда будут с вами, и когда захотите, сможете делать им добро. А Я не всегда буду с вами.</w:t>
      </w:r>
    </w:p>
    <w:p>
      <w:r>
        <w:t>8. Она сделала, что могла: заранее помазала Моё тело к погребению.</w:t>
      </w:r>
    </w:p>
    <w:p>
      <w:r>
        <w:t>9. Истинно говорю вам: где бы ни проповедовалась Благая весть во всём мире, будут рассказывать и о том, что сделала эта женщина, в память о ней».</w:t>
      </w:r>
    </w:p>
    <w:p>
      <w:r>
        <w:t>10. Иуда Искариот, один из двенадцати, пошёл к первосвященникам, чтобы предать им Его.</w:t>
      </w:r>
    </w:p>
    <w:p>
      <w:r>
        <w:t>11. Услышав это, они обрадовались и обещали дать ему денег. И он стал искать удобного случая предать Его.</w:t>
      </w:r>
    </w:p>
    <w:p>
      <w:r>
        <w:t>12. В первый день праздника Пресных хлебов, когда приносили пасхальную жертву, ученики спросили Его: «Куда Ты хочешь, чтобы мы пошли и приготовили Тебе Пасху?»</w:t>
      </w:r>
    </w:p>
    <w:p>
      <w:r>
        <w:t>13. Он послал двух учеников и сказал им: «Идите в город. Вам встретится человек, несущий кувшин воды. Идите за ним.</w:t>
      </w:r>
    </w:p>
    <w:p>
      <w:r>
        <w:t>14. Куда он войдёт, скажите хозяину дома: “Учитель спрашивает: где Моя гостевая комната, в которой Я буду есть Пасху с Моими учениками?”</w:t>
      </w:r>
    </w:p>
    <w:p>
      <w:r>
        <w:t>15. Он покажет вам большую верхнюю комнату, уже приготовленную и обставленную. Там и приготовьте для нас».</w:t>
      </w:r>
    </w:p>
    <w:p>
      <w:r>
        <w:t>16. Ученики пошли, пришли в город и нашли всё так, как Он сказал. Они приготовили Пасху.</w:t>
      </w:r>
    </w:p>
    <w:p>
      <w:r>
        <w:t>17. Когда наступил вечер, Он пришёл с двенадцатью.</w:t>
      </w:r>
    </w:p>
    <w:p>
      <w:r>
        <w:t>18. Пока они возлежали за столом и ели, Он сказал: «Аминь говорю вам: один из вас предаст Меня — тот, кто ест со Мной».</w:t>
      </w:r>
    </w:p>
    <w:p>
      <w:r>
        <w:t>19. Они опечалились и один за другим стали спрашивать Его: «Не я ли?»</w:t>
      </w:r>
    </w:p>
    <w:p>
      <w:r>
        <w:t>20. Он сказал им: «Один из двенадцати — тот, кто вместе со Мной обмакивает хлеб в блюдо.</w:t>
      </w:r>
    </w:p>
    <w:p>
      <w:r>
        <w:t>21. Сын Человеческий уходит, как написано о Нём. Но горе тому человеку, через которого Сын Человеческий будет предан. Лучше было бы тому человеку не родиться».</w:t>
      </w:r>
    </w:p>
    <w:p>
      <w:r>
        <w:t>22. Когда они ели, Он взял хлеб, благословил, разломил, дал им и сказал: «Возьмите. Это Моё тело».</w:t>
      </w:r>
    </w:p>
    <w:p>
      <w:r>
        <w:t>23. Затем Он взял чашу, поблагодарил Бога и дал им. Все пили из неё.</w:t>
      </w:r>
    </w:p>
    <w:p>
      <w:r>
        <w:t>24. И Он сказал им: «Это Моя кровь завета, проливаемая за многих.</w:t>
      </w:r>
    </w:p>
    <w:p>
      <w:r>
        <w:t>25. Истинно говорю вам: Я больше не буду пить от плода виноградной лозы до того дня, когда буду пить его новым в Царстве Божьем».</w:t>
      </w:r>
    </w:p>
    <w:p>
      <w:r>
        <w:t>26. Пропев гимн, они вышли к Масличной горе.</w:t>
      </w:r>
    </w:p>
    <w:p>
      <w:r>
        <w:t>27. Он сказал им: «Все вы отпадёте, потому что написано: “Поражу пастуха, и овцы рассеются”.</w:t>
      </w:r>
    </w:p>
    <w:p>
      <w:r>
        <w:t>28. Но после того как Я воскресну, Я пойду впереди вас в Галилею».</w:t>
      </w:r>
    </w:p>
    <w:p>
      <w:r>
        <w:t>29. Пётр сказал Ему: «Даже если все отпадут, я — нет».</w:t>
      </w:r>
    </w:p>
    <w:p>
      <w:r>
        <w:t>30. Он ответил ему: «Аминь говорю тебе: сегодня, этой ночью, прежде чем петух пропоёт дважды, ты трижды отречёшься от Меня».</w:t>
      </w:r>
    </w:p>
    <w:p>
      <w:r>
        <w:t>31. Но Пётр ещё настойчивее говорил: «Даже если мне придётся умереть вместе с Тобой, я не отрекусь от Тебя». То же говорили и все остальные.</w:t>
      </w:r>
    </w:p>
    <w:p>
      <w:r>
        <w:t>32. Они пришли в место, называемое Гефсиманией. Он сказал ученикам: «Посидите здесь, пока Я помолюсь».</w:t>
      </w:r>
    </w:p>
    <w:p>
      <w:r>
        <w:t>33. Он взял с Собой Петра, Иакова и Иоанна и начал испытывать глубокую тревогу и тяжесть.</w:t>
      </w:r>
    </w:p>
    <w:p>
      <w:r>
        <w:t>34. Он сказал им: «Моя душа охвачена смертельной печалью. Останьтесь здесь и бодрствуйте».</w:t>
      </w:r>
    </w:p>
    <w:p>
      <w:r>
        <w:t>35. Отойдя немного, Он пал на землю и молился, чтобы, если возможно, этот час миновал Его.</w:t>
      </w:r>
    </w:p>
    <w:p>
      <w:r>
        <w:t>36. Он говорил: «Авва, Отец! Для Тебя возможно всё. Пронеси эту чашу мимо Меня. Но пусть будет не то, чего хочу Я, а то, чего хочешь Ты».</w:t>
      </w:r>
    </w:p>
    <w:p>
      <w:r>
        <w:t>37. Он вернулся и нашёл их спящими. И сказал Петру: «Симон, ты спишь? Не смог бодрствовать один час?</w:t>
      </w:r>
    </w:p>
    <w:p>
      <w:r>
        <w:t>38. Бодрствуйте и молитесь, чтобы не войти в искушение. Дух готов, но плоть слаба».</w:t>
      </w:r>
    </w:p>
    <w:p>
      <w:r>
        <w:t>39. Снова отойдя, Он молился, повторяя те же слова.</w:t>
      </w:r>
    </w:p>
    <w:p>
      <w:r>
        <w:t>40. Вернувшись, Он снова нашёл их спящими, потому что их глаза отяжелели, и они не знали, что Ему ответить.</w:t>
      </w:r>
    </w:p>
    <w:p>
      <w:r>
        <w:t>41. Он пришёл в третий раз и сказал: «Вы всё ещё спите и отдыхаете? Довольно. Час пришёл. Вот, Сын Человеческий предаётся в руки грешников.</w:t>
      </w:r>
    </w:p>
    <w:p>
      <w:r>
        <w:t>42. Вставайте, идём. Вот, тот, кто предаёт Меня, уже близко».</w:t>
      </w:r>
    </w:p>
    <w:p>
      <w:r>
        <w:t>43. И сразу, пока Он ещё говорил, пришёл Иуда, один из двенадцати, а с ним толпа с мечами и палками от первосвященников, книжников и старейшин.</w:t>
      </w:r>
    </w:p>
    <w:p>
      <w:r>
        <w:t>44. Предатель заранее дал им знак: «Кого я поцелую, Тот и есть. Схватите Его и уведите под охраной».</w:t>
      </w:r>
    </w:p>
    <w:p>
      <w:r>
        <w:t>45. Подойдя, Иуда сразу сказал Ему: «Равви!» — и поцеловал Его.</w:t>
      </w:r>
    </w:p>
    <w:p>
      <w:r>
        <w:t>46. Тогда они схватили Его.</w:t>
      </w:r>
    </w:p>
    <w:p>
      <w:r>
        <w:t>47. Один из стоявших рядом выхватил меч и ранил слугу первосвященника.</w:t>
      </w:r>
    </w:p>
    <w:p>
      <w:r>
        <w:t>48. Он сказал им: «Вы вышли схватить Меня с мечами и палками, словно разбойника?</w:t>
      </w:r>
    </w:p>
    <w:p>
      <w:r>
        <w:t>49. Каждый день Я был с вами в храме и учил, и вы Меня не схватили. Но пусть исполнятся Писания».</w:t>
      </w:r>
    </w:p>
    <w:p>
      <w:r>
        <w:t>50. Тогда все оставили Его и убежали.</w:t>
      </w:r>
    </w:p>
    <w:p>
      <w:r>
        <w:t>51. За Ним следовал один юноша, завернувшись в льняное полотно на голое тело. Его попытались схватить,</w:t>
      </w:r>
    </w:p>
    <w:p>
      <w:r>
        <w:t>52. но он оставил полотно и убежал.</w:t>
      </w:r>
    </w:p>
    <w:p>
      <w:r>
        <w:t>53. Его отвели к первосвященнику. Там собрались все первосвященники, старейшины и книжники.</w:t>
      </w:r>
    </w:p>
    <w:p>
      <w:r>
        <w:t>54. Пётр следовал за Ним издали, до самого двора первосвященника. Он сидел там со служителями и грелся у огня.</w:t>
      </w:r>
    </w:p>
    <w:p>
      <w:r>
        <w:t>55. Первосвященники и весь синедрион искали свидетельство против Него, чтобы приговорить Его к смерти, но не находили.</w:t>
      </w:r>
    </w:p>
    <w:p>
      <w:r>
        <w:t>56. Многие лжесвидетельствовали против Него, но их свидетельства не совпадали.</w:t>
      </w:r>
    </w:p>
    <w:p>
      <w:r>
        <w:t>57. Некоторые встали и ложно свидетельствовали против Него:</w:t>
      </w:r>
    </w:p>
    <w:p>
      <w:r>
        <w:t>58. «Мы слышали, как Он говорил: “Я разрушу этот храм, сделанный руками, и за три дня построю другой, не руками сделанный”».</w:t>
      </w:r>
    </w:p>
    <w:p>
      <w:r>
        <w:t>59. Но даже в этом их свидетельства не совпадали.</w:t>
      </w:r>
    </w:p>
    <w:p>
      <w:r>
        <w:t>60. Тогда первосвященник встал посреди и спросил Его: «Ты ничего не отвечаешь? Что они свидетельствуют против Тебя?»</w:t>
      </w:r>
    </w:p>
    <w:p>
      <w:r>
        <w:t>61. Но Он молчал и ничего не отвечал. Первосвященник снова спросил Его: «Ты — Христос, Сын Благословенного?»</w:t>
      </w:r>
    </w:p>
    <w:p>
      <w:r>
        <w:t>62. Он ответил: «Я. И вы увидите Сына Человеческого, сидящего справа от Силы и приходящего с небесными облаками».</w:t>
      </w:r>
    </w:p>
    <w:p>
      <w:r>
        <w:t>63. Тогда первосвященник разорвал свои одежды и сказал: «Зачем нам ещё свидетели?</w:t>
      </w:r>
    </w:p>
    <w:p>
      <w:r>
        <w:t>64. Вы слышали богохульство. Каково ваше решение?» Все признали Его заслуживающим смерти.</w:t>
      </w:r>
    </w:p>
    <w:p>
      <w:r>
        <w:t>65. Некоторые стали издеваться над Ним, закрывали Ему лицо и говорили: «Пророчествуй!» Служители били Его.</w:t>
      </w:r>
    </w:p>
    <w:p>
      <w:r>
        <w:t>66. Пока Пётр был внизу, во дворе, подошла одна из служанок первосвященника.</w:t>
      </w:r>
    </w:p>
    <w:p>
      <w:r>
        <w:t>67. Увидев, что Пётр греется, она внимательно посмотрела на него и сказала: «Ты тоже был с Иисусом Назарянином».</w:t>
      </w:r>
    </w:p>
    <w:p>
      <w:r>
        <w:t>68. Но он отрёкся: «Не знаю и не понимаю, о чём ты говоришь». Он вышел во внешний двор, и пропел петух.</w:t>
      </w:r>
    </w:p>
    <w:p>
      <w:r>
        <w:t>69. Служанка снова увидела его и стала говорить стоявшим рядом: «Он один из них».</w:t>
      </w:r>
    </w:p>
    <w:p>
      <w:r>
        <w:t>70. Но он снова отрицал. Немного спустя стоявшие рядом сказали Петру: «Ты точно один из них: ведь ты галилеянин».</w:t>
      </w:r>
    </w:p>
    <w:p>
      <w:r>
        <w:t>71. Тогда он стал клясться: «Я не знаю этого Человека, о Котором вы говорите!»</w:t>
      </w:r>
    </w:p>
    <w:p>
      <w:r>
        <w:t>72. И сразу петух пропел во второй раз. Пётр вспомнил слова Иисуса: «Прежде чем петух пропоёт дважды, ты трижды отречёшься от Меня». И, не выдержав, заплакал.</w:t>
      </w:r>
    </w:p>
    <w:p>
      <w:pPr>
        <w:pStyle w:val="Heading2"/>
      </w:pPr>
      <w:r>
        <w:t>Глава 15</w:t>
      </w:r>
    </w:p>
    <w:p>
      <w:r>
        <w:t>1. Рано утром первосвященники вместе со старейшинами, книжниками и всем синедрионом приняли решение. Они связали Иисуса, отвели и передали Пилату.</w:t>
      </w:r>
    </w:p>
    <w:p>
      <w:r>
        <w:t>2. Пилат спросил Его: «Ты — Царь иудеев?» Он ответил: «Ты сам говоришь».</w:t>
      </w:r>
    </w:p>
    <w:p>
      <w:r>
        <w:t>3. Первосвященники обвиняли Его во многом.</w:t>
      </w:r>
    </w:p>
    <w:p>
      <w:r>
        <w:t>4. Пилат снова спросил: «Ты ничего не отвечаешь? Посмотри, сколько обвинений они выдвигают против Тебя».</w:t>
      </w:r>
    </w:p>
    <w:p>
      <w:r>
        <w:t>5. Но Он больше ничего не ответил, и Пилат удивлялся.</w:t>
      </w:r>
    </w:p>
    <w:p>
      <w:r>
        <w:t>6. На праздник Пилат обычно отпускал им одного заключённого, которого они просили.</w:t>
      </w:r>
    </w:p>
    <w:p>
      <w:r>
        <w:t>7. В то время под стражей был человек по имени Варавва вместе с участниками мятежа, во время которого произошло убийство.</w:t>
      </w:r>
    </w:p>
    <w:p>
      <w:r>
        <w:t>8. Толпа пришла и стала просить Пилата поступить по обычаю.</w:t>
      </w:r>
    </w:p>
    <w:p>
      <w:r>
        <w:t>9. Пилат спросил их: «Хотите, чтобы я отпустил вам Царя иудеев?»</w:t>
      </w:r>
    </w:p>
    <w:p>
      <w:r>
        <w:t>10. Он понимал, что первосвященники предали Его из зависти.</w:t>
      </w:r>
    </w:p>
    <w:p>
      <w:r>
        <w:t>11. Но первосвященники подговорили толпу просить, чтобы он лучше отпустил им Варавву.</w:t>
      </w:r>
    </w:p>
    <w:p>
      <w:r>
        <w:t>12. Пилат снова спросил их: «Что же мне сделать с Тем, Кого вы называете Царём иудеев?»</w:t>
      </w:r>
    </w:p>
    <w:p>
      <w:r>
        <w:t>13. Они снова закричали: «Распни Его!»</w:t>
      </w:r>
    </w:p>
    <w:p>
      <w:r>
        <w:t>14. Пилат спросил: «Какое же зло Он сделал?» Но они кричали ещё громче: «Распни Его!»</w:t>
      </w:r>
    </w:p>
    <w:p>
      <w:r>
        <w:t>15. Тогда Пилат, желая угодить толпе, отпустил им Варавву, а Его после бичевания передал на распятие.</w:t>
      </w:r>
    </w:p>
    <w:p>
      <w:r>
        <w:t>16. Воины отвели Его внутрь двора, то есть в преторий, и созвали весь отряд.</w:t>
      </w:r>
    </w:p>
    <w:p>
      <w:r>
        <w:t>17. Они одели Его в пурпурную одежду и возложили на Него сплетённый терновый венец.</w:t>
      </w:r>
    </w:p>
    <w:p>
      <w:r>
        <w:t>18. И стали приветствовать Его: «Радуйся, Царь иудеев!»</w:t>
      </w:r>
    </w:p>
    <w:p>
      <w:r>
        <w:t>19. Они издевались над Ним, били Его тростью, плевали на Него и, преклоняя колени, изображали поклонение.</w:t>
      </w:r>
    </w:p>
    <w:p>
      <w:r>
        <w:t>20. Насмеявшись над Ним, они сняли пурпурную одежду, надели на Него Его собственную и вывели Его на распятие.</w:t>
      </w:r>
    </w:p>
    <w:p>
      <w:r>
        <w:t>21. Они заставили проходившего мимо Симона Киринеянина, отца Александра и Руфа, который возвращался с поля, нести крест Иисуса.</w:t>
      </w:r>
    </w:p>
    <w:p>
      <w:r>
        <w:t>22. Его привели на место Голгофа, что в переводе означает «Место черепа».</w:t>
      </w:r>
    </w:p>
    <w:p>
      <w:r>
        <w:t>23. Ему давали вино со смирной, но Он не принял.</w:t>
      </w:r>
    </w:p>
    <w:p>
      <w:r>
        <w:t>24. Его распяли и разделили Его одежды, бросая жребий, кому что взять.</w:t>
      </w:r>
    </w:p>
    <w:p>
      <w:r>
        <w:t>25. Был третий час, когда Его распяли.</w:t>
      </w:r>
    </w:p>
    <w:p>
      <w:r>
        <w:t>26. Надпись с указанием Его вины гласила: «Царь иудеев».</w:t>
      </w:r>
    </w:p>
    <w:p>
      <w:r>
        <w:t>27. Вместе с Ним распяли двух разбойников — одного справа, другого слева.</w:t>
      </w:r>
    </w:p>
    <w:p>
      <w:r>
        <w:t xml:space="preserve">28. </w:t>
      </w:r>
    </w:p>
    <w:p>
      <w:r>
        <w:t>29. Проходившие мимо злословили Его, качали головами и говорили: «Эй, Ты, разрушающий храм и за три дня строящий его!</w:t>
      </w:r>
    </w:p>
    <w:p>
      <w:r>
        <w:t>30. Спаси Себя и сойди с креста!»</w:t>
      </w:r>
    </w:p>
    <w:p>
      <w:r>
        <w:t>31. Так же и первосвященники вместе с книжниками насмехались между собой: «Других спасал, а Себя спасти не может.</w:t>
      </w:r>
    </w:p>
    <w:p>
      <w:r>
        <w:t>32. Пусть Христос, Царь Израиля, теперь сойдёт с креста, чтобы мы увидели и поверили». И распятые рядом с Ним тоже оскорбляли Его.</w:t>
      </w:r>
    </w:p>
    <w:p>
      <w:r>
        <w:t>33. В шестом часу тьма покрыла всю землю и продолжалась до девятого часа.</w:t>
      </w:r>
    </w:p>
    <w:p>
      <w:r>
        <w:t>34. В девятом часу Он громко воззвал: «Элои, Элои, лема савахфани?» — что означает: «Боже Мой, Боже Мой, почему Ты Меня оставил?»</w:t>
      </w:r>
    </w:p>
    <w:p>
      <w:r>
        <w:t>35. Некоторые из стоявших рядом, услышав это, сказали: «Смотрите, Он зовёт Илию».</w:t>
      </w:r>
    </w:p>
    <w:p>
      <w:r>
        <w:t>36. Кто-то подал Ему кислого вина и сказал: «Подождите, посмотрим, придёт ли Илия снять Его».</w:t>
      </w:r>
    </w:p>
    <w:p>
      <w:r>
        <w:t>37. Он громко вскрикнул и испустил дух.</w:t>
      </w:r>
    </w:p>
    <w:p>
      <w:r>
        <w:t>38. Завеса храма разорвалась надвое сверху донизу.</w:t>
      </w:r>
    </w:p>
    <w:p>
      <w:r>
        <w:t>39. Стоявший напротив сотник, увидев, как Он испустил дух, сказал: «Действительно, этот Человек был Сыном Божьим».</w:t>
      </w:r>
    </w:p>
    <w:p>
      <w:r>
        <w:t>40. Там были и женщины, наблюдавшие издали: среди них Мария Магдалина, Мария, мать Иакова Младшего и Иосии, и Саломия.</w:t>
      </w:r>
    </w:p>
    <w:p>
      <w:r>
        <w:t>41. Когда Он был в Галилее, они следовали за Ним и служили Ему. Было там и много других женщин, пришедших вместе с Ним в Иерусалим.</w:t>
      </w:r>
    </w:p>
    <w:p>
      <w:r>
        <w:t>42. Когда уже наступил вечер — а это был день приготовления, то есть день перед субботой, —</w:t>
      </w:r>
    </w:p>
    <w:p>
      <w:r>
        <w:t>43. пришёл Иосиф из Аримафеи, уважаемый член совета, который и сам ожидал Царства Божьего. Набравшись смелости, он вошёл к Пилату и попросил тело Иисуса.</w:t>
      </w:r>
    </w:p>
    <w:p>
      <w:r>
        <w:t>44. Пилат удивился, что Он уже умер. Он вызвал сотника и спросил, давно ли Он умер.</w:t>
      </w:r>
    </w:p>
    <w:p>
      <w:r>
        <w:t>45. Получив подтверждение от сотника, Пилат отдал тело Иосифу.</w:t>
      </w:r>
    </w:p>
    <w:p>
      <w:r>
        <w:t>46. Иосиф купил льняное полотно, снял Его, завернул в полотно и положил в высеченную в скале гробницу. Затем привалил камень ко входу.</w:t>
      </w:r>
    </w:p>
    <w:p>
      <w:r>
        <w:t>47. Мария Магдалина и Мария, мать Иосии, смотрели, куда Его положили.</w:t>
      </w:r>
    </w:p>
    <w:p>
      <w:pPr>
        <w:pStyle w:val="Heading2"/>
      </w:pPr>
      <w:r>
        <w:t>Глава 16</w:t>
      </w:r>
    </w:p>
    <w:p>
      <w:r>
        <w:t>1. Когда суббота прошла, Мария Магдалина, Мария, мать Иакова, и Саломия купили благовония, чтобы пойти и помазать Его.</w:t>
      </w:r>
    </w:p>
    <w:p>
      <w:r>
        <w:t>2. Очень рано, в первый день недели, с восходом солнца они пришли к гробнице.</w:t>
      </w:r>
    </w:p>
    <w:p>
      <w:r>
        <w:t>3. Они говорили друг другу: «Кто отвалит для нас камень от входа в гробницу?»</w:t>
      </w:r>
    </w:p>
    <w:p>
      <w:r>
        <w:t>4. Подняв глаза, они увидели, что камень уже отвален, хотя он был очень большой.</w:t>
      </w:r>
    </w:p>
    <w:p>
      <w:r>
        <w:t>5. Войдя в гробницу, они увидели юношу в белой одежде, сидевшего справа, и были потрясены.</w:t>
      </w:r>
    </w:p>
    <w:p>
      <w:r>
        <w:t>6. Он сказал им: «Не пугайтесь. Вы ищете Иисуса Назарянина, распятого. Он воскрес! Его здесь нет. Вот место, где Его положили.</w:t>
      </w:r>
    </w:p>
    <w:p>
      <w:r>
        <w:t>7. Но идите, скажите Его ученикам и Петру: Он идёт впереди вас в Галилею. Там вы Его увидите, как Он и говорил вам».</w:t>
      </w:r>
    </w:p>
    <w:p>
      <w:r>
        <w:t>8. Они вышли и побежали от гробницы, охваченные трепетом и изумлением. И никому ничего не сказали, потому что боялись.</w:t>
      </w:r>
    </w:p>
    <w:p>
      <w:r>
        <w:t>9. Воскреснув рано в первый день недели, Он прежде всего явился Марии Магдалине, из которой изгнал семь демонов.</w:t>
      </w:r>
    </w:p>
    <w:p>
      <w:r>
        <w:t>10. Она пошла и сообщила тем, кто был с Ним, скорбевшим и плакавшим.</w:t>
      </w:r>
    </w:p>
    <w:p>
      <w:r>
        <w:t>11. Они, услышав, что Он жив и что она видела Его, не поверили.</w:t>
      </w:r>
    </w:p>
    <w:p>
      <w:r>
        <w:t>12. После этого Он явился в ином облике двум из них, шедшим в сельскую местность.</w:t>
      </w:r>
    </w:p>
    <w:p>
      <w:r>
        <w:t>13. И те пошли и сообщили остальным, но и им они не поверили.</w:t>
      </w:r>
    </w:p>
    <w:p>
      <w:r>
        <w:t>14. Позднее Он явился самим одиннадцати, когда они возлежали за столом, и упрекнул их за неверие и жёсткость сердца, потому что они не поверили тем, кто видел Его воскресшим.</w:t>
      </w:r>
    </w:p>
    <w:p>
      <w:r>
        <w:t>15. Он сказал им: «Идите во весь мир и проповедуйте Благую весть всему творению.</w:t>
      </w:r>
    </w:p>
    <w:p>
      <w:r>
        <w:t>16. Кто поверит и будет крещён, будет спасён; а кто не поверит, будет осуждён.</w:t>
      </w:r>
    </w:p>
    <w:p>
      <w:r>
        <w:t>17. Эти знамения будут сопровождать поверивших: Моим именем они будут изгонять демонов; будут говорить новыми языками;</w:t>
      </w:r>
    </w:p>
    <w:p>
      <w:r>
        <w:t>18. будут брать змей; и если выпьют что-либо смертоносное, это не повредит им; будут возлагать руки на больных, и те будут выздоравливать».</w:t>
      </w:r>
    </w:p>
    <w:p>
      <w:r>
        <w:t>19. Итак, Господь, после того как сказал им, был вознесён на небо и сел по правую руку Бога.</w:t>
      </w:r>
    </w:p>
    <w:p>
      <w:r>
        <w:t>20. Они же, выйдя, проповедовали повсюду, а Господь содействовал им и подтверждал слово сопровождавшими знамениями.</w:t>
      </w:r>
    </w:p>
    <w:p>
      <w:pPr>
        <w:pStyle w:val="Heading1"/>
      </w:pPr>
      <w:r>
        <w:t>От Луки</w:t>
      </w:r>
    </w:p>
    <w:p>
      <w:pPr>
        <w:pStyle w:val="Heading2"/>
      </w:pPr>
      <w:r>
        <w:t>Глава 1</w:t>
      </w:r>
    </w:p>
    <w:p>
      <w:r>
        <w:t>1. Поскольку уже многие взялись составить повествование о событиях, совершившихся среди нас,</w:t>
      </w:r>
    </w:p>
    <w:p>
      <w:r>
        <w:t>2. как передали их нам те, кто с самого начала были очевидцами и служителями слова,</w:t>
      </w:r>
    </w:p>
    <w:p>
      <w:r>
        <w:t>3. то и я, тщательно исследовав всё с самого начала, решил последовательно изложить это для тебя, достопочтенный Феофил,</w:t>
      </w:r>
    </w:p>
    <w:p>
      <w:r>
        <w:t>4. чтобы ты убедился в надёжности того, чему был научен.</w:t>
      </w:r>
    </w:p>
    <w:p>
      <w:r>
        <w:t>5. Во дни Ирода, царя Иудеи, жил священник по имени Захария из череды Авии. Его жена была из потомков Аарона, и звали её Елисавета.</w:t>
      </w:r>
    </w:p>
    <w:p>
      <w:r>
        <w:t>6. Оба были праведны перед Богом и безупречно соблюдали все заповеди и установления Господа.</w:t>
      </w:r>
    </w:p>
    <w:p>
      <w:r>
        <w:t>7. Но детей у них не было, потому что Елисавета была бесплодна, и оба были уже в преклонных годах.</w:t>
      </w:r>
    </w:p>
    <w:p>
      <w:r>
        <w:t>8. Однажды, когда череда Захарии несла службу перед Богом,</w:t>
      </w:r>
    </w:p>
    <w:p>
      <w:r>
        <w:t>9. ему по священническому обычаю выпал жребий войти в храм Господа и совершить каждение.</w:t>
      </w:r>
    </w:p>
    <w:p>
      <w:r>
        <w:t>10. Во время каждения весь народ молился снаружи.</w:t>
      </w:r>
    </w:p>
    <w:p>
      <w:r>
        <w:t>11. Тогда ему явился ангел Господа, стоявший справа от жертвенника каждения.</w:t>
      </w:r>
    </w:p>
    <w:p>
      <w:r>
        <w:t>12. Увидев его, Захария смутился и испугался.</w:t>
      </w:r>
    </w:p>
    <w:p>
      <w:r>
        <w:t>13. Но ангел сказал: «Не бойся, Захария, потому что твоя молитва услышана. Твоя жена Елисавета родит тебе сына, и ты назовёшь его Иоанном.</w:t>
      </w:r>
    </w:p>
    <w:p>
      <w:r>
        <w:t>14. Он принесёт тебе радость и ликование, и многие будут радоваться его рождению.</w:t>
      </w:r>
    </w:p>
    <w:p>
      <w:r>
        <w:t>15. Он будет велик перед Господом, не будет пить вина и крепкого напитка и ещё от материнской утробы будет исполнен Святого Духа.</w:t>
      </w:r>
    </w:p>
    <w:p>
      <w:r>
        <w:t>16. Многих сынов Израиля он обратит к Господу, их Богу.</w:t>
      </w:r>
    </w:p>
    <w:p>
      <w:r>
        <w:t>17. Он пойдёт перед Ним в духе и силе Илии, чтобы обратить сердца отцов к детям и непокорных — к мудрости праведных, и приготовить Господу народ, готовый для Него».</w:t>
      </w:r>
    </w:p>
    <w:p>
      <w:r>
        <w:t>18. Захария сказал ангелу: «Как мне узнать, что это произойдёт? Ведь я стар, и жена моя уже в преклонных годах».</w:t>
      </w:r>
    </w:p>
    <w:p>
      <w:r>
        <w:t>19. Ангел ответил: «Я Гавриил, стоящий перед Богом. Я послан говорить с тобой и благовествовать тебе это.</w:t>
      </w:r>
    </w:p>
    <w:p>
      <w:r>
        <w:t>20. И вот, ты будешь молчать и не сможешь говорить до того дня, когда всё это исполнится, потому что не поверил моим словам, которые исполнятся в своё время».</w:t>
      </w:r>
    </w:p>
    <w:p>
      <w:r>
        <w:t>21. Народ ждал Захарию и удивлялся, почему он так долго остаётся в храме.</w:t>
      </w:r>
    </w:p>
    <w:p>
      <w:r>
        <w:t>22. Когда он вышел, то не мог говорить с ними. Они поняли, что в храме он видел видение. Он объяснялся с ними знаками и оставался немым.</w:t>
      </w:r>
    </w:p>
    <w:p>
      <w:r>
        <w:t>23. Когда дни его служения закончились, он вернулся домой.</w:t>
      </w:r>
    </w:p>
    <w:p>
      <w:r>
        <w:t>24. После этих дней его жена Елисавета зачала и пять месяцев скрывалась от людей, говоря:</w:t>
      </w:r>
    </w:p>
    <w:p>
      <w:r>
        <w:t>25. «Так Господь поступил со мной в эти дни, когда обратил на меня внимание и снял мой позор среди людей».</w:t>
      </w:r>
    </w:p>
    <w:p>
      <w:r>
        <w:t>26. В шестой месяц ангел Гавриил был послан Богом в галилейский город по имени Назарет</w:t>
      </w:r>
    </w:p>
    <w:p>
      <w:r>
        <w:t>27. к деве, обручённой с мужчиной по имени Иосиф из дома Давида. Имя девы было Мария.</w:t>
      </w:r>
    </w:p>
    <w:p>
      <w:r>
        <w:t>28. Войдя к ней, ангел сказал: «Радуйся, получившая благодать! Господь с тобой».</w:t>
      </w:r>
    </w:p>
    <w:p>
      <w:r>
        <w:t>29. Она была сильно смущена этими словами и размышляла, что значит такое приветствие.</w:t>
      </w:r>
    </w:p>
    <w:p>
      <w:r>
        <w:t>30. Ангел сказал ей: «Не бойся, Мария, потому что ты обрела благодать у Бога.</w:t>
      </w:r>
    </w:p>
    <w:p>
      <w:r>
        <w:t>31. И вот, ты зачнёшь и родишь Сына и назовёшь Его Иисусом.</w:t>
      </w:r>
    </w:p>
    <w:p>
      <w:r>
        <w:t>32. Он будет велик и будет назван Сыном Всевышнего. Господь Бог даст Ему престол Его отца Давида.</w:t>
      </w:r>
    </w:p>
    <w:p>
      <w:r>
        <w:t>33. Он будет царствовать над домом Иакова вовеки, и Его царству не будет конца».</w:t>
      </w:r>
    </w:p>
    <w:p>
      <w:r>
        <w:t>34. Мария сказала ангелу: «Как это будет, если я не знаю мужа?»</w:t>
      </w:r>
    </w:p>
    <w:p>
      <w:r>
        <w:t>35. Ангел ответил: «Святой Дух сойдёт на тебя, и сила Всевышнего осенит тебя. Поэтому и рождаемое Святое будет названо Сыном Божьим.</w:t>
      </w:r>
    </w:p>
    <w:p>
      <w:r>
        <w:t>36. И вот, твоя родственница Елисавета тоже зачала сына в старости; та, которую называли бесплодной, теперь на шестом месяце.</w:t>
      </w:r>
    </w:p>
    <w:p>
      <w:r>
        <w:t>37. Потому что для Бога нет ничего невозможного».</w:t>
      </w:r>
    </w:p>
    <w:p>
      <w:r>
        <w:t>38. Мария сказала: «Вот служительница Господа. Пусть будет со мной по твоему слову». И ангел ушёл от неё.</w:t>
      </w:r>
    </w:p>
    <w:p>
      <w:r>
        <w:t>39. В те дни Мария собралась и поспешно отправилась в горную область, в один из городов Иудеи.</w:t>
      </w:r>
    </w:p>
    <w:p>
      <w:r>
        <w:t>40. Она вошла в дом Захарии и приветствовала Елисавету.</w:t>
      </w:r>
    </w:p>
    <w:p>
      <w:r>
        <w:t>41. Когда Елисавета услышала приветствие Марии, ребёнок в её утробе взыграл, и Елисавета исполнилась Святого Духа.</w:t>
      </w:r>
    </w:p>
    <w:p>
      <w:r>
        <w:t>42. Она громко воскликнула: «Благословенна ты среди женщин, и благословен плод твоей утробы!</w:t>
      </w:r>
    </w:p>
    <w:p>
      <w:r>
        <w:t>43. И почему мне дано, что мать моего Господа пришла ко мне?</w:t>
      </w:r>
    </w:p>
    <w:p>
      <w:r>
        <w:t>44. Ведь как только звук твоего приветствия достиг моих ушей, ребёнок в моей утробе взыграл от радости.</w:t>
      </w:r>
    </w:p>
    <w:p>
      <w:r>
        <w:t>45. И блаженна поверившая, потому что исполнится сказанное ей от Господа».</w:t>
      </w:r>
    </w:p>
    <w:p>
      <w:r>
        <w:t>46. И Мария сказала: «Моя душа возвеличивает Господа,</w:t>
      </w:r>
    </w:p>
    <w:p>
      <w:r>
        <w:t>47. и мой дух радуется о Боге, моём Спасителе,</w:t>
      </w:r>
    </w:p>
    <w:p>
      <w:r>
        <w:t>48. потому что Он обратил внимание на смиренное положение Своей служительницы. Отныне все поколения будут называть меня блаженной,</w:t>
      </w:r>
    </w:p>
    <w:p>
      <w:r>
        <w:t>49. потому что Всемогущий совершил для меня великое. Свято Его имя.</w:t>
      </w:r>
    </w:p>
    <w:p>
      <w:r>
        <w:t>50. Его милость — из поколения в поколение к боящимся Его.</w:t>
      </w:r>
    </w:p>
    <w:p>
      <w:r>
        <w:t>51. Он явил силу Своей рукой: рассеял гордых в помышлениях их сердец.</w:t>
      </w:r>
    </w:p>
    <w:p>
      <w:r>
        <w:t>52. Низложил властителей с престолов и возвысил смиренных.</w:t>
      </w:r>
    </w:p>
    <w:p>
      <w:r>
        <w:t>53. Голодных насытил благами, а богатых отпустил ни с чем.</w:t>
      </w:r>
    </w:p>
    <w:p>
      <w:r>
        <w:t>54. Он поддержал Израиль, Своего слугу, вспомнив о милости,</w:t>
      </w:r>
    </w:p>
    <w:p>
      <w:r>
        <w:t>55. как говорил нашим отцам, Аврааму и его потомству навеки».</w:t>
      </w:r>
    </w:p>
    <w:p>
      <w:r>
        <w:t>56. Мария оставалась с Елисаветой около трёх месяцев, а затем вернулась домой.</w:t>
      </w:r>
    </w:p>
    <w:p>
      <w:r>
        <w:t>57. Елисавете пришло время родить, и она родила сына.</w:t>
      </w:r>
    </w:p>
    <w:p>
      <w:r>
        <w:t>58. Её соседи и родственники услышали, что Господь проявил к ней великую милость, и радовались вместе с ней.</w:t>
      </w:r>
    </w:p>
    <w:p>
      <w:r>
        <w:t>59. На восьмой день они пришли обрезать ребёнка и хотели назвать его Захарией, по имени отца.</w:t>
      </w:r>
    </w:p>
    <w:p>
      <w:r>
        <w:t>60. Но его мать сказала: «Нет. Его будут звать Иоанн».</w:t>
      </w:r>
    </w:p>
    <w:p>
      <w:r>
        <w:t>61. Ей сказали: «Среди твоих родственников нет никого с таким именем».</w:t>
      </w:r>
    </w:p>
    <w:p>
      <w:r>
        <w:t>62. И знаками спросили отца, как он хочет назвать ребёнка.</w:t>
      </w:r>
    </w:p>
    <w:p>
      <w:r>
        <w:t>63. Он попросил табличку и написал: «Его имя — Иоанн». И все удивились.</w:t>
      </w:r>
    </w:p>
    <w:p>
      <w:r>
        <w:t>64. И сразу открылись его уста и освободился язык; он заговорил, благословляя Бога.</w:t>
      </w:r>
    </w:p>
    <w:p>
      <w:r>
        <w:t>65. Страх охватил всех соседей, и обо всём этом стали говорить по всей горной области Иудеи.</w:t>
      </w:r>
    </w:p>
    <w:p>
      <w:r>
        <w:t>66. Все слышавшие сохраняли это в сердце и спрашивали: «Кем же станет этот ребёнок?» Потому что рука Господа была с ним.</w:t>
      </w:r>
    </w:p>
    <w:p>
      <w:r>
        <w:t>67. Его отец Захария исполнился Святого Духа и пророчествовал:</w:t>
      </w:r>
    </w:p>
    <w:p>
      <w:r>
        <w:t>68. «Благословен Господь, Бог Израиля, потому что Он посетил Свой народ и совершил для него избавление.</w:t>
      </w:r>
    </w:p>
    <w:p>
      <w:r>
        <w:t>69. Он воздвиг для нас могущественного Спасителя в доме Давида, Своего слуги,</w:t>
      </w:r>
    </w:p>
    <w:p>
      <w:r>
        <w:t>70. как говорил издавна устами Своих святых пророков:</w:t>
      </w:r>
    </w:p>
    <w:p>
      <w:r>
        <w:t>71. спасение от наших врагов и от руки всех ненавидящих нас,</w:t>
      </w:r>
    </w:p>
    <w:p>
      <w:r>
        <w:t>72. чтобы проявить милость к нашим отцам и вспомнить Свой святой завет,</w:t>
      </w:r>
    </w:p>
    <w:p>
      <w:r>
        <w:t>73. клятву, которую Он дал нашему отцу Аврааму:</w:t>
      </w:r>
    </w:p>
    <w:p>
      <w:r>
        <w:t>74. избавив нас от руки врагов, дать нам служить Ему без страха,</w:t>
      </w:r>
    </w:p>
    <w:p>
      <w:r>
        <w:t>75. в святости и праведности перед Ним во все наши дни.</w:t>
      </w:r>
    </w:p>
    <w:p>
      <w:r>
        <w:t>76. И ты, ребёнок, будешь назван пророком Всевышнего, потому что пойдёшь перед Господом приготовить Ему пути,</w:t>
      </w:r>
    </w:p>
    <w:p>
      <w:r>
        <w:t>77. чтобы дать Его народу познание спасения через прощение их грехов,</w:t>
      </w:r>
    </w:p>
    <w:p>
      <w:r>
        <w:t>78. по глубокой милости нашего Бога, благодаря которой нас посетит восходящий Свет с высоты,</w:t>
      </w:r>
    </w:p>
    <w:p>
      <w:r>
        <w:t>79. чтобы осветить сидящих во тьме и тени смерти и направить наши ноги на путь мира».</w:t>
      </w:r>
    </w:p>
    <w:p>
      <w:r>
        <w:t>80. Ребёнок рос и укреплялся духом. Он жил в пустынных местах до дня своего явления Израилю.</w:t>
      </w:r>
    </w:p>
    <w:p>
      <w:pPr>
        <w:pStyle w:val="Heading2"/>
      </w:pPr>
      <w:r>
        <w:t>Глава 2</w:t>
      </w:r>
    </w:p>
    <w:p>
      <w:r>
        <w:t>1. В те дни вышел указ кесаря Августа провести перепись по всей земле.</w:t>
      </w:r>
    </w:p>
    <w:p>
      <w:r>
        <w:t>2. Эта первая перепись произошла, когда Сирией управлял Квириний.</w:t>
      </w:r>
    </w:p>
    <w:p>
      <w:r>
        <w:t>3. И все отправились записываться — каждый в свой город.</w:t>
      </w:r>
    </w:p>
    <w:p>
      <w:r>
        <w:t>4. Иосиф тоже пошёл из Галилеи, из города Назарета, в Иудею, в город Давида, называемый Вифлеемом, потому что он был из дома и рода Давида,</w:t>
      </w:r>
    </w:p>
    <w:p>
      <w:r>
        <w:t>5. чтобы записаться вместе с Марией, обручённой с ним и ожидавшей ребёнка.</w:t>
      </w:r>
    </w:p>
    <w:p>
      <w:r>
        <w:t>6. Пока они были там, наступило время ей родить.</w:t>
      </w:r>
    </w:p>
    <w:p>
      <w:r>
        <w:t>7. Она родила своего первенца-Сына, завернула Его в пелены и положила в кормушку для животных, потому что для них не было места в гостевой комнате.</w:t>
      </w:r>
    </w:p>
    <w:p>
      <w:r>
        <w:t>8. В той местности были пастухи, которые жили под открытым небом и ночью стерегли свои стада.</w:t>
      </w:r>
    </w:p>
    <w:p>
      <w:r>
        <w:t>9. И вот, перед ними предстал ангел Господа, и слава Господа озарила их. Они очень испугались.</w:t>
      </w:r>
    </w:p>
    <w:p>
      <w:r>
        <w:t>10. Но ангел сказал: «Не бойтесь. Вот, я благовествую вам великую радость, которая будет для всего народа:</w:t>
      </w:r>
    </w:p>
    <w:p>
      <w:r>
        <w:t>11. сегодня в городе Давида родился для вас Спаситель — Христос Господь.</w:t>
      </w:r>
    </w:p>
    <w:p>
      <w:r>
        <w:t>12. И вот вам знак: вы найдёте Младенца, завернутого в пелены и лежащего в кормушке».</w:t>
      </w:r>
    </w:p>
    <w:p>
      <w:r>
        <w:t>13. И внезапно с ангелом появилось множество небесного воинства, славившего Бога:</w:t>
      </w:r>
    </w:p>
    <w:p>
      <w:r>
        <w:t>14. «Слава Богу в вышних и на земле мир среди людей Его благоволения!»</w:t>
      </w:r>
    </w:p>
    <w:p>
      <w:r>
        <w:t>15. Когда ангелы ушли от них на небо, пастухи сказали друг другу: «Пойдём в Вифлеем и посмотрим, что произошло, о чём Господь сообщил нам».</w:t>
      </w:r>
    </w:p>
    <w:p>
      <w:r>
        <w:t>16. Они поспешили и нашли Марию, Иосифа и Младенца, лежащего в кормушке.</w:t>
      </w:r>
    </w:p>
    <w:p>
      <w:r>
        <w:t>17. Увидев Его, они рассказали о слове, которое было сказано им об этом Ребёнке.</w:t>
      </w:r>
    </w:p>
    <w:p>
      <w:r>
        <w:t>18. И все слышавшие удивлялись тому, что рассказывали им пастухи.</w:t>
      </w:r>
    </w:p>
    <w:p>
      <w:r>
        <w:t>19. А Мария сохраняла все эти слова, размышляя о них в своём сердце.</w:t>
      </w:r>
    </w:p>
    <w:p>
      <w:r>
        <w:t>20. Пастухи вернулись, прославляя и хваля Бога за всё, что услышали и увидели: всё было так, как им было сказано.</w:t>
      </w:r>
    </w:p>
    <w:p>
      <w:r>
        <w:t>21. Когда исполнилось восемь дней и пришло время обрезать Ребёнка, Ему дали имя Иисус — имя, которое ангел назвал ещё до Его зачатия.</w:t>
      </w:r>
    </w:p>
    <w:p>
      <w:r>
        <w:t>22. Когда исполнились дни их очищения по Закону Моисея, они принесли Его в Иерусалим, чтобы представить Господу,</w:t>
      </w:r>
    </w:p>
    <w:p>
      <w:r>
        <w:t>23. как написано в Законе Господа: «Всякий первенец мужского пола будет посвящён Господу»,</w:t>
      </w:r>
    </w:p>
    <w:p>
      <w:r>
        <w:t>24. и принести жертву, как сказано в Законе Господа: «пару горлиц или двух молодых голубей».</w:t>
      </w:r>
    </w:p>
    <w:p>
      <w:r>
        <w:t>25. В Иерусалиме жил человек по имени Симеон. Он был праведен и благочестив, ожидал утешения Израиля, и Святой Дух был на нём.</w:t>
      </w:r>
    </w:p>
    <w:p>
      <w:r>
        <w:t>26. Святым Духом ему было открыто, что он не увидит смерти, пока не увидит Христа Господа.</w:t>
      </w:r>
    </w:p>
    <w:p>
      <w:r>
        <w:t>27. По побуждению Духа он пришёл в храм. Когда родители внесли Младенца Иисуса, чтобы исполнить над Ним обычай Закона,</w:t>
      </w:r>
    </w:p>
    <w:p>
      <w:r>
        <w:t>28. Симеон взял Его на руки, благословил Бога и сказал:</w:t>
      </w:r>
    </w:p>
    <w:p>
      <w:r>
        <w:t>29. «Теперь Ты отпускаешь Своего слугу с миром, Владыка, по Твоему слову,</w:t>
      </w:r>
    </w:p>
    <w:p>
      <w:r>
        <w:t>30. потому что мои глаза увидели Твоё спасение,</w:t>
      </w:r>
    </w:p>
    <w:p>
      <w:r>
        <w:t>31. которое Ты приготовил перед лицом всех народов:</w:t>
      </w:r>
    </w:p>
    <w:p>
      <w:r>
        <w:t>32. свет для откровения народам и славу Твоего народа Израиля».</w:t>
      </w:r>
    </w:p>
    <w:p>
      <w:r>
        <w:t>33. Его отец и мать удивлялись сказанному о Нём.</w:t>
      </w:r>
    </w:p>
    <w:p>
      <w:r>
        <w:t>34. Симеон благословил их и сказал Марии, Его матери: «Вот, Он предназначен для падения и восстания многих в Израиле и как знак, которому будут противоречить,</w:t>
      </w:r>
    </w:p>
    <w:p>
      <w:r>
        <w:t>35. и твою собственную душу пронзит меч, — чтобы открылись мысли многих сердец».</w:t>
      </w:r>
    </w:p>
    <w:p>
      <w:r>
        <w:t>36. Там была и пророчица Анна, дочь Фануила, из племени Асира. Она была уже очень пожилая. После замужества она прожила с мужем семь лет,</w:t>
      </w:r>
    </w:p>
    <w:p>
      <w:r>
        <w:t>37. и затем была вдовой до восьмидесяти четырёх лет. Она не покидала храм, служа Богу постом и молитвами ночью и днём.</w:t>
      </w:r>
    </w:p>
    <w:p>
      <w:r>
        <w:t>38. Подойдя в тот же час, она благодарила Бога и говорила о Ребёнке всем, кто ожидал избавления Иерусалима.</w:t>
      </w:r>
    </w:p>
    <w:p>
      <w:r>
        <w:t>39. Когда они исполнили всё по Закону Господа, вернулись в Галилею, в свой город Назарет.</w:t>
      </w:r>
    </w:p>
    <w:p>
      <w:r>
        <w:t>40. Ребёнок рос, укреплялся и исполнялся мудростью, и благодать Божья была на Нём.</w:t>
      </w:r>
    </w:p>
    <w:p>
      <w:r>
        <w:t>41. Его родители каждый год ходили в Иерусалим на праздник Пасхи.</w:t>
      </w:r>
    </w:p>
    <w:p>
      <w:r>
        <w:t>42. Когда Ему исполнилось двенадцать лет, они, по обычаю праздника, поднялись в Иерусалим.</w:t>
      </w:r>
    </w:p>
    <w:p>
      <w:r>
        <w:t>43. После окончания праздника они отправились обратно, а мальчик Иисус остался в Иерусалиме. Его родители этого не заметили.</w:t>
      </w:r>
    </w:p>
    <w:p>
      <w:r>
        <w:t>44. Думая, что Он идёт с группой путешественников, они прошли день пути, а затем стали искать Его среди родственников и знакомых.</w:t>
      </w:r>
    </w:p>
    <w:p>
      <w:r>
        <w:t>45. Не найдя, вернулись в Иерусалим искать Его.</w:t>
      </w:r>
    </w:p>
    <w:p>
      <w:r>
        <w:t>46. Через три дня они нашли Его в храме: Он сидел среди учителей, слушал их и задавал вопросы.</w:t>
      </w:r>
    </w:p>
    <w:p>
      <w:r>
        <w:t>47. Все слышавшие Его поражались Его пониманию и ответам.</w:t>
      </w:r>
    </w:p>
    <w:p>
      <w:r>
        <w:t>48. Увидев Его, родители были потрясены. Мать сказала: «Сын, почему Ты так поступил с нами? Вот, Твой отец и я с тревогой искали Тебя».</w:t>
      </w:r>
    </w:p>
    <w:p>
      <w:r>
        <w:t>49. Он ответил: «Зачем вы Меня искали? Разве вы не знали, что Мне нужно быть у Моего Отца?»</w:t>
      </w:r>
    </w:p>
    <w:p>
      <w:r>
        <w:t>50. Но они не поняли слов, которые Он им сказал.</w:t>
      </w:r>
    </w:p>
    <w:p>
      <w:r>
        <w:t>51. Он пошёл с ними, пришёл в Назарет и был послушен им. Его мать сохраняла все эти слова в своём сердце.</w:t>
      </w:r>
    </w:p>
    <w:p>
      <w:r>
        <w:t>52. А Иисус возрастал в мудрости, возрасте и благоволении у Бога и людей.</w:t>
      </w:r>
    </w:p>
    <w:p>
      <w:pPr>
        <w:pStyle w:val="Heading2"/>
      </w:pPr>
      <w:r>
        <w:t>Глава 3</w:t>
      </w:r>
    </w:p>
    <w:p>
      <w:r>
        <w:t>1. В пятнадцатый год правления кесаря Тиверия, когда Понтий Пилат управлял Иудеей, Ирод был правителем Галилеи, его брат Филипп — правителем Итуреи и Трахонитской области, а Лисаний — правителем Авилинеи,</w:t>
      </w:r>
    </w:p>
    <w:p>
      <w:r>
        <w:t>2. при первосвященниках Анне и Каиафе слово Божье пришло к Иоанну, сыну Захарии, в пустыне.</w:t>
      </w:r>
    </w:p>
    <w:p>
      <w:r>
        <w:t>3. Он прошёл по всей окрестности Иордана, проповедуя крещение покаяния для прощения грехов,</w:t>
      </w:r>
    </w:p>
    <w:p>
      <w:r>
        <w:t>4. как написано в книге слов пророка Исаии: «Голос того, кто зовёт в пустыне: “Приготовьте путь Господу, сделайте прямыми Его дороги.</w:t>
      </w:r>
    </w:p>
    <w:p>
      <w:r>
        <w:t>5. Всякая долина наполнится, всякая гора и холм понизятся; кривое станет прямым, а неровные дороги — ровными.</w:t>
      </w:r>
    </w:p>
    <w:p>
      <w:r>
        <w:t>6. И всякая плоть увидит спасение Божье”».</w:t>
      </w:r>
    </w:p>
    <w:p>
      <w:r>
        <w:t>7. Иоанн говорил толпам, приходившим креститься у него: «Порождения змей! Кто предупредил вас бежать от грядущего гнева?</w:t>
      </w:r>
    </w:p>
    <w:p>
      <w:r>
        <w:t>8. Принесите плоды, соответствующие покаянию. И не начинайте говорить себе: “Наш отец — Авраам”. Говорю вам: Бог может из этих камней воздвигнуть детей Аврааму.</w:t>
      </w:r>
    </w:p>
    <w:p>
      <w:r>
        <w:t>9. Уже и топор лежит у корня деревьев: всякое дерево, не приносящее доброго плода, срубают и бросают в огонь».</w:t>
      </w:r>
    </w:p>
    <w:p>
      <w:r>
        <w:t>10. Толпы спрашивали его: «Что же нам делать?»</w:t>
      </w:r>
    </w:p>
    <w:p>
      <w:r>
        <w:t>11. Он отвечал: «У кого две одежды, пусть поделится с тем, у кого нет; и у кого есть пища, пусть делает так же».</w:t>
      </w:r>
    </w:p>
    <w:p>
      <w:r>
        <w:t>12. Пришли креститься и сборщики пошлин и спросили: «Учитель, что нам делать?»</w:t>
      </w:r>
    </w:p>
    <w:p>
      <w:r>
        <w:t>13. Он сказал им: «Не берите больше положенного вам».</w:t>
      </w:r>
    </w:p>
    <w:p>
      <w:r>
        <w:t>14. Спрашивали его и воины: «А нам что делать?» Он ответил: «Никого не запугивайте и не вымогайте, и довольствуйтесь своим жалованьем».</w:t>
      </w:r>
    </w:p>
    <w:p>
      <w:r>
        <w:t>15. Народ был в ожидании, и все размышляли в сердцах об Иоанне, не Христос ли он.</w:t>
      </w:r>
    </w:p>
    <w:p>
      <w:r>
        <w:t>16. Иоанн отвечал всем: «Я крещу вас водой, но идёт Тот, Кто сильнее меня. Я недостоин развязать ремешок Его сандалий. Он будет крестить вас Святым Духом и огнём.</w:t>
      </w:r>
    </w:p>
    <w:p>
      <w:r>
        <w:t>17. В Его руке веялка, чтобы полностью очистить Свой ток, собрать пшеницу в житницу, а мякину сжечь неугасимым огнём».</w:t>
      </w:r>
    </w:p>
    <w:p>
      <w:r>
        <w:t>18. Многое другое он увещевал и благовествовал народу.</w:t>
      </w:r>
    </w:p>
    <w:p>
      <w:r>
        <w:t>19. Но правитель Ирод, обличаемый Иоанном за Иродиаду, жену своего брата, и за всё зло, которое совершил,</w:t>
      </w:r>
    </w:p>
    <w:p>
      <w:r>
        <w:t>20. добавил ко всему и это: заключил Иоанна в тюрьму.</w:t>
      </w:r>
    </w:p>
    <w:p>
      <w:r>
        <w:t>21. Когда весь народ крестился и Иисус, также крестившись, молился, небо открылось,</w:t>
      </w:r>
    </w:p>
    <w:p>
      <w:r>
        <w:t>22. и Святой Дух сошёл на Него в телесном виде, словно голубь. И с неба прозвучал голос: «Ты — Мой возлюбленный Сын; Я доволен Тобой».</w:t>
      </w:r>
    </w:p>
    <w:p>
      <w:r>
        <w:t>23. Иисусу было около тридцати лет, когда Он начал Своё служение. Его считали сыном Иосифа, сына Илия,</w:t>
      </w:r>
    </w:p>
    <w:p>
      <w:r>
        <w:t>24. сына Матфата, сына Левия, сына Мелхия, сына Ианная, сына Иосифа,</w:t>
      </w:r>
    </w:p>
    <w:p>
      <w:r>
        <w:t>25. сына Маттафии, сына Амоса, сына Наума, сына Еслима, сына Наггея,</w:t>
      </w:r>
    </w:p>
    <w:p>
      <w:r>
        <w:t>26. сына Маата, сына Маттафии, сына Семея, сына Иосеха, сына Иоды,</w:t>
      </w:r>
    </w:p>
    <w:p>
      <w:r>
        <w:t>27. сына Иоанана, сына Ресы, сына Зоровавеля, сына Салафииля, сына Нирия,</w:t>
      </w:r>
    </w:p>
    <w:p>
      <w:r>
        <w:t>28. сына Мелхия, сына Аддия, сына Косама, сына Елмодама, сына Ира,</w:t>
      </w:r>
    </w:p>
    <w:p>
      <w:r>
        <w:t>29. сына Иисуса, сына Елиезера, сына Иорима, сына Матфата, сына Левия,</w:t>
      </w:r>
    </w:p>
    <w:p>
      <w:r>
        <w:t>30. сына Симеона, сына Иуды, сына Иосифа, сына Ионама, сына Елиакима,</w:t>
      </w:r>
    </w:p>
    <w:p>
      <w:r>
        <w:t>31. сына Мелея, сына Менны, сына Маттафы, сына Нафана, сына Давида,</w:t>
      </w:r>
    </w:p>
    <w:p>
      <w:r>
        <w:t>32. сына Иессея, сына Овида, сына Вооза, сына Салы, сына Наассона,</w:t>
      </w:r>
    </w:p>
    <w:p>
      <w:r>
        <w:t>33. сына Аминадава, сына Админа, сына Арния, сына Есрома, сына Фареса, сына Иуды,</w:t>
      </w:r>
    </w:p>
    <w:p>
      <w:r>
        <w:t>34. сына Иакова, сына Исаака, сына Авраама, сына Фарры, сына Нахора,</w:t>
      </w:r>
    </w:p>
    <w:p>
      <w:r>
        <w:t>35. сына Серуха, сына Рагава, сына Фалека, сына Евера, сына Салы,</w:t>
      </w:r>
    </w:p>
    <w:p>
      <w:r>
        <w:t>36. сына Каинана, сына Арфаксада, сына Сима, сына Ноя, сына Ламеха,</w:t>
      </w:r>
    </w:p>
    <w:p>
      <w:r>
        <w:t>37. сына Мафусала, сына Еноха, сына Иареда, сына Малелеила, сына Каинана,</w:t>
      </w:r>
    </w:p>
    <w:p>
      <w:r>
        <w:t>38. сына Еноса, сына Сифа, сына Адама, сына Бога.</w:t>
      </w:r>
    </w:p>
    <w:p>
      <w:pPr>
        <w:pStyle w:val="Heading2"/>
      </w:pPr>
      <w:r>
        <w:t>Глава 4</w:t>
      </w:r>
    </w:p>
    <w:p>
      <w:r>
        <w:t>1. Иисус, исполненный Святого Духа, вернулся от Иордана и был ведом Духом в пустыне</w:t>
      </w:r>
    </w:p>
    <w:p>
      <w:r>
        <w:t>2. сорок дней, подвергаясь испытанию со стороны дьявола. В эти дни Он ничего не ел, а когда они закончились, проголодался.</w:t>
      </w:r>
    </w:p>
    <w:p>
      <w:r>
        <w:t>3. Дьявол сказал Ему: «Если Ты Сын Божий, скажи этому камню, чтобы он стал хлебом».</w:t>
      </w:r>
    </w:p>
    <w:p>
      <w:r>
        <w:t>4. Иисус ответил: «Написано: “Не одним хлебом будет жить человек”».</w:t>
      </w:r>
    </w:p>
    <w:p>
      <w:r>
        <w:t>5. Подняв Его, дьявол в один миг показал Ему все царства мира</w:t>
      </w:r>
    </w:p>
    <w:p>
      <w:r>
        <w:t>6. и сказал: «Я дам Тебе всю эту власть и их славу, потому что она передана мне, и я даю её кому хочу.</w:t>
      </w:r>
    </w:p>
    <w:p>
      <w:r>
        <w:t>7. Поэтому если Ты поклонишься передо мной, всё будет Твоим».</w:t>
      </w:r>
    </w:p>
    <w:p>
      <w:r>
        <w:t>8. Иисус ответил: «Написано: “Господу, Богу твоему, поклоняйся и Ему одному служи”».</w:t>
      </w:r>
    </w:p>
    <w:p>
      <w:r>
        <w:t>9. Он привёл Иисуса в Иерусалим, поставил на самом высоком месте храма и сказал: «Если Ты Сын Божий, бросься отсюда вниз.</w:t>
      </w:r>
    </w:p>
    <w:p>
      <w:r>
        <w:t>10. Ведь написано: “Он повелит Своим ангелам о Тебе, чтобы охранять Тебя”,</w:t>
      </w:r>
    </w:p>
    <w:p>
      <w:r>
        <w:t>11. и: “Они понесут Тебя на руках, чтобы Ты не споткнулся о камень”».</w:t>
      </w:r>
    </w:p>
    <w:p>
      <w:r>
        <w:t>12. Иисус ответил: «Сказано: “Не испытывай Господа, Бога твоего”».</w:t>
      </w:r>
    </w:p>
    <w:p>
      <w:r>
        <w:t>13. Закончив все испытания, дьявол отошёл от Него до подходящего времени.</w:t>
      </w:r>
    </w:p>
    <w:p>
      <w:r>
        <w:t>14. Иисус вернулся в Галилею в силе Духа, и весть о Нём распространилась по всей окрестности.</w:t>
      </w:r>
    </w:p>
    <w:p>
      <w:r>
        <w:t>15. Он учил в их синагогах, и все прославляли Его.</w:t>
      </w:r>
    </w:p>
    <w:p>
      <w:r>
        <w:t>16. Он пришёл в Назарет, где вырос, и по Своему обычаю в субботу вошёл в синагогу и встал читать.</w:t>
      </w:r>
    </w:p>
    <w:p>
      <w:r>
        <w:t>17. Ему подали свиток пророка Исаии. Развернув свиток, Он нашёл место, где было написано:</w:t>
      </w:r>
    </w:p>
    <w:p>
      <w:r>
        <w:t>18. «Дух Господа на Мне, потому что Он помазал Меня благовествовать бедным. Он послал Меня возвещать пленникам освобождение и слепым прозрение, отпустить угнетённых на свободу,</w:t>
      </w:r>
    </w:p>
    <w:p>
      <w:r>
        <w:t>19. провозгласить благоприятный год Господа».</w:t>
      </w:r>
    </w:p>
    <w:p>
      <w:r>
        <w:t>20. Свернув свиток, Он отдал его служителю и сел. Глаза всех в синагоге были устремлены на Него.</w:t>
      </w:r>
    </w:p>
    <w:p>
      <w:r>
        <w:t>21. И Он начал говорить им: «Сегодня это Писание исполнилось перед вами».</w:t>
      </w:r>
    </w:p>
    <w:p>
      <w:r>
        <w:t>22. Все отзывались о Нём хорошо и удивлялись словам благодати, исходившим из Его уст, и спрашивали: «Разве Он не сын Иосифа?»</w:t>
      </w:r>
    </w:p>
    <w:p>
      <w:r>
        <w:t>23. Он сказал им: «Конечно, вы скажете Мне эту пословицу: “Врач, исцели самого себя. Сделай и здесь, в Своём родном городе, то, что, как мы слышали, произошло в Капернауме”».</w:t>
      </w:r>
    </w:p>
    <w:p>
      <w:r>
        <w:t>24. И добавил: «Истинно говорю вам: ни один пророк не бывает принят в своей родной местности.</w:t>
      </w:r>
    </w:p>
    <w:p>
      <w:r>
        <w:t>25. Но истинно говорю вам: много вдов было в Израиле во дни Илии, когда небо было закрыто три года и шесть месяцев и по всей земле наступил сильный голод.</w:t>
      </w:r>
    </w:p>
    <w:p>
      <w:r>
        <w:t>26. Однако Илия был послан ни к одной из них, а только к вдове в Сарепте Сидонской.</w:t>
      </w:r>
    </w:p>
    <w:p>
      <w:r>
        <w:t>27. И много прокажённых было в Израиле при пророке Елисее, но никто из них не был очищен, кроме сирийца Неемана».</w:t>
      </w:r>
    </w:p>
    <w:p>
      <w:r>
        <w:t>28. Услышав это, все в синагоге пришли в ярость.</w:t>
      </w:r>
    </w:p>
    <w:p>
      <w:r>
        <w:t>29. Они встали, вывели Его из города и повели к краю горы, на которой был построен их город, намереваясь сбросить Его вниз.</w:t>
      </w:r>
    </w:p>
    <w:p>
      <w:r>
        <w:t>30. Но Он прошёл среди них и ушёл.</w:t>
      </w:r>
    </w:p>
    <w:p>
      <w:r>
        <w:t>31. Иисус пришёл в Капернаум, город Галилеи, и учил их по субботам.</w:t>
      </w:r>
    </w:p>
    <w:p>
      <w:r>
        <w:t>32. Они были поражены Его учением, потому что Его слово было с властью.</w:t>
      </w:r>
    </w:p>
    <w:p>
      <w:r>
        <w:t>33. В синагоге был человек с духом нечистого демона. Он громко закричал:</w:t>
      </w:r>
    </w:p>
    <w:p>
      <w:r>
        <w:t>34. «Ах! Что Тебе до нас, Иисус Назарянин? Ты пришёл погубить нас? Я знаю, кто Ты: Святой Божий!»</w:t>
      </w:r>
    </w:p>
    <w:p>
      <w:r>
        <w:t>35. Иисус строго приказал ему: «Замолчи и выйди из него!» Демон бросил человека посреди собрания и вышел, не причинив ему вреда.</w:t>
      </w:r>
    </w:p>
    <w:p>
      <w:r>
        <w:t>36. Всех охватило изумление, и они говорили друг другу: «Что это за слово? Он с властью и силой приказывает нечистым духам, и они выходят!»</w:t>
      </w:r>
    </w:p>
    <w:p>
      <w:r>
        <w:t>37. И слух о Нём распространялся по всей окрестности.</w:t>
      </w:r>
    </w:p>
    <w:p>
      <w:r>
        <w:t>38. Выйдя из синагоги, Иисус вошёл в дом Симона. Тёща Симона страдала сильной горячкой, и Его попросили помочь ей.</w:t>
      </w:r>
    </w:p>
    <w:p>
      <w:r>
        <w:t>39. Наклонившись над ней, Он строго приказал горячке, и та оставила её. Женщина сразу встала и стала служить им.</w:t>
      </w:r>
    </w:p>
    <w:p>
      <w:r>
        <w:t>40. Когда заходило солнце, все, у кого были больные разными болезнями, приводили их к Иисусу. Он возлагал руки на каждого и исцелял.</w:t>
      </w:r>
    </w:p>
    <w:p>
      <w:r>
        <w:t>41. Из многих выходили и демоны, крича: «Ты — Сын Божий!» Но Он строго запрещал им говорить, потому что они знали, что Он Христос.</w:t>
      </w:r>
    </w:p>
    <w:p>
      <w:r>
        <w:t>42. Когда наступил день, Иисус вышел и ушёл в безлюдное место. Народ искал Его, пришёл к Нему и старался удержать, чтобы Он не уходил.</w:t>
      </w:r>
    </w:p>
    <w:p>
      <w:r>
        <w:t>43. Но Он сказал: «Мне нужно благовествовать о Царстве Божьем и другим городам, потому что для этого Я послан».</w:t>
      </w:r>
    </w:p>
    <w:p>
      <w:r>
        <w:t>44. И Он проповедовал в синагогах Иудеи.</w:t>
      </w:r>
    </w:p>
    <w:p>
      <w:pPr>
        <w:pStyle w:val="Heading2"/>
      </w:pPr>
      <w:r>
        <w:t>Глава 5</w:t>
      </w:r>
    </w:p>
    <w:p>
      <w:r>
        <w:t>1. Однажды, когда народ теснился вокруг Иисуса, чтобы слушать слово Божье, Он стоял у озера Геннисарет.</w:t>
      </w:r>
    </w:p>
    <w:p>
      <w:r>
        <w:t>2. Он увидел у берега две лодки. Рыбаки вышли из них и промывали сети.</w:t>
      </w:r>
    </w:p>
    <w:p>
      <w:r>
        <w:t>3. Войдя в одну из лодок, принадлежавшую Симону, Иисус попросил его немного отплыть от берега. Он сел и стал учить народ из лодки.</w:t>
      </w:r>
    </w:p>
    <w:p>
      <w:r>
        <w:t>4. Когда закончил говорить, сказал Симону: «Отплыви на глубину и закиньте сети для улова».</w:t>
      </w:r>
    </w:p>
    <w:p>
      <w:r>
        <w:t>5. Симон ответил: «Наставник, мы трудились всю ночь и ничего не поймали. Но по Твоему слову закину сети».</w:t>
      </w:r>
    </w:p>
    <w:p>
      <w:r>
        <w:t>6. Сделав это, они поймали столько рыбы, что сети начали рваться.</w:t>
      </w:r>
    </w:p>
    <w:p>
      <w:r>
        <w:t>7. Они подали знак товарищам в другой лодке, чтобы те пришли помочь. Те пришли, и обе лодки наполнились так, что стали погружаться.</w:t>
      </w:r>
    </w:p>
    <w:p>
      <w:r>
        <w:t>8. Увидев это, Симон Пётр пал к коленям Иисуса и сказал: «Господи, уйди от меня, потому что я грешный человек».</w:t>
      </w:r>
    </w:p>
    <w:p>
      <w:r>
        <w:t>9. Потому что его и всех бывших с ним охватило изумление от улова, который они поймали,</w:t>
      </w:r>
    </w:p>
    <w:p>
      <w:r>
        <w:t>10. так же Иакова и Иоанна, сыновей Зеведея, товарищей Симона. Иисус сказал Симону: «Не бойся. Отныне ты будешь ловить людей».</w:t>
      </w:r>
    </w:p>
    <w:p>
      <w:r>
        <w:t>11. Вытащив лодки на берег, они оставили всё и последовали за Ним.</w:t>
      </w:r>
    </w:p>
    <w:p>
      <w:r>
        <w:t>12. Когда Иисус был в одном из городов, к Нему подошёл человек, покрытый проказой. Увидев Иисуса, он пал лицом вниз и попросил: «Господи, если Ты захочешь, Ты можешь меня очистить».</w:t>
      </w:r>
    </w:p>
    <w:p>
      <w:r>
        <w:t>13. Иисус протянул руку, коснулся его и сказал: «Хочу. Очистись!» И проказа сразу сошла с него.</w:t>
      </w:r>
    </w:p>
    <w:p>
      <w:r>
        <w:t>14. Он велел ему никому не рассказывать, а пойти, показаться священнику и принести за очищение то, что повелел Моисей, — им во свидетельство.</w:t>
      </w:r>
    </w:p>
    <w:p>
      <w:r>
        <w:t>15. Но слух об Иисусе распространялся всё больше, и большие толпы собирались слушать Его и получать исцеление от болезней.</w:t>
      </w:r>
    </w:p>
    <w:p>
      <w:r>
        <w:t>16. А Он уходил в безлюдные места и молился.</w:t>
      </w:r>
    </w:p>
    <w:p>
      <w:r>
        <w:t>17. Однажды, когда Он учил, рядом сидели фарисеи и учителя Закона, пришедшие из всех селений Галилеи и Иудеи и из Иерусалима. И сила Господа была с Ним, чтобы исцелять.</w:t>
      </w:r>
    </w:p>
    <w:p>
      <w:r>
        <w:t>18. И вот, люди принесли на постели парализованного и пытались внести его и положить перед Иисусом.</w:t>
      </w:r>
    </w:p>
    <w:p>
      <w:r>
        <w:t>19. Не найдя, как пронести его из-за толпы, они поднялись на крышу и через кровлю спустили его вместе с постелью прямо перед Иисусом.</w:t>
      </w:r>
    </w:p>
    <w:p>
      <w:r>
        <w:t>20. Увидев их веру, Он сказал: «Человек, твои грехи прощены».</w:t>
      </w:r>
    </w:p>
    <w:p>
      <w:r>
        <w:t>21. Книжники и фарисеи стали рассуждать: «Кто Он такой, что говорит богохульство? Кто может прощать грехи, кроме одного Бога?»</w:t>
      </w:r>
    </w:p>
    <w:p>
      <w:r>
        <w:t>22. Иисус понял их рассуждения и сказал: «О чём вы размышляете в своих сердцах?</w:t>
      </w:r>
    </w:p>
    <w:p>
      <w:r>
        <w:t>23. Что легче сказать: “Твои грехи прощены” — или: “Встань и ходи”?</w:t>
      </w:r>
    </w:p>
    <w:p>
      <w:r>
        <w:t>24. Но чтобы вы знали, что Сын Человеческий имеет на земле власть прощать грехи…» — Он сказал парализованному: «Тебе говорю: встань, возьми свою постель и иди домой».</w:t>
      </w:r>
    </w:p>
    <w:p>
      <w:r>
        <w:t>25. Тот сразу встал перед ними, взял то, на чём лежал, и пошёл домой, прославляя Бога.</w:t>
      </w:r>
    </w:p>
    <w:p>
      <w:r>
        <w:t>26. Всех охватило изумление, и они прославляли Бога. Наполненные страхом, говорили: «Сегодня мы увидели невероятное!»</w:t>
      </w:r>
    </w:p>
    <w:p>
      <w:r>
        <w:t>27. После этого Иисус вышел и увидел сборщика пошлин по имени Левий, сидевшего у места сбора пошлин. Он сказал ему: «Следуй за Мной».</w:t>
      </w:r>
    </w:p>
    <w:p>
      <w:r>
        <w:t>28. Оставив всё, Левий встал и последовал за Ним.</w:t>
      </w:r>
    </w:p>
    <w:p>
      <w:r>
        <w:t>29. Левий устроил для Него большой пир в своём доме. Вместе с ними возлежало много сборщиков пошлин и других людей.</w:t>
      </w:r>
    </w:p>
    <w:p>
      <w:r>
        <w:t>30. Фарисеи и их книжники роптали на учеников Иисуса: «Почему вы едите и пьёте со сборщиками пошлин и грешниками?»</w:t>
      </w:r>
    </w:p>
    <w:p>
      <w:r>
        <w:t>31. Иисус ответил: «Не здоровым нужен врач, а больным.</w:t>
      </w:r>
    </w:p>
    <w:p>
      <w:r>
        <w:t>32. Я пришёл призвать не праведных, а грешников к покаянию».</w:t>
      </w:r>
    </w:p>
    <w:p>
      <w:r>
        <w:t>33. Они сказали Ему: «Ученики Иоанна часто постятся и молятся, так же и ученики фарисеев, а Твои едят и пьют».</w:t>
      </w:r>
    </w:p>
    <w:p>
      <w:r>
        <w:t>34. Иисус ответил: «Можете ли вы заставить гостей на свадьбе поститься, пока жених с ними?</w:t>
      </w:r>
    </w:p>
    <w:p>
      <w:r>
        <w:t>35. Но придут дни, когда жениха у них отнимут; тогда, в те дни, они будут поститься».</w:t>
      </w:r>
    </w:p>
    <w:p>
      <w:r>
        <w:t>36. Он рассказал им и притчу: «Никто не отрывает кусок от новой одежды, чтобы пришить к старой. Иначе и новую порвёт, и к старой не подойдёт заплата от новой.</w:t>
      </w:r>
    </w:p>
    <w:p>
      <w:r>
        <w:t>37. И никто не наливает молодое вино в старые мехи. Иначе молодое вино разорвёт мехи, само вытечет, а мехи пропадут.</w:t>
      </w:r>
    </w:p>
    <w:p>
      <w:r>
        <w:t>38. Молодое вино нужно наливать в новые мехи.</w:t>
      </w:r>
    </w:p>
    <w:p>
      <w:r>
        <w:t>39. И никто, выпив старого вина, не хочет молодого, потому что говорит: “Старое хорошее”».</w:t>
      </w:r>
    </w:p>
    <w:p>
      <w:pPr>
        <w:pStyle w:val="Heading2"/>
      </w:pPr>
      <w:r>
        <w:t>Глава 6</w:t>
      </w:r>
    </w:p>
    <w:p>
      <w:r>
        <w:t>1. Однажды в субботу Иисус проходил через засеянные поля. Его ученики срывали колосья, растирали их руками и ели.</w:t>
      </w:r>
    </w:p>
    <w:p>
      <w:r>
        <w:t>2. Некоторые фарисеи спросили: «Почему вы делаете в субботу то, чего нельзя делать?»</w:t>
      </w:r>
    </w:p>
    <w:p>
      <w:r>
        <w:t>3. Иисус ответил: «Разве вы не читали, что сделал Давид, когда проголодался он и бывшие с ним?</w:t>
      </w:r>
    </w:p>
    <w:p>
      <w:r>
        <w:t>4. Как он вошёл в дом Бога, взял хлебы предложения, ел их и дал своим спутникам, хотя есть их позволено только священникам?»</w:t>
      </w:r>
    </w:p>
    <w:p>
      <w:r>
        <w:t>5. И сказал им: «Сын Человеческий — Господин субботы».</w:t>
      </w:r>
    </w:p>
    <w:p>
      <w:r>
        <w:t>6. В другую субботу Он вошёл в синагогу и стал учить. Там был человек, у которого правая рука была иссохшей.</w:t>
      </w:r>
    </w:p>
    <w:p>
      <w:r>
        <w:t>7. Книжники и фарисеи наблюдали за Иисусом, исцелит ли Он в субботу, чтобы найти повод обвинить Его.</w:t>
      </w:r>
    </w:p>
    <w:p>
      <w:r>
        <w:t>8. Но Он знал их мысли и сказал человеку с иссохшей рукой: «Встань и выйди на середину». Тот встал.</w:t>
      </w:r>
    </w:p>
    <w:p>
      <w:r>
        <w:t>9. Иисус сказал им: «Я спрашиваю вас: что позволено в субботу — делать добро или зло, спасти жизнь или погубить?»</w:t>
      </w:r>
    </w:p>
    <w:p>
      <w:r>
        <w:t>10. Оглядев всех, Он сказал человеку: «Протяни руку». Тот сделал это, и рука восстановилась.</w:t>
      </w:r>
    </w:p>
    <w:p>
      <w:r>
        <w:t>11. А они пришли в ярость и стали обсуждать между собой, что сделать с Иисусом.</w:t>
      </w:r>
    </w:p>
    <w:p>
      <w:r>
        <w:t>12. В те дни Иисус поднялся на гору молиться и провёл всю ночь в молитве Богу.</w:t>
      </w:r>
    </w:p>
    <w:p>
      <w:r>
        <w:t>13. Когда наступил день, Он позвал учеников и выбрал из них двенадцать, которых назвал апостолами:</w:t>
      </w:r>
    </w:p>
    <w:p>
      <w:r>
        <w:t>14. Симона, которого назвал Петром, Андрея, его брата, Иакова, Иоанна, Филиппа, Варфоломея,</w:t>
      </w:r>
    </w:p>
    <w:p>
      <w:r>
        <w:t>15. Матфея, Фому, Иакова, сына Алфея, Симона, называемого Зилотом,</w:t>
      </w:r>
    </w:p>
    <w:p>
      <w:r>
        <w:t>16. Иуду, сына Иакова, и Иуду Искариота, ставшего предателем.</w:t>
      </w:r>
    </w:p>
    <w:p>
      <w:r>
        <w:t>17. Спустившись с ними, Иисус остановился на ровном месте. Там было множество Его учеников и огромное число людей со всей Иудеи, из Иерусалима и приморских областей Тира и Сидона.</w:t>
      </w:r>
    </w:p>
    <w:p>
      <w:r>
        <w:t>18. Они пришли послушать Его и исцелиться от болезней. Исцелялись и мучимые нечистыми духами.</w:t>
      </w:r>
    </w:p>
    <w:p>
      <w:r>
        <w:t>19. Весь народ старался прикоснуться к Нему, потому что от Него исходила сила и исцеляла всех.</w:t>
      </w:r>
    </w:p>
    <w:p>
      <w:r>
        <w:t>20. Подняв глаза на учеников, Он сказал: «Блаженны вы, бедные, потому что ваше Царство Божье.</w:t>
      </w:r>
    </w:p>
    <w:p>
      <w:r>
        <w:t>21. Блаженны вы, голодные сейчас, потому что насытитесь. Блаженны вы, плачущие сейчас, потому что будете смеяться.</w:t>
      </w:r>
    </w:p>
    <w:p>
      <w:r>
        <w:t>22. Блаженны вы, когда люди будут ненавидеть вас, отвергать, оскорблять и считать ваше имя позорным из-за Сына Человеческого.</w:t>
      </w:r>
    </w:p>
    <w:p>
      <w:r>
        <w:t>23. Радуйтесь в тот день и ликуйте, потому что велика ваша награда на небе. Так же их отцы поступали с пророками.</w:t>
      </w:r>
    </w:p>
    <w:p>
      <w:r>
        <w:t>24. Но горе вам, богатые, потому что вы уже получили своё утешение.</w:t>
      </w:r>
    </w:p>
    <w:p>
      <w:r>
        <w:t>25. Горе вам, сытые сейчас, потому что будете голодать. Горе вам, смеющиеся сейчас, потому что будете скорбеть и плакать.</w:t>
      </w:r>
    </w:p>
    <w:p>
      <w:r>
        <w:t>26. Горе вам, когда все люди говорят о вас хорошо, потому что так же их отцы поступали с лжепророками.</w:t>
      </w:r>
    </w:p>
    <w:p>
      <w:r>
        <w:t>27. Но вам, слушающим, говорю: любите своих врагов, делайте добро ненавидящим вас,</w:t>
      </w:r>
    </w:p>
    <w:p>
      <w:r>
        <w:t>28. благословляйте проклинающих вас, молитесь за оскорбляющих вас.</w:t>
      </w:r>
    </w:p>
    <w:p>
      <w:r>
        <w:t>29. Тому, кто ударит тебя по щеке, подставь и другую; и у того, кто забирает у тебя верхнюю одежду, не удерживай и рубаху.</w:t>
      </w:r>
    </w:p>
    <w:p>
      <w:r>
        <w:t>30. Всякому просящему у тебя давай, и от взявшего твоё не требуй обратно.</w:t>
      </w:r>
    </w:p>
    <w:p>
      <w:r>
        <w:t>31. Как хотите, чтобы люди поступали с вами, так и вы поступайте с ними.</w:t>
      </w:r>
    </w:p>
    <w:p>
      <w:r>
        <w:t>32. Если любите любящих вас, какая вам за это благодарность? Даже грешники любят тех, кто любит их.</w:t>
      </w:r>
    </w:p>
    <w:p>
      <w:r>
        <w:t>33. Если делаете добро тем, кто делает добро вам, какая вам за это благодарность? И грешники делают то же.</w:t>
      </w:r>
    </w:p>
    <w:p>
      <w:r>
        <w:t>34. Если даёте взаймы тем, от кого надеетесь получить обратно, какая вам благодарность? И грешники дают грешникам, чтобы получить столько же.</w:t>
      </w:r>
    </w:p>
    <w:p>
      <w:r>
        <w:t>35. Но любите врагов, делайте добро и давайте взаймы, ничего не ожидая взамен. Тогда велика будет ваша награда, и вы будете сынами Всевышнего, потому что Он добр к неблагодарным и злым.</w:t>
      </w:r>
    </w:p>
    <w:p>
      <w:r>
        <w:t>36. Будьте милосердны, как милосерден ваш Отец.</w:t>
      </w:r>
    </w:p>
    <w:p>
      <w:r>
        <w:t>37. Не судите — и не будете судимы; не осуждайте — и не будете осуждены; прощайте — и будете прощены.</w:t>
      </w:r>
    </w:p>
    <w:p>
      <w:r>
        <w:t>38. Давайте — и вам будет дано: хорошую меру, утрясённую, утрамбованную и переполненную, насыплют вам. Какой мерой меряете, такой отмерят вам».</w:t>
      </w:r>
    </w:p>
    <w:p>
      <w:r>
        <w:t>39. Он рассказал им и притчу: «Может ли слепой вести слепого? Разве оба не упадут в яму?</w:t>
      </w:r>
    </w:p>
    <w:p>
      <w:r>
        <w:t>40. Ученик не выше учителя, но каждый, завершив обучение, будет как его учитель.</w:t>
      </w:r>
    </w:p>
    <w:p>
      <w:r>
        <w:t>41. Почему ты замечаешь соринку в глазу брата, а бревна в собственном глазу не замечаешь?</w:t>
      </w:r>
    </w:p>
    <w:p>
      <w:r>
        <w:t>42. Как можешь сказать брату: “Брат, дай я выну соринку из твоего глаза”, когда сам не видишь бревна в своём? Лицемер! Сначала убери бревно из своего глаза, тогда ясно увидишь, как помочь брату с соринкой.</w:t>
      </w:r>
    </w:p>
    <w:p>
      <w:r>
        <w:t>43. Нет хорошего дерева, приносящего плохой плод, и плохого дерева, приносящего хороший.</w:t>
      </w:r>
    </w:p>
    <w:p>
      <w:r>
        <w:t>44. Каждое дерево узнаётся по плоду. Не собирают инжир с терновника и виноград с колючего кустарника.</w:t>
      </w:r>
    </w:p>
    <w:p>
      <w:r>
        <w:t>45. Добрый человек из доброго сокровища сердца выносит добро, а злой из злого выносит зло. Потому что уста говорят из того, чем наполнено сердце.</w:t>
      </w:r>
    </w:p>
    <w:p>
      <w:r>
        <w:t>46. Почему вы зовёте Меня: “Господи! Господи!” — и не делаете того, что Я говорю?</w:t>
      </w:r>
    </w:p>
    <w:p>
      <w:r>
        <w:t>47. Всякий, кто приходит ко Мне, слышит Мои слова и исполняет их, — покажу вам, кому он подобен.</w:t>
      </w:r>
    </w:p>
    <w:p>
      <w:r>
        <w:t>48. Он подобен человеку, строившему дом: тот углубился, выкопал фундамент и положил его на скале. Когда пришло наводнение, поток обрушился на дом, но не смог поколебать его, потому что он был хорошо построен.</w:t>
      </w:r>
    </w:p>
    <w:p>
      <w:r>
        <w:t>49. А слышащий и не исполняющий подобен человеку, построившему дом прямо на земле, без фундамента. Поток обрушился на него, дом сразу рухнул, и разрушение его было велико».</w:t>
      </w:r>
    </w:p>
    <w:p>
      <w:pPr>
        <w:pStyle w:val="Heading2"/>
      </w:pPr>
      <w:r>
        <w:t>Глава 7</w:t>
      </w:r>
    </w:p>
    <w:p>
      <w:r>
        <w:t>1. Когда Иисус закончил говорить народу, Он вошёл в Капернаум.</w:t>
      </w:r>
    </w:p>
    <w:p>
      <w:r>
        <w:t>2. У одного сотника был слуга, которым он дорожил; слуга тяжело заболел и был при смерти.</w:t>
      </w:r>
    </w:p>
    <w:p>
      <w:r>
        <w:t>3. Услышав об Иисусе, сотник послал к Нему иудейских старейшин попросить, чтобы Он пришёл и спас его слугу.</w:t>
      </w:r>
    </w:p>
    <w:p>
      <w:r>
        <w:t>4. Они пришли к Иисусу и настойчиво просили: «Он достоин, чтобы Ты это сделал для него,</w:t>
      </w:r>
    </w:p>
    <w:p>
      <w:r>
        <w:t>5. потому что любит наш народ и сам построил для нас синагогу».</w:t>
      </w:r>
    </w:p>
    <w:p>
      <w:r>
        <w:t>6. Иисус пошёл с ними. Когда Он был уже недалеко от дома, сотник послал друзей сказать: «Господи, не утруждай Себя, потому что я недостоин, чтобы Ты вошёл под мою крышу.</w:t>
      </w:r>
    </w:p>
    <w:p>
      <w:r>
        <w:t>7. Поэтому я и себя не счёл достойным прийти к Тебе. Но скажи слово — и мой слуга исцелится.</w:t>
      </w:r>
    </w:p>
    <w:p>
      <w:r>
        <w:t>8. Ведь и я человек под властью, и у меня есть подчинённые воины. Одному говорю: “Иди”, и он идёт; другому: “Приди”, и приходит; слуге: “Сделай это”, и он делает».</w:t>
      </w:r>
    </w:p>
    <w:p>
      <w:r>
        <w:t>9. Услышав это, Иисус удивился ему, повернулся к шедшему за Ним народу и сказал: «Говорю вам: даже в Израиле Я не нашёл такой веры».</w:t>
      </w:r>
    </w:p>
    <w:p>
      <w:r>
        <w:t>10. Вернувшись в дом, посланные нашли слугу здоровым.</w:t>
      </w:r>
    </w:p>
    <w:p>
      <w:r>
        <w:t>11. Вскоре после этого Иисус пошёл в город Наин; с Ним шли Его ученики и большая толпа.</w:t>
      </w:r>
    </w:p>
    <w:p>
      <w:r>
        <w:t>12. Когда Он приблизился к городским воротам, выносили умершего — единственного сына у матери, которая была вдовой. С ней шло много людей из города.</w:t>
      </w:r>
    </w:p>
    <w:p>
      <w:r>
        <w:t>13. Увидев её, Господь сжалился и сказал: «Не плачь».</w:t>
      </w:r>
    </w:p>
    <w:p>
      <w:r>
        <w:t>14. Он подошёл и коснулся носилок; несущие остановились. Иисус сказал: «Юноша, тебе говорю: встань!»</w:t>
      </w:r>
    </w:p>
    <w:p>
      <w:r>
        <w:t>15. Умерший сел и начал говорить. Иисус отдал его матери.</w:t>
      </w:r>
    </w:p>
    <w:p>
      <w:r>
        <w:t>16. Всех охватил страх, и они прославляли Бога: «Великий пророк восстал среди нас!» и: «Бог посетил Свой народ!»</w:t>
      </w:r>
    </w:p>
    <w:p>
      <w:r>
        <w:t>17. Эта весть об Иисусе распространилась по всей Иудее и всей окрестности.</w:t>
      </w:r>
    </w:p>
    <w:p>
      <w:r>
        <w:t>18. Ученики Иоанна рассказали ему обо всём этом. Тогда Иоанн позвал двоих из них</w:t>
      </w:r>
    </w:p>
    <w:p>
      <w:r>
        <w:t>19. и послал к Господу спросить: «Ты — Тот, Кто должен прийти, или нам ожидать другого?»</w:t>
      </w:r>
    </w:p>
    <w:p>
      <w:r>
        <w:t>20. Придя к Иисусу, они сказали: «Иоанн Креститель послал нас спросить: “Ты — Тот, Кто должен прийти, или нам ожидать другого?”»</w:t>
      </w:r>
    </w:p>
    <w:p>
      <w:r>
        <w:t>21. В тот час Иисус исцелил многих от болезней, страданий и злых духов и многим слепым даровал зрение.</w:t>
      </w:r>
    </w:p>
    <w:p>
      <w:r>
        <w:t>22. Он ответил: «Пойдите и расскажите Иоанну, что увидели и услышали: слепые видят, хромые ходят, прокажённые очищаются, глухие слышат, мёртвые воскресают, бедным благовествуется.</w:t>
      </w:r>
    </w:p>
    <w:p>
      <w:r>
        <w:t>23. И блажен тот, кто не споткнётся из-за Меня».</w:t>
      </w:r>
    </w:p>
    <w:p>
      <w:r>
        <w:t>24. Когда посланные Иоанна ушли, Иисус начал говорить народу об Иоанне: «Что вы ходили смотреть в пустыню? Тростник, колеблемый ветром?</w:t>
      </w:r>
    </w:p>
    <w:p>
      <w:r>
        <w:t>25. Что же вы ходили смотреть? Человека в мягкой одежде? Но носящие роскошную одежду и живущие в удовольствиях находятся во дворцах.</w:t>
      </w:r>
    </w:p>
    <w:p>
      <w:r>
        <w:t>26. Так что же вы ходили смотреть? Пророка? Да, говорю вам, и больше пророка.</w:t>
      </w:r>
    </w:p>
    <w:p>
      <w:r>
        <w:t>27. Это тот, о ком написано: “Вот, Я посылаю Моего вестника перед Тобой; он приготовит Тебе путь”.</w:t>
      </w:r>
    </w:p>
    <w:p>
      <w:r>
        <w:t>28. Говорю вам: среди рождённых женщинами нет никого больше Иоанна; но наименьший в Царстве Божьем больше него.</w:t>
      </w:r>
    </w:p>
    <w:p>
      <w:r>
        <w:t>29. Весь народ и сборщики пошлин, услышав Иоанна, признали Бога праведным, приняв крещение Иоанна.</w:t>
      </w:r>
    </w:p>
    <w:p>
      <w:r>
        <w:t>30. А фарисеи и знатоки Закона отвергли Божий замысел о себе, не приняв его крещения.</w:t>
      </w:r>
    </w:p>
    <w:p>
      <w:r>
        <w:t>31. С кем сравнить людей этого поколения? На кого они похожи?</w:t>
      </w:r>
    </w:p>
    <w:p>
      <w:r>
        <w:t>32. Они похожи на детей, сидящих на площади и кричащих друг другу: “Мы играли вам на свирели, а вы не танцевали; пели печальную песню, а вы не плакали”.</w:t>
      </w:r>
    </w:p>
    <w:p>
      <w:r>
        <w:t>33. Пришёл Иоанн Креститель: не ест хлеба и не пьёт вина — и вы говорите: “В нём демон”.</w:t>
      </w:r>
    </w:p>
    <w:p>
      <w:r>
        <w:t>34. Пришёл Сын Человеческий: ест и пьёт — и вы говорите: “Вот обжора и пьяница, друг сборщиков пошлин и грешников”.</w:t>
      </w:r>
    </w:p>
    <w:p>
      <w:r>
        <w:t>35. Но мудрость оправдывается всеми своими детьми».</w:t>
      </w:r>
    </w:p>
    <w:p>
      <w:r>
        <w:t>36. Один из фарисеев пригласил Иисуса поесть с ним. Он вошёл в дом фарисея и возлёг за столом.</w:t>
      </w:r>
    </w:p>
    <w:p>
      <w:r>
        <w:t>37. И вот, женщина из этого города, известная как грешница, узнав, что Иисус находится за столом в доме фарисея, принесла алебастровый сосуд с ароматическим маслом.</w:t>
      </w:r>
    </w:p>
    <w:p>
      <w:r>
        <w:t>38. Она встала позади у Его ног, плача, и слезами омочила Его ноги, вытирала их своими волосами, целовала Его ноги и помазывала маслом.</w:t>
      </w:r>
    </w:p>
    <w:p>
      <w:r>
        <w:t>39. Увидев это, фарисей, пригласивший Его, подумал: «Если бы Он был пророком, знал бы, кто и какая женщина касается Его, ведь она грешница».</w:t>
      </w:r>
    </w:p>
    <w:p>
      <w:r>
        <w:t>40. Иисус сказал ему: «Симон, Мне нужно тебе кое-что сказать». Тот ответил: «Скажи, Учитель».</w:t>
      </w:r>
    </w:p>
    <w:p>
      <w:r>
        <w:t>41. «У одного заимодавца было два должника: один был должен пятьсот динариев, другой — пятьдесят.</w:t>
      </w:r>
    </w:p>
    <w:p>
      <w:r>
        <w:t>42. Поскольку им нечем было платить, он простил долг обоим. Кто из них будет любить его больше?»</w:t>
      </w:r>
    </w:p>
    <w:p>
      <w:r>
        <w:t>43. Симон ответил: «Думаю, тот, кому он простил больше». Иисус сказал: «Ты правильно рассудил».</w:t>
      </w:r>
    </w:p>
    <w:p>
      <w:r>
        <w:t>44. Повернувшись к женщине, Он сказал Симону: «Видишь эту женщину? Я вошёл в твой дом, и ты не дал Мне воды для ног; она же омочила Мои ноги слезами и вытерла своими волосами.</w:t>
      </w:r>
    </w:p>
    <w:p>
      <w:r>
        <w:t>45. Ты не приветствовал Меня поцелуем; она же с тех пор, как Я вошёл, не перестаёт целовать Мои ноги.</w:t>
      </w:r>
    </w:p>
    <w:p>
      <w:r>
        <w:t>46. Ты не помазал Моей головы маслом; она же помазала ароматическим маслом Мои ноги.</w:t>
      </w:r>
    </w:p>
    <w:p>
      <w:r>
        <w:t>47. Поэтому говорю тебе: её многочисленные грехи прощены — и потому она проявила большую любовь. А кому мало прощено, тот мало любит».</w:t>
      </w:r>
    </w:p>
    <w:p>
      <w:r>
        <w:t>48. Затем сказал женщине: «Твои грехи прощены».</w:t>
      </w:r>
    </w:p>
    <w:p>
      <w:r>
        <w:t>49. Возлежавшие с Ним стали говорить между собой: «Кто Он такой, что даже грехи прощает?»</w:t>
      </w:r>
    </w:p>
    <w:p>
      <w:r>
        <w:t>50. Но Иисус сказал женщине: «Твоя вера спасла тебя. Иди с миром».</w:t>
      </w:r>
    </w:p>
    <w:p>
      <w:pPr>
        <w:pStyle w:val="Heading2"/>
      </w:pPr>
      <w:r>
        <w:t>Глава 8</w:t>
      </w:r>
    </w:p>
    <w:p>
      <w:r>
        <w:t>1. После этого Иисус проходил по городам и селениям, проповедуя и благовествуя о Царстве Божьем. С Ним были двенадцать</w:t>
      </w:r>
    </w:p>
    <w:p>
      <w:r>
        <w:t>2. и некоторые женщины, исцелённые от злых духов и болезней: Мария, называемая Магдалиной, из которой вышли семь демонов,</w:t>
      </w:r>
    </w:p>
    <w:p>
      <w:r>
        <w:t>3. Иоанна, жена Хузы, управляющего Ирода, Сусанна и многие другие, которые служили им своим имуществом.</w:t>
      </w:r>
    </w:p>
    <w:p>
      <w:r>
        <w:t>4. Когда собралась большая толпа и к Иисусу приходили люди из разных городов, Он рассказал притчу:</w:t>
      </w:r>
    </w:p>
    <w:p>
      <w:r>
        <w:t>5. «Вышел сеятель сеять семя. Когда он сеял, одно упало у дороги, было вытоптано, и небесные птицы склевали его.</w:t>
      </w:r>
    </w:p>
    <w:p>
      <w:r>
        <w:t>6. Другое упало на камень, взошло и засохло, потому что ему не хватило влаги.</w:t>
      </w:r>
    </w:p>
    <w:p>
      <w:r>
        <w:t>7. Другое упало среди терновника; терновник вырос вместе с ним и заглушил его.</w:t>
      </w:r>
    </w:p>
    <w:p>
      <w:r>
        <w:t>8. А другое упало на хорошую землю, выросло и принесло плод во сто раз». Сказав это, Он громко добавил: «У кого есть уши слышать — пусть слышит».</w:t>
      </w:r>
    </w:p>
    <w:p>
      <w:r>
        <w:t>9. Ученики спросили Его, что означает эта притча.</w:t>
      </w:r>
    </w:p>
    <w:p>
      <w:r>
        <w:t>10. Он ответил: «Вам дано знать тайны Царства Божьего, а остальным всё даётся в притчах, чтобы они, глядя, не видели и, слушая, не понимали.</w:t>
      </w:r>
    </w:p>
    <w:p>
      <w:r>
        <w:t>11. Вот смысл притчи: семя — слово Божье.</w:t>
      </w:r>
    </w:p>
    <w:p>
      <w:r>
        <w:t>12. Посеянное у дороги — это слышащие; затем приходит дьявол и забирает слово из их сердца, чтобы они не поверили и не были спасены.</w:t>
      </w:r>
    </w:p>
    <w:p>
      <w:r>
        <w:t>13. Посеянное на камне — те, кто, услышав, с радостью принимают слово, но не имеют корня: некоторое время верят, а во время испытания отпадают.</w:t>
      </w:r>
    </w:p>
    <w:p>
      <w:r>
        <w:t>14. Упавшее среди терновника — те, кто услышал, но затем заботы, богатство и удовольствия жизни заглушают их, и плод не созревает.</w:t>
      </w:r>
    </w:p>
    <w:p>
      <w:r>
        <w:t>15. А посеянное на хорошей земле — те, кто, услышав слово, держат его в добром и искреннем сердце и приносят плод с терпением.</w:t>
      </w:r>
    </w:p>
    <w:p>
      <w:r>
        <w:t>16. Никто, зажегши светильник, не накрывает его сосудом и не ставит под кровать; его ставят на подставку, чтобы входящие видели свет.</w:t>
      </w:r>
    </w:p>
    <w:p>
      <w:r>
        <w:t>17. Нет ничего скрытого, что не станет явным, и тайного, что не станет известным и не выйдет наружу.</w:t>
      </w:r>
    </w:p>
    <w:p>
      <w:r>
        <w:t>18. Поэтому смотрите, как вы слушаете. У кого есть, тому будет дано; а у кого нет, у того будет отнято даже то, что он думает иметь».</w:t>
      </w:r>
    </w:p>
    <w:p>
      <w:r>
        <w:t>19. К Нему пришли Его мать и братья, но не могли подойти из-за толпы.</w:t>
      </w:r>
    </w:p>
    <w:p>
      <w:r>
        <w:t>20. Ему сообщили: «Твоя мать и Твои братья стоят снаружи и хотят Тебя увидеть».</w:t>
      </w:r>
    </w:p>
    <w:p>
      <w:r>
        <w:t>21. Но Он ответил: «Моя мать и Мои братья — те, кто слышит слово Божье и исполняет его».</w:t>
      </w:r>
    </w:p>
    <w:p>
      <w:r>
        <w:t>22. Однажды Иисус вошёл в лодку с учениками и сказал им: «Переправимся на другую сторону озера». И они отплыли.</w:t>
      </w:r>
    </w:p>
    <w:p>
      <w:r>
        <w:t>23. Пока они плыли, Он уснул. На озеро обрушился сильный ветер, лодку стало заливать, и они оказались в опасности.</w:t>
      </w:r>
    </w:p>
    <w:p>
      <w:r>
        <w:t>24. Ученики подошли и разбудили Его: «Наставник! Наставник! Мы погибаем!» Он встал, строго приказал ветру и волнам; они утихли, и наступила тишина.</w:t>
      </w:r>
    </w:p>
    <w:p>
      <w:r>
        <w:t>25. Он спросил: «Где ваша вера?» А они в страхе и изумлении говорили друг другу: «Кто же Он такой, что приказывает даже ветрам и воде, и они повинуются Ему?»</w:t>
      </w:r>
    </w:p>
    <w:p>
      <w:r>
        <w:t>26. Они приплыли в область Герасин, напротив Галилеи.</w:t>
      </w:r>
    </w:p>
    <w:p>
      <w:r>
        <w:t>27. Когда Иисус вышел на берег, Ему навстречу вышел мужчина из города, в котором были демоны. Долгое время он не носил одежды и жил не в доме, а среди гробниц.</w:t>
      </w:r>
    </w:p>
    <w:p>
      <w:r>
        <w:t>28. Увидев Иисуса, он закричал, упал перед Ним и громко сказал: «Что Тебе до меня, Иисус, Сын Всевышнего Бога? Прошу Тебя, не мучь меня!»</w:t>
      </w:r>
    </w:p>
    <w:p>
      <w:r>
        <w:t>29. Потому что Иисус приказывал нечистому духу выйти из человека. Дух много раз овладевал им; его связывали и стерегли, но он разрывал путы и был гоним демоном в безлюдные места.</w:t>
      </w:r>
    </w:p>
    <w:p>
      <w:r>
        <w:t>30. Иисус спросил: «Как тебя зовут?» Тот ответил: «Легион», потому что в него вошло много демонов.</w:t>
      </w:r>
    </w:p>
    <w:p>
      <w:r>
        <w:t>31. Они просили Иисуса не приказывать им уходить в бездну.</w:t>
      </w:r>
    </w:p>
    <w:p>
      <w:r>
        <w:t>32. На горе паслось большое стадо свиней. Демоны просили разрешить им войти в свиней, и Он позволил.</w:t>
      </w:r>
    </w:p>
    <w:p>
      <w:r>
        <w:t>33. Демоны вышли из человека и вошли в свиней; стадо бросилось по склону в озеро и утонуло.</w:t>
      </w:r>
    </w:p>
    <w:p>
      <w:r>
        <w:t>34. Пастухи, увидев произошедшее, убежали и рассказали в городе и селениях.</w:t>
      </w:r>
    </w:p>
    <w:p>
      <w:r>
        <w:t>35. Люди вышли посмотреть, что произошло, пришли к Иисусу и нашли человека, из которого вышли демоны, сидящим у ног Иисуса, одетым и в здравом уме. Они испугались.</w:t>
      </w:r>
    </w:p>
    <w:p>
      <w:r>
        <w:t>36. Очевидцы рассказали им, как был спасён одержимый.</w:t>
      </w:r>
    </w:p>
    <w:p>
      <w:r>
        <w:t>37. Тогда все жители окрестности Герасин попросили Иисуса уйти от них, потому что их охватил сильный страх. Он вошёл в лодку и отплыл.</w:t>
      </w:r>
    </w:p>
    <w:p>
      <w:r>
        <w:t>38. Человек, из которого вышли демоны, просил позволить ему остаться с Иисусом, но Он отпустил его, сказав:</w:t>
      </w:r>
    </w:p>
    <w:p>
      <w:r>
        <w:t>39. «Вернись домой и рассказывай, сколько сделал для тебя Бог». Тот ушёл и по всему городу рассказывал, сколько сделал для него Иисус.</w:t>
      </w:r>
    </w:p>
    <w:p>
      <w:r>
        <w:t>40. Когда Иисус вернулся, народ встретил Его, потому что все ждали Его.</w:t>
      </w:r>
    </w:p>
    <w:p>
      <w:r>
        <w:t>41. И вот, пришёл человек по имени Иаир, начальник синагоги. Он упал к ногам Иисуса и просил войти в его дом,</w:t>
      </w:r>
    </w:p>
    <w:p>
      <w:r>
        <w:t>42. потому что у него была единственная дочь, лет двенадцати, и она умирала. Пока Иисус шёл, толпы теснили Его.</w:t>
      </w:r>
    </w:p>
    <w:p>
      <w:r>
        <w:t>43. Там была женщина, двенадцать лет страдавшая кровотечением. Она потратила на врачей всё, что имела, но никто не смог её исцелить.</w:t>
      </w:r>
    </w:p>
    <w:p>
      <w:r>
        <w:t>44. Она подошла сзади, прикоснулась к краю Его одежды, и кровотечение сразу прекратилось.</w:t>
      </w:r>
    </w:p>
    <w:p>
      <w:r>
        <w:t>45. Иисус спросил: «Кто прикоснулся ко Мне?» Когда все отрицали, Пётр сказал: «Наставник, толпы окружают и теснят Тебя».</w:t>
      </w:r>
    </w:p>
    <w:p>
      <w:r>
        <w:t>46. Но Иисус сказал: «Кто-то прикоснулся ко Мне, потому что Я почувствовал, что из Меня вышла сила».</w:t>
      </w:r>
    </w:p>
    <w:p>
      <w:r>
        <w:t>47. Женщина, увидев, что не осталась незамеченной, дрожа, подошла, упала перед Ним и при всём народе рассказала, почему прикоснулась и как сразу исцелилась.</w:t>
      </w:r>
    </w:p>
    <w:p>
      <w:r>
        <w:t>48. Он сказал ей: «Дочь, твоя вера спасла тебя. Иди с миром».</w:t>
      </w:r>
    </w:p>
    <w:p>
      <w:r>
        <w:t>49. Пока Он ещё говорил, пришёл человек из дома начальника синагоги и сказал: «Твоя дочь умерла. Не беспокой больше Учителя».</w:t>
      </w:r>
    </w:p>
    <w:p>
      <w:r>
        <w:t>50. Но Иисус, услышав это, ответил Иаиру: «Не бойся. Только верь, и она будет спасена».</w:t>
      </w:r>
    </w:p>
    <w:p>
      <w:r>
        <w:t>51. Придя в дом, Он никому не позволил войти с Собой, кроме Петра, Иоанна, Иакова и отца с матерью ребёнка.</w:t>
      </w:r>
    </w:p>
    <w:p>
      <w:r>
        <w:t>52. Все плакали и оплакивали её. Но Он сказал: «Не плачьте. Она не умерла, а спит».</w:t>
      </w:r>
    </w:p>
    <w:p>
      <w:r>
        <w:t>53. Они смеялись над Ним, зная, что она умерла.</w:t>
      </w:r>
    </w:p>
    <w:p>
      <w:r>
        <w:t>54. Но Он взял её за руку и громко сказал: «Девочка, встань!»</w:t>
      </w:r>
    </w:p>
    <w:p>
      <w:r>
        <w:t>55. Её дух вернулся, и она сразу встала. Иисус велел дать ей поесть.</w:t>
      </w:r>
    </w:p>
    <w:p>
      <w:r>
        <w:t>56. Её родители были потрясены, но Он велел никому не рассказывать о произошедшем.</w:t>
      </w:r>
    </w:p>
    <w:p>
      <w:pPr>
        <w:pStyle w:val="Heading2"/>
      </w:pPr>
      <w:r>
        <w:t>Глава 9</w:t>
      </w:r>
    </w:p>
    <w:p>
      <w:r>
        <w:t>1. Иисус созвал двенадцать и дал им силу и власть над всеми демонами и исцелять болезни.</w:t>
      </w:r>
    </w:p>
    <w:p>
      <w:r>
        <w:t>2. Он послал их проповедовать Царство Божье и исцелять больных.</w:t>
      </w:r>
    </w:p>
    <w:p>
      <w:r>
        <w:t>3. Он сказал им: «Ничего не берите в дорогу: ни посоха, ни сумки, ни хлеба, ни денег; и не имейте по две одежды.</w:t>
      </w:r>
    </w:p>
    <w:p>
      <w:r>
        <w:t>4. В какой дом войдёте, там оставайтесь и оттуда уходите.</w:t>
      </w:r>
    </w:p>
    <w:p>
      <w:r>
        <w:t>5. А если вас не примут, уходя из того города, стряхните пыль с ваших ног — им во свидетельство».</w:t>
      </w:r>
    </w:p>
    <w:p>
      <w:r>
        <w:t>6. Они отправились и проходили по селениям, повсюду благовествуя и исцеляя.</w:t>
      </w:r>
    </w:p>
    <w:p>
      <w:r>
        <w:t>7. Правитель Ирод услышал обо всём происходящем и был в недоумении, потому что одни говорили, будто Иоанн воскрес из мёртвых,</w:t>
      </w:r>
    </w:p>
    <w:p>
      <w:r>
        <w:t>8. другие — что явился Илия, а некоторые — что воскрес один из древних пророков.</w:t>
      </w:r>
    </w:p>
    <w:p>
      <w:r>
        <w:t>9. Ирод сказал: «Иоанна я казнил. Кто же Этот, о Ком я слышу такое?» И искал возможности увидеть Его.</w:t>
      </w:r>
    </w:p>
    <w:p>
      <w:r>
        <w:t>10. Апостолы, вернувшись, рассказали Иисусу обо всём, что сделали. Он взял их с Собой и удалился отдельно к городу Вифсаида.</w:t>
      </w:r>
    </w:p>
    <w:p>
      <w:r>
        <w:t>11. Но народ узнал и пошёл за Ним. Иисус принял людей, говорил им о Царстве Божьем и исцелял нуждавшихся в лечении.</w:t>
      </w:r>
    </w:p>
    <w:p>
      <w:r>
        <w:t>12. День стал клониться к вечеру. Двенадцать подошли и сказали: «Отпусти народ, чтобы они пошли в окрестные селения и хутора, нашли ночлег и пищу, потому что мы здесь в безлюдном месте».</w:t>
      </w:r>
    </w:p>
    <w:p>
      <w:r>
        <w:t>13. Он сказал им: «Вы дайте им есть». Они ответили: «У нас нет больше пяти хлебов и двух рыб. Разве что нам самим пойти купить еды для всего этого народа».</w:t>
      </w:r>
    </w:p>
    <w:p>
      <w:r>
        <w:t>14. А мужчин было около пяти тысяч. Он сказал ученикам: «Рассадите их группами примерно по пятьдесят».</w:t>
      </w:r>
    </w:p>
    <w:p>
      <w:r>
        <w:t>15. Они так и сделали и рассадили всех.</w:t>
      </w:r>
    </w:p>
    <w:p>
      <w:r>
        <w:t>16. Взяв пять хлебов и две рыбы, Иисус посмотрел на небо, благословил их, разломил и стал давать ученикам, чтобы они раздавали народу.</w:t>
      </w:r>
    </w:p>
    <w:p>
      <w:r>
        <w:t>17. Все ели и насытились; оставшихся кусков собрали двенадцать корзин.</w:t>
      </w:r>
    </w:p>
    <w:p>
      <w:r>
        <w:t>18. Однажды, когда Иисус молился в уединении и рядом были ученики, Он спросил их: «За кого принимают Меня люди?»</w:t>
      </w:r>
    </w:p>
    <w:p>
      <w:r>
        <w:t>19. Они ответили: «За Иоанна Крестителя; другие — за Илию; а некоторые говорят, что воскрес один из древних пророков».</w:t>
      </w:r>
    </w:p>
    <w:p>
      <w:r>
        <w:t>20. Он спросил: «А вы за кого Меня принимаете?» Пётр ответил: «За Христа Божьего».</w:t>
      </w:r>
    </w:p>
    <w:p>
      <w:r>
        <w:t>21. Но Он строго запретил им говорить об этом кому-либо</w:t>
      </w:r>
    </w:p>
    <w:p>
      <w:r>
        <w:t>22. и сказал: «Сыну Человеческому предстоит много пострадать, быть отвергнутым старейшинами, первосвященниками и книжниками, быть убитым и на третий день воскреснуть».</w:t>
      </w:r>
    </w:p>
    <w:p>
      <w:r>
        <w:t>23. Всем Он говорил: «Если кто хочет идти за Мной, пусть откажется от себя, каждый день принимает свой крест и следует за Мной.</w:t>
      </w:r>
    </w:p>
    <w:p>
      <w:r>
        <w:t>24. Потому что кто хочет спасти свою жизнь, потеряет её; а кто потеряет свою жизнь ради Меня, тот спасёт её.</w:t>
      </w:r>
    </w:p>
    <w:p>
      <w:r>
        <w:t>25. Какая польза человеку приобрести весь мир, но погубить или потерять самого себя?</w:t>
      </w:r>
    </w:p>
    <w:p>
      <w:r>
        <w:t>26. Кто постыдится Меня и Моих слов, того постыдится и Сын Человеческий, когда придёт в Своей славе, славе Отца и святых ангелов.</w:t>
      </w:r>
    </w:p>
    <w:p>
      <w:r>
        <w:t>27. Истинно говорю вам: некоторые из стоящих здесь не вкусят смерти, пока не увидят Царство Божье».</w:t>
      </w:r>
    </w:p>
    <w:p>
      <w:r>
        <w:t>28. Примерно через восемь дней после этих слов Иисус взял Петра, Иоанна и Иакова и поднялся на гору молиться.</w:t>
      </w:r>
    </w:p>
    <w:p>
      <w:r>
        <w:t>29. Пока Он молился, вид Его лица изменился, а одежда стала ослепительно белой.</w:t>
      </w:r>
    </w:p>
    <w:p>
      <w:r>
        <w:t>30. И вот, с Ним разговаривали двое мужчин — Моисей и Илия.</w:t>
      </w:r>
    </w:p>
    <w:p>
      <w:r>
        <w:t>31. Они явились в славе и говорили о Его исходе, который Ему предстояло совершить в Иерусалиме.</w:t>
      </w:r>
    </w:p>
    <w:p>
      <w:r>
        <w:t>32. Пётр и бывшие с ним были отягощены сном, но, окончательно проснувшись, увидели Его славу и двух мужчин, стоявших с Ним.</w:t>
      </w:r>
    </w:p>
    <w:p>
      <w:r>
        <w:t>33. Когда те стали отходить от Иисуса, Пётр сказал: «Наставник, хорошо нам здесь быть. Давай сделаем три шатра: один Тебе, один Моисею и один Илии», — не понимая, что говорит.</w:t>
      </w:r>
    </w:p>
    <w:p>
      <w:r>
        <w:t>34. Пока он говорил, появилось облако и покрыло их; когда они вошли в облако, ученики испугались.</w:t>
      </w:r>
    </w:p>
    <w:p>
      <w:r>
        <w:t>35. Из облака прозвучал голос: «Это Мой Сын, Избранный. Слушайте Его!»</w:t>
      </w:r>
    </w:p>
    <w:p>
      <w:r>
        <w:t>36. Когда голос смолк, они увидели одного Иисуса. Они молчали и в те дни никому не рассказывали о том, что видели.</w:t>
      </w:r>
    </w:p>
    <w:p>
      <w:r>
        <w:t>37. На следующий день, когда они спустились с горы, Иисуса встретила большая толпа.</w:t>
      </w:r>
    </w:p>
    <w:p>
      <w:r>
        <w:t>38. И вот, человек из толпы закричал: «Учитель, прошу Тебя, посмотри на моего сына — он у меня единственный.</w:t>
      </w:r>
    </w:p>
    <w:p>
      <w:r>
        <w:t>39. Дух овладевает им, и тот внезапно кричит; дух тяжело потрясает его, и лишь с трудом отступает.</w:t>
      </w:r>
    </w:p>
    <w:p>
      <w:r>
        <w:t>40. Я просил Твоих учеников изгнать его, но они не смогли».</w:t>
      </w:r>
    </w:p>
    <w:p>
      <w:r>
        <w:t>41. Иисус ответил: «О неверующее и испорченное поколение! Сколько ещё Мне быть с вами и терпеть вас? Приведи сюда своего сына».</w:t>
      </w:r>
    </w:p>
    <w:p>
      <w:r>
        <w:t>42. Пока мальчик подходил, демон сильно потряс его. Но Иисус строго приказал нечистому духу, исцелил ребёнка и отдал его отцу.</w:t>
      </w:r>
    </w:p>
    <w:p>
      <w:r>
        <w:t>43. И все были поражены величием Бога. Пока все удивлялись всему, что Он делал, Иисус сказал ученикам:</w:t>
      </w:r>
    </w:p>
    <w:p>
      <w:r>
        <w:t>44. «Пусть эти слова глубоко запомнятся вам: Сын Человеческий будет предан в руки людей».</w:t>
      </w:r>
    </w:p>
    <w:p>
      <w:r>
        <w:t>45. Но они не понимали этих слов; смысл был скрыт от них, чтобы они не поняли, и они боялись спросить Его.</w:t>
      </w:r>
    </w:p>
    <w:p>
      <w:r>
        <w:t>46. Между учениками возник спор, кто из них больше.</w:t>
      </w:r>
    </w:p>
    <w:p>
      <w:r>
        <w:t>47. Иисус, зная мысли их сердца, взял ребёнка, поставил рядом с Собой</w:t>
      </w:r>
    </w:p>
    <w:p>
      <w:r>
        <w:t>48. и сказал: «Кто принимает этого ребёнка во имя Моё, принимает Меня; а кто принимает Меня, принимает Пославшего Меня. Кто среди вас всех наименьший, тот велик».</w:t>
      </w:r>
    </w:p>
    <w:p>
      <w:r>
        <w:t>49. Иоанн сказал: «Наставник, мы видели человека, который Твоим именем изгоняет демонов, и пытались помешать ему, потому что он не ходит с нами».</w:t>
      </w:r>
    </w:p>
    <w:p>
      <w:r>
        <w:t>50. Но Иисус сказал ему: «Не мешайте, потому что кто не против вас, тот за вас».</w:t>
      </w:r>
    </w:p>
    <w:p>
      <w:r>
        <w:t>51. Когда приближались дни Его вознесения, Иисус твёрдо решил идти в Иерусалим.</w:t>
      </w:r>
    </w:p>
    <w:p>
      <w:r>
        <w:t>52. Он послал перед Собой вестников. Они пошли и вошли в самарянское селение, чтобы приготовить всё для Него.</w:t>
      </w:r>
    </w:p>
    <w:p>
      <w:r>
        <w:t>53. Но жители не приняли Его, потому что Он направлялся в Иерусалим.</w:t>
      </w:r>
    </w:p>
    <w:p>
      <w:r>
        <w:t>54. Увидев это, ученики Иаков и Иоанн сказали: «Господи, хочешь, мы попросим, чтобы огонь сошёл с неба и уничтожил их?»</w:t>
      </w:r>
    </w:p>
    <w:p>
      <w:r>
        <w:t>55. Но Он повернулся и запретил им.</w:t>
      </w:r>
    </w:p>
    <w:p>
      <w:r>
        <w:t>56. И они пошли в другое селение.</w:t>
      </w:r>
    </w:p>
    <w:p>
      <w:r>
        <w:t>57. Когда они шли дорогой, кто-то сказал Ему: «Я последую за Тобой, куда бы Ты ни пошёл».</w:t>
      </w:r>
    </w:p>
    <w:p>
      <w:r>
        <w:t>58. Иисус ответил: «У лис есть норы, у небесных птиц — гнёзда, а Сыну Человеческому негде склонить голову».</w:t>
      </w:r>
    </w:p>
    <w:p>
      <w:r>
        <w:t>59. Другому Он сказал: «Следуй за Мной». Тот ответил: «Господи, позволь мне прежде пойти и похоронить отца».</w:t>
      </w:r>
    </w:p>
    <w:p>
      <w:r>
        <w:t>60. Но Иисус сказал: «Оставь мёртвым хоронить своих мёртвых, а ты иди и возвещай Царство Божье».</w:t>
      </w:r>
    </w:p>
    <w:p>
      <w:r>
        <w:t>61. Ещё один сказал: «Я последую за Тобой, Господи, но сначала позволь мне попрощаться с домашними».</w:t>
      </w:r>
    </w:p>
    <w:p>
      <w:r>
        <w:t>62. Иисус сказал: «Никто, взявшийся за плуг и оглядывающийся назад, не пригоден для Царства Божьего».</w:t>
      </w:r>
    </w:p>
    <w:p>
      <w:pPr>
        <w:pStyle w:val="Heading2"/>
      </w:pPr>
      <w:r>
        <w:t>Глава 10</w:t>
      </w:r>
    </w:p>
    <w:p>
      <w:r>
        <w:t>1. После этого Господь назначил ещё семьдесят два человека и послал их по двое перед Собой во всякий город и место, куда Сам собирался идти.</w:t>
      </w:r>
    </w:p>
    <w:p>
      <w:r>
        <w:t>2. Он сказал им: «Жатвы много, а работников мало. Поэтому просите Господина жатвы послать работников на Свою жатву.</w:t>
      </w:r>
    </w:p>
    <w:p>
      <w:r>
        <w:t>3. Идите. Вот, Я посылаю вас как ягнят среди волков.</w:t>
      </w:r>
    </w:p>
    <w:p>
      <w:r>
        <w:t>4. Не берите ни кошелька, ни сумки, ни сандалий и никого не приветствуйте в дороге.</w:t>
      </w:r>
    </w:p>
    <w:p>
      <w:r>
        <w:t>5. В какой дом войдёте, сначала говорите: “Мир этому дому”.</w:t>
      </w:r>
    </w:p>
    <w:p>
      <w:r>
        <w:t>6. Если там будет человек мира, ваш мир останется на нём; если нет — вернётся к вам.</w:t>
      </w:r>
    </w:p>
    <w:p>
      <w:r>
        <w:t>7. Оставайтесь в том доме, ешьте и пейте то, что вам дают, потому что работник достоин платы. Не переходите из дома в дом.</w:t>
      </w:r>
    </w:p>
    <w:p>
      <w:r>
        <w:t>8. Если войдёте в город и вас примут, ешьте то, что поставят перед вами.</w:t>
      </w:r>
    </w:p>
    <w:p>
      <w:r>
        <w:t>9. Исцеляйте находящихся там больных и говорите: “Царство Божье приблизилось к вам”.</w:t>
      </w:r>
    </w:p>
    <w:p>
      <w:r>
        <w:t>10. Но если войдёте в город и вас не примут, выйдите на его улицы и скажите:</w:t>
      </w:r>
    </w:p>
    <w:p>
      <w:r>
        <w:t>11. “Даже пыль вашего города, приставшую к нашим ногам, мы отряхиваем вам. Но знайте: Царство Божье приблизилось”.</w:t>
      </w:r>
    </w:p>
    <w:p>
      <w:r>
        <w:t>12. Говорю вам: в тот день Содому будет легче, чем тому городу.</w:t>
      </w:r>
    </w:p>
    <w:p>
      <w:r>
        <w:t>13. Горе тебе, Хоразин! Горе тебе, Вифсаида! Если бы чудеса, совершённые у вас, произошли в Тире и Сидоне, они давно покаялись бы, сидя в мешковине и пепле.</w:t>
      </w:r>
    </w:p>
    <w:p>
      <w:r>
        <w:t>14. Но Тиру и Сидону будет легче на суде, чем вам.</w:t>
      </w:r>
    </w:p>
    <w:p>
      <w:r>
        <w:t>15. И ты, Капернаум, неужели будешь возвышен до неба? До Аида будешь низведён.</w:t>
      </w:r>
    </w:p>
    <w:p>
      <w:r>
        <w:t>16. Кто слушает вас, слушает Меня; кто отвергает вас, отвергает Меня; а отвергающий Меня отвергает Пославшего Меня».</w:t>
      </w:r>
    </w:p>
    <w:p>
      <w:r>
        <w:t>17. Семьдесят два вернулись с радостью и сказали: «Господи, даже демоны повинуются нам в Твоём имени!»</w:t>
      </w:r>
    </w:p>
    <w:p>
      <w:r>
        <w:t>18. Он сказал им: «Я видел сатану, падающего с неба как молния.</w:t>
      </w:r>
    </w:p>
    <w:p>
      <w:r>
        <w:t>19. Вот, Я дал вам власть наступать на змей и скорпионов и над всей силой врага, и ничто не причинит вам вреда.</w:t>
      </w:r>
    </w:p>
    <w:p>
      <w:r>
        <w:t>20. Однако радуйтесь не тому, что духи вам повинуются, а тому, что ваши имена записаны на небесах».</w:t>
      </w:r>
    </w:p>
    <w:p>
      <w:r>
        <w:t>21. В тот час Иисус возрадовался Святым Духом и сказал: «Благодарю Тебя, Отец, Господь неба и земли, что Ты скрыл это от мудрых и разумных и открыл младенцам. Да, Отец, потому что так было угодно Тебе.</w:t>
      </w:r>
    </w:p>
    <w:p>
      <w:r>
        <w:t>22. Всё передано Мне Моим Отцом. Никто не знает, кто Сын, кроме Отца, и кто Отец, кроме Сына и того, кому Сын захочет Его открыть».</w:t>
      </w:r>
    </w:p>
    <w:p>
      <w:r>
        <w:t>23. Повернувшись к ученикам, Он сказал им наедине: «Блаженны глаза, видящие то, что видите вы.</w:t>
      </w:r>
    </w:p>
    <w:p>
      <w:r>
        <w:t>24. Говорю вам: многие пророки и цари хотели увидеть то, что видите вы, но не увидели, и услышать то, что слышите вы, но не услышали».</w:t>
      </w:r>
    </w:p>
    <w:p>
      <w:r>
        <w:t>25. И вот, один знаток Закона встал и, испытывая Иисуса, спросил: «Учитель, что мне сделать, чтобы унаследовать вечную жизнь?»</w:t>
      </w:r>
    </w:p>
    <w:p>
      <w:r>
        <w:t>26. Он ответил: «Что написано в Законе? Как ты читаешь?»</w:t>
      </w:r>
    </w:p>
    <w:p>
      <w:r>
        <w:t>27. Тот сказал: «Люби Господа, Бога твоего, всем сердцем, всей душой, всей силой и всем разумом, и своего ближнего — как самого себя».</w:t>
      </w:r>
    </w:p>
    <w:p>
      <w:r>
        <w:t>28. Иисус сказал: «Ты ответил правильно. Делай это — и будешь жить».</w:t>
      </w:r>
    </w:p>
    <w:p>
      <w:r>
        <w:t>29. Но тот, желая оправдать себя, спросил Иисуса: «А кто мой ближний?»</w:t>
      </w:r>
    </w:p>
    <w:p>
      <w:r>
        <w:t>30. Иисус ответил: «Один человек шёл из Иерусалима в Иерихон и попал к разбойникам. Они ограбили его, жестоко избили и ушли, оставив едва живым.</w:t>
      </w:r>
    </w:p>
    <w:p>
      <w:r>
        <w:t>31. Случайно той дорогой шёл священник. Увидев человека, он прошёл мимо по другой стороне.</w:t>
      </w:r>
    </w:p>
    <w:p>
      <w:r>
        <w:t>32. Так же и левит, оказавшись там, подошёл, увидел и прошёл мимо по другой стороне.</w:t>
      </w:r>
    </w:p>
    <w:p>
      <w:r>
        <w:t>33. А один самарянин, ехавший той дорогой, увидел его и сжалился.</w:t>
      </w:r>
    </w:p>
    <w:p>
      <w:r>
        <w:t>34. Он подошёл, перевязал ему раны, поливая их маслом и вином; затем посадил его на своё животное, привёз в гостиницу и позаботился о нём.</w:t>
      </w:r>
    </w:p>
    <w:p>
      <w:r>
        <w:t>35. На следующий день он дал хозяину гостиницы две серебряные монеты и сказал: “Позаботься о нём. Если потратишь больше, я возмещу тебе, когда вернусь”.</w:t>
      </w:r>
    </w:p>
    <w:p>
      <w:r>
        <w:t>36. Кто из этих троих, по-твоему, оказался ближним человеку, попавшему к разбойникам?»</w:t>
      </w:r>
    </w:p>
    <w:p>
      <w:r>
        <w:t>37. Тот ответил: «Проявивший к нему милость». Иисус сказал: «Иди и поступай так же».</w:t>
      </w:r>
    </w:p>
    <w:p>
      <w:r>
        <w:t>38. Когда они продолжили путь, Иисус вошёл в одно селение. Женщина по имени Марфа приняла Его в свой дом.</w:t>
      </w:r>
    </w:p>
    <w:p>
      <w:r>
        <w:t>39. У неё была сестра по имени Мария, которая села у ног Господа и слушала Его слово.</w:t>
      </w:r>
    </w:p>
    <w:p>
      <w:r>
        <w:t>40. Марфа была поглощена множеством забот по служению. Подойдя, она сказала: «Господи, Тебе нет дела, что моя сестра оставила меня одну служить? Скажи ей, чтобы помогла мне».</w:t>
      </w:r>
    </w:p>
    <w:p>
      <w:r>
        <w:t>41. Господь ответил: «Марфа, Марфа, ты заботишься и тревожишься о многом,</w:t>
      </w:r>
    </w:p>
    <w:p>
      <w:r>
        <w:t>42. а нужно одно. Мария выбрала лучшую часть, и она не будет отнята у неё».</w:t>
      </w:r>
    </w:p>
    <w:p>
      <w:pPr>
        <w:pStyle w:val="Heading2"/>
      </w:pPr>
      <w:r>
        <w:t>Глава 11</w:t>
      </w:r>
    </w:p>
    <w:p>
      <w:r>
        <w:t>1. Однажды Иисус молился в одном месте. Когда Он закончил, один из учеников сказал: «Господи, научи нас молиться, как и Иоанн научил своих учеников».</w:t>
      </w:r>
    </w:p>
    <w:p>
      <w:r>
        <w:t>2. Он сказал им: «Когда молитесь, говорите: “Отец, пусть святится Твоё имя. Пусть придёт Твоё Царство.</w:t>
      </w:r>
    </w:p>
    <w:p>
      <w:r>
        <w:t>3. Давай нам каждый день наш насущный хлеб.</w:t>
      </w:r>
    </w:p>
    <w:p>
      <w:r>
        <w:t>4. Прощай нам наши грехи, потому что и мы прощаем каждому, кто должен нам; и не введи нас в испытание”».</w:t>
      </w:r>
    </w:p>
    <w:p>
      <w:r>
        <w:t>5. И Он сказал им: «Предположим, у кого-то из вас есть друг, и он приходит к нему в полночь и говорит: “Друг, одолжи мне три хлеба,</w:t>
      </w:r>
    </w:p>
    <w:p>
      <w:r>
        <w:t>6. потому что ко мне с дороги пришёл друг, а мне нечего ему предложить”.</w:t>
      </w:r>
    </w:p>
    <w:p>
      <w:r>
        <w:t>7. А тот изнутри отвечает: “Не беспокой меня. Дверь уже заперта, дети со мной в постели. Я не могу встать и дать тебе”.</w:t>
      </w:r>
    </w:p>
    <w:p>
      <w:r>
        <w:t>8. Говорю вам: даже если он не встанет и не даст ему потому, что тот его друг, то из-за его бесстыдной настойчивости всё же встанет и даст всё необходимое.</w:t>
      </w:r>
    </w:p>
    <w:p>
      <w:r>
        <w:t>9. И Я говорю вам: просите — и вам будет дано; ищите — и найдёте; стучите — и вам откроют.</w:t>
      </w:r>
    </w:p>
    <w:p>
      <w:r>
        <w:t>10. Потому что всякий просящий получает, ищущий находит, а стучащему открывают.</w:t>
      </w:r>
    </w:p>
    <w:p>
      <w:r>
        <w:t>11. Есть ли среди вас отец, который, когда сын попросит рыбу, вместо рыбы даст ему змею?</w:t>
      </w:r>
    </w:p>
    <w:p>
      <w:r>
        <w:t>12. Или, если попросит яйцо, даст ему скорпиона?</w:t>
      </w:r>
    </w:p>
    <w:p>
      <w:r>
        <w:t>13. Итак, если вы, будучи злыми, умеете давать детям хорошие дары, тем более Небесный Отец даст Святого Духа просящим у Него».</w:t>
      </w:r>
    </w:p>
    <w:p>
      <w:r>
        <w:t>14. Однажды Иисус изгонял демона, лишавшего человека речи. Когда демон вышел, немой заговорил, и народ удивился.</w:t>
      </w:r>
    </w:p>
    <w:p>
      <w:r>
        <w:t>15. Но некоторые сказали: «Он изгоняет демонов силой Веельзевула, правителя демонов».</w:t>
      </w:r>
    </w:p>
    <w:p>
      <w:r>
        <w:t>16. Другие, испытывая Его, требовали от Него знамения с неба.</w:t>
      </w:r>
    </w:p>
    <w:p>
      <w:r>
        <w:t>17. Но Он, зная их мысли, сказал: «Всякое царство, разделившееся против самого себя, опустошается, и дом падает на дом.</w:t>
      </w:r>
    </w:p>
    <w:p>
      <w:r>
        <w:t>18. Если и сатана разделился против самого себя, как устоит его царство? Ведь вы говорите, что Я изгоняю демонов силой Веельзевула.</w:t>
      </w:r>
    </w:p>
    <w:p>
      <w:r>
        <w:t>19. Если Я изгоняю демонов силой Веельзевула, то чьей силой изгоняют их ваши последователи? Поэтому они будут вашими судьями.</w:t>
      </w:r>
    </w:p>
    <w:p>
      <w:r>
        <w:t>20. Но если Я изгоняю демонов перстом Божьим, значит, Царство Божье уже пришло к вам.</w:t>
      </w:r>
    </w:p>
    <w:p>
      <w:r>
        <w:t>21. Когда сильный человек с оружием охраняет свой двор, его имущество в безопасности.</w:t>
      </w:r>
    </w:p>
    <w:p>
      <w:r>
        <w:t>22. Но когда приходит тот, кто сильнее него, и побеждает, он отнимает оружие, на которое тот полагался, и распределяет добычу.</w:t>
      </w:r>
    </w:p>
    <w:p>
      <w:r>
        <w:t>23. Кто не со Мной, тот против Меня; и кто не собирает со Мной, тот разбрасывает.</w:t>
      </w:r>
    </w:p>
    <w:p>
      <w:r>
        <w:t>24. Когда нечистый дух выходит из человека, он проходит по безводным местам, ища покоя, и, не находя, говорит: “Вернусь в мой дом, откуда вышел”.</w:t>
      </w:r>
    </w:p>
    <w:p>
      <w:r>
        <w:t>25. Придя, находит его выметенным и приведённым в порядок.</w:t>
      </w:r>
    </w:p>
    <w:p>
      <w:r>
        <w:t>26. Тогда идёт и берёт семь других духов, хуже себя; они входят и живут там, и последнее состояние того человека становится хуже первого».</w:t>
      </w:r>
    </w:p>
    <w:p>
      <w:r>
        <w:t>27. Когда Он говорил это, одна женщина из народа громко сказала: «Блаженна утроба, носившая Тебя, и грудь, кормившая Тебя!»</w:t>
      </w:r>
    </w:p>
    <w:p>
      <w:r>
        <w:t>28. Но Он ответил: «Блаженны скорее те, кто слышит слово Божье и соблюдает его».</w:t>
      </w:r>
    </w:p>
    <w:p>
      <w:r>
        <w:t>29. Когда народ всё больше собирался вокруг Него, Он начал говорить: «Это поколение — злое. Оно ищет знамения, но никакого знамения ему не будет дано, кроме знамения Ионы.</w:t>
      </w:r>
    </w:p>
    <w:p>
      <w:r>
        <w:t>30. Как Иона стал знамением для ниневитян, так и Сын Человеческий будет для этого поколения.</w:t>
      </w:r>
    </w:p>
    <w:p>
      <w:r>
        <w:t>31. Царица Юга встанет на суде с людьми этого поколения и осудит их, потому что она пришла от края земли послушать мудрость Соломона. Но здесь — Тот, Кто больше Соломона.</w:t>
      </w:r>
    </w:p>
    <w:p>
      <w:r>
        <w:t>32. Жители Ниневии встанут на суде с этим поколением и осудят его, потому что они покаялись после проповеди Ионы. Но здесь — Тот, Кто больше Ионы.</w:t>
      </w:r>
    </w:p>
    <w:p>
      <w:r>
        <w:t>33. Никто, зажегши светильник, не ставит его в укрытие или под сосуд, а на подставку, чтобы входящие видели свет.</w:t>
      </w:r>
    </w:p>
    <w:p>
      <w:r>
        <w:t>34. Светильник тела — твой глаз. Когда глаз здоров, всё твоё тело светло; а когда дурен, тело во тьме.</w:t>
      </w:r>
    </w:p>
    <w:p>
      <w:r>
        <w:t>35. Поэтому смотри, чтобы свет в тебе не оказался тьмой.</w:t>
      </w:r>
    </w:p>
    <w:p>
      <w:r>
        <w:t>36. Если всё твоё тело светло и в нём нет тёмной части, оно будет полностью светлым, как когда светильник освещает тебя своим сиянием».</w:t>
      </w:r>
    </w:p>
    <w:p>
      <w:r>
        <w:t>37. Когда Иисус закончил говорить, один фарисей пригласил Его поесть. Он вошёл и возлёг за столом.</w:t>
      </w:r>
    </w:p>
    <w:p>
      <w:r>
        <w:t>38. Фарисей удивился, увидев, что Иисус не совершил омовения перед едой.</w:t>
      </w:r>
    </w:p>
    <w:p>
      <w:r>
        <w:t>39. Господь сказал ему: «Вы, фарисеи, очищаете чашу и блюдо снаружи, а внутри полны жадности и зла.</w:t>
      </w:r>
    </w:p>
    <w:p>
      <w:r>
        <w:t>40. Неразумные! Разве Создавший внешнее не создал и внутреннее?</w:t>
      </w:r>
    </w:p>
    <w:p>
      <w:r>
        <w:t>41. Но то, что внутри, отдавайте как милостыню — и тогда всё у вас будет чисто.</w:t>
      </w:r>
    </w:p>
    <w:p>
      <w:r>
        <w:t>42. Горе вам, фарисеи! Вы отдаёте десятину с мяты, руты и всякой зелени, но пренебрегаете справедливостью и любовью Бога. Это надо было делать, не оставляя и другого.</w:t>
      </w:r>
    </w:p>
    <w:p>
      <w:r>
        <w:t>43. Горе вам, фарисеи! Вы любите лучшие места в синагогах и приветствия на площадях.</w:t>
      </w:r>
    </w:p>
    <w:p>
      <w:r>
        <w:t>44. Горе вам! Вы как незаметные гробницы, по которым люди ходят и не знают этого».</w:t>
      </w:r>
    </w:p>
    <w:p>
      <w:r>
        <w:t>45. Один из знатоков Закона ответил: «Учитель, говоря это, Ты оскорбляешь и нас».</w:t>
      </w:r>
    </w:p>
    <w:p>
      <w:r>
        <w:t>46. Иисус сказал: «Горе и вам, знатоки Закона! Вы нагружаете людей тяжёлыми ношами, а сами не касаетесь этих нош и пальцем.</w:t>
      </w:r>
    </w:p>
    <w:p>
      <w:r>
        <w:t>47. Горе вам! Вы строите гробницы пророкам, которых убили ваши отцы.</w:t>
      </w:r>
    </w:p>
    <w:p>
      <w:r>
        <w:t>48. Так вы свидетельствуете, что согласны с делами ваших отцов: они убивали пророков, а вы строите им гробницы.</w:t>
      </w:r>
    </w:p>
    <w:p>
      <w:r>
        <w:t>49. Поэтому и Мудрость Бога сказала: “Я пошлю к ним пророков и апостолов; одних из них они погубят, других будут преследовать”,</w:t>
      </w:r>
    </w:p>
    <w:p>
      <w:r>
        <w:t>50. чтобы с этого поколения была взыскана кровь всех пророков, пролитая от основания мира,</w:t>
      </w:r>
    </w:p>
    <w:p>
      <w:r>
        <w:t>51. от крови Авеля до крови Захарии, погибшего между жертвенником и святилищем. Да, говорю вам: это будет взыскано с этого поколения.</w:t>
      </w:r>
    </w:p>
    <w:p>
      <w:r>
        <w:t>52. Горе вам, знатоки Закона! Вы взяли ключ знания: сами не вошли и входящим помешали».</w:t>
      </w:r>
    </w:p>
    <w:p>
      <w:r>
        <w:t>53. Когда Иисус вышел оттуда, книжники и фарисеи стали яростно нападать на Него и засыпать вопросами,</w:t>
      </w:r>
    </w:p>
    <w:p>
      <w:r>
        <w:t>54. стараясь поймать Его на слове.</w:t>
      </w:r>
    </w:p>
    <w:p>
      <w:pPr>
        <w:pStyle w:val="Heading2"/>
      </w:pPr>
      <w:r>
        <w:t>Глава 12</w:t>
      </w:r>
    </w:p>
    <w:p>
      <w:r>
        <w:t>1. Тем временем собрались тысячи людей, так что теснили друг друга. Иисус прежде всего сказал ученикам: «Берегитесь закваски фарисеев, то есть лицемерия.</w:t>
      </w:r>
    </w:p>
    <w:p>
      <w:r>
        <w:t>2. Нет ничего скрытого, что не откроется, и тайного, что не станет известно.</w:t>
      </w:r>
    </w:p>
    <w:p>
      <w:r>
        <w:t>3. Поэтому сказанное вами во тьме будет услышано при свете, и прошептанное на ухо в закрытых комнатах будет проповедано с крыш.</w:t>
      </w:r>
    </w:p>
    <w:p>
      <w:r>
        <w:t>4. Говорю вам, Моим друзьям: не бойтесь тех, кто может причинить вред телу, но после этого больше ничего сделать не может.</w:t>
      </w:r>
    </w:p>
    <w:p>
      <w:r>
        <w:t>5. Я покажу вам, кого бояться: бойтесь Того, Кто после смерти имеет власть бросить в геенну. Да, говорю вам: Его бойтесь.</w:t>
      </w:r>
    </w:p>
    <w:p>
      <w:r>
        <w:t>6. Разве пять воробьёв не продают за две мелкие монеты? И ни один из них не забыт перед Богом.</w:t>
      </w:r>
    </w:p>
    <w:p>
      <w:r>
        <w:t>7. А у вас даже все волосы на голове сосчитаны. Не бойтесь: вы ценнее многих воробьёв.</w:t>
      </w:r>
    </w:p>
    <w:p>
      <w:r>
        <w:t>8. Говорю вам: всякого, кто признает Меня перед людьми, Сын Человеческий признает перед ангелами Бога.</w:t>
      </w:r>
    </w:p>
    <w:p>
      <w:r>
        <w:t>9. А кто отречётся от Меня перед людьми, от того отрекутся перед ангелами Бога.</w:t>
      </w:r>
    </w:p>
    <w:p>
      <w:r>
        <w:t>10. Всякому, кто скажет слово против Сына Человеческого, будет прощено; но хулящему Святого Духа не будет прощено.</w:t>
      </w:r>
    </w:p>
    <w:p>
      <w:r>
        <w:t>11. Когда вас приведут в синагоги, к начальствам и властям, не тревожьтесь, как или что отвечать и что говорить.</w:t>
      </w:r>
    </w:p>
    <w:p>
      <w:r>
        <w:t>12. Святой Дух научит вас в тот час, что нужно сказать».</w:t>
      </w:r>
    </w:p>
    <w:p>
      <w:r>
        <w:t>13. Кто-то из народа сказал Ему: «Учитель, скажи моему брату разделить со мной наследство».</w:t>
      </w:r>
    </w:p>
    <w:p>
      <w:r>
        <w:t>14. Иисус ответил: «Человек, кто поставил Меня судьёй или разделителем над вами?»</w:t>
      </w:r>
    </w:p>
    <w:p>
      <w:r>
        <w:t>15. И сказал им: «Смотрите, берегитесь всякой жадности, потому что жизнь человека не определяется изобилием имущества».</w:t>
      </w:r>
    </w:p>
    <w:p>
      <w:r>
        <w:t>16. И рассказал притчу: «У одного богатого человека земля принесла хороший урожай.</w:t>
      </w:r>
    </w:p>
    <w:p>
      <w:r>
        <w:t>17. Он рассуждал: “Что мне делать? Мне некуда складывать урожай”.</w:t>
      </w:r>
    </w:p>
    <w:p>
      <w:r>
        <w:t>18. И сказал: “Вот что сделаю: сломаю амбары, построю большие, соберу туда всё зерно и имущество</w:t>
      </w:r>
    </w:p>
    <w:p>
      <w:r>
        <w:t>19. и скажу своей душе: ‘Душа, у тебя много добра запасено на многие годы. Отдыхай, ешь, пей и веселись’”.</w:t>
      </w:r>
    </w:p>
    <w:p>
      <w:r>
        <w:t>20. Но Бог сказал ему: “Безумец! В эту ночь от тебя потребуют твою жизнь. Кому достанется приготовленное тобой?”</w:t>
      </w:r>
    </w:p>
    <w:p>
      <w:r>
        <w:t>21. Так бывает с тем, кто собирает сокровища для себя, но не богат перед Богом».</w:t>
      </w:r>
    </w:p>
    <w:p>
      <w:r>
        <w:t>22. Затем Он сказал ученикам: «Поэтому говорю вам: не тревожьтесь о жизни — что есть, и о теле — во что одеться.</w:t>
      </w:r>
    </w:p>
    <w:p>
      <w:r>
        <w:t>23. Жизнь больше пищи, а тело — одежды.</w:t>
      </w:r>
    </w:p>
    <w:p>
      <w:r>
        <w:t>24. Посмотрите на воронов: они не сеют, не жнут, у них нет кладовой и амбара, но Бог кормит их. Насколько же вы ценнее птиц!</w:t>
      </w:r>
    </w:p>
    <w:p>
      <w:r>
        <w:t>25. Кто из вас своей тревогой может прибавить к своему росту хотя бы один локоть?</w:t>
      </w:r>
    </w:p>
    <w:p>
      <w:r>
        <w:t>26. Если вы не можете сделать даже малого, зачем тревожитесь об остальном?</w:t>
      </w:r>
    </w:p>
    <w:p>
      <w:r>
        <w:t>27. Посмотрите на лилии, как они растут: не трудятся и не прядут. Но говорю вам: даже Соломон во всей своей славе не одевался так, как одна из них.</w:t>
      </w:r>
    </w:p>
    <w:p>
      <w:r>
        <w:t>28. Если Бог так одевает траву, которая сегодня в поле, а завтра будет брошена в печь, насколько больше Он оденет вас, маловерные!</w:t>
      </w:r>
    </w:p>
    <w:p>
      <w:r>
        <w:t>29. И вы не ищите, что вам есть и что пить, и не живите в тревоге.</w:t>
      </w:r>
    </w:p>
    <w:p>
      <w:r>
        <w:t>30. Ведь всего этого ищут народы мира, а ваш Отец знает, что вы нуждаетесь в этом.</w:t>
      </w:r>
    </w:p>
    <w:p>
      <w:r>
        <w:t>31. Ищите Его Царства, и всё это будет дано вам.</w:t>
      </w:r>
    </w:p>
    <w:p>
      <w:r>
        <w:t>32. Не бойся, малое стадо, потому что вашему Отцу было угодно дать вам Царство.</w:t>
      </w:r>
    </w:p>
    <w:p>
      <w:r>
        <w:t>33. Продайте своё имущество и раздайте нуждающимся. Сделайте себе кошельки, которые не изнашиваются, сокровище на небесах, которое не иссякает, куда вор не добирается и моль не уничтожает.</w:t>
      </w:r>
    </w:p>
    <w:p>
      <w:r>
        <w:t>34. Потому что где ваше сокровище, там будет и ваше сердце.</w:t>
      </w:r>
    </w:p>
    <w:p>
      <w:r>
        <w:t>35. Пусть ваши чресла будут препоясаны и светильники горят.</w:t>
      </w:r>
    </w:p>
    <w:p>
      <w:r>
        <w:t>36. Будьте как люди, ожидающие господина с брачного пира, чтобы, когда он придёт и постучит, сразу открыть ему.</w:t>
      </w:r>
    </w:p>
    <w:p>
      <w:r>
        <w:t>37. Блаженны те рабы, которых господин, придя, найдёт бодрствующими. Истинно говорю вам: он сам приготовится служить, посадит их за стол и станет обслуживать.</w:t>
      </w:r>
    </w:p>
    <w:p>
      <w:r>
        <w:t>38. И если придёт во вторую или третью стражу и найдёт их такими — блаженны они.</w:t>
      </w:r>
    </w:p>
    <w:p>
      <w:r>
        <w:t>39. Но знайте: если бы хозяин дома знал, в какой час придёт вор, не позволил бы проникнуть в дом.</w:t>
      </w:r>
    </w:p>
    <w:p>
      <w:r>
        <w:t>40. И вы будьте готовы, потому что Сын Человеческий придёт в час, когда не ожидаете».</w:t>
      </w:r>
    </w:p>
    <w:p>
      <w:r>
        <w:t>41. Пётр спросил: «Господи, Ты рассказываешь эту притчу нам или всем?»</w:t>
      </w:r>
    </w:p>
    <w:p>
      <w:r>
        <w:t>42. Господь ответил: «Кто же верный и разумный управляющий, которого господин поставит над слугами, чтобы вовремя выдавать им положенную пищу?</w:t>
      </w:r>
    </w:p>
    <w:p>
      <w:r>
        <w:t>43. Блажен тот раб, которого господин, придя, найдёт поступающим так.</w:t>
      </w:r>
    </w:p>
    <w:p>
      <w:r>
        <w:t>44. Истинно говорю вам: он поставит его над всем своим имуществом.</w:t>
      </w:r>
    </w:p>
    <w:p>
      <w:r>
        <w:t>45. Но если тот раб скажет в сердце: “Мой господин задерживается”, и начнёт плохо обращаться с другими слугами, есть, пить и напиваться,</w:t>
      </w:r>
    </w:p>
    <w:p>
      <w:r>
        <w:t>46. господин того раба придёт в день, когда тот не ожидает, и в час, которого не знает, и сурово накажет его, определив ему участь с неверными.</w:t>
      </w:r>
    </w:p>
    <w:p>
      <w:r>
        <w:t>47. Раб, который знал волю господина, но не приготовился и не поступил по его воле, понесёт строгое наказание.</w:t>
      </w:r>
    </w:p>
    <w:p>
      <w:r>
        <w:t>48. А тот, кто не знал и сделал заслуживающее наказания, понесёт меньшее. Кому много дано, с того много потребуется; кому много доверено, с того больше спросят.</w:t>
      </w:r>
    </w:p>
    <w:p>
      <w:r>
        <w:t>49. Я пришёл принести огонь на землю, и как Я желаю, чтобы он уже разгорелся!</w:t>
      </w:r>
    </w:p>
    <w:p>
      <w:r>
        <w:t>50. Мне предстоит крещение, которым Я должен креститься, и как Я стеснён, пока оно не совершится!</w:t>
      </w:r>
    </w:p>
    <w:p>
      <w:r>
        <w:t>51. Думаете, что Я пришёл дать мир земле? Нет, говорю вам, но разделение.</w:t>
      </w:r>
    </w:p>
    <w:p>
      <w:r>
        <w:t>52. Отныне пятеро в одном доме будут разделены: трое против двух и двое против трёх.</w:t>
      </w:r>
    </w:p>
    <w:p>
      <w:r>
        <w:t>53. Отец будет против сына и сын против отца, мать против дочери и дочь против матери, свекровь против невестки и невестка против свекрови».</w:t>
      </w:r>
    </w:p>
    <w:p>
      <w:r>
        <w:t>54. Он сказал и народу: «Когда видите облако, поднимающееся с запада, сразу говорите: “Будет дождь”, — и так происходит.</w:t>
      </w:r>
    </w:p>
    <w:p>
      <w:r>
        <w:t>55. А когда дует южный ветер, говорите: “Будет жара”, — и происходит.</w:t>
      </w:r>
    </w:p>
    <w:p>
      <w:r>
        <w:t>56. Лицемеры! Вид земли и неба вы умеете распознавать; почему же это время не умеете распознать?</w:t>
      </w:r>
    </w:p>
    <w:p>
      <w:r>
        <w:t>57. Почему вы и сами не судите, что справедливо?</w:t>
      </w:r>
    </w:p>
    <w:p>
      <w:r>
        <w:t>58. Когда идёшь со своим противником к начальнику, постарайся ещё по дороге уладить дело, чтобы он не потащил тебя к судье, судья не передал служителю и служитель не посадил тебя в тюрьму.</w:t>
      </w:r>
    </w:p>
    <w:p>
      <w:r>
        <w:t>59. Говорю тебе: ты не выйдешь оттуда, пока не отдашь всё до последней монеты».</w:t>
      </w:r>
    </w:p>
    <w:p>
      <w:pPr>
        <w:pStyle w:val="Heading2"/>
      </w:pPr>
      <w:r>
        <w:t>Глава 13</w:t>
      </w:r>
    </w:p>
    <w:p>
      <w:r>
        <w:t>1. В то время пришли люди и рассказали Иисусу о галилеянах, чью кровь Пилат смешал с их жертвами.</w:t>
      </w:r>
    </w:p>
    <w:p>
      <w:r>
        <w:t>2. Он ответил: «Думаете, эти галилеяне были грешнее всех остальных галилеян, потому что так пострадали?</w:t>
      </w:r>
    </w:p>
    <w:p>
      <w:r>
        <w:t>3. Нет, говорю вам. Но если не покаетесь, все так же погибнете.</w:t>
      </w:r>
    </w:p>
    <w:p>
      <w:r>
        <w:t>4. Или те восемнадцать, на которых упала башня в Силоаме и убила их, — думаете, они были виновнее всех жителей Иерусалима?</w:t>
      </w:r>
    </w:p>
    <w:p>
      <w:r>
        <w:t>5. Нет, говорю вам. Но если не покаетесь, все так же погибнете».</w:t>
      </w:r>
    </w:p>
    <w:p>
      <w:r>
        <w:t>6. И Он рассказал притчу: «У одного человека в винограднике росла смоковница. Он пришёл искать на ней плод, но не нашёл.</w:t>
      </w:r>
    </w:p>
    <w:p>
      <w:r>
        <w:t>7. Тогда сказал виноградарю: “Вот уже три года я прихожу искать плод на этой смоковнице и не нахожу. Сруби её. Зачем она ещё истощает землю?”</w:t>
      </w:r>
    </w:p>
    <w:p>
      <w:r>
        <w:t>8. Но тот ответил: “Господин, оставь её ещё на этот год. Я окопаю её и удобрю.</w:t>
      </w:r>
    </w:p>
    <w:p>
      <w:r>
        <w:t>9. Если принесёт плод в будущем — хорошо; если нет, тогда срубишь”».</w:t>
      </w:r>
    </w:p>
    <w:p>
      <w:r>
        <w:t>10. В одну из суббот Иисус учил в синагоге.</w:t>
      </w:r>
    </w:p>
    <w:p>
      <w:r>
        <w:t>11. Там была женщина, восемнадцать лет имевшая духа немощи. Она была согнута и не могла полностью выпрямиться.</w:t>
      </w:r>
    </w:p>
    <w:p>
      <w:r>
        <w:t>12. Увидев её, Иисус позвал и сказал: «Женщина, ты освобождена от своей немощи».</w:t>
      </w:r>
    </w:p>
    <w:p>
      <w:r>
        <w:t>13. Он возложил на неё руки, и она сразу выпрямилась и стала прославлять Бога.</w:t>
      </w:r>
    </w:p>
    <w:p>
      <w:r>
        <w:t>14. Начальник синагоги, возмущённый тем, что Иисус исцелил в субботу, сказал народу: «Есть шесть дней, в которые следует работать. В эти дни приходите исцеляться, а не в субботу».</w:t>
      </w:r>
    </w:p>
    <w:p>
      <w:r>
        <w:t>15. Господь ответил: «Лицемеры! Разве каждый из вас в субботу не отвязывает вола или осла от кормушки и не ведёт поить?</w:t>
      </w:r>
    </w:p>
    <w:p>
      <w:r>
        <w:t>16. А эту дочь Авраама, которую сатана держал связанной восемнадцать лет, разве не следовало освободить от этой связи в день субботний?»</w:t>
      </w:r>
    </w:p>
    <w:p>
      <w:r>
        <w:t>17. Когда Он говорил это, все противники Его были пристыжены, а весь народ радовался всем славным делам, совершавшимся Им.</w:t>
      </w:r>
    </w:p>
    <w:p>
      <w:r>
        <w:t>18. И Он говорил: «Чему подобно Царство Божье? С чем его сравнить?</w:t>
      </w:r>
    </w:p>
    <w:p>
      <w:r>
        <w:t>19. Оно подобно горчичному зерну, которое человек взял и посадил в своём саду. Оно выросло и стало деревом, и небесные птицы поселились в его ветвях».</w:t>
      </w:r>
    </w:p>
    <w:p>
      <w:r>
        <w:t>20. И снова сказал: «С чем сравнить Царство Божье?</w:t>
      </w:r>
    </w:p>
    <w:p>
      <w:r>
        <w:t>21. Оно подобно закваске, которую женщина взяла и смешала с тремя мерами муки, пока не заквасилось всё».</w:t>
      </w:r>
    </w:p>
    <w:p>
      <w:r>
        <w:t>22. Иисус проходил по городам и селениям, учил и продолжал путь в Иерусалим.</w:t>
      </w:r>
    </w:p>
    <w:p>
      <w:r>
        <w:t>23. Кто-то спросил Его: «Господи, неужели спасутся лишь немногие?» Он ответил:</w:t>
      </w:r>
    </w:p>
    <w:p>
      <w:r>
        <w:t>24. «Старайтесь войти через узкую дверь, потому что, говорю вам, многие постараются войти и не смогут.</w:t>
      </w:r>
    </w:p>
    <w:p>
      <w:r>
        <w:t>25. Когда хозяин дома встанет и закроет дверь, вы, стоя снаружи, начнёте стучать и говорить: “Господи, открой нам!” А он ответит: “Не знаю, откуда вы”.</w:t>
      </w:r>
    </w:p>
    <w:p>
      <w:r>
        <w:t>26. Тогда вы начнёте говорить: “Мы ели и пили перед Тобой, и Ты учил на наших улицах”.</w:t>
      </w:r>
    </w:p>
    <w:p>
      <w:r>
        <w:t>27. Но он скажет: “Не знаю, откуда вы. Отойдите от меня, все делающие неправду”.</w:t>
      </w:r>
    </w:p>
    <w:p>
      <w:r>
        <w:t>28. Там будут плач и скрежет зубов, когда увидите Авраама, Исаака, Иакова и всех пророков в Царстве Божьем, а себя — оставленными снаружи.</w:t>
      </w:r>
    </w:p>
    <w:p>
      <w:r>
        <w:t>29. И придут с востока и запада, с севера и юга и возлягут в Царстве Божьем.</w:t>
      </w:r>
    </w:p>
    <w:p>
      <w:r>
        <w:t>30. И вот, есть последние, которые станут первыми, и первые, которые станут последними».</w:t>
      </w:r>
    </w:p>
    <w:p>
      <w:r>
        <w:t>31. В тот час подошли некоторые фарисеи и сказали: «Уходи отсюда, потому что Ирод хочет Тебя убить».</w:t>
      </w:r>
    </w:p>
    <w:p>
      <w:r>
        <w:t>32. Он ответил: «Идите и скажите этой лисе: вот, Я изгоняю демонов и совершаю исцеления сегодня и завтра, а на третий день достигаю завершения.</w:t>
      </w:r>
    </w:p>
    <w:p>
      <w:r>
        <w:t>33. Но Мне нужно идти сегодня, завтра и в следующий день, потому что невозможно, чтобы пророк погиб вне Иерусалима.</w:t>
      </w:r>
    </w:p>
    <w:p>
      <w:r>
        <w:t>34. Иерусалим, Иерусалим, убивающий пророков и побивающий камнями посланных к тебе! Сколько раз Я хотел собрать твоих детей, как птица собирает птенцов под крылья, но вы не захотели.</w:t>
      </w:r>
    </w:p>
    <w:p>
      <w:r>
        <w:t>35. Вот, ваш дом оставляется вам. Говорю вам: вы не увидите Меня, пока не скажете: “Благословен Идущий во имя Господа!”».</w:t>
      </w:r>
    </w:p>
    <w:p>
      <w:pPr>
        <w:pStyle w:val="Heading2"/>
      </w:pPr>
      <w:r>
        <w:t>Глава 14</w:t>
      </w:r>
    </w:p>
    <w:p>
      <w:r>
        <w:t>1. Однажды в субботу Иисус вошёл в дом одного из начальников фарисеев поесть, и за Ним внимательно наблюдали.</w:t>
      </w:r>
    </w:p>
    <w:p>
      <w:r>
        <w:t>2. И вот, перед Ним был человек, страдавший от водянки.</w:t>
      </w:r>
    </w:p>
    <w:p>
      <w:r>
        <w:t>3. Иисус спросил знатоков Закона и фарисеев: «Позволено ли исцелять в субботу или нет?»</w:t>
      </w:r>
    </w:p>
    <w:p>
      <w:r>
        <w:t>4. Они молчали. Тогда Он коснулся больного, исцелил его и отпустил.</w:t>
      </w:r>
    </w:p>
    <w:p>
      <w:r>
        <w:t>5. А им сказал: «Если у кого из вас сын или вол упадёт в колодец в субботу, разве вы не вытащите его сразу?»</w:t>
      </w:r>
    </w:p>
    <w:p>
      <w:r>
        <w:t>6. И они не смогли ничего ответить.</w:t>
      </w:r>
    </w:p>
    <w:p>
      <w:r>
        <w:t>7. Заметив, как приглашённые выбирают лучшие места, Он рассказал им притчу:</w:t>
      </w:r>
    </w:p>
    <w:p>
      <w:r>
        <w:t>8. «Когда тебя пригласят на свадебный пир, не садись на самое почётное место: возможно, приглашён кто-то почётнее тебя.</w:t>
      </w:r>
    </w:p>
    <w:p>
      <w:r>
        <w:t>9. Тогда пригласивший вас обоих подойдёт и скажет: “Уступи ему место”, и тебе со стыдом придётся занять последнее.</w:t>
      </w:r>
    </w:p>
    <w:p>
      <w:r>
        <w:t>10. Но когда тебя пригласят, пойди и сядь на последнее место, чтобы пригласивший подошёл и сказал: “Друг, пересядь выше”. Тогда тебе будет честь перед всеми возлежащими с тобой.</w:t>
      </w:r>
    </w:p>
    <w:p>
      <w:r>
        <w:t>11. Потому что всякий возвышающий себя будет смирён, а смиряющий себя будет возвышен».</w:t>
      </w:r>
    </w:p>
    <w:p>
      <w:r>
        <w:t>12. Тому, кто пригласил Его, Иисус сказал: «Когда устраиваешь обед или ужин, не зови только друзей, братьев, родственников и богатых соседей, чтобы они не пригласили тебя в ответ и ты не получил вознаграждение.</w:t>
      </w:r>
    </w:p>
    <w:p>
      <w:r>
        <w:t>13. Но когда устраиваешь пир, приглашай бедных, людей с увечьями, хромых и слепых.</w:t>
      </w:r>
    </w:p>
    <w:p>
      <w:r>
        <w:t>14. И ты будешь блажен, потому что им нечем воздать тебе; тебе воздастся при воскресении праведных».</w:t>
      </w:r>
    </w:p>
    <w:p>
      <w:r>
        <w:t>15. Услышав это, один из возлежавших сказал: «Блажен тот, кто будет есть хлеб в Царстве Божьем!»</w:t>
      </w:r>
    </w:p>
    <w:p>
      <w:r>
        <w:t>16. Иисус ответил: «Один человек устроил большой ужин и пригласил многих.</w:t>
      </w:r>
    </w:p>
    <w:p>
      <w:r>
        <w:t>17. Когда наступило время ужина, он послал раба сказать приглашённым: “Приходите, уже всё готово”.</w:t>
      </w:r>
    </w:p>
    <w:p>
      <w:r>
        <w:t>18. Но все как один начали отказываться. Первый сказал: “Я купил поле и должен пойти посмотреть его. Прошу, извини меня”.</w:t>
      </w:r>
    </w:p>
    <w:p>
      <w:r>
        <w:t>19. Другой сказал: “Я купил пять пар волов и иду испытывать их. Прошу, извини меня”.</w:t>
      </w:r>
    </w:p>
    <w:p>
      <w:r>
        <w:t>20. Третий сказал: “Я женился и поэтому не могу прийти”.</w:t>
      </w:r>
    </w:p>
    <w:p>
      <w:r>
        <w:t>21. Раб вернулся и рассказал господину. Тогда хозяин дома разгневался и сказал: “Скорее выйди на улицы и переулки города и приведи сюда бедных, людей с увечьями, слепых и хромых”.</w:t>
      </w:r>
    </w:p>
    <w:p>
      <w:r>
        <w:t>22. Раб сказал: “Господин, твоё приказание исполнено, и ещё есть место”.</w:t>
      </w:r>
    </w:p>
    <w:p>
      <w:r>
        <w:t>23. Господин сказал: “Выйди на дороги и к изгородям и принуждай войти, чтобы мой дом наполнился.</w:t>
      </w:r>
    </w:p>
    <w:p>
      <w:r>
        <w:t>24. Потому что говорю вам: никто из тех первоначально приглашённых не попробует моего ужина”».</w:t>
      </w:r>
    </w:p>
    <w:p>
      <w:r>
        <w:t>25. Вместе с Иисусом шли большие толпы. Он повернулся и сказал им:</w:t>
      </w:r>
    </w:p>
    <w:p>
      <w:r>
        <w:t>26. «Если кто приходит ко Мне и не возненавидит своего отца и мать, жену и детей, братьев и сестёр, и даже собственную жизнь, тот не может быть Моим учеником.</w:t>
      </w:r>
    </w:p>
    <w:p>
      <w:r>
        <w:t>27. Кто не несёт свой крест и не идёт за Мной, тот не может быть Моим учеником.</w:t>
      </w:r>
    </w:p>
    <w:p>
      <w:r>
        <w:t>28. Кто из вас, желая построить башню, не сядет прежде подсчитать расходы, хватит ли ему средств завершить?</w:t>
      </w:r>
    </w:p>
    <w:p>
      <w:r>
        <w:t>29. Иначе, заложив основание и не сумев закончить, он станет предметом насмешек для всех увидевших.</w:t>
      </w:r>
    </w:p>
    <w:p>
      <w:r>
        <w:t>30. Они будут говорить: “Этот человек начал строить и не смог закончить”.</w:t>
      </w:r>
    </w:p>
    <w:p>
      <w:r>
        <w:t>31. Или какой царь, собираясь воевать с другим царём, не сядет прежде обсудить, сможет ли он с десятью тысячами противостоять идущему на него с двадцатью тысячами?</w:t>
      </w:r>
    </w:p>
    <w:p>
      <w:r>
        <w:t>32. Если нет, то, пока тот ещё далеко, пошлёт посольство просить мира.</w:t>
      </w:r>
    </w:p>
    <w:p>
      <w:r>
        <w:t>33. Так и всякий из вас, кто не отказывается от всего, что имеет, не может быть Моим учеником.</w:t>
      </w:r>
    </w:p>
    <w:p>
      <w:r>
        <w:t>34. Соль хороша. Но если соль потеряет вкус, чем её сделать солёной?</w:t>
      </w:r>
    </w:p>
    <w:p>
      <w:r>
        <w:t>35. Она уже не годится ни для земли, ни для удобрения — её выбрасывают. У кого есть уши слышать — пусть слышит».</w:t>
      </w:r>
    </w:p>
    <w:p>
      <w:pPr>
        <w:pStyle w:val="Heading2"/>
      </w:pPr>
      <w:r>
        <w:t>Глава 15</w:t>
      </w:r>
    </w:p>
    <w:p>
      <w:r>
        <w:t>1. К Иисусу подходили все сборщики пошлин и грешники, чтобы слушать Его.</w:t>
      </w:r>
    </w:p>
    <w:p>
      <w:r>
        <w:t>2. Фарисеи и книжники роптали: «Он принимает грешников и ест с ними».</w:t>
      </w:r>
    </w:p>
    <w:p>
      <w:r>
        <w:t>3. Тогда Он рассказал им эту притчу:</w:t>
      </w:r>
    </w:p>
    <w:p>
      <w:r>
        <w:t>4. «Кто из вас, имея сто овец и потеряв одну, не оставит девяносто девять в пустынной местности и не пойдёт за потерянной, пока не найдёт её?</w:t>
      </w:r>
    </w:p>
    <w:p>
      <w:r>
        <w:t>5. Найдя, он с радостью кладёт её на плечи</w:t>
      </w:r>
    </w:p>
    <w:p>
      <w:r>
        <w:t>6. и, придя домой, зовёт друзей и соседей: “Порадуйтесь со мной, потому что я нашёл мою потерянную овцу”.</w:t>
      </w:r>
    </w:p>
    <w:p>
      <w:r>
        <w:t>7. Говорю вам: так на небе будет больше радости об одном грешнике, который кается, чем о девяноста девяти праведниках, не нуждающихся в покаянии.</w:t>
      </w:r>
    </w:p>
    <w:p>
      <w:r>
        <w:t>8. Или какая женщина, имея десять серебряных монет и потеряв одну, не зажжёт светильник, не выметет дом и не станет тщательно искать, пока не найдёт?</w:t>
      </w:r>
    </w:p>
    <w:p>
      <w:r>
        <w:t>9. Найдя, она зовёт подруг и соседок: “Порадуйтесь со мной, потому что я нашла потерянную монету”.</w:t>
      </w:r>
    </w:p>
    <w:p>
      <w:r>
        <w:t>10. Так, говорю вам, бывает радость перед ангелами Божьими об одном грешнике, который кается».</w:t>
      </w:r>
    </w:p>
    <w:p>
      <w:r>
        <w:t>11. И Он сказал: «У одного человека было два сына.</w:t>
      </w:r>
    </w:p>
    <w:p>
      <w:r>
        <w:t>12. Младший сказал отцу: “Отец, дай мне причитающуюся часть имущества”. И отец разделил между ними своё состояние.</w:t>
      </w:r>
    </w:p>
    <w:p>
      <w:r>
        <w:t>13. Через несколько дней младший сын собрал всё, ушёл в далёкую страну и там растратил имущество, живя безрассудно.</w:t>
      </w:r>
    </w:p>
    <w:p>
      <w:r>
        <w:t>14. Когда он всё потратил, в той стране начался сильный голод, и он стал нуждаться.</w:t>
      </w:r>
    </w:p>
    <w:p>
      <w:r>
        <w:t>15. Он пошёл и нанялся к одному из жителей той страны, а тот отправил его на поля пасти свиней.</w:t>
      </w:r>
    </w:p>
    <w:p>
      <w:r>
        <w:t>16. Он желал насытиться стручками, которые ели свиньи, но никто ничего ему не давал.</w:t>
      </w:r>
    </w:p>
    <w:p>
      <w:r>
        <w:t>17. Тогда он пришёл в себя и сказал: “Сколько работников у моего отца имеют хлеба в изобилии, а я здесь погибаю от голода!</w:t>
      </w:r>
    </w:p>
    <w:p>
      <w:r>
        <w:t>18. Встану, пойду к отцу и скажу ему: ‘Отец, я согрешил против неба и перед тобой.</w:t>
      </w:r>
    </w:p>
    <w:p>
      <w:r>
        <w:t>19. Я больше недостоин называться твоим сыном. Прими меня как одного из твоих работников’”.</w:t>
      </w:r>
    </w:p>
    <w:p>
      <w:r>
        <w:t>20. Он встал и пошёл к отцу. Когда он был ещё далеко, отец увидел его, сжалился, побежал навстречу, обнял и поцеловал.</w:t>
      </w:r>
    </w:p>
    <w:p>
      <w:r>
        <w:t>21. Сын сказал: “Отец, я согрешил против неба и перед тобой. Я больше недостоин называться твоим сыном”.</w:t>
      </w:r>
    </w:p>
    <w:p>
      <w:r>
        <w:t>22. Но отец сказал рабам: “Скорее принесите лучшую одежду и оденьте его, дайте кольцо на руку и обувь на ноги.</w:t>
      </w:r>
    </w:p>
    <w:p>
      <w:r>
        <w:t>23. Приведите откормленного телёнка и приготовьте пир: будем есть и радоваться,</w:t>
      </w:r>
    </w:p>
    <w:p>
      <w:r>
        <w:t>24. потому что этот мой сын был мёртв и ожил, был потерян и нашёлся”. И они начали праздновать.</w:t>
      </w:r>
    </w:p>
    <w:p>
      <w:r>
        <w:t>25. Старший сын был в поле. Возвращаясь и подходя к дому, он услышал музыку и танцы.</w:t>
      </w:r>
    </w:p>
    <w:p>
      <w:r>
        <w:t>26. Он позвал одного из слуг и спросил, что происходит.</w:t>
      </w:r>
    </w:p>
    <w:p>
      <w:r>
        <w:t>27. Тот ответил: “Твой брат вернулся, и твой отец приготовил откормленного телёнка, потому что получил его обратно живым и здоровым”.</w:t>
      </w:r>
    </w:p>
    <w:p>
      <w:r>
        <w:t>28. Старший сын разгневался и не хотел входить. Отец вышел и стал уговаривать его.</w:t>
      </w:r>
    </w:p>
    <w:p>
      <w:r>
        <w:t>29. Но он ответил отцу: “Вот, столько лет я служу тебе и никогда не нарушал твоего приказания, но ты ни разу не дал мне даже козлёнка, чтобы повеселиться с друзьями.</w:t>
      </w:r>
    </w:p>
    <w:p>
      <w:r>
        <w:t>30. А когда пришёл этот твой сын, расточивший твоё имущество, ты приготовил для него откормленного телёнка!”</w:t>
      </w:r>
    </w:p>
    <w:p>
      <w:r>
        <w:t>31. Отец сказал: “Сын, ты всегда со мной, и всё моё — твоё.</w:t>
      </w:r>
    </w:p>
    <w:p>
      <w:r>
        <w:t>32. Но нужно было радоваться и праздновать, потому что этот твой брат был мёртв и ожил, был потерян и нашёлся”».</w:t>
      </w:r>
    </w:p>
    <w:p>
      <w:pPr>
        <w:pStyle w:val="Heading2"/>
      </w:pPr>
      <w:r>
        <w:t>Глава 16</w:t>
      </w:r>
    </w:p>
    <w:p>
      <w:r>
        <w:t>1. Иисус сказал ученикам: «У одного богатого человека был управляющий, которого обвинили в растрате его имущества.</w:t>
      </w:r>
    </w:p>
    <w:p>
      <w:r>
        <w:t>2. Он позвал его и сказал: “Что я слышу о тебе? Дай отчёт о своём управлении, потому что ты больше не можешь быть управляющим”.</w:t>
      </w:r>
    </w:p>
    <w:p>
      <w:r>
        <w:t>3. Управляющий сказал про себя: “Что мне делать? Господин отнимает у меня управление. Копать я не способен, просить милостыню стыдно.</w:t>
      </w:r>
    </w:p>
    <w:p>
      <w:r>
        <w:t>4. Знаю, что сделаю, чтобы, когда лишусь управления, люди приняли меня в свои дома”.</w:t>
      </w:r>
    </w:p>
    <w:p>
      <w:r>
        <w:t>5. Он позвал должников господина по одному. Первого спросил: “Сколько ты должен моему господину?”</w:t>
      </w:r>
    </w:p>
    <w:p>
      <w:r>
        <w:t>6. Тот ответил: “Сто мер масла”. Управляющий сказал: “Возьми расписку, садись скорее и напиши пятьдесят”.</w:t>
      </w:r>
    </w:p>
    <w:p>
      <w:r>
        <w:t>7. Другого спросил: “А ты сколько должен?” Тот ответил: “Сто мер пшеницы”. Он сказал: “Возьми расписку и напиши восемьдесят”.</w:t>
      </w:r>
    </w:p>
    <w:p>
      <w:r>
        <w:t>8. И хозяин похвалил нечестного управляющего за то, что тот поступил предусмотрительно. Ведь сыны этого века в отношениях между собой предусмотрительнее сынов света.</w:t>
      </w:r>
    </w:p>
    <w:p>
      <w:r>
        <w:t>9. И Я говорю вам: приобретайте себе друзей посредством неправедной маммоны, чтобы, когда она исчезнет, вас приняли в вечные жилища.</w:t>
      </w:r>
    </w:p>
    <w:p>
      <w:r>
        <w:t>10. Верный в малом верен и во многом, а несправедливый в малом несправедлив и во многом.</w:t>
      </w:r>
    </w:p>
    <w:p>
      <w:r>
        <w:t>11. Итак, если вы не были верны в неправедном богатстве, кто доверит вам истинное?</w:t>
      </w:r>
    </w:p>
    <w:p>
      <w:r>
        <w:t>12. И если не были верны в чужом, кто даст вам ваше?</w:t>
      </w:r>
    </w:p>
    <w:p>
      <w:r>
        <w:t>13. Никакой слуга не может служить двум господам: либо одного будет ненавидеть, а другого любить, либо одному будет предан, а другим пренебрегать. Вы не можете служить Богу и маммоне».</w:t>
      </w:r>
    </w:p>
    <w:p>
      <w:r>
        <w:t>14. Всё это слышали фарисеи, которые любили деньги, и насмехались над Ним.</w:t>
      </w:r>
    </w:p>
    <w:p>
      <w:r>
        <w:t>15. Он сказал им: «Вы выставляете себя праведными перед людьми, но Бог знает ваши сердца. То, что высоко ценится среди людей, отвратительно перед Богом.</w:t>
      </w:r>
    </w:p>
    <w:p>
      <w:r>
        <w:t>16. Закон и Пророки — до Иоанна. С тех пор благовествуется Царство Божье, и каждый с силой стремится войти в него.</w:t>
      </w:r>
    </w:p>
    <w:p>
      <w:r>
        <w:t>17. Но легче небу и земле пройти, чем одной черте Закона отпасть.</w:t>
      </w:r>
    </w:p>
    <w:p>
      <w:r>
        <w:t>18. Всякий, кто разводится с женой и женится на другой, нарушает супружескую верность; и женящийся на разведённой нарушает супружескую верность.</w:t>
      </w:r>
    </w:p>
    <w:p>
      <w:r>
        <w:t>19. Жил один богатый человек. Он одевался в пурпур и тонкий лён и каждый день роскошно пировал.</w:t>
      </w:r>
    </w:p>
    <w:p>
      <w:r>
        <w:t>20. А у его ворот лежал бедняк по имени Лазарь, покрытый язвами.</w:t>
      </w:r>
    </w:p>
    <w:p>
      <w:r>
        <w:t>21. Он мечтал насытиться тем, что падало со стола богатого. Даже собаки приходили и лизали его язвы.</w:t>
      </w:r>
    </w:p>
    <w:p>
      <w:r>
        <w:t>22. Бедняк умер, и ангелы отнесли его к Аврааму. Умер и богатый, и его похоронили.</w:t>
      </w:r>
    </w:p>
    <w:p>
      <w:r>
        <w:t>23. Находясь в Аиде и испытывая мучение, он поднял глаза и увидел вдали Авраама и Лазаря рядом с ним.</w:t>
      </w:r>
    </w:p>
    <w:p>
      <w:r>
        <w:t>24. Он закричал: “Отец Авраам, помилуй меня! Пошли Лазаря, чтобы он хоть немного облегчил мою муку, потому что я страдаю в этом пламени”.</w:t>
      </w:r>
    </w:p>
    <w:p>
      <w:r>
        <w:t>25. Но Авраам сказал: “Сын, вспомни: ты получил доброе при жизни, а Лазарь — плохое. Теперь он здесь утешается, а ты страдаешь.</w:t>
      </w:r>
    </w:p>
    <w:p>
      <w:r>
        <w:t>26. Кроме того, между нами и вами установлена великая пропасть, так что желающие перейти отсюда к вам не могут, и оттуда к нам не переходят”.</w:t>
      </w:r>
    </w:p>
    <w:p>
      <w:r>
        <w:t>27. Тогда богатый сказал: “Прошу тебя, отец, пошли его в дом моего отца,</w:t>
      </w:r>
    </w:p>
    <w:p>
      <w:r>
        <w:t>28. потому что у меня пять братьев. Пусть предупредит их, чтобы и они не пришли в это место мучения”.</w:t>
      </w:r>
    </w:p>
    <w:p>
      <w:r>
        <w:t>29. Авраам ответил: “У них есть Моисей и Пророки. Пусть слушают их”.</w:t>
      </w:r>
    </w:p>
    <w:p>
      <w:r>
        <w:t>30. Тот сказал: “Нет, отец Авраам. Но если кто-то из мёртвых придёт к ним, они покаются”.</w:t>
      </w:r>
    </w:p>
    <w:p>
      <w:r>
        <w:t>31. Авраам ответил: “Если они не слушают Моисея и Пророков, то не убедятся, даже если кто-нибудь воскреснет из мёртвых”».</w:t>
      </w:r>
    </w:p>
    <w:p>
      <w:pPr>
        <w:pStyle w:val="Heading2"/>
      </w:pPr>
      <w:r>
        <w:t>Глава 17</w:t>
      </w:r>
    </w:p>
    <w:p>
      <w:r>
        <w:t>1. Иисус сказал ученикам: «Причины для падения неизбежно приходят, но горе тому, через кого они приходят.</w:t>
      </w:r>
    </w:p>
    <w:p>
      <w:r>
        <w:t>2. Для него было бы лучше, если бы ему повесили на шею жернов и бросили в море, чем если бы он стал причиной падения одного из этих малых.</w:t>
      </w:r>
    </w:p>
    <w:p>
      <w:r>
        <w:t>3. Следите за собой. Если твой брат согрешит, обличи его; и если покается, прости.</w:t>
      </w:r>
    </w:p>
    <w:p>
      <w:r>
        <w:t>4. Даже если семь раз в день согрешит против тебя и семь раз вернётся, говоря: “Каюсь”, прости его».</w:t>
      </w:r>
    </w:p>
    <w:p>
      <w:r>
        <w:t>5. Апостолы сказали Господу: «Умножь нашу веру!»</w:t>
      </w:r>
    </w:p>
    <w:p>
      <w:r>
        <w:t>6. Господь ответил: «Если бы у вас была вера с горчичное зерно, вы сказали бы этой шелковице: “Вырвись с корнем и пересадись в море”, — и она послушалась бы вас».</w:t>
      </w:r>
    </w:p>
    <w:p>
      <w:r>
        <w:t>7. «Кто из вас, имея раба, который пашет или пасёт, скажет ему, когда тот вернётся с поля: “Скорее проходи и садись за стол”?</w:t>
      </w:r>
    </w:p>
    <w:p>
      <w:r>
        <w:t>8. Разве не скажет: “Приготовь мне ужин, приведи себя в порядок и служи мне, пока я ем и пью, а потом будешь есть и пить ты”?</w:t>
      </w:r>
    </w:p>
    <w:p>
      <w:r>
        <w:t>9. Разве он благодарит раба за то, что тот исполнил приказанное?</w:t>
      </w:r>
    </w:p>
    <w:p>
      <w:r>
        <w:t>10. Так и вы, когда исполните всё, что вам приказано, говорите: “Мы ничего не заслуживающие рабы; мы сделали лишь то, что должны были сделать”».</w:t>
      </w:r>
    </w:p>
    <w:p>
      <w:r>
        <w:t>11. По пути в Иерусалим Иисус проходил между Самарией и Галилеей.</w:t>
      </w:r>
    </w:p>
    <w:p>
      <w:r>
        <w:t>12. Когда Он входил в одно селение, Его встретили десять прокажённых. Они остановились вдали</w:t>
      </w:r>
    </w:p>
    <w:p>
      <w:r>
        <w:t>13. и громко сказали: «Иисус, Наставник, помилуй нас!»</w:t>
      </w:r>
    </w:p>
    <w:p>
      <w:r>
        <w:t>14. Увидев их, Он сказал: «Пойдите покажитесь священникам». И пока они шли, очистились.</w:t>
      </w:r>
    </w:p>
    <w:p>
      <w:r>
        <w:t>15. Один из них, увидев, что исцелился, вернулся, громко прославляя Бога.</w:t>
      </w:r>
    </w:p>
    <w:p>
      <w:r>
        <w:t>16. Он пал лицом к ногам Иисуса и благодарил Его. Это был самарянин.</w:t>
      </w:r>
    </w:p>
    <w:p>
      <w:r>
        <w:t>17. Иисус сказал: «Разве не десять очистились? Где остальные девять?</w:t>
      </w:r>
    </w:p>
    <w:p>
      <w:r>
        <w:t>18. Не нашлось никого, кто вернулся бы воздать славу Богу, кроме этого чужеземца?»</w:t>
      </w:r>
    </w:p>
    <w:p>
      <w:r>
        <w:t>19. И сказал ему: «Встань и иди. Твоя вера спасла тебя».</w:t>
      </w:r>
    </w:p>
    <w:p>
      <w:r>
        <w:t>20. Фарисеи спросили Его, когда придёт Царство Божье. Он ответил: «Царство Божье не приходит так, чтобы его можно было вычислить по наблюдаемым признакам.</w:t>
      </w:r>
    </w:p>
    <w:p>
      <w:r>
        <w:t>21. И не скажут: “Вот оно здесь” или “Там”. Потому что Царство Божье среди вас».</w:t>
      </w:r>
    </w:p>
    <w:p>
      <w:r>
        <w:t>22. Затем Он сказал ученикам: «Придут дни, когда вы захотите увидеть хотя бы один из дней Сына Человеческого, но не увидите.</w:t>
      </w:r>
    </w:p>
    <w:p>
      <w:r>
        <w:t>23. Вам будут говорить: “Вот там!” или “Вот здесь!” Не идите и не бегите за ними.</w:t>
      </w:r>
    </w:p>
    <w:p>
      <w:r>
        <w:t>24. Потому что как молния сверкает от одного края неба до другого, так будет и Сын Человеческий в Свой день.</w:t>
      </w:r>
    </w:p>
    <w:p>
      <w:r>
        <w:t>25. Но прежде Ему предстоит много пострадать и быть отвергнутым этим поколением.</w:t>
      </w:r>
    </w:p>
    <w:p>
      <w:r>
        <w:t>26. Как было во дни Ноя, так будет и во дни Сына Человеческого:</w:t>
      </w:r>
    </w:p>
    <w:p>
      <w:r>
        <w:t>27. люди ели, пили, женились и выходили замуж до того дня, когда Ной вошёл в ковчег; пришёл потоп и погубил всех.</w:t>
      </w:r>
    </w:p>
    <w:p>
      <w:r>
        <w:t>28. Так же было во дни Лота: ели, пили, покупали, продавали, сажали, строили.</w:t>
      </w:r>
    </w:p>
    <w:p>
      <w:r>
        <w:t>29. Но в день, когда Лот вышел из Содома, с неба пролились огонь и сера и уничтожили всех.</w:t>
      </w:r>
    </w:p>
    <w:p>
      <w:r>
        <w:t>30. Так будет и в день, когда откроется Сын Человеческий.</w:t>
      </w:r>
    </w:p>
    <w:p>
      <w:r>
        <w:t>31. В тот день кто будет на крыше, а вещи его в доме, пусть не спускается за ними; и кто будет в поле, пусть не возвращается назад.</w:t>
      </w:r>
    </w:p>
    <w:p>
      <w:r>
        <w:t>32. Помните жену Лота.</w:t>
      </w:r>
    </w:p>
    <w:p>
      <w:r>
        <w:t>33. Кто стремится сохранить свою жизнь, потеряет её; а кто потеряет, сохранит.</w:t>
      </w:r>
    </w:p>
    <w:p>
      <w:r>
        <w:t>34. Говорю вам: в ту ночь двое будут на одной постели — один будет взят, другой оставлен.</w:t>
      </w:r>
    </w:p>
    <w:p>
      <w:r>
        <w:t>35. Две женщины будут молоть вместе — одна будет взята, другая оставлена».</w:t>
      </w:r>
    </w:p>
    <w:p>
      <w:r>
        <w:t xml:space="preserve">36. </w:t>
      </w:r>
    </w:p>
    <w:p>
      <w:r>
        <w:t>37. Они спросили: «Где, Господи?» Он ответил: «Где тело, там соберутся орлы».</w:t>
      </w:r>
    </w:p>
    <w:p>
      <w:pPr>
        <w:pStyle w:val="Heading2"/>
      </w:pPr>
      <w:r>
        <w:t>Глава 18</w:t>
      </w:r>
    </w:p>
    <w:p>
      <w:r>
        <w:t>1. Иисус рассказал им притчу о том, что нужно всегда молиться и не падать духом.</w:t>
      </w:r>
    </w:p>
    <w:p>
      <w:r>
        <w:t>2. Он сказал: «В одном городе был судья, который Бога не боялся и людей не уважал.</w:t>
      </w:r>
    </w:p>
    <w:p>
      <w:r>
        <w:t>3. В том же городе была вдова. Она постоянно приходила к нему и говорила: “Защити меня от моего противника”.</w:t>
      </w:r>
    </w:p>
    <w:p>
      <w:r>
        <w:t>4. Некоторое время он не хотел, но потом сказал себе: “Хотя Бога я не боюсь и людей не уважаю,</w:t>
      </w:r>
    </w:p>
    <w:p>
      <w:r>
        <w:t>5. но эта вдова не даёт мне покоя. Добьюсь для неё справедливости, чтобы она не приходила без конца и не изматывала меня”».</w:t>
      </w:r>
    </w:p>
    <w:p>
      <w:r>
        <w:t>6. Господь сказал: «Слышите, что говорит неправедный судья?</w:t>
      </w:r>
    </w:p>
    <w:p>
      <w:r>
        <w:t>7. Разве Бог не восстановит справедливость для Своих избранных, которые взывают к Нему день и ночь? Разве станет долго медлить?</w:t>
      </w:r>
    </w:p>
    <w:p>
      <w:r>
        <w:t>8. Говорю вам: Он быстро восстановит для них справедливость. Но когда придёт Сын Человеческий, найдёт ли Он веру на земле?»</w:t>
      </w:r>
    </w:p>
    <w:p>
      <w:r>
        <w:t>9. Некоторым, уверенным в собственной праведности и презиравшим других, Он рассказал такую притчу:</w:t>
      </w:r>
    </w:p>
    <w:p>
      <w:r>
        <w:t>10. «Два человека вошли в храм помолиться: один фарисей, другой сборщик пошлин.</w:t>
      </w:r>
    </w:p>
    <w:p>
      <w:r>
        <w:t>11. Фарисей, встав, молился о себе так: “Боже, благодарю Тебя, что я не такой, как остальные люди: вымогатели, неправедные, нарушители супружеской верности, или как этот сборщик пошлин.</w:t>
      </w:r>
    </w:p>
    <w:p>
      <w:r>
        <w:t>12. Я пощусь дважды в неделю и отдаю десятину со всего, что приобретаю”.</w:t>
      </w:r>
    </w:p>
    <w:p>
      <w:r>
        <w:t>13. А сборщик пошлин, стоя вдали, не смел даже поднять глаза к небу, но просил: “Боже, будь милостив ко мне, грешнику!”</w:t>
      </w:r>
    </w:p>
    <w:p>
      <w:r>
        <w:t>14. Говорю вам: этот человек пошёл домой оправданным перед Богом, а не тот. Потому что всякий возвышающий себя будет смирён, а смиряющий себя будет возвышен».</w:t>
      </w:r>
    </w:p>
    <w:p>
      <w:r>
        <w:t>15. К Иисусу приносили и младенцев, чтобы Он прикоснулся к ним. Ученики, увидев это, запрещали.</w:t>
      </w:r>
    </w:p>
    <w:p>
      <w:r>
        <w:t>16. Но Иисус позвал детей и сказал: «Позвольте детям приходить ко Мне и не мешайте им, потому что таким принадлежит Царство Божье.</w:t>
      </w:r>
    </w:p>
    <w:p>
      <w:r>
        <w:t>17. Истинно говорю вам: кто не примет Царство Божье как ребёнок, тот не войдёт в него».</w:t>
      </w:r>
    </w:p>
    <w:p>
      <w:r>
        <w:t>18. Один начальник спросил Его: «Добрый Учитель, что мне сделать, чтобы унаследовать вечную жизнь?»</w:t>
      </w:r>
    </w:p>
    <w:p>
      <w:r>
        <w:t>19. Иисус ответил: «Почему ты называешь Меня добрым? Никто не добр, кроме одного Бога.</w:t>
      </w:r>
    </w:p>
    <w:p>
      <w:r>
        <w:t>20. Ты знаешь заповеди: не нарушай супружескую верность, не убивай, не кради, не лжесвидетельствуй, почитай отца и мать».</w:t>
      </w:r>
    </w:p>
    <w:p>
      <w:r>
        <w:t>21. Тот сказал: «Всё это я соблюдал с юности».</w:t>
      </w:r>
    </w:p>
    <w:p>
      <w:r>
        <w:t>22. Услышав это, Иисус сказал ему: «Одного тебе ещё не хватает: продай всё, что имеешь, раздай бедным — и у тебя будет сокровище на небесах. Потом приходи и следуй за Мной».</w:t>
      </w:r>
    </w:p>
    <w:p>
      <w:r>
        <w:t>23. Услышав это, тот сильно опечалился, потому что был очень богат.</w:t>
      </w:r>
    </w:p>
    <w:p>
      <w:r>
        <w:t>24. Иисус, увидев его, сказал: «Как трудно имеющим богатство войти в Царство Божье!</w:t>
      </w:r>
    </w:p>
    <w:p>
      <w:r>
        <w:t>25. Легче верблюду пройти через игольное ушко, чем богатому войти в Царство Божье».</w:t>
      </w:r>
    </w:p>
    <w:p>
      <w:r>
        <w:t>26. Слышавшие спросили: «Кто же тогда может быть спасён?»</w:t>
      </w:r>
    </w:p>
    <w:p>
      <w:r>
        <w:t>27. Он ответил: «Невозможное для людей возможно для Бога».</w:t>
      </w:r>
    </w:p>
    <w:p>
      <w:r>
        <w:t>28. Пётр сказал: «Вот, мы оставили своё и последовали за Тобой».</w:t>
      </w:r>
    </w:p>
    <w:p>
      <w:r>
        <w:t>29. Иисус ответил: «Истинно говорю вам: нет никого, кто оставил дом, жену, братьев, родителей или детей ради Царства Божьего,</w:t>
      </w:r>
    </w:p>
    <w:p>
      <w:r>
        <w:t>30. и не получил бы во много раз больше уже в это время, а в грядущем веке — вечную жизнь».</w:t>
      </w:r>
    </w:p>
    <w:p>
      <w:r>
        <w:t>31. Взяв двенадцать, Он сказал: «Вот, мы поднимаемся в Иерусалим, и исполнится всё написанное пророками о Сыне Человеческом.</w:t>
      </w:r>
    </w:p>
    <w:p>
      <w:r>
        <w:t>32. Его передадут язычникам, над Ним будут насмехаться, Его оскорбят и будут плевать в Него,</w:t>
      </w:r>
    </w:p>
    <w:p>
      <w:r>
        <w:t>33. будут бичевать и убьют, а на третий день Он воскреснет».</w:t>
      </w:r>
    </w:p>
    <w:p>
      <w:r>
        <w:t>34. Но они ничего из этого не поняли. Смысл был скрыт от них, и они не понимали сказанного.</w:t>
      </w:r>
    </w:p>
    <w:p>
      <w:r>
        <w:t>35. Когда Иисус приближался к Иерихону, у дороги сидел слепой и просил милостыню.</w:t>
      </w:r>
    </w:p>
    <w:p>
      <w:r>
        <w:t>36. Услышав, что мимо проходит толпа, он спросил, что происходит.</w:t>
      </w:r>
    </w:p>
    <w:p>
      <w:r>
        <w:t>37. Ему сказали: «Идёт Иисус Назарянин».</w:t>
      </w:r>
    </w:p>
    <w:p>
      <w:r>
        <w:t>38. Он закричал: «Иисус, Сын Давида, помилуй меня!»</w:t>
      </w:r>
    </w:p>
    <w:p>
      <w:r>
        <w:t>39. Шедшие впереди требовали, чтобы он замолчал, но он кричал ещё громче: «Сын Давида, помилуй меня!»</w:t>
      </w:r>
    </w:p>
    <w:p>
      <w:r>
        <w:t>40. Иисус остановился и велел привести его. Когда тот подошёл, спросил:</w:t>
      </w:r>
    </w:p>
    <w:p>
      <w:r>
        <w:t>41. «Что ты хочешь, чтобы Я сделал для тебя?» Он ответил: «Господи, хочу видеть».</w:t>
      </w:r>
    </w:p>
    <w:p>
      <w:r>
        <w:t>42. Иисус сказал: «Прозри. Твоя вера спасла тебя».</w:t>
      </w:r>
    </w:p>
    <w:p>
      <w:r>
        <w:t>43. Он сразу прозрел и пошёл за Иисусом, прославляя Бога. И весь народ, увидев это, воздал хвалу Богу.</w:t>
      </w:r>
    </w:p>
    <w:p>
      <w:pPr>
        <w:pStyle w:val="Heading2"/>
      </w:pPr>
      <w:r>
        <w:t>Глава 19</w:t>
      </w:r>
    </w:p>
    <w:p>
      <w:r>
        <w:t>1. Иисус вошёл в Иерихон и проходил через город.</w:t>
      </w:r>
    </w:p>
    <w:p>
      <w:r>
        <w:t>2. Там был человек по имени Закхей, начальник сборщиков пошлин, богатый человек.</w:t>
      </w:r>
    </w:p>
    <w:p>
      <w:r>
        <w:t>3. Он хотел увидеть, кто такой Иисус, но не мог из-за толпы, потому что был невысок ростом.</w:t>
      </w:r>
    </w:p>
    <w:p>
      <w:r>
        <w:t>4. Тогда он забежал вперёд и взобрался на смоковницу, чтобы увидеть Иисуса, Который должен был проходить там.</w:t>
      </w:r>
    </w:p>
    <w:p>
      <w:r>
        <w:t>5. Подойдя к этому месту, Иисус посмотрел вверх и сказал: «Закхей, скорее спускайся, потому что сегодня Мне нужно быть в твоём доме».</w:t>
      </w:r>
    </w:p>
    <w:p>
      <w:r>
        <w:t>6. Он поспешно спустился и с радостью принял Иисуса.</w:t>
      </w:r>
    </w:p>
    <w:p>
      <w:r>
        <w:t>7. Увидев это, все роптали: «Он вошёл в дом к грешному человеку».</w:t>
      </w:r>
    </w:p>
    <w:p>
      <w:r>
        <w:t>8. Закхей встал и сказал Господу: «Господи, половину моего имущества я отдаю бедным, а если кого-то в чём-то обманул, возвращаю вчетверо».</w:t>
      </w:r>
    </w:p>
    <w:p>
      <w:r>
        <w:t>9. Иисус сказал ему: «Сегодня спасение пришло в этот дом, потому что и он — сын Авраама.</w:t>
      </w:r>
    </w:p>
    <w:p>
      <w:r>
        <w:t>10. Ведь Сын Человеческий пришёл искать и спасать потерянное».</w:t>
      </w:r>
    </w:p>
    <w:p>
      <w:r>
        <w:t>11. Когда они слушали это, Иисус рассказал ещё одну притчу, потому что был близко к Иерусалиму, а люди думали, что Царство Божье должно явиться немедленно.</w:t>
      </w:r>
    </w:p>
    <w:p>
      <w:r>
        <w:t>12. Он сказал: «Один человек благородного происхождения отправился в далёкую страну получить царскую власть и затем вернуться.</w:t>
      </w:r>
    </w:p>
    <w:p>
      <w:r>
        <w:t>13. Он позвал десять рабов, дал им десять мин и сказал: “Пустите их в дело, пока я не вернусь”.</w:t>
      </w:r>
    </w:p>
    <w:p>
      <w:r>
        <w:t>14. Но сограждане ненавидели его и отправили вслед за ним посольство сказать: “Мы не хотим, чтобы он царствовал над нами”.</w:t>
      </w:r>
    </w:p>
    <w:p>
      <w:r>
        <w:t>15. Получив царскую власть, он вернулся и велел позвать рабов, которым дал деньги, чтобы узнать, кто сколько приобрёл.</w:t>
      </w:r>
    </w:p>
    <w:p>
      <w:r>
        <w:t>16. Первый пришёл и сказал: “Господин, твоя мина принесла ещё десять мин”.</w:t>
      </w:r>
    </w:p>
    <w:p>
      <w:r>
        <w:t>17. Он ответил: “Хорошо, добрый раб! За то, что ты оказался верным в малом, получи власть над десятью городами”.</w:t>
      </w:r>
    </w:p>
    <w:p>
      <w:r>
        <w:t>18. Пришёл второй и сказал: “Твоя мина, господин, принесла ещё пять мин”.</w:t>
      </w:r>
    </w:p>
    <w:p>
      <w:r>
        <w:t>19. И этому он сказал: “Ты будешь над пятью городами”.</w:t>
      </w:r>
    </w:p>
    <w:p>
      <w:r>
        <w:t>20. Другой пришёл и сказал: “Господин, вот твоя мина. Я хранил её завернутой в платок,</w:t>
      </w:r>
    </w:p>
    <w:p>
      <w:r>
        <w:t>21. потому что боялся тебя: ты человек суровый, берёшь то, чего не вкладывал, и жнёшь то, чего не сеял”.</w:t>
      </w:r>
    </w:p>
    <w:p>
      <w:r>
        <w:t>22. Он ответил: “Твоими же словами буду судить тебя, злой раб. Ты знал, что я человек суровый, беру то, чего не вкладывал, и жну то, чего не сеял.</w:t>
      </w:r>
    </w:p>
    <w:p>
      <w:r>
        <w:t>23. Почему же ты не отдал мои деньги в банк? Тогда, вернувшись, я получил бы их с прибылью”.</w:t>
      </w:r>
    </w:p>
    <w:p>
      <w:r>
        <w:t>24. И сказал стоявшим рядом: “Возьмите у него мину и отдайте имеющему десять”.</w:t>
      </w:r>
    </w:p>
    <w:p>
      <w:r>
        <w:t>25. Они сказали: “Господин, у него уже десять мин!”</w:t>
      </w:r>
    </w:p>
    <w:p>
      <w:r>
        <w:t>26. “Говорю вам: всякому имеющему будет дано ещё; а у неимеющего будет отнято даже то, что имеет.</w:t>
      </w:r>
    </w:p>
    <w:p>
      <w:r>
        <w:t>27. А тех моих врагов, которые не хотели, чтобы я царствовал над ними, приведите сюда и убейте передо мной”».</w:t>
      </w:r>
    </w:p>
    <w:p>
      <w:r>
        <w:t>28. Сказав это, Иисус пошёл впереди, поднимаясь в Иерусалим.</w:t>
      </w:r>
    </w:p>
    <w:p>
      <w:r>
        <w:t>29. Когда Он приблизился к Вифагии и Вифании, у горы, называемой Масличной, послал двух учеников</w:t>
      </w:r>
    </w:p>
    <w:p>
      <w:r>
        <w:t>30. и сказал: «Идите в селение напротив. Войдя в него, найдёте привязанного молодого осла, на которого ещё никто не садился. Отвяжите его и приведите.</w:t>
      </w:r>
    </w:p>
    <w:p>
      <w:r>
        <w:t>31. Если кто-нибудь спросит: “Зачем отвязываете?”, ответьте: “Он нужен Господу”».</w:t>
      </w:r>
    </w:p>
    <w:p>
      <w:r>
        <w:t>32. Посланные пошли и нашли всё так, как Он сказал.</w:t>
      </w:r>
    </w:p>
    <w:p>
      <w:r>
        <w:t>33. Когда они отвязывали осла, его хозяева спросили: «Зачем вы отвязываете осла?»</w:t>
      </w:r>
    </w:p>
    <w:p>
      <w:r>
        <w:t>34. Они ответили: «Он нужен Господу».</w:t>
      </w:r>
    </w:p>
    <w:p>
      <w:r>
        <w:t>35. Они привели осла к Иисусу, набросили на него свои одежды и посадили Иисуса.</w:t>
      </w:r>
    </w:p>
    <w:p>
      <w:r>
        <w:t>36. Когда Он ехал, люди расстилали свои одежды на дороге.</w:t>
      </w:r>
    </w:p>
    <w:p>
      <w:r>
        <w:t>37. Когда Он приблизился к спуску с Масличной горы, всё множество учеников стало громко и радостно славить Бога за все чудеса, которые видели.</w:t>
      </w:r>
    </w:p>
    <w:p>
      <w:r>
        <w:t>38. Они говорили: «Благословен Царь, Идущий во имя Господа! Мир на небе и слава в вышних!»</w:t>
      </w:r>
    </w:p>
    <w:p>
      <w:r>
        <w:t>39. Некоторые фарисеи из толпы сказали Ему: «Учитель, запрети Твоим ученикам!»</w:t>
      </w:r>
    </w:p>
    <w:p>
      <w:r>
        <w:t>40. Он ответил: «Говорю вам: если они замолчат, камни закричат».</w:t>
      </w:r>
    </w:p>
    <w:p>
      <w:r>
        <w:t>41. Когда Иисус приблизился и увидел город, Он заплакал о нём</w:t>
      </w:r>
    </w:p>
    <w:p>
      <w:r>
        <w:t>42. и сказал: «Если бы и ты в этот день понял, что ведёт к миру! Но теперь это скрыто от твоих глаз.</w:t>
      </w:r>
    </w:p>
    <w:p>
      <w:r>
        <w:t>43. Придут дни, когда враги окружат тебя укреплениями, замкнут со всех сторон</w:t>
      </w:r>
    </w:p>
    <w:p>
      <w:r>
        <w:t>44. и разрушат тебя и твоих детей внутри тебя; не оставят в тебе камня на камне, потому что ты не распознал время своего посещения».</w:t>
      </w:r>
    </w:p>
    <w:p>
      <w:r>
        <w:t>45. Войдя в храм, Иисус начал выгонять продающих</w:t>
      </w:r>
    </w:p>
    <w:p>
      <w:r>
        <w:t>46. и сказал: «Написано: “Мой дом будет домом молитвы”, а вы сделали его убежищем разбойников».</w:t>
      </w:r>
    </w:p>
    <w:p>
      <w:r>
        <w:t>47. Каждый день Он учил в храме. Первосвященники, книжники и влиятельные люди народа искали способ погубить Его,</w:t>
      </w:r>
    </w:p>
    <w:p>
      <w:r>
        <w:t>48. но не находили, что сделать, потому что весь народ неотрывно слушал Его.</w:t>
      </w:r>
    </w:p>
    <w:p>
      <w:pPr>
        <w:pStyle w:val="Heading2"/>
      </w:pPr>
      <w:r>
        <w:t>Глава 20</w:t>
      </w:r>
    </w:p>
    <w:p>
      <w:r>
        <w:t>1. Однажды, когда Иисус учил народ в храме и благовествовал, подошли первосвященники и книжники со старейшинами</w:t>
      </w:r>
    </w:p>
    <w:p>
      <w:r>
        <w:t>2. и спросили: «Скажи нам, какой властью Ты это делаешь? Кто дал Тебе эту власть?»</w:t>
      </w:r>
    </w:p>
    <w:p>
      <w:r>
        <w:t>3. Он ответил: «Я тоже задам вам вопрос. Скажите Мне:</w:t>
      </w:r>
    </w:p>
    <w:p>
      <w:r>
        <w:t>4. крещение Иоанна было с неба или от людей?»</w:t>
      </w:r>
    </w:p>
    <w:p>
      <w:r>
        <w:t>5. Они стали рассуждать между собой: «Если скажем: “С неба”, Он спросит: “Почему же вы ему не поверили?”</w:t>
      </w:r>
    </w:p>
    <w:p>
      <w:r>
        <w:t>6. А если скажем: “От людей”, весь народ побьёт нас камнями, потому что убеждён, что Иоанн был пророком».</w:t>
      </w:r>
    </w:p>
    <w:p>
      <w:r>
        <w:t>7. И они ответили, что не знают, откуда оно было.</w:t>
      </w:r>
    </w:p>
    <w:p>
      <w:r>
        <w:t>8. Иисус сказал: «Тогда и Я не скажу вам, какой властью это делаю».</w:t>
      </w:r>
    </w:p>
    <w:p>
      <w:r>
        <w:t>9. Он начал рассказывать народу притчу: «Один человек посадил виноградник, отдал его арендаторам и надолго уехал.</w:t>
      </w:r>
    </w:p>
    <w:p>
      <w:r>
        <w:t>10. В положенное время он послал к арендаторам раба, чтобы они дали ему часть плодов. Но арендаторы избили его и отправили ни с чем.</w:t>
      </w:r>
    </w:p>
    <w:p>
      <w:r>
        <w:t>11. Он послал другого раба; того тоже избили, унизили и отправили ни с чем.</w:t>
      </w:r>
    </w:p>
    <w:p>
      <w:r>
        <w:t>12. Он послал третьего; и этого ранили и выгнали.</w:t>
      </w:r>
    </w:p>
    <w:p>
      <w:r>
        <w:t>13. Тогда хозяин виноградника сказал: “Что мне делать? Пошлю моего любимого сына. Может быть, его они постыдятся”.</w:t>
      </w:r>
    </w:p>
    <w:p>
      <w:r>
        <w:t>14. Но арендаторы, увидев его, стали рассуждать: “Это наследник. Давайте убьём его, чтобы наследство стало нашим”.</w:t>
      </w:r>
    </w:p>
    <w:p>
      <w:r>
        <w:t>15. Они вывели его из виноградника и убили. Что же сделает с ними хозяин виноградника?</w:t>
      </w:r>
    </w:p>
    <w:p>
      <w:r>
        <w:t>16. Он придёт, погубит этих арендаторов и отдаст виноградник другим». Услышав это, люди сказали: «Да не будет!»</w:t>
      </w:r>
    </w:p>
    <w:p>
      <w:r>
        <w:t>17. Но Он посмотрел на них и сказал: «Что же тогда означает написанное: “Камень, который отвергли строители, стал краеугольным”?</w:t>
      </w:r>
    </w:p>
    <w:p>
      <w:r>
        <w:t>18. Каждый, кто упадёт на этот камень, разобьётся; а на кого он упадёт, того сокрушит».</w:t>
      </w:r>
    </w:p>
    <w:p>
      <w:r>
        <w:t>19. Книжники и первосвященники хотели схватить Его в тот же час, потому что поняли, что Он рассказал эту притчу о них, но боялись народа.</w:t>
      </w:r>
    </w:p>
    <w:p>
      <w:r>
        <w:t>20. Они стали следить за Ним и подослали людей, притворявшихся праведными, чтобы поймать Его на слове и передать власти правителя.</w:t>
      </w:r>
    </w:p>
    <w:p>
      <w:r>
        <w:t>21. Те спросили: «Учитель, мы знаем, что Ты правильно говоришь и учишь, не смотришь на положение человека, а истинно учишь пути Бога.</w:t>
      </w:r>
    </w:p>
    <w:p>
      <w:r>
        <w:t>22. Позволено ли нам платить налог кесарю или нет?»</w:t>
      </w:r>
    </w:p>
    <w:p>
      <w:r>
        <w:t>23. Поняв их хитрость, Иисус сказал:</w:t>
      </w:r>
    </w:p>
    <w:p>
      <w:r>
        <w:t>24. «Покажите Мне динарий. Чьё на нём изображение и надпись?» Они ответили: «Кесаря».</w:t>
      </w:r>
    </w:p>
    <w:p>
      <w:r>
        <w:t>25. Он сказал: «Тогда отдавайте кесарю то, что принадлежит кесарю, а Богу — то, что принадлежит Богу».</w:t>
      </w:r>
    </w:p>
    <w:p>
      <w:r>
        <w:t>26. Они не смогли поймать Его на слове перед народом и, удивившись ответу, замолчали.</w:t>
      </w:r>
    </w:p>
    <w:p>
      <w:r>
        <w:t>27. К Нему подошли некоторые саддукеи, которые отрицают воскресение, и спросили:</w:t>
      </w:r>
    </w:p>
    <w:p>
      <w:r>
        <w:t>28. «Учитель, Моисей написал нам: если у кого умрёт брат, имевший жену, но бездетный, его брат должен взять жену и продолжить род умершего.</w:t>
      </w:r>
    </w:p>
    <w:p>
      <w:r>
        <w:t>29. Было семь братьев. Первый женился и умер бездетным.</w:t>
      </w:r>
    </w:p>
    <w:p>
      <w:r>
        <w:t>30. Второй</w:t>
      </w:r>
    </w:p>
    <w:p>
      <w:r>
        <w:t>31. и третий взяли её; и так все семеро умерли, не оставив детей.</w:t>
      </w:r>
    </w:p>
    <w:p>
      <w:r>
        <w:t>32. После всех умерла и женщина.</w:t>
      </w:r>
    </w:p>
    <w:p>
      <w:r>
        <w:t>33. Итак, при воскресении чьей женой она будет? Ведь все семеро были её мужьями».</w:t>
      </w:r>
    </w:p>
    <w:p>
      <w:r>
        <w:t>34. Иисус сказал им: «Люди этого века женятся и выходят замуж.</w:t>
      </w:r>
    </w:p>
    <w:p>
      <w:r>
        <w:t>35. Но те, кто будет признан достойным участвовать в том веке и воскресении из мёртвых, не женятся и не выходят замуж.</w:t>
      </w:r>
    </w:p>
    <w:p>
      <w:r>
        <w:t>36. Они уже не могут умереть, потому что подобны ангелам и, будучи детьми воскресения, являются детьми Божьими.</w:t>
      </w:r>
    </w:p>
    <w:p>
      <w:r>
        <w:t>37. А что мёртвые воскресают, показал и Моисей в рассказе о кусте, когда называет Господа Богом Авраама, Богом Исаака и Богом Иакова.</w:t>
      </w:r>
    </w:p>
    <w:p>
      <w:r>
        <w:t>38. Он Бог не мёртвых, а живых, потому что для Него все живы».</w:t>
      </w:r>
    </w:p>
    <w:p>
      <w:r>
        <w:t>39. Некоторые книжники сказали: «Учитель, Ты хорошо ответил».</w:t>
      </w:r>
    </w:p>
    <w:p>
      <w:r>
        <w:t>40. И больше они не решались ничего спрашивать у Него.</w:t>
      </w:r>
    </w:p>
    <w:p>
      <w:r>
        <w:t>41. Тогда Он спросил их: «Как говорят, что Христос — сын Давида?</w:t>
      </w:r>
    </w:p>
    <w:p>
      <w:r>
        <w:t>42. Ведь сам Давид говорит в книге Псалмов: “Господь сказал моему Господу: сядь справа от Меня,</w:t>
      </w:r>
    </w:p>
    <w:p>
      <w:r>
        <w:t>43. пока Я не положу Твоих врагов под Твои ноги”.</w:t>
      </w:r>
    </w:p>
    <w:p>
      <w:r>
        <w:t>44. Итак, Давид называет Его Господом. Как же Он его сын?»</w:t>
      </w:r>
    </w:p>
    <w:p>
      <w:r>
        <w:t>45. Когда весь народ слушал, Он сказал ученикам:</w:t>
      </w:r>
    </w:p>
    <w:p>
      <w:r>
        <w:t>46. «Берегитесь книжников, которые любят ходить в длинных одеждах, приветствия на площадях, лучшие места в синагогах и почётные места на пирах.</w:t>
      </w:r>
    </w:p>
    <w:p>
      <w:r>
        <w:t>47. Они пожирают дома вдов и для вида долго молятся. Они получат более суровый суд».</w:t>
      </w:r>
    </w:p>
    <w:p>
      <w:pPr>
        <w:pStyle w:val="Heading2"/>
      </w:pPr>
      <w:r>
        <w:t>Глава 21</w:t>
      </w:r>
    </w:p>
    <w:p>
      <w:r>
        <w:t>1. Подняв глаза, Иисус увидел богатых, кладших свои дары в храмовую сокровищницу.</w:t>
      </w:r>
    </w:p>
    <w:p>
      <w:r>
        <w:t>2. Он увидел и бедную вдову, положившую туда две мелкие монеты,</w:t>
      </w:r>
    </w:p>
    <w:p>
      <w:r>
        <w:t>3. и сказал: «Истинно говорю вам: эта бедная вдова положила больше всех.</w:t>
      </w:r>
    </w:p>
    <w:p>
      <w:r>
        <w:t>4. Потому что все клали дары из своего избытка, а она из своей нужды положила всё, что имела на жизнь».</w:t>
      </w:r>
    </w:p>
    <w:p>
      <w:r>
        <w:t>5. Когда некоторые говорили о храме, украшенном прекрасными камнями и дарами, Он сказал:</w:t>
      </w:r>
    </w:p>
    <w:p>
      <w:r>
        <w:t>6. «Придут дни, когда из того, что вы видите, не останется камня на камне — всё будет разрушено».</w:t>
      </w:r>
    </w:p>
    <w:p>
      <w:r>
        <w:t>7. Его спросили: «Учитель, когда это произойдёт и какой будет знак того, что это начинает исполняться?»</w:t>
      </w:r>
    </w:p>
    <w:p>
      <w:r>
        <w:t>8. Он сказал: «Смотрите, чтобы вас не обманули. Многие придут под Моим именем и будут говорить: “Это Я” и “Время приблизилось”. Не идите за ними.</w:t>
      </w:r>
    </w:p>
    <w:p>
      <w:r>
        <w:t>9. Когда услышите о войнах и беспорядках, не пугайтесь. Это должно произойти прежде, но конец придёт не сразу».</w:t>
      </w:r>
    </w:p>
    <w:p>
      <w:r>
        <w:t>10. Тогда Он сказал им: «Народ восстанет против народа и царство против царства.</w:t>
      </w:r>
    </w:p>
    <w:p>
      <w:r>
        <w:t>11. Будут сильные землетрясения, а в разных местах — голод и эпидемии; будут страшные явления и великие знамения с неба.</w:t>
      </w:r>
    </w:p>
    <w:p>
      <w:r>
        <w:t>12. Но прежде всего этого вас будут хватать и преследовать, предавать в синагоги и тюрьмы и приводить к царям и правителям из-за Моего имени.</w:t>
      </w:r>
    </w:p>
    <w:p>
      <w:r>
        <w:t>13. Это даст вам возможность свидетельствовать.</w:t>
      </w:r>
    </w:p>
    <w:p>
      <w:r>
        <w:t>14. Поэтому решите заранее не готовить себе защитную речь,</w:t>
      </w:r>
    </w:p>
    <w:p>
      <w:r>
        <w:t>15. потому что Я дам вам слова и мудрость, которым не смогут противостоять или возразить ваши противники.</w:t>
      </w:r>
    </w:p>
    <w:p>
      <w:r>
        <w:t>16. Вас будут предавать даже родители, братья, родственники и друзья, и некоторых из вас убьют.</w:t>
      </w:r>
    </w:p>
    <w:p>
      <w:r>
        <w:t>17. Все будут ненавидеть вас из-за Моего имени.</w:t>
      </w:r>
    </w:p>
    <w:p>
      <w:r>
        <w:t>18. Но ни один волос с вашей головы не пропадёт.</w:t>
      </w:r>
    </w:p>
    <w:p>
      <w:r>
        <w:t>19. Своей стойкостью вы приобретёте свою жизнь.</w:t>
      </w:r>
    </w:p>
    <w:p>
      <w:r>
        <w:t>20. Когда увидите Иерусалим, окружённый войсками, знайте: его опустошение приблизилось.</w:t>
      </w:r>
    </w:p>
    <w:p>
      <w:r>
        <w:t>21. Тогда находящиеся в Иудее пусть бегут в горы, находящиеся в городе — выходят, а находящиеся в окрестностях — не входят в него.</w:t>
      </w:r>
    </w:p>
    <w:p>
      <w:r>
        <w:t>22. Потому что это дни воздаяния, когда исполнится всё написанное.</w:t>
      </w:r>
    </w:p>
    <w:p>
      <w:r>
        <w:t>23. Тяжело будет беременным и кормящим в те дни, потому что на земле будет великое бедствие и гнев на этот народ.</w:t>
      </w:r>
    </w:p>
    <w:p>
      <w:r>
        <w:t>24. Одни падут от меча, других уведут пленниками во все народы, а Иерусалим будут попирать народы, пока не завершатся времена народов.</w:t>
      </w:r>
    </w:p>
    <w:p>
      <w:r>
        <w:t>25. Будут знамения на солнце, луне и звёздах, а на земле народы будут в смятении из-за шума моря и волн.</w:t>
      </w:r>
    </w:p>
    <w:p>
      <w:r>
        <w:t>26. Люди будут изнемогать от страха и ожидания того, что надвигается на мир, потому что небесные силы поколеблются.</w:t>
      </w:r>
    </w:p>
    <w:p>
      <w:r>
        <w:t>27. Тогда увидят Сына Человеческого, приходящего в облаке с силой и великой славой.</w:t>
      </w:r>
    </w:p>
    <w:p>
      <w:r>
        <w:t>28. Когда это начнёт происходить, распрямитесь и поднимите головы, потому что ваше избавление приближается».</w:t>
      </w:r>
    </w:p>
    <w:p>
      <w:r>
        <w:t>29. Он рассказал им притчу: «Посмотрите на смоковницу и все деревья.</w:t>
      </w:r>
    </w:p>
    <w:p>
      <w:r>
        <w:t>30. Когда они распускаются, вы сами видите и знаете, что лето уже близко.</w:t>
      </w:r>
    </w:p>
    <w:p>
      <w:r>
        <w:t>31. Так и вы, когда увидите, что это происходит, знайте: Царство Божье близко.</w:t>
      </w:r>
    </w:p>
    <w:p>
      <w:r>
        <w:t>32. Истинно говорю вам: это поколение не пройдёт, пока всё не произойдёт.</w:t>
      </w:r>
    </w:p>
    <w:p>
      <w:r>
        <w:t>33. Небо и земля пройдут, но Мои слова не пройдут.</w:t>
      </w:r>
    </w:p>
    <w:p>
      <w:r>
        <w:t>34. Следите за собой, чтобы ваши сердца не отяжелели от беспутной жизни, пьянства и житейских забот и тот день не застал вас неожиданно,</w:t>
      </w:r>
    </w:p>
    <w:p>
      <w:r>
        <w:t>35. потому что он придёт на всех живущих по всей земле.</w:t>
      </w:r>
    </w:p>
    <w:p>
      <w:r>
        <w:t>36. Бодрствуйте и молитесь во всякое время, чтобы иметь силу пройти через всё, что должно произойти, и предстать перед Сыном Человеческим».</w:t>
      </w:r>
    </w:p>
    <w:p>
      <w:r>
        <w:t>37. Днём Иисус учил в храме, а ночью выходил и проводил время на горе, называемой Масличной.</w:t>
      </w:r>
    </w:p>
    <w:p>
      <w:r>
        <w:t>38. И весь народ с раннего утра приходил к Нему в храм слушать Его.</w:t>
      </w:r>
    </w:p>
    <w:p>
      <w:pPr>
        <w:pStyle w:val="Heading2"/>
      </w:pPr>
      <w:r>
        <w:t>Глава 22</w:t>
      </w:r>
    </w:p>
    <w:p>
      <w:r>
        <w:t>1. Приближался праздник Пресных хлебов, называемый Пасхой.</w:t>
      </w:r>
    </w:p>
    <w:p>
      <w:r>
        <w:t>2. Первосвященники и книжники искали способ погубить Иисуса, потому что боялись народа.</w:t>
      </w:r>
    </w:p>
    <w:p>
      <w:r>
        <w:t>3. Тогда сатана вошёл в Иуду, называемого Искариотом, одного из двенадцати.</w:t>
      </w:r>
    </w:p>
    <w:p>
      <w:r>
        <w:t>4. Он пошёл и договорился с первосвященниками и начальниками храмовой стражи, как предать им Иисуса.</w:t>
      </w:r>
    </w:p>
    <w:p>
      <w:r>
        <w:t>5. Они обрадовались и согласились дать ему денег.</w:t>
      </w:r>
    </w:p>
    <w:p>
      <w:r>
        <w:t>6. Он согласился и стал искать удобного случая предать Иисуса им без народа.</w:t>
      </w:r>
    </w:p>
    <w:p>
      <w:r>
        <w:t>7. Наступил день Пресных хлебов, когда нужно было приносить пасхальную жертву.</w:t>
      </w:r>
    </w:p>
    <w:p>
      <w:r>
        <w:t>8. Иисус послал Петра и Иоанна, сказав: «Пойдите и приготовьте нам Пасху, чтобы мы ели».</w:t>
      </w:r>
    </w:p>
    <w:p>
      <w:r>
        <w:t>9. Они спросили: «Где Ты хочешь, чтобы мы приготовили?»</w:t>
      </w:r>
    </w:p>
    <w:p>
      <w:r>
        <w:t>10. Он ответил: «Когда войдёте в город, вам встретится человек, несущий кувшин воды. Идите за ним в дом, куда он войдёт,</w:t>
      </w:r>
    </w:p>
    <w:p>
      <w:r>
        <w:t>11. и скажите хозяину дома: “Учитель спрашивает: где гостевая комната, в которой Я буду есть Пасху с Моими учениками?”</w:t>
      </w:r>
    </w:p>
    <w:p>
      <w:r>
        <w:t>12. Он покажет вам большую верхнюю комнату, уже приготовленную. Там приготовьте».</w:t>
      </w:r>
    </w:p>
    <w:p>
      <w:r>
        <w:t>13. Они пошли, нашли всё так, как Он сказал, и приготовили Пасху.</w:t>
      </w:r>
    </w:p>
    <w:p>
      <w:r>
        <w:t>14. Когда настал час, Иисус возлёг за столом, и апостолы с Ним.</w:t>
      </w:r>
    </w:p>
    <w:p>
      <w:r>
        <w:t>15. Он сказал им: «Я очень желал есть эту Пасху с вами прежде Моих страданий.</w:t>
      </w:r>
    </w:p>
    <w:p>
      <w:r>
        <w:t>16. Говорю вам: Я больше не буду есть её, пока она не исполнится в Царстве Божьем».</w:t>
      </w:r>
    </w:p>
    <w:p>
      <w:r>
        <w:t>17. Взяв чашу и поблагодарив, Он сказал: «Возьмите её и разделите между собой.</w:t>
      </w:r>
    </w:p>
    <w:p>
      <w:r>
        <w:t>18. Говорю вам: отныне Я не буду пить от плода виноградной лозы, пока не придёт Царство Божье».</w:t>
      </w:r>
    </w:p>
    <w:p>
      <w:r>
        <w:t>19. Затем Он взял хлеб, поблагодарил, разломил, дал им и сказал: «Это Моё тело, отдаваемое за вас. Делайте это в память обо Мне».</w:t>
      </w:r>
    </w:p>
    <w:p>
      <w:r>
        <w:t>20. Так же после ужина Он взял чашу и сказал: «Эта чаша — новый завет в Моей крови, проливаемой за вас».</w:t>
      </w:r>
    </w:p>
    <w:p>
      <w:r>
        <w:t>21. «Но вот, рука предающего Меня со Мной за столом.</w:t>
      </w:r>
    </w:p>
    <w:p>
      <w:r>
        <w:t>22. Сын Человеческий уходит, как определено, но горе тому человеку, через которого Он предаётся».</w:t>
      </w:r>
    </w:p>
    <w:p>
      <w:r>
        <w:t>23. И они стали спрашивать друг друга, кто из них собирается это сделать.</w:t>
      </w:r>
    </w:p>
    <w:p>
      <w:r>
        <w:t>24. Между ними возник и спор, кто из них считается больше.</w:t>
      </w:r>
    </w:p>
    <w:p>
      <w:r>
        <w:t>25. Иисус сказал: «Цари народов господствуют над ними, и властвующие называются благодетелями.</w:t>
      </w:r>
    </w:p>
    <w:p>
      <w:r>
        <w:t>26. Но среди вас пусть будет не так. Больший среди вас пусть станет как младший, а руководящий — как служащий.</w:t>
      </w:r>
    </w:p>
    <w:p>
      <w:r>
        <w:t>27. Кто больше: возлежащий за столом или служащий? Разве не возлежащий? Но Я среди вас как служащий.</w:t>
      </w:r>
    </w:p>
    <w:p>
      <w:r>
        <w:t>28. Вы остались со Мной в Моих испытаниях.</w:t>
      </w:r>
    </w:p>
    <w:p>
      <w:r>
        <w:t>29. И Я завещаю вам Царство, как Мой Отец завещал его Мне,</w:t>
      </w:r>
    </w:p>
    <w:p>
      <w:r>
        <w:t>30. чтобы вы ели и пили за Моим столом в Моём Царстве и сидели на престолах, судя двенадцать племён Израиля.</w:t>
      </w:r>
    </w:p>
    <w:p>
      <w:r>
        <w:t>31. Симон, Симон! Вот, сатана потребовал просеять вас, как пшеницу.</w:t>
      </w:r>
    </w:p>
    <w:p>
      <w:r>
        <w:t>32. Но Я молился о тебе, чтобы твоя вера не угасла. И ты, когда вернёшься, укрепи братьев».</w:t>
      </w:r>
    </w:p>
    <w:p>
      <w:r>
        <w:t>33. Пётр сказал: «Господи, я готов идти с Тобой и в тюрьму, и на смерть».</w:t>
      </w:r>
    </w:p>
    <w:p>
      <w:r>
        <w:t>34. Но Иисус ответил: «Говорю тебе, Пётр: сегодня петух не пропоёт, пока ты трижды не отречёшься, что знаешь Меня».</w:t>
      </w:r>
    </w:p>
    <w:p>
      <w:r>
        <w:t>35. И Он спросил их: «Когда Я посылал вас без кошелька, сумки и сандалий, нуждались ли вы в чём-нибудь?» Они ответили: «Ни в чём».</w:t>
      </w:r>
    </w:p>
    <w:p>
      <w:r>
        <w:t>36. Тогда Он сказал: «Но теперь у кого есть кошелёк, пусть возьмёт его, так же и сумку; а у кого нет, пусть продаст верхнюю одежду и купит меч.</w:t>
      </w:r>
    </w:p>
    <w:p>
      <w:r>
        <w:t>37. Потому что говорю вам: должно исполниться на Мне написанное: “И к беззаконникам был причислен”. Всё написанное обо Мне приходит к завершению».</w:t>
      </w:r>
    </w:p>
    <w:p>
      <w:r>
        <w:t>38. Они сказали: «Господи, вот здесь два меча». Он ответил: «Довольно».</w:t>
      </w:r>
    </w:p>
    <w:p>
      <w:r>
        <w:t>39. Выйдя, Иисус по обычаю пошёл на Масличную гору; ученики последовали за Ним.</w:t>
      </w:r>
    </w:p>
    <w:p>
      <w:r>
        <w:t>40. Придя на место, Он сказал им: «Молитесь, чтобы не войти в искушение».</w:t>
      </w:r>
    </w:p>
    <w:p>
      <w:r>
        <w:t>41. Сам отошёл от них примерно на расстояние броска камня, встал на колени и молился:</w:t>
      </w:r>
    </w:p>
    <w:p>
      <w:r>
        <w:t>42. «Отец, если Ты хочешь, пронеси эту чашу мимо Меня. Но пусть будет не Моя воля, а Твоя».</w:t>
      </w:r>
    </w:p>
    <w:p>
      <w:r>
        <w:t>43. Тогда Ему явился ангел с неба и укреплял Его.</w:t>
      </w:r>
    </w:p>
    <w:p>
      <w:r>
        <w:t>44. Находясь в глубокой внутренней борьбе, Он молился ещё усерднее, и Его пот падал на землю крупными каплями.</w:t>
      </w:r>
    </w:p>
    <w:p>
      <w:r>
        <w:t>45. Поднявшись после молитвы, Он пришёл к ученикам и нашёл их спящими от печали.</w:t>
      </w:r>
    </w:p>
    <w:p>
      <w:r>
        <w:t>46. Он сказал им: «Почему вы спите? Встаньте и молитесь, чтобы не войти в искушение».</w:t>
      </w:r>
    </w:p>
    <w:p>
      <w:r>
        <w:t>47. Пока Он ещё говорил, появилась толпа. Впереди шёл Иуда, один из двенадцати. Он подошёл к Иисусу, чтобы поцеловать Его.</w:t>
      </w:r>
    </w:p>
    <w:p>
      <w:r>
        <w:t>48. Иисус сказал: «Иуда, поцелуем ты предаёшь Сына Человеческого?»</w:t>
      </w:r>
    </w:p>
    <w:p>
      <w:r>
        <w:t>49. Бывшие с Ним, увидев, к чему идёт дело, спросили: «Господи, ударить мечом?»</w:t>
      </w:r>
    </w:p>
    <w:p>
      <w:r>
        <w:t>50. И один из них ранил слугу первосвященника.</w:t>
      </w:r>
    </w:p>
    <w:p>
      <w:r>
        <w:t>51. Но Иисус сказал: «Остановитесь». Он коснулся его уха и исцелил его.</w:t>
      </w:r>
    </w:p>
    <w:p>
      <w:r>
        <w:t>52. Иисус сказал пришедшим против Него первосвященникам, начальникам храмовой стражи и старейшинам: «Вы вышли с мечами и палками, словно против разбойника?</w:t>
      </w:r>
    </w:p>
    <w:p>
      <w:r>
        <w:t>53. Каждый день Я был с вами в храме, и вы не поднимали на Меня руки. Но сейчас ваш час и власть тьмы».</w:t>
      </w:r>
    </w:p>
    <w:p>
      <w:r>
        <w:t>54. Схватив Его, они повели и привели в дом первосвященника. Пётр следовал издали.</w:t>
      </w:r>
    </w:p>
    <w:p>
      <w:r>
        <w:t>55. Во дворе развели огонь и сели вокруг него; Пётр сел среди них.</w:t>
      </w:r>
    </w:p>
    <w:p>
      <w:r>
        <w:t>56. Одна служанка увидела его сидящим у огня, внимательно посмотрела и сказала: «Этот тоже был с Ним».</w:t>
      </w:r>
    </w:p>
    <w:p>
      <w:r>
        <w:t>57. Но он отрёкся: «Женщина, я Его не знаю».</w:t>
      </w:r>
    </w:p>
    <w:p>
      <w:r>
        <w:t>58. Немного спустя другой человек увидел его и сказал: «И ты из них». Пётр ответил: «Нет, человек».</w:t>
      </w:r>
    </w:p>
    <w:p>
      <w:r>
        <w:t>59. Примерно через час ещё один уверенно сказал: «Точно и этот был с Ним, ведь он галилеянин».</w:t>
      </w:r>
    </w:p>
    <w:p>
      <w:r>
        <w:t>60. Но Пётр сказал: «Человек, не знаю, о чём ты говоришь». И сразу, пока он ещё говорил, пропел петух.</w:t>
      </w:r>
    </w:p>
    <w:p>
      <w:r>
        <w:t>61. Господь повернулся и посмотрел на Петра. Тогда Пётр вспомнил слова Господа: «Прежде чем сегодня пропоёт петух, ты трижды отречёшься от Меня».</w:t>
      </w:r>
    </w:p>
    <w:p>
      <w:r>
        <w:t>62. И он вышел и горько заплакал.</w:t>
      </w:r>
    </w:p>
    <w:p>
      <w:r>
        <w:t>63. Люди, державшие Иисуса, издевались над Ним и били Его.</w:t>
      </w:r>
    </w:p>
    <w:p>
      <w:r>
        <w:t>64. Они закрывали Ему лицо и спрашивали: «Пророчествуй! Кто Тебя ударил?»</w:t>
      </w:r>
    </w:p>
    <w:p>
      <w:r>
        <w:t>65. И говорили против Него много другого, оскорбляя Его.</w:t>
      </w:r>
    </w:p>
    <w:p>
      <w:r>
        <w:t>66. Когда наступил день, собрались старейшины народа, первосвященники и книжники и привели Его в свой совет.</w:t>
      </w:r>
    </w:p>
    <w:p>
      <w:r>
        <w:t>67. Они сказали: «Если Ты Христос, скажи нам». Он ответил: «Если скажу, вы не поверите,</w:t>
      </w:r>
    </w:p>
    <w:p>
      <w:r>
        <w:t>68. а если спрошу, не ответите.</w:t>
      </w:r>
    </w:p>
    <w:p>
      <w:r>
        <w:t>69. Но отныне Сын Человеческий будет сидеть справа от силы Божьей».</w:t>
      </w:r>
    </w:p>
    <w:p>
      <w:r>
        <w:t>70. Все спросили: «Значит, Ты Сын Божий?» Он ответил: «Вы сами говорите, что Я».</w:t>
      </w:r>
    </w:p>
    <w:p>
      <w:r>
        <w:t>71. Они сказали: «Зачем нам ещё свидетельство? Мы сами слышали из Его уст».</w:t>
      </w:r>
    </w:p>
    <w:p>
      <w:pPr>
        <w:pStyle w:val="Heading2"/>
      </w:pPr>
      <w:r>
        <w:t>Глава 23</w:t>
      </w:r>
    </w:p>
    <w:p>
      <w:r>
        <w:t>1. Всё собрание поднялось и повело Иисуса к Пилату.</w:t>
      </w:r>
    </w:p>
    <w:p>
      <w:r>
        <w:t>2. Они начали обвинять Его: «Мы нашли, что Этот человек развращает наш народ, запрещает платить налоги кесарю и называет Себя Христом-Царём».</w:t>
      </w:r>
    </w:p>
    <w:p>
      <w:r>
        <w:t>3. Пилат спросил: «Ты — Царь иудеев?» Иисус ответил: «Ты сам говоришь».</w:t>
      </w:r>
    </w:p>
    <w:p>
      <w:r>
        <w:t>4. Пилат сказал первосвященникам и народу: «Я не нахожу в этом Человеке никакой вины».</w:t>
      </w:r>
    </w:p>
    <w:p>
      <w:r>
        <w:t>5. Но они настаивали: «Он возбуждает народ, уча по всей Иудее, начиная от Галилеи и до этого места».</w:t>
      </w:r>
    </w:p>
    <w:p>
      <w:r>
        <w:t>6. Услышав это, Пилат спросил, галилеянин ли Он.</w:t>
      </w:r>
    </w:p>
    <w:p>
      <w:r>
        <w:t>7. Узнав, что Иисус из области Ирода, он отправил Его к Ироду, который в те дни тоже находился в Иерусалиме.</w:t>
      </w:r>
    </w:p>
    <w:p>
      <w:r>
        <w:t>8. Ирод очень обрадовался, увидев Иисуса, потому что давно хотел Его увидеть: много слышал о Нём и надеялся увидеть какое-нибудь знамение.</w:t>
      </w:r>
    </w:p>
    <w:p>
      <w:r>
        <w:t>9. Он задавал Ему много вопросов, но Иисус ничего не отвечал.</w:t>
      </w:r>
    </w:p>
    <w:p>
      <w:r>
        <w:t>10. Первосвященники и книжники стояли рядом и яростно обвиняли Его.</w:t>
      </w:r>
    </w:p>
    <w:p>
      <w:r>
        <w:t>11. Ирод со своими воинами унизил Его, насмехался, одел в роскошную одежду и отправил обратно к Пилату.</w:t>
      </w:r>
    </w:p>
    <w:p>
      <w:r>
        <w:t>12. В тот день Ирод и Пилат стали друзьями, хотя прежде враждовали.</w:t>
      </w:r>
    </w:p>
    <w:p>
      <w:r>
        <w:t>13. Пилат созвал первосвященников, начальников и народ</w:t>
      </w:r>
    </w:p>
    <w:p>
      <w:r>
        <w:t>14. и сказал им: «Вы привели ко мне Этого Человека как развращающего народ. Я допросил Его при вас и не нашёл в Нём вины по тем обвинениям, которые вы выдвигаете.</w:t>
      </w:r>
    </w:p>
    <w:p>
      <w:r>
        <w:t>15. И Ирод тоже не нашёл, потому что отправил Его обратно к нам. Он не сделал ничего заслуживающего смерти.</w:t>
      </w:r>
    </w:p>
    <w:p>
      <w:r>
        <w:t>16. Поэтому я накажу Его и отпущу».</w:t>
      </w:r>
    </w:p>
    <w:p>
      <w:r>
        <w:t xml:space="preserve">17. </w:t>
      </w:r>
    </w:p>
    <w:p>
      <w:r>
        <w:t>18. Но весь народ закричал: «Убери Его! Отпусти нам Варавву!»</w:t>
      </w:r>
    </w:p>
    <w:p>
      <w:r>
        <w:t>19. Варавва был заключён за мятеж в городе и убийство.</w:t>
      </w:r>
    </w:p>
    <w:p>
      <w:r>
        <w:t>20. Пилат снова обратился к ним, желая отпустить Иисуса.</w:t>
      </w:r>
    </w:p>
    <w:p>
      <w:r>
        <w:t>21. Но они кричали: «Распни! Распни Его!»</w:t>
      </w:r>
    </w:p>
    <w:p>
      <w:r>
        <w:t>22. Он сказал им в третий раз: «Какое же зло Он сделал? Я не нашёл в Нём ничего заслуживающего смерти. Поэтому накажу Его и отпущу».</w:t>
      </w:r>
    </w:p>
    <w:p>
      <w:r>
        <w:t>23. Но они громко требовали распять Его, и их крики одержали верх.</w:t>
      </w:r>
    </w:p>
    <w:p>
      <w:r>
        <w:t>24. Пилат решил исполнить их требование.</w:t>
      </w:r>
    </w:p>
    <w:p>
      <w:r>
        <w:t>25. Он отпустил того, кого они просили, заключённого за мятеж и убийство, а Иисуса предал их воле.</w:t>
      </w:r>
    </w:p>
    <w:p>
      <w:r>
        <w:t>26. Когда Его повели, схватили Симона из Кирены, возвращавшегося с поля, и возложили на него крест, чтобы он нёс его за Иисусом.</w:t>
      </w:r>
    </w:p>
    <w:p>
      <w:r>
        <w:t>27. За Ним шло большое множество народа и женщин, которые оплакивали Его.</w:t>
      </w:r>
    </w:p>
    <w:p>
      <w:r>
        <w:t>28. Иисус повернулся к ним и сказал: «Дочери Иерусалима, не плачьте обо Мне. Плачьте о себе и о своих детях.</w:t>
      </w:r>
    </w:p>
    <w:p>
      <w:r>
        <w:t>29. Потому что придут дни, когда скажут: “Блаженны бесплодные, не рожавшие и не кормившие”.</w:t>
      </w:r>
    </w:p>
    <w:p>
      <w:r>
        <w:t>30. Тогда начнут говорить горам: “Падите на нас”, и холмам: “Скройте нас”.</w:t>
      </w:r>
    </w:p>
    <w:p>
      <w:r>
        <w:t>31. Потому что если так поступают с зелёным деревом, что будет с сухим?»</w:t>
      </w:r>
    </w:p>
    <w:p>
      <w:r>
        <w:t>32. Вели с Ним и двух других, преступников, чтобы казнить их.</w:t>
      </w:r>
    </w:p>
    <w:p>
      <w:r>
        <w:t>33. Когда пришли на место, называемое Черепом, там распяли Его и преступников — одного справа, другого слева.</w:t>
      </w:r>
    </w:p>
    <w:p>
      <w:r>
        <w:t>34. Иисус сказал: «Отец, прости им, потому что они не знают, что делают». Потом разделили Его одежды, бросая жребий.</w:t>
      </w:r>
    </w:p>
    <w:p>
      <w:r>
        <w:t>35. Народ стоял и смотрел. Начальники насмехались: «Других спасал — пусть спасёт Себя, если Он Христос Божий, Избранный».</w:t>
      </w:r>
    </w:p>
    <w:p>
      <w:r>
        <w:t>36. Насмехались над Ним и воины, подходя и предлагая кислое вино,</w:t>
      </w:r>
    </w:p>
    <w:p>
      <w:r>
        <w:t>37. и говорили: «Если Ты Царь иудеев, спаси Себя».</w:t>
      </w:r>
    </w:p>
    <w:p>
      <w:r>
        <w:t>38. Над Ним была надпись: «Это Царь иудеев».</w:t>
      </w:r>
    </w:p>
    <w:p>
      <w:r>
        <w:t>39. Один из распятых рядом преступников оскорблял Его: «Разве Ты не Христос? Спаси Себя и нас!»</w:t>
      </w:r>
    </w:p>
    <w:p>
      <w:r>
        <w:t>40. Но другой остановил его: «Неужели ты не боишься Бога? Ведь ты под тем же приговором.</w:t>
      </w:r>
    </w:p>
    <w:p>
      <w:r>
        <w:t>41. Мы осуждены справедливо и получаем по делам; а Он ничего плохого не сделал».</w:t>
      </w:r>
    </w:p>
    <w:p>
      <w:r>
        <w:t>42. И сказал: «Иисус, вспомни обо мне, когда придёшь в Своё Царство».</w:t>
      </w:r>
    </w:p>
    <w:p>
      <w:r>
        <w:t>43. Иисус ответил: «Истинно говорю тебе: сегодня ты будешь со Мной в раю».</w:t>
      </w:r>
    </w:p>
    <w:p>
      <w:r>
        <w:t>44. Было около шестого часа, и тьма покрыла всю землю до девятого часа.</w:t>
      </w:r>
    </w:p>
    <w:p>
      <w:r>
        <w:t>45. Солнце померкло, и завеса храма разорвалась посередине.</w:t>
      </w:r>
    </w:p>
    <w:p>
      <w:r>
        <w:t>46. Иисус громко воззвал: «Отец, в Твои руки предаю Мой дух». Сказав это, Он испустил дух.</w:t>
      </w:r>
    </w:p>
    <w:p>
      <w:r>
        <w:t>47. Сотник, увидев произошедшее, прославил Бога: «Действительно, Этот Человек был праведен».</w:t>
      </w:r>
    </w:p>
    <w:p>
      <w:r>
        <w:t>48. И весь народ, собравшийся посмотреть, увидев случившееся, возвращался, глубоко скорбя.</w:t>
      </w:r>
    </w:p>
    <w:p>
      <w:r>
        <w:t>49. Все знакомые Иисуса и женщины, следовавшие за Ним из Галилеи, стояли вдали и смотрели.</w:t>
      </w:r>
    </w:p>
    <w:p>
      <w:r>
        <w:t>50. И вот, был человек по имени Иосиф, член совета, человек добрый и праведный.</w:t>
      </w:r>
    </w:p>
    <w:p>
      <w:r>
        <w:t>51. Он не согласился с решением и поступком остальных. Он был из иудейского города Аримафеи и ожидал Царства Божьего.</w:t>
      </w:r>
    </w:p>
    <w:p>
      <w:r>
        <w:t>52. Он пришёл к Пилату и попросил тело Иисуса.</w:t>
      </w:r>
    </w:p>
    <w:p>
      <w:r>
        <w:t>53. Сняв Его, он обернул тело льняным полотном и положил в высеченной гробнице, где ещё никто не был погребён.</w:t>
      </w:r>
    </w:p>
    <w:p>
      <w:r>
        <w:t>54. Это был день приготовления, и приближалась суббота.</w:t>
      </w:r>
    </w:p>
    <w:p>
      <w:r>
        <w:t>55. Женщины, пришедшие с Иисусом из Галилеи, последовали за Иосифом, увидели гробницу и как было положено тело.</w:t>
      </w:r>
    </w:p>
    <w:p>
      <w:r>
        <w:t>56. Вернувшись, они приготовили ароматические вещества и масла. А в субботу отдыхали по заповеди.</w:t>
      </w:r>
    </w:p>
    <w:p>
      <w:pPr>
        <w:pStyle w:val="Heading2"/>
      </w:pPr>
      <w:r>
        <w:t>Глава 24</w:t>
      </w:r>
    </w:p>
    <w:p>
      <w:r>
        <w:t>1. В первый день недели, очень рано утром, женщины пришли к гробнице, неся приготовленные ароматические вещества.</w:t>
      </w:r>
    </w:p>
    <w:p>
      <w:r>
        <w:t>2. Они нашли камень отваленным от гробницы.</w:t>
      </w:r>
    </w:p>
    <w:p>
      <w:r>
        <w:t>3. Войдя, они не нашли тела Господа Иисуса.</w:t>
      </w:r>
    </w:p>
    <w:p>
      <w:r>
        <w:t>4. Пока они недоумевали, перед ними предстали двое мужчин в сияющей одежде.</w:t>
      </w:r>
    </w:p>
    <w:p>
      <w:r>
        <w:t>5. Женщины испугались и склонили лица к земле. Мужчины сказали: «Почему вы ищете Живого среди мёртвых?</w:t>
      </w:r>
    </w:p>
    <w:p>
      <w:r>
        <w:t>6. Его здесь нет. Он воскрес! Вспомните, как Он говорил вам, ещё находясь в Галилее:</w:t>
      </w:r>
    </w:p>
    <w:p>
      <w:r>
        <w:t>7. Сыну Человеческому предстоит быть преданным в руки грешных людей, быть распятым и на третий день воскреснуть».</w:t>
      </w:r>
    </w:p>
    <w:p>
      <w:r>
        <w:t>8. И они вспомнили Его слова.</w:t>
      </w:r>
    </w:p>
    <w:p>
      <w:r>
        <w:t>9. Вернувшись от гробницы, они рассказали всё это одиннадцати и всем остальным.</w:t>
      </w:r>
    </w:p>
    <w:p>
      <w:r>
        <w:t>10. Это были Мария Магдалина, Иоанна и Мария, мать Иакова; и другие женщины с ними рассказывали это апостолам.</w:t>
      </w:r>
    </w:p>
    <w:p>
      <w:r>
        <w:t>11. Но их слова показались им бессмыслицей, и они не поверили женщинам.</w:t>
      </w:r>
    </w:p>
    <w:p>
      <w:r>
        <w:t>12. Пётр же встал, побежал к гробнице, наклонился и увидел только льняные полотна. Он ушёл, удивляясь произошедшему.</w:t>
      </w:r>
    </w:p>
    <w:p>
      <w:r>
        <w:t>13. В тот же день двое из них шли в селение Эммаус, находившееся примерно в шестидесяти стадиях от Иерусалима.</w:t>
      </w:r>
    </w:p>
    <w:p>
      <w:r>
        <w:t>14. Они разговаривали друг с другом обо всём произошедшем.</w:t>
      </w:r>
    </w:p>
    <w:p>
      <w:r>
        <w:t>15. Пока они разговаривали и обсуждали, Сам Иисус приблизился и пошёл вместе с ними.</w:t>
      </w:r>
    </w:p>
    <w:p>
      <w:r>
        <w:t>16. Но их глаза были удержаны, так что они не узнали Его.</w:t>
      </w:r>
    </w:p>
    <w:p>
      <w:r>
        <w:t>17. Он спросил: «О чём вы разговариваете по дороге?» Они остановились печальные.</w:t>
      </w:r>
    </w:p>
    <w:p>
      <w:r>
        <w:t>18. Один из них, по имени Клеопа, ответил: «Неужели Ты единственный посетитель Иерусалима, который не знает, что произошло там в эти дни?»</w:t>
      </w:r>
    </w:p>
    <w:p>
      <w:r>
        <w:t>19. Он спросил: «Что именно?» Они ответили: «То, что произошло с Иисусом Назарянином. Он был пророком, сильным в деле и слове перед Богом и всем народом.</w:t>
      </w:r>
    </w:p>
    <w:p>
      <w:r>
        <w:t>20. Наши первосвященники и начальники предали Его на смертный приговор и распяли.</w:t>
      </w:r>
    </w:p>
    <w:p>
      <w:r>
        <w:t>21. А мы надеялись, что Он — Тот, Кто должен освободить Израиль. И вдобавок ко всему сегодня уже третий день с тех пор, как это произошло.</w:t>
      </w:r>
    </w:p>
    <w:p>
      <w:r>
        <w:t>22. Некоторые женщины из наших удивили нас. Они были рано утром у гробницы</w:t>
      </w:r>
    </w:p>
    <w:p>
      <w:r>
        <w:t>23. и, не найдя тела, вернулись и сказали, что видели явление ангелов, которые сказали, что Он жив.</w:t>
      </w:r>
    </w:p>
    <w:p>
      <w:r>
        <w:t>24. Некоторые из наших пошли к гробнице и нашли всё так, как говорили женщины, но Его не увидели».</w:t>
      </w:r>
    </w:p>
    <w:p>
      <w:r>
        <w:t>25. Тогда Он сказал им: «О неразумные и медлительные сердцем, чтобы поверить всему, что говорили пророки!</w:t>
      </w:r>
    </w:p>
    <w:p>
      <w:r>
        <w:t>26. Разве не должен был Христос пострадать и войти в Свою славу?»</w:t>
      </w:r>
    </w:p>
    <w:p>
      <w:r>
        <w:t>27. И, начав с Моисея и всех Пророков, Он объяснял им во всех Писаниях то, что относилось к Нему.</w:t>
      </w:r>
    </w:p>
    <w:p>
      <w:r>
        <w:t>28. Они приблизились к селению, куда шли, а Он сделал вид, будто хочет идти дальше.</w:t>
      </w:r>
    </w:p>
    <w:p>
      <w:r>
        <w:t>29. Но они стали настойчиво просить: «Останься с нами, потому что уже вечер и день клонится к концу». И Он вошёл, чтобы остаться с ними.</w:t>
      </w:r>
    </w:p>
    <w:p>
      <w:r>
        <w:t>30. Когда Он возлёг с ними, взял хлеб, благословил, разломил и стал давать им.</w:t>
      </w:r>
    </w:p>
    <w:p>
      <w:r>
        <w:t>31. Тогда их глаза открылись, и они узнали Его, но Он стал невидим для них.</w:t>
      </w:r>
    </w:p>
    <w:p>
      <w:r>
        <w:t>32. Они сказали друг другу: «Разве не горело наше сердце, когда Он говорил с нами по дороге и открывал нам Писания?»</w:t>
      </w:r>
    </w:p>
    <w:p>
      <w:r>
        <w:t>33. В тот же час они встали и вернулись в Иерусалим. Там нашли собравшихся одиннадцать и бывших с ними,</w:t>
      </w:r>
    </w:p>
    <w:p>
      <w:r>
        <w:t>34. которые говорили: «Господь действительно воскрес и явился Симону!»</w:t>
      </w:r>
    </w:p>
    <w:p>
      <w:r>
        <w:t>35. А они рассказали о случившемся по дороге и как узнали Его при преломлении хлеба.</w:t>
      </w:r>
    </w:p>
    <w:p>
      <w:r>
        <w:t>36. Пока они говорили об этом, Сам Иисус встал среди них и сказал: «Мир вам!»</w:t>
      </w:r>
    </w:p>
    <w:p>
      <w:r>
        <w:t>37. Они испугались и подумали, что видят духа.</w:t>
      </w:r>
    </w:p>
    <w:p>
      <w:r>
        <w:t>38. Он сказал: «Почему вы испугались и почему сомнения поднимаются в ваших сердцах?</w:t>
      </w:r>
    </w:p>
    <w:p>
      <w:r>
        <w:t>39. Посмотрите на Мои руки и ноги: это Я Сам. Прикоснитесь ко Мне и посмотрите: у духа нет плоти и костей, как видите у Меня».</w:t>
      </w:r>
    </w:p>
    <w:p>
      <w:r>
        <w:t>40. Сказав это, Он показал им руки и ноги.</w:t>
      </w:r>
    </w:p>
    <w:p>
      <w:r>
        <w:t>41. Пока они ещё не верили от радости и удивлялись, Он спросил: «Есть ли у вас здесь что-нибудь поесть?»</w:t>
      </w:r>
    </w:p>
    <w:p>
      <w:r>
        <w:t>42. Они дали Ему кусок печёной рыбы.</w:t>
      </w:r>
    </w:p>
    <w:p>
      <w:r>
        <w:t>43. Он взял и съел перед ними.</w:t>
      </w:r>
    </w:p>
    <w:p>
      <w:r>
        <w:t>44. Он сказал им: «Вот что Я говорил вам, когда ещё был с вами: должно исполниться всё написанное обо Мне в Законе Моисея, Пророках и Псалмах».</w:t>
      </w:r>
    </w:p>
    <w:p>
      <w:r>
        <w:t>45. Тогда Он открыл их ум, чтобы они понимали Писания.</w:t>
      </w:r>
    </w:p>
    <w:p>
      <w:r>
        <w:t>46. И сказал им: «Так написано: Христу предстоит пострадать и воскреснуть из мёртвых на третий день,</w:t>
      </w:r>
    </w:p>
    <w:p>
      <w:r>
        <w:t>47. и во имя Его будет проповедано покаяние для прощения грехов всем народам, начиная с Иерусалима.</w:t>
      </w:r>
    </w:p>
    <w:p>
      <w:r>
        <w:t>48. Вы свидетели этого.</w:t>
      </w:r>
    </w:p>
    <w:p>
      <w:r>
        <w:t>49. И вот, Я посылаю на вас обещанное Моим Отцом. Оставайтесь в городе, пока не облечётесь силой свыше».</w:t>
      </w:r>
    </w:p>
    <w:p>
      <w:r>
        <w:t>50. Затем Он вывел их к Вифании и, подняв руки, благословил.</w:t>
      </w:r>
    </w:p>
    <w:p>
      <w:r>
        <w:t>51. И когда благословлял их, стал удаляться от них и возноситься на небо.</w:t>
      </w:r>
    </w:p>
    <w:p>
      <w:r>
        <w:t>52. Они поклонились Ему и с великой радостью вернулись в Иерусалим.</w:t>
      </w:r>
    </w:p>
    <w:p>
      <w:r>
        <w:t>53. И постоянно были в храме, благословляя Бога.</w:t>
      </w:r>
    </w:p>
    <w:p>
      <w:pPr>
        <w:pStyle w:val="Heading1"/>
      </w:pPr>
      <w:r>
        <w:t>От Иоанна</w:t>
      </w:r>
    </w:p>
    <w:p>
      <w:pPr>
        <w:pStyle w:val="Heading2"/>
      </w:pPr>
      <w:r>
        <w:t>Глава 1</w:t>
      </w:r>
    </w:p>
    <w:p>
      <w:r>
        <w:t>1. В начале было Слово, и Слово было с Богом, и Слово было Богом.</w:t>
      </w:r>
    </w:p>
    <w:p>
      <w:r>
        <w:t>2. Слово было в начале с Богом.</w:t>
      </w:r>
    </w:p>
    <w:p>
      <w:r>
        <w:t>3. Всё через Него возникло, и без Него не возникло ничего из того, что возникло.</w:t>
      </w:r>
    </w:p>
    <w:p>
      <w:r>
        <w:t>4. В Нём была жизнь, и жизнь была светом людей.</w:t>
      </w:r>
    </w:p>
    <w:p>
      <w:r>
        <w:t>5. И свет светит во тьме, и тьма не овладела им.</w:t>
      </w:r>
    </w:p>
    <w:p>
      <w:r>
        <w:t>6. Появился человек, посланный от Бога; имя ему — Иоанн.</w:t>
      </w:r>
    </w:p>
    <w:p>
      <w:r>
        <w:t>7. Он пришёл для свидетельства, чтобы свидетельствовать о Свете, чтобы через него все поверили.</w:t>
      </w:r>
    </w:p>
    <w:p>
      <w:r>
        <w:t>8. Он не был Светом, но пришёл, чтобы свидетельствовать о Свете.</w:t>
      </w:r>
    </w:p>
    <w:p>
      <w:r>
        <w:t>9. Был истинный Свет, Который просвещает каждого человека, приходящего в мир.</w:t>
      </w:r>
    </w:p>
    <w:p>
      <w:r>
        <w:t>10. Он был в мире, и мир через Него возник, но мир Его не узнал.</w:t>
      </w:r>
    </w:p>
    <w:p>
      <w:r>
        <w:t>11. Он пришёл к своим, но свои Его не приняли.</w:t>
      </w:r>
    </w:p>
    <w:p>
      <w:r>
        <w:t>12. А всем, кто принял Его, Он дал право стать детьми Божьими — тем, кто верит в Его имя,</w:t>
      </w:r>
    </w:p>
    <w:p>
      <w:r>
        <w:t>13. которые родились не от крови, не от желания плоти и не от желания мужчины, а от Бога.</w:t>
      </w:r>
    </w:p>
    <w:p>
      <w:r>
        <w:t>14. И Слово стало плотью и обитало среди нас. Мы увидели Его славу — славу Единственного от Отца, полного благодати и истины.</w:t>
      </w:r>
    </w:p>
    <w:p>
      <w:r>
        <w:t>15. Иоанн свидетельствует о Нём и восклицает: «Это Тот, о Ком я сказал: Идущий за мной оказался впереди меня, потому что был прежде меня».</w:t>
      </w:r>
    </w:p>
    <w:p>
      <w:r>
        <w:t>16. Потому что от Его полноты мы все приняли — и благодать за благодатью.</w:t>
      </w:r>
    </w:p>
    <w:p>
      <w:r>
        <w:t>17. Потому что Закон был дан через Моисея, а благодать и истина пришли через Иисуса Христа.</w:t>
      </w:r>
    </w:p>
    <w:p>
      <w:r>
        <w:t>18. Бога никто никогда не видел. Единственный Бог, пребывающий у груди Отца, — Он открыл Его.</w:t>
      </w:r>
    </w:p>
    <w:p>
      <w:r>
        <w:t>19. И вот свидетельство Иоанна, когда иудеи из Иерусалима послали к нему священников и левитов спросить: «Кто ты?»</w:t>
      </w:r>
    </w:p>
    <w:p>
      <w:r>
        <w:t>20. Он признал и не отрёкся; он открыто признал: «Я не Христос».</w:t>
      </w:r>
    </w:p>
    <w:p>
      <w:r>
        <w:t>21. Они спросили его: «Тогда кто же? Ты Илия?» Он ответил: «Нет». — «Ты Пророк?» Он ответил: «Нет».</w:t>
      </w:r>
    </w:p>
    <w:p>
      <w:r>
        <w:t>22. Тогда они сказали ему: «Кто ты? Нам нужно дать ответ тем, кто нас послал. Что ты говоришь о самом себе?»</w:t>
      </w:r>
    </w:p>
    <w:p>
      <w:r>
        <w:t>23. Он сказал: «Я — голос кричащего в пустыне: “Сделайте прямым путь Господа”, как сказал пророк Исаия».</w:t>
      </w:r>
    </w:p>
    <w:p>
      <w:r>
        <w:t>24. А посланные были из фарисеев.</w:t>
      </w:r>
    </w:p>
    <w:p>
      <w:r>
        <w:t>25. Они спросили его: «Почему же ты крестишь, если ты не Христос, не Илия и не Пророк?»</w:t>
      </w:r>
    </w:p>
    <w:p>
      <w:r>
        <w:t>26. Иоанн ответил им: «Я крещу в воде. Но среди вас стоит Тот, Кого вы не знаете.</w:t>
      </w:r>
    </w:p>
    <w:p>
      <w:r>
        <w:t>27. Он идёт за мной, и я недостоин развязать ремень Его сандалии».</w:t>
      </w:r>
    </w:p>
    <w:p>
      <w:r>
        <w:t>28. Это произошло в Вифании, по ту сторону Иордана, где Иоанн крестил.</w:t>
      </w:r>
    </w:p>
    <w:p>
      <w:r>
        <w:t>29. На следующий день Иоанн видит Иисуса, идущего к нему, и говорит: «Вот Агнец Божий, уносящий грех мира.</w:t>
      </w:r>
    </w:p>
    <w:p>
      <w:r>
        <w:t>30. Это Тот, о Ком я сказал: “За мной идёт человек, который оказался впереди меня, потому что был прежде меня”.</w:t>
      </w:r>
    </w:p>
    <w:p>
      <w:r>
        <w:t>31. Я и сам не знал Его, но пришёл крестить в воде для того, чтобы Он был явлен Израилю».</w:t>
      </w:r>
    </w:p>
    <w:p>
      <w:r>
        <w:t>32. И Иоанн засвидетельствовал: «Я видел Духа, сходящего с неба, как голубь, и Он пребывал на Нём.</w:t>
      </w:r>
    </w:p>
    <w:p>
      <w:r>
        <w:t>33. Я и сам не знал Его, но Пославший меня крестить в воде сказал мне: “На Ком увидишь Духа, сходящего и пребывающего на Нём, Тот и есть крестящий Святым Духом”.</w:t>
      </w:r>
    </w:p>
    <w:p>
      <w:r>
        <w:t>34. И я увидел и засвидетельствовал, что Он — Сын Божий».</w:t>
      </w:r>
    </w:p>
    <w:p>
      <w:r>
        <w:t>35. На следующий день Иоанн снова стоял там с двумя своими учениками.</w:t>
      </w:r>
    </w:p>
    <w:p>
      <w:r>
        <w:t>36. Увидев проходящего Иисуса, он сказал: «Вот Агнец Божий».</w:t>
      </w:r>
    </w:p>
    <w:p>
      <w:r>
        <w:t>37. Оба ученика услышали его слова и пошли за Иисусом.</w:t>
      </w:r>
    </w:p>
    <w:p>
      <w:r>
        <w:t>38. Иисус обернулся, увидел, что они идут за Ним, и спросил: «Что вы ищете?» Они ответили: «Равви, — что переводится “Учитель”, — где Ты остановился?»</w:t>
      </w:r>
    </w:p>
    <w:p>
      <w:r>
        <w:t>39. Он сказал им: «Пойдите — и увидите». Они пошли, увидели, где Он остановился, и остались у Него в тот день. Было около десятого часа.</w:t>
      </w:r>
    </w:p>
    <w:p>
      <w:r>
        <w:t>40. Одним из двух, которые услышали Иоанна и пошли за Иисусом, был Андрей, брат Симона Петра.</w:t>
      </w:r>
    </w:p>
    <w:p>
      <w:r>
        <w:t>41. Сначала он находит своего брата Симона и говорит ему: «Мы нашли Мессию», — что переводится «Христос».</w:t>
      </w:r>
    </w:p>
    <w:p>
      <w:r>
        <w:t>42. И он привёл его к Иисусу. Иисус, пристально посмотрев на него, сказал: «Ты Симон, сын Иоанна; тебя будут звать Кифа», — что переводится «Пётр».</w:t>
      </w:r>
    </w:p>
    <w:p>
      <w:r>
        <w:t>43. На следующий день Иисус решил отправиться в Галилею. Он находит Филиппа и говорит ему: «Следуй за Мной».</w:t>
      </w:r>
    </w:p>
    <w:p>
      <w:r>
        <w:t>44. Филипп был из Вифсаиды, города Андрея и Петра.</w:t>
      </w:r>
    </w:p>
    <w:p>
      <w:r>
        <w:t>45. Филипп находит Нафанаила и говорит ему: «Мы нашли Того, о Ком писал Моисей в Законе и Пророки: Иисуса, сына Иосифа, из Назарета».</w:t>
      </w:r>
    </w:p>
    <w:p>
      <w:r>
        <w:t>46. Нафанаил сказал ему: «Разве из Назарета может быть что-нибудь доброе?» Филипп ответил: «Пойди и посмотри».</w:t>
      </w:r>
    </w:p>
    <w:p>
      <w:r>
        <w:t>47. Иисус увидел Нафанаила, идущего к Нему, и сказал о нём: «Вот поистине израильтянин, в котором нет лукавства».</w:t>
      </w:r>
    </w:p>
    <w:p>
      <w:r>
        <w:t>48. Нафанаил спросил Его: «Откуда Ты меня знаешь?» Иисус ответил: «Прежде чем Филипп позвал тебя, когда ты был под смоковницей, Я увидел тебя».</w:t>
      </w:r>
    </w:p>
    <w:p>
      <w:r>
        <w:t>49. Нафанаил ответил: «Равви, Ты — Сын Божий, Ты — Царь Израиля!»</w:t>
      </w:r>
    </w:p>
    <w:p>
      <w:r>
        <w:t>50. Иисус сказал ему: «Ты веришь потому, что Я сказал тебе: “Я увидел тебя под смоковницей”? Ты увидишь больше этого».</w:t>
      </w:r>
    </w:p>
    <w:p>
      <w:r>
        <w:t>51. И Он сказал ему: «Истинно, истинно говорю вам: вы увидите небо открытым и ангелов Божьих, восходящих и нисходящих к Сыну Человеческому».</w:t>
      </w:r>
    </w:p>
    <w:p>
      <w:pPr>
        <w:pStyle w:val="Heading2"/>
      </w:pPr>
      <w:r>
        <w:t>Глава 2</w:t>
      </w:r>
    </w:p>
    <w:p>
      <w:r>
        <w:t>1. На третий день в Кане Галилейской была свадьба, и мать Иисуса была там.</w:t>
      </w:r>
    </w:p>
    <w:p>
      <w:r>
        <w:t>2. На свадьбу были приглашены также Иисус и Его ученики.</w:t>
      </w:r>
    </w:p>
    <w:p>
      <w:r>
        <w:t>3. Когда закончилось вино, мать Иисуса сказала Ему: «У них нет вина».</w:t>
      </w:r>
    </w:p>
    <w:p>
      <w:r>
        <w:t>4. Иисус ответил ей: «Что Мне и тебе, женщина? Моё время ещё не пришло».</w:t>
      </w:r>
    </w:p>
    <w:p>
      <w:r>
        <w:t>5. Его мать сказала слугам: «Что Он скажет вам — сделайте».</w:t>
      </w:r>
    </w:p>
    <w:p>
      <w:r>
        <w:t>6. Там стояли шесть каменных сосудов для воды, предназначенных для иудейских очищений; каждый вмещал две или три меры.</w:t>
      </w:r>
    </w:p>
    <w:p>
      <w:r>
        <w:t>7. Иисус сказал им: «Наполните сосуды водой». И они наполнили их до краёв.</w:t>
      </w:r>
    </w:p>
    <w:p>
      <w:r>
        <w:t>8. Тогда Он сказал: «Теперь зачерпните и отнесите распорядителю пира». Они отнесли.</w:t>
      </w:r>
    </w:p>
    <w:p>
      <w:r>
        <w:t>9. Когда распорядитель попробовал воду, ставшую вином, он не знал, откуда оно, хотя слуги, зачерпнувшие воду, знали. Тогда распорядитель позвал жениха</w:t>
      </w:r>
    </w:p>
    <w:p>
      <w:r>
        <w:t>10. и сказал ему: «Каждый человек сначала подаёт хорошее вино, а когда напьются — худшее. Ты же сберёг хорошее вино до сих пор».</w:t>
      </w:r>
    </w:p>
    <w:p>
      <w:r>
        <w:t>11. Так Иисус положил начало знамениям в Кане Галилейской и явил Свою славу, и Его ученики поверили в Него.</w:t>
      </w:r>
    </w:p>
    <w:p>
      <w:r>
        <w:t>12. После этого Он пошёл в Капернаум вместе со Своей матерью, братьями и учениками, и они оставались там несколько дней.</w:t>
      </w:r>
    </w:p>
    <w:p>
      <w:r>
        <w:t>13. Приближалась иудейская Пасха, и Иисус пошёл в Иерусалим.</w:t>
      </w:r>
    </w:p>
    <w:p>
      <w:r>
        <w:t>14. В храме Он увидел продающих быков, овец и голубей, а также сидящих меновщиков.</w:t>
      </w:r>
    </w:p>
    <w:p>
      <w:r>
        <w:t>15. Сделав бич из верёвок, Он выгнал всех из храма — и овец, и быков; деньги меновщиков рассыпал, а столы перевернул.</w:t>
      </w:r>
    </w:p>
    <w:p>
      <w:r>
        <w:t>16. Продавцам голубей Он сказал: «Уберите это отсюда! Не превращайте дом Моего Отца в дом торговли!»</w:t>
      </w:r>
    </w:p>
    <w:p>
      <w:r>
        <w:t>17. Его ученики вспомнили, что написано: «Ревность о Твоём доме поглотит Меня».</w:t>
      </w:r>
    </w:p>
    <w:p>
      <w:r>
        <w:t>18. Тогда иудеи спросили Его: «Какое знамение Ты покажешь нам в подтверждение того, что делаешь это?»</w:t>
      </w:r>
    </w:p>
    <w:p>
      <w:r>
        <w:t>19. Иисус ответил: «Разрушьте этот храм, и Я за три дня воздвигну его».</w:t>
      </w:r>
    </w:p>
    <w:p>
      <w:r>
        <w:t>20. Иудеи сказали: «Этот храм строили сорок шесть лет, а Ты воздвигнешь его за три дня?»</w:t>
      </w:r>
    </w:p>
    <w:p>
      <w:r>
        <w:t>21. Но Он говорил о храме Своего тела.</w:t>
      </w:r>
    </w:p>
    <w:p>
      <w:r>
        <w:t>22. Когда Он воскрес из мёртвых, Его ученики вспомнили, что Он говорил это, и поверили Писанию и слову, сказанному Иисусом.</w:t>
      </w:r>
    </w:p>
    <w:p>
      <w:r>
        <w:t>23. Когда Он был в Иерусалиме на празднике Пасхи, многие поверили в Его имя, видя знамения, которые Он совершал.</w:t>
      </w:r>
    </w:p>
    <w:p>
      <w:r>
        <w:t>24. Но Сам Иисус не доверял Себя им, потому что знал всех</w:t>
      </w:r>
    </w:p>
    <w:p>
      <w:r>
        <w:t>25. и не нуждался, чтобы кто-либо свидетельствовал Ему о человеке, потому что Сам знал, что в человеке.</w:t>
      </w:r>
    </w:p>
    <w:p>
      <w:pPr>
        <w:pStyle w:val="Heading2"/>
      </w:pPr>
      <w:r>
        <w:t>Глава 3</w:t>
      </w:r>
    </w:p>
    <w:p>
      <w:r>
        <w:t>1. Среди фарисеев был человек по имени Никодим, один из начальников иудеев.</w:t>
      </w:r>
    </w:p>
    <w:p>
      <w:r>
        <w:t>2. Он пришёл к Иисусу ночью и сказал: «Равви, мы знаем, что Ты пришёл от Бога как Учитель, потому что никто не может совершать такие знамения, какие совершаешь Ты, если Бог не с ним».</w:t>
      </w:r>
    </w:p>
    <w:p>
      <w:r>
        <w:t>3. Иисус ответил ему: «Истинно, истинно говорю тебе: если кто не родится свыше, он не может увидеть Царство Божье».</w:t>
      </w:r>
    </w:p>
    <w:p>
      <w:r>
        <w:t>4. Никодим сказал Ему: «Как может человек родиться, будучи старым? Неужели он может второй раз войти в утробу матери и родиться?»</w:t>
      </w:r>
    </w:p>
    <w:p>
      <w:r>
        <w:t>5. Иисус ответил: «Истинно, истинно говорю тебе: если кто не родится от воды и Духа, он не может войти в Царство Божье.</w:t>
      </w:r>
    </w:p>
    <w:p>
      <w:r>
        <w:t>6. Рождённое от плоти есть плоть, а рождённое от Духа есть дух.</w:t>
      </w:r>
    </w:p>
    <w:p>
      <w:r>
        <w:t>7. Не удивляйся тому, что Я сказал тебе: вам нужно родиться свыше.</w:t>
      </w:r>
    </w:p>
    <w:p>
      <w:r>
        <w:t>8. Ветер дует, где хочет, и ты слышишь его звук, но не знаешь, откуда он приходит и куда идёт. Так бывает с каждым, кто рождён от Духа».</w:t>
      </w:r>
    </w:p>
    <w:p>
      <w:r>
        <w:t>9. Никодим спросил Его: «Как это может быть?»</w:t>
      </w:r>
    </w:p>
    <w:p>
      <w:r>
        <w:t>10. Иисус ответил: «Ты учитель Израиля и не знаешь этого?</w:t>
      </w:r>
    </w:p>
    <w:p>
      <w:r>
        <w:t>11. Истинно, истинно говорю тебе: мы говорим о том, что знаем, и свидетельствуем о том, что видели, но вы не принимаете нашего свидетельства.</w:t>
      </w:r>
    </w:p>
    <w:p>
      <w:r>
        <w:t>12. Если Я сказал вам о земном, и вы не верите, как поверите, если скажу вам о небесном?</w:t>
      </w:r>
    </w:p>
    <w:p>
      <w:r>
        <w:t>13. Никто не восходил на небо, кроме сошедшего с неба — Сына Человеческого.</w:t>
      </w:r>
    </w:p>
    <w:p>
      <w:r>
        <w:t>14. И как Моисей поднял змея в пустыне, так должен быть поднят Сын Человеческий,</w:t>
      </w:r>
    </w:p>
    <w:p>
      <w:r>
        <w:t>15. чтобы каждый верующий в Него имел вечную жизнь.</w:t>
      </w:r>
    </w:p>
    <w:p>
      <w:r>
        <w:t>16. Потому что Бог так возлюбил мир, что отдал Своего Единственного Сына, чтобы каждый верующий в Него не погиб, но имел вечную жизнь.</w:t>
      </w:r>
    </w:p>
    <w:p>
      <w:r>
        <w:t>17. Ведь Бог послал Сына в мир не для того, чтобы судить мир, но чтобы мир был спасён через Него.</w:t>
      </w:r>
    </w:p>
    <w:p>
      <w:r>
        <w:t>18. Верующий в Него не судим, а неверующий уже осуждён, потому что не поверил в имя Единственного Сына Божьего.</w:t>
      </w:r>
    </w:p>
    <w:p>
      <w:r>
        <w:t>19. И вот в чём суд: Свет пришёл в мир, но люди полюбили тьму больше Света, потому что их дела были злы.</w:t>
      </w:r>
    </w:p>
    <w:p>
      <w:r>
        <w:t>20. Ведь каждый делающий зло ненавидит Свет и не идёт к Свету, чтобы его дела не были обличены.</w:t>
      </w:r>
    </w:p>
    <w:p>
      <w:r>
        <w:t>21. А поступающий по истине идёт к Свету, чтобы стало видно, что его дела совершены в Боге».</w:t>
      </w:r>
    </w:p>
    <w:p>
      <w:r>
        <w:t>22. После этого Иисус и Его ученики пришли в Иудейскую землю. Там Он проводил с ними время и крестил.</w:t>
      </w:r>
    </w:p>
    <w:p>
      <w:r>
        <w:t>23. Иоанн также крестил в Еноне близ Салима, потому что там было много воды; люди приходили и крестились.</w:t>
      </w:r>
    </w:p>
    <w:p>
      <w:r>
        <w:t>24. Иоанн тогда ещё не был заключён в тюрьму.</w:t>
      </w:r>
    </w:p>
    <w:p>
      <w:r>
        <w:t>25. У учеников Иоанна возник спор с одним иудеем об очищении.</w:t>
      </w:r>
    </w:p>
    <w:p>
      <w:r>
        <w:t>26. Они пришли к Иоанну и сказали: «Равви, Тот, Кто был с тобой по ту сторону Иордана и о Ком ты свидетельствовал, — вот, Он крестит, и все идут к Нему».</w:t>
      </w:r>
    </w:p>
    <w:p>
      <w:r>
        <w:t>27. Иоанн ответил: «Человек не может получить ничего, если это не дано ему с неба.</w:t>
      </w:r>
    </w:p>
    <w:p>
      <w:r>
        <w:t>28. Вы сами мне свидетели, что я сказал: “Я не Христос, но послан перед Ним”.</w:t>
      </w:r>
    </w:p>
    <w:p>
      <w:r>
        <w:t>29. У кого невеста — тот жених. А друг жениха, стоящий рядом и слушающий его, радуется голосу жениха великой радостью. Поэтому моя радость теперь исполнилась.</w:t>
      </w:r>
    </w:p>
    <w:p>
      <w:r>
        <w:t>30. Ему должно возрастать, а мне умаляться.</w:t>
      </w:r>
    </w:p>
    <w:p>
      <w:r>
        <w:t>31. Приходящий свыше — выше всех. Кто от земли, тот от земли и говорит от земли. Приходящий с неба — выше всех.</w:t>
      </w:r>
    </w:p>
    <w:p>
      <w:r>
        <w:t>32. Он свидетельствует о том, что видел и слышал, но никто не принимает Его свидетельства.</w:t>
      </w:r>
    </w:p>
    <w:p>
      <w:r>
        <w:t>33. Принявший Его свидетельство подтвердил, что Бог истинен.</w:t>
      </w:r>
    </w:p>
    <w:p>
      <w:r>
        <w:t>34. Потому что Посланный Богом говорит слова Божьи, ведь Бог даёт Духа без меры.</w:t>
      </w:r>
    </w:p>
    <w:p>
      <w:r>
        <w:t>35. Отец любит Сына и всё отдал в Его руку.</w:t>
      </w:r>
    </w:p>
    <w:p>
      <w:r>
        <w:t>36. Верующий в Сына имеет вечную жизнь; а не повинующийся Сыну не увидит жизни — гнев Божий остаётся на нём».</w:t>
      </w:r>
    </w:p>
    <w:p>
      <w:pPr>
        <w:pStyle w:val="Heading2"/>
      </w:pPr>
      <w:r>
        <w:t>Глава 4</w:t>
      </w:r>
    </w:p>
    <w:p>
      <w:r>
        <w:t>1. Когда Иисус узнал, что фарисеи услышали, что Он приобретает и крестит больше учеников, чем Иоанн,</w:t>
      </w:r>
    </w:p>
    <w:p>
      <w:r>
        <w:t>2. — хотя Сам Иисус не крестил, а Его ученики, —</w:t>
      </w:r>
    </w:p>
    <w:p>
      <w:r>
        <w:t>3. Он оставил Иудею и снова пошёл в Галилею.</w:t>
      </w:r>
    </w:p>
    <w:p>
      <w:r>
        <w:t>4. Ему нужно было пройти через Самарию.</w:t>
      </w:r>
    </w:p>
    <w:p>
      <w:r>
        <w:t>5. И вот Он приходит в самарийский город Сихарь, близ поля, которое Иаков дал своему сыну Иосифу.</w:t>
      </w:r>
    </w:p>
    <w:p>
      <w:r>
        <w:t>6. Там был колодец Иакова. Иисус, утомлённый дорогой, сел у колодца. Было около шестого часа.</w:t>
      </w:r>
    </w:p>
    <w:p>
      <w:r>
        <w:t>7. Приходит женщина из Самарии набрать воды. Иисус говорит ей: «Дай Мне пить».</w:t>
      </w:r>
    </w:p>
    <w:p>
      <w:r>
        <w:t>8. Его ученики ушли в город купить еды.</w:t>
      </w:r>
    </w:p>
    <w:p>
      <w:r>
        <w:t>9. Самарянка сказала Ему: «Как Ты, будучи иудеем, просишь пить у меня, самарянки?» Ведь иудеи не общаются с самарянами.</w:t>
      </w:r>
    </w:p>
    <w:p>
      <w:r>
        <w:t>10. Иисус ответил ей: «Если бы ты знала дар Божий и Кто говорит тебе: “Дай Мне пить”, то сама попросила бы Его, и Он дал бы тебе живую воду».</w:t>
      </w:r>
    </w:p>
    <w:p>
      <w:r>
        <w:t>11. Женщина сказала: «Господин, Тебе и зачерпнуть нечем, а колодец глубок. Откуда же у Тебя живая вода?</w:t>
      </w:r>
    </w:p>
    <w:p>
      <w:r>
        <w:t>12. Неужели Ты больше нашего отца Иакова, который дал нам этот колодец и сам пил из него, и его сыновья, и его стада?»</w:t>
      </w:r>
    </w:p>
    <w:p>
      <w:r>
        <w:t>13. Иисус ответил: «Каждый, кто пьёт эту воду, снова будет жаждать.</w:t>
      </w:r>
    </w:p>
    <w:p>
      <w:r>
        <w:t>14. Но кто выпьет воду, которую Я дам ему, не будет жаждать вовек. Вода, которую Я дам ему, станет в нём источником воды, бьющей в вечную жизнь».</w:t>
      </w:r>
    </w:p>
    <w:p>
      <w:r>
        <w:t>15. Женщина сказала: «Господин, дай мне этой воды, чтобы мне больше не жаждать и не приходить сюда черпать».</w:t>
      </w:r>
    </w:p>
    <w:p>
      <w:r>
        <w:t>16. Он сказал ей: «Пойди, позови своего мужа и приходи сюда».</w:t>
      </w:r>
    </w:p>
    <w:p>
      <w:r>
        <w:t>17. Женщина ответила: «У меня нет мужа». Иисус сказал ей: «Ты правильно сказала: “У меня нет мужа”.</w:t>
      </w:r>
    </w:p>
    <w:p>
      <w:r>
        <w:t>18. У тебя было пять мужей, и тот, кто у тебя теперь, тебе не муж. Это ты сказала правду».</w:t>
      </w:r>
    </w:p>
    <w:p>
      <w:r>
        <w:t>19. Женщина сказала: «Господин, я вижу, что Ты пророк.</w:t>
      </w:r>
    </w:p>
    <w:p>
      <w:r>
        <w:t>20. Наши отцы поклонялись на этой горе, а вы говорите, что место, где следует поклоняться, — в Иерусалиме».</w:t>
      </w:r>
    </w:p>
    <w:p>
      <w:r>
        <w:t>21. Иисус сказал ей: «Поверь Мне, женщина: приходит время, когда вы будете поклоняться Отцу не на этой горе и не в Иерусалиме.</w:t>
      </w:r>
    </w:p>
    <w:p>
      <w:r>
        <w:t>22. Вы поклоняетесь Тому, Кого не знаете; мы поклоняемся Тому, Кого знаем, потому что спасение — от иудеев.</w:t>
      </w:r>
    </w:p>
    <w:p>
      <w:r>
        <w:t>23. Но приходит время — и уже настало, — когда истинные поклонники будут поклоняться Отцу в духе и истине, потому что именно таких поклонников ищет Отец.</w:t>
      </w:r>
    </w:p>
    <w:p>
      <w:r>
        <w:t>24. Бог есть Дух, и поклоняющимся Ему следует поклоняться в духе и истине».</w:t>
      </w:r>
    </w:p>
    <w:p>
      <w:r>
        <w:t>25. Женщина сказала: «Я знаю, что придёт Мессия, называемый Христом. Когда Он придёт, Он возвестит нам всё».</w:t>
      </w:r>
    </w:p>
    <w:p>
      <w:r>
        <w:t>26. Иисус сказал ей: «Это Я — Тот, Кто говорит с тобой».</w:t>
      </w:r>
    </w:p>
    <w:p>
      <w:r>
        <w:t>27. В этот момент пришли Его ученики и удивились, что Он разговаривает с женщиной. Однако никто не спросил: «Что Тебе нужно?» или: «Почему Ты говоришь с ней?»</w:t>
      </w:r>
    </w:p>
    <w:p>
      <w:r>
        <w:t>28. Женщина оставила свой сосуд для воды, пошла в город и сказала людям:</w:t>
      </w:r>
    </w:p>
    <w:p>
      <w:r>
        <w:t>29. «Пойдите, посмотрите на Человека, Который рассказал мне всё, что я сделала. Не Он ли Христос?»</w:t>
      </w:r>
    </w:p>
    <w:p>
      <w:r>
        <w:t>30. Они вышли из города и направились к Нему.</w:t>
      </w:r>
    </w:p>
    <w:p>
      <w:r>
        <w:t>31. Тем временем ученики просили Его: «Равви, поешь».</w:t>
      </w:r>
    </w:p>
    <w:p>
      <w:r>
        <w:t>32. Но Он сказал им: «У Меня есть пища, которой вы не знаете».</w:t>
      </w:r>
    </w:p>
    <w:p>
      <w:r>
        <w:t>33. Тогда ученики говорили друг другу: «Неужели кто-то принёс Ему поесть?»</w:t>
      </w:r>
    </w:p>
    <w:p>
      <w:r>
        <w:t>34. Иисус сказал им: «Моя пища — исполнять волю Пославшего Меня и завершить Его дело.</w:t>
      </w:r>
    </w:p>
    <w:p>
      <w:r>
        <w:t>35. Разве вы не говорите: “Ещё четыре месяца — и наступит жатва”? А Я говорю вам: поднимите глаза и посмотрите на поля — они уже белы для жатвы.</w:t>
      </w:r>
    </w:p>
    <w:p>
      <w:r>
        <w:t>36. Жнущий уже получает награду и собирает плод для вечной жизни, чтобы вместе радовались и сеющий, и жнущий.</w:t>
      </w:r>
    </w:p>
    <w:p>
      <w:r>
        <w:t>37. Здесь верно слово: “Один сеет, а другой жнёт”.</w:t>
      </w:r>
    </w:p>
    <w:p>
      <w:r>
        <w:t>38. Я послал вас жать то, над чем вы не трудились. Другие трудились, а вы вошли в их труд».</w:t>
      </w:r>
    </w:p>
    <w:p>
      <w:r>
        <w:t>39. Многие самаряне из того города поверили в Него по слову женщины, свидетельствовавшей: «Он рассказал мне всё, что я сделала».</w:t>
      </w:r>
    </w:p>
    <w:p>
      <w:r>
        <w:t>40. Поэтому, когда самаряне пришли к Нему, они просили Его остаться у них, и Он остался там два дня.</w:t>
      </w:r>
    </w:p>
    <w:p>
      <w:r>
        <w:t>41. И ещё больше людей поверили благодаря Его слову.</w:t>
      </w:r>
    </w:p>
    <w:p>
      <w:r>
        <w:t>42. А женщине они говорили: «Теперь мы верим уже не из-за твоего рассказа: мы сами услышали и знаем, что Он действительно Спаситель мира».</w:t>
      </w:r>
    </w:p>
    <w:p>
      <w:r>
        <w:t>43. Через два дня Он вышел оттуда в Галилею.</w:t>
      </w:r>
    </w:p>
    <w:p>
      <w:r>
        <w:t>44. Ведь Сам Иисус свидетельствовал, что пророк не имеет чести в своей родной земле.</w:t>
      </w:r>
    </w:p>
    <w:p>
      <w:r>
        <w:t>45. Когда Он пришёл в Галилею, галилеяне приняли Его, потому что видели всё, что Он сделал в Иерусалиме на празднике: они тоже ходили на праздник.</w:t>
      </w:r>
    </w:p>
    <w:p>
      <w:r>
        <w:t>46. Итак, Он снова пришёл в Кану Галилейскую, где превратил воду в вино. В Капернауме был царский служащий, у которого болел сын.</w:t>
      </w:r>
    </w:p>
    <w:p>
      <w:r>
        <w:t>47. Услышав, что Иисус пришёл из Иудеи в Галилею, он пришёл к Нему и просил спуститься и исцелить его сына, потому что тот был при смерти.</w:t>
      </w:r>
    </w:p>
    <w:p>
      <w:r>
        <w:t>48. Иисус сказал ему: «Если не увидите знамений и чудес, не поверите».</w:t>
      </w:r>
    </w:p>
    <w:p>
      <w:r>
        <w:t>49. Царский служащий сказал: «Господи, приди, пока мой ребёнок не умер».</w:t>
      </w:r>
    </w:p>
    <w:p>
      <w:r>
        <w:t>50. Иисус сказал ему: «Иди, твой сын жив». Человек поверил слову, которое сказал ему Иисус, и пошёл.</w:t>
      </w:r>
    </w:p>
    <w:p>
      <w:r>
        <w:t>51. Когда он ещё был в пути, его рабы встретили его и сказали, что его сын жив.</w:t>
      </w:r>
    </w:p>
    <w:p>
      <w:r>
        <w:t>52. Он спросил у них, в котором часу ему стало лучше. Они ответили: «Вчера в седьмом часу горячка оставила его».</w:t>
      </w:r>
    </w:p>
    <w:p>
      <w:r>
        <w:t>53. Тогда отец понял, что это произошло именно в тот час, когда Иисус сказал ему: «Твой сын жив». И поверил он сам и весь его дом.</w:t>
      </w:r>
    </w:p>
    <w:p>
      <w:r>
        <w:t>54. Это было второе знамение, которое Иисус совершил, придя из Иудеи в Галилею.</w:t>
      </w:r>
    </w:p>
    <w:p>
      <w:pPr>
        <w:pStyle w:val="Heading2"/>
      </w:pPr>
      <w:r>
        <w:t>Глава 5</w:t>
      </w:r>
    </w:p>
    <w:p>
      <w:r>
        <w:t>1. После этого был иудейский праздник, и Иисус пошёл в Иерусалим.</w:t>
      </w:r>
    </w:p>
    <w:p>
      <w:r>
        <w:t>2. В Иерусалиме у Овечьих ворот есть купальня, называемая по-еврейски Вифзафа, с пятью крытыми галереями.</w:t>
      </w:r>
    </w:p>
    <w:p>
      <w:r>
        <w:t>3. В них лежало множество больных: слепых, хромых и иссохших.</w:t>
      </w:r>
    </w:p>
    <w:p>
      <w:r>
        <w:t xml:space="preserve">4. </w:t>
      </w:r>
    </w:p>
    <w:p>
      <w:r>
        <w:t>5. Там был человек, болевший тридцать восемь лет.</w:t>
      </w:r>
    </w:p>
    <w:p>
      <w:r>
        <w:t>6. Иисус, увидев его лежащим и зная, что он болен уже долгое время, спросил: «Хочешь стать здоровым?»</w:t>
      </w:r>
    </w:p>
    <w:p>
      <w:r>
        <w:t>7. Больной ответил: «Господин, у меня нет человека, который опустил бы меня в купальню, когда вода приходит в движение; пока я иду, другой спускается раньше меня».</w:t>
      </w:r>
    </w:p>
    <w:p>
      <w:r>
        <w:t>8. Иисус сказал ему: «Встань, возьми свою подстилку и ходи».</w:t>
      </w:r>
    </w:p>
    <w:p>
      <w:r>
        <w:t>9. И тотчас человек стал здоров, взял свою подстилку и пошёл. А день тот был субботой.</w:t>
      </w:r>
    </w:p>
    <w:p>
      <w:r>
        <w:t>10. Поэтому иудеи сказали исцелённому: «Сегодня суббота; тебе нельзя нести подстилку».</w:t>
      </w:r>
    </w:p>
    <w:p>
      <w:r>
        <w:t>11. Он ответил: «Тот, Кто сделал меня здоровым, сказал мне: “Возьми свою подстилку и ходи”».</w:t>
      </w:r>
    </w:p>
    <w:p>
      <w:r>
        <w:t>12. Они спросили: «Кто Тот Человек, Который сказал тебе: “Возьми и ходи”?»</w:t>
      </w:r>
    </w:p>
    <w:p>
      <w:r>
        <w:t>13. Но исцелённый не знал, Кто это был, потому что Иисус скрылся в толпе, находившейся там.</w:t>
      </w:r>
    </w:p>
    <w:p>
      <w:r>
        <w:t>14. Позже Иисус встретил его в храме и сказал: «Вот, ты стал здоровым. Больше не греши, чтобы с тобой не случилось чего хуже».</w:t>
      </w:r>
    </w:p>
    <w:p>
      <w:r>
        <w:t>15. Человек пошёл и сообщил иудеям, что исцеливший его — Иисус.</w:t>
      </w:r>
    </w:p>
    <w:p>
      <w:r>
        <w:t>16. И поэтому иудеи преследовали Иисуса, потому что Он делал это в субботу.</w:t>
      </w:r>
    </w:p>
    <w:p>
      <w:r>
        <w:t>17. Но Иисус ответил им: «Мой Отец трудится доныне, и Я тружусь».</w:t>
      </w:r>
    </w:p>
    <w:p>
      <w:r>
        <w:t>18. Из-за этого иудеи ещё сильнее искали возможности убить Его: Он не только нарушал субботу, но и называл Бога Своим Отцом, делая Себя равным Богу.</w:t>
      </w:r>
    </w:p>
    <w:p>
      <w:r>
        <w:t>19. Тогда Иисус сказал им: «Истинно, истинно говорю вам: Сын не может делать ничего Сам от Себя, если не видит, что делает Отец. Что делает Отец, то и Сын делает так же.</w:t>
      </w:r>
    </w:p>
    <w:p>
      <w:r>
        <w:t>20. Потому что Отец любит Сына и показывает Ему всё, что делает Сам; и покажет Ему дела больше этих, так что вы будете удивляться.</w:t>
      </w:r>
    </w:p>
    <w:p>
      <w:r>
        <w:t>21. Как Отец воскрешает мёртвых и даёт им жизнь, так и Сын даёт жизнь тем, кому хочет.</w:t>
      </w:r>
    </w:p>
    <w:p>
      <w:r>
        <w:t>22. Отец и не судит никого, но весь суд передал Сыну,</w:t>
      </w:r>
    </w:p>
    <w:p>
      <w:r>
        <w:t>23. чтобы все чтили Сына так же, как чтут Отца. Кто не чтит Сына, тот не чтит Отца, пославшего Его.</w:t>
      </w:r>
    </w:p>
    <w:p>
      <w:r>
        <w:t>24. Истинно, истинно говорю вам: слушающий Моё слово и верящий Пославшему Меня имеет вечную жизнь и на суд не приходит, но перешёл из смерти в жизнь.</w:t>
      </w:r>
    </w:p>
    <w:p>
      <w:r>
        <w:t>25. Истинно, истинно говорю вам: приходит время — и уже настало, — когда мёртвые услышат голос Сына Божьего, и услышавшие будут жить.</w:t>
      </w:r>
    </w:p>
    <w:p>
      <w:r>
        <w:t>26. Потому что, как Отец имеет жизнь в Самом Себе, так и Сыну дал иметь жизнь в Самом Себе.</w:t>
      </w:r>
    </w:p>
    <w:p>
      <w:r>
        <w:t>27. И дал Ему власть совершать суд, потому что Он — Сын Человеческий.</w:t>
      </w:r>
    </w:p>
    <w:p>
      <w:r>
        <w:t>28. Не удивляйтесь этому, потому что приходит время, когда все находящиеся в гробницах услышат Его голос</w:t>
      </w:r>
    </w:p>
    <w:p>
      <w:r>
        <w:t>29. и выйдут: делавшие добро — в воскресение жизни, а делавшие зло — в воскресение суда.</w:t>
      </w:r>
    </w:p>
    <w:p>
      <w:r>
        <w:t>30. Я ничего не могу делать Сам от Себя. Как слышу, так и сужу, и Мой суд справедлив, потому что Я ищу не Своей воли, а воли Пославшего Меня.</w:t>
      </w:r>
    </w:p>
    <w:p>
      <w:r>
        <w:t>31. Если Я свидетельствую Сам о Себе, Моё свидетельство не считается истинным.</w:t>
      </w:r>
    </w:p>
    <w:p>
      <w:r>
        <w:t>32. Есть Другой, свидетельствующий обо Мне, и Я знаю, что свидетельство, которым Он свидетельствует обо Мне, истинно.</w:t>
      </w:r>
    </w:p>
    <w:p>
      <w:r>
        <w:t>33. Вы посылали к Иоанну, и он засвидетельствовал истину.</w:t>
      </w:r>
    </w:p>
    <w:p>
      <w:r>
        <w:t>34. Но Я не от человека принимаю свидетельство; говорю это, чтобы вы были спасены.</w:t>
      </w:r>
    </w:p>
    <w:p>
      <w:r>
        <w:t>35. Он был светильником, горящим и светящим, а вы хотели некоторое время порадоваться при его свете.</w:t>
      </w:r>
    </w:p>
    <w:p>
      <w:r>
        <w:t>36. Но у Меня есть свидетельство больше свидетельства Иоанна: дела, которые Отец дал Мне завершить, — сами эти дела, которые Я совершаю, свидетельствуют обо Мне, что Отец послал Меня.</w:t>
      </w:r>
    </w:p>
    <w:p>
      <w:r>
        <w:t>37. И Сам пославший Меня Отец засвидетельствовал обо Мне. Вы никогда не слышали Его голоса и не видели Его облика,</w:t>
      </w:r>
    </w:p>
    <w:p>
      <w:r>
        <w:t>38. и Его слово не пребывает в вас, потому что вы не верите Тому, Кого Он послал.</w:t>
      </w:r>
    </w:p>
    <w:p>
      <w:r>
        <w:t>39. Вы исследуете Писания, потому что думаете через них иметь вечную жизнь; а именно они свидетельствуют обо Мне.</w:t>
      </w:r>
    </w:p>
    <w:p>
      <w:r>
        <w:t>40. Но вы не хотите прийти ко Мне, чтобы иметь жизнь.</w:t>
      </w:r>
    </w:p>
    <w:p>
      <w:r>
        <w:t>41. Я не принимаю славы от людей.</w:t>
      </w:r>
    </w:p>
    <w:p>
      <w:r>
        <w:t>42. Но Я знаю вас: любви Божьей в себе вы не имеете.</w:t>
      </w:r>
    </w:p>
    <w:p>
      <w:r>
        <w:t>43. Я пришёл во имя Моего Отца, и вы Меня не принимаете. Если другой придёт во своё имя, его примете.</w:t>
      </w:r>
    </w:p>
    <w:p>
      <w:r>
        <w:t>44. Как вы можете верить, если принимаете славу друг от друга, а славы от Единственного Бога не ищете?</w:t>
      </w:r>
    </w:p>
    <w:p>
      <w:r>
        <w:t>45. Не думайте, что Я буду обвинять вас перед Отцом. Есть тот, кто обвиняет вас: Моисей, на которого вы возложили надежду.</w:t>
      </w:r>
    </w:p>
    <w:p>
      <w:r>
        <w:t>46. Если бы вы верили Моисею, то верили бы Мне, потому что он писал обо Мне.</w:t>
      </w:r>
    </w:p>
    <w:p>
      <w:r>
        <w:t>47. Но если вы не верите его писаниям, как поверите Моим словам?»</w:t>
      </w:r>
    </w:p>
    <w:p>
      <w:pPr>
        <w:pStyle w:val="Heading2"/>
      </w:pPr>
      <w:r>
        <w:t>Глава 6</w:t>
      </w:r>
    </w:p>
    <w:p>
      <w:r>
        <w:t>1. После этого Иисус ушёл на другую сторону Галилейского моря, то есть Тивериадского.</w:t>
      </w:r>
    </w:p>
    <w:p>
      <w:r>
        <w:t>2. За Ним следовало множество народа, потому что люди видели знамения, которые Он совершал над больными.</w:t>
      </w:r>
    </w:p>
    <w:p>
      <w:r>
        <w:t>3. Иисус поднялся на гору и сел там со Своими учениками.</w:t>
      </w:r>
    </w:p>
    <w:p>
      <w:r>
        <w:t>4. Приближалась Пасха, иудейский праздник.</w:t>
      </w:r>
    </w:p>
    <w:p>
      <w:r>
        <w:t>5. Иисус поднял глаза, увидел, что к Нему идёт множество народа, и сказал Филиппу: «Где нам купить хлеба, чтобы они поели?»</w:t>
      </w:r>
    </w:p>
    <w:p>
      <w:r>
        <w:t>6. Он говорил это, испытывая его, потому что Сам знал, что собирается сделать.</w:t>
      </w:r>
    </w:p>
    <w:p>
      <w:r>
        <w:t>7. Филипп ответил: «Им не хватит хлеба и на двести динариев, даже если каждый получит понемногу».</w:t>
      </w:r>
    </w:p>
    <w:p>
      <w:r>
        <w:t>8. Один из Его учеников, Андрей, брат Симона Петра, сказал:</w:t>
      </w:r>
    </w:p>
    <w:p>
      <w:r>
        <w:t>9. «Здесь есть мальчик, у которого пять ячменных хлебов и две рыбки. Но что это для такого множества?»</w:t>
      </w:r>
    </w:p>
    <w:p>
      <w:r>
        <w:t>10. Иисус сказал: «Посадите людей». На том месте было много травы. Люди сели; одних мужчин было около пяти тысяч.</w:t>
      </w:r>
    </w:p>
    <w:p>
      <w:r>
        <w:t>11. Иисус взял хлебы, возблагодарил и раздал сидевшим; также и рыбы — сколько они хотели.</w:t>
      </w:r>
    </w:p>
    <w:p>
      <w:r>
        <w:t>12. Когда они насытились, Он сказал ученикам: «Соберите оставшиеся куски, чтобы ничего не пропало».</w:t>
      </w:r>
    </w:p>
    <w:p>
      <w:r>
        <w:t>13. Они собрали и наполнили двенадцать корзин кусками от пяти ячменных хлебов, оставшимися у евших.</w:t>
      </w:r>
    </w:p>
    <w:p>
      <w:r>
        <w:t>14. Увидев знамение, которое Он совершил, люди говорили: «Он действительно Тот Пророк, Который должен прийти в мир».</w:t>
      </w:r>
    </w:p>
    <w:p>
      <w:r>
        <w:t>15. Иисус, зная, что они собираются прийти, схватить Его и сделать царём, снова удалился на гору один.</w:t>
      </w:r>
    </w:p>
    <w:p>
      <w:r>
        <w:t>16. Когда наступил вечер, Его ученики спустились к морю,</w:t>
      </w:r>
    </w:p>
    <w:p>
      <w:r>
        <w:t>17. сели в лодку и поплыли на другую сторону моря, в Капернаум. Уже стемнело, а Иисус ещё не пришёл к ним.</w:t>
      </w:r>
    </w:p>
    <w:p>
      <w:r>
        <w:t>18. Море волновалось от сильного ветра.</w:t>
      </w:r>
    </w:p>
    <w:p>
      <w:r>
        <w:t>19. Проплыв около двадцати пяти или тридцати стадий, они увидели Иисуса, идущего по морю и приближающегося к лодке, и испугались.</w:t>
      </w:r>
    </w:p>
    <w:p>
      <w:r>
        <w:t>20. Но Он сказал им: «Это Я. Не бойтесь».</w:t>
      </w:r>
    </w:p>
    <w:p>
      <w:r>
        <w:t>21. Тогда они хотели взять Его в лодку, и лодка тотчас оказалась у берега, к которому они направлялись.</w:t>
      </w:r>
    </w:p>
    <w:p>
      <w:r>
        <w:t>22. На следующий день народ, оставшийся на другой стороне моря, увидел, что там не было другой лодки, кроме одной, и что Иисус не вошёл в лодку со Своими учениками, а ученики отплыли одни.</w:t>
      </w:r>
    </w:p>
    <w:p>
      <w:r>
        <w:t>23. Тем временем из Тивериады пришли другие лодки к месту, где они ели хлеб после благодарения Господа.</w:t>
      </w:r>
    </w:p>
    <w:p>
      <w:r>
        <w:t>24. Когда народ увидел, что там нет ни Иисуса, ни Его учеников, люди сами сели в лодки и прибыли в Капернаум, разыскивая Иисуса.</w:t>
      </w:r>
    </w:p>
    <w:p>
      <w:r>
        <w:t>25. Найдя Его на другой стороне моря, они спросили: «Равви, когда Ты сюда пришёл?»</w:t>
      </w:r>
    </w:p>
    <w:p>
      <w:r>
        <w:t>26. Иисус ответил: «Истинно, истинно говорю вам: вы ищете Меня не потому, что увидели знамения, а потому, что ели хлеб и насытились.</w:t>
      </w:r>
    </w:p>
    <w:p>
      <w:r>
        <w:t>27. Трудитесь не ради пищи, которая погибает, а ради пищи, остающейся для вечной жизни, которую даст вам Сын Человеческий, потому что Его запечатлел Отец — Бог».</w:t>
      </w:r>
    </w:p>
    <w:p>
      <w:r>
        <w:t>28. Они спросили: «Что нам делать, чтобы совершать дела Божьи?»</w:t>
      </w:r>
    </w:p>
    <w:p>
      <w:r>
        <w:t>29. Иисус ответил: «Вот дело Божье: чтобы вы верили в Того, Кого Он послал».</w:t>
      </w:r>
    </w:p>
    <w:p>
      <w:r>
        <w:t>30. Они сказали: «Какое же знамение Ты совершишь, чтобы мы увидели и поверили Тебе? Что Ты сделаешь?</w:t>
      </w:r>
    </w:p>
    <w:p>
      <w:r>
        <w:t>31. Наши отцы ели манну в пустыне, как написано: “Хлеб с неба дал им есть”».</w:t>
      </w:r>
    </w:p>
    <w:p>
      <w:r>
        <w:t>32. Иисус сказал: «Истинно, истинно говорю вам: не Моисей дал вам хлеб с неба; Мой Отец даёт вам истинный хлеб с неба.</w:t>
      </w:r>
    </w:p>
    <w:p>
      <w:r>
        <w:t>33. Потому что хлеб Божий — Тот, Кто сходит с неба и даёт жизнь миру».</w:t>
      </w:r>
    </w:p>
    <w:p>
      <w:r>
        <w:t>34. Они сказали: «Господи, всегда давай нам этот хлеб».</w:t>
      </w:r>
    </w:p>
    <w:p>
      <w:r>
        <w:t>35. Иисус ответил: «Я — хлеб жизни. Приходящий ко Мне не будет голодать, и верующий в Меня не будет жаждать никогда.</w:t>
      </w:r>
    </w:p>
    <w:p>
      <w:r>
        <w:t>36. Но Я сказал вам: вы и видели Меня, и всё же не верите.</w:t>
      </w:r>
    </w:p>
    <w:p>
      <w:r>
        <w:t>37. Всё, что даёт Мне Отец, придёт ко Мне, и приходящего ко Мне Я не изгоню вон.</w:t>
      </w:r>
    </w:p>
    <w:p>
      <w:r>
        <w:t>38. Потому что Я сошёл с неба не для того, чтобы исполнять Свою волю, а волю Пославшего Меня.</w:t>
      </w:r>
    </w:p>
    <w:p>
      <w:r>
        <w:t>39. А воля Пославшего Меня такова: чтобы Я не потерял ничего из того, что Он дал Мне, но воскресил это в последний день.</w:t>
      </w:r>
    </w:p>
    <w:p>
      <w:r>
        <w:t>40. Потому что воля Моего Отца такова: чтобы каждый, кто видит Сына и верит в Него, имел вечную жизнь, и Я воскрешу его в последний день».</w:t>
      </w:r>
    </w:p>
    <w:p>
      <w:r>
        <w:t>41. Тогда иудеи стали роптать на Него за то, что Он сказал: «Я — хлеб, сошедший с неба».</w:t>
      </w:r>
    </w:p>
    <w:p>
      <w:r>
        <w:t>42. И говорили: «Разве это не Иисус, сын Иосифа, отца и мать Которого мы знаем? Как же Он теперь говорит: “Я сошёл с неба”?»</w:t>
      </w:r>
    </w:p>
    <w:p>
      <w:r>
        <w:t>43. Иисус ответил: «Не ропщите между собой.</w:t>
      </w:r>
    </w:p>
    <w:p>
      <w:r>
        <w:t>44. Никто не может прийти ко Мне, если Отец, пославший Меня, не привлечёт его; и Я воскрешу его в последний день.</w:t>
      </w:r>
    </w:p>
    <w:p>
      <w:r>
        <w:t>45. У Пророков написано: “И все будут научены Богом”. Каждый, кто услышал Отца и научился у Него, приходит ко Мне.</w:t>
      </w:r>
    </w:p>
    <w:p>
      <w:r>
        <w:t>46. Это не значит, что кто-либо видел Отца; только Тот, Кто от Бога, видел Отца.</w:t>
      </w:r>
    </w:p>
    <w:p>
      <w:r>
        <w:t>47. Истинно, истинно говорю вам: верующий имеет вечную жизнь.</w:t>
      </w:r>
    </w:p>
    <w:p>
      <w:r>
        <w:t>48. Я — хлеб жизни.</w:t>
      </w:r>
    </w:p>
    <w:p>
      <w:r>
        <w:t>49. Ваши отцы ели манну в пустыне — и умерли.</w:t>
      </w:r>
    </w:p>
    <w:p>
      <w:r>
        <w:t>50. А вот хлеб, сходящий с неба, чтобы человек ел от него и не умер.</w:t>
      </w:r>
    </w:p>
    <w:p>
      <w:r>
        <w:t>51. Я — живой хлеб, сошедший с неба. Если кто съест этот хлеб, будет жить вечно. И хлеб, который Я дам, — Моя плоть за жизнь мира».</w:t>
      </w:r>
    </w:p>
    <w:p>
      <w:r>
        <w:t>52. Тогда иудеи стали спорить друг с другом: «Как Он может дать нам есть Свою плоть?»</w:t>
      </w:r>
    </w:p>
    <w:p>
      <w:r>
        <w:t>53. Иисус сказал: «Истинно, истинно говорю вам: если не будете есть плоть Сына Человеческого и пить Его кровь, не будете иметь в себе жизни.</w:t>
      </w:r>
    </w:p>
    <w:p>
      <w:r>
        <w:t>54. Кто ест Мою плоть и пьёт Мою кровь, имеет вечную жизнь, и Я воскрешу его в последний день.</w:t>
      </w:r>
    </w:p>
    <w:p>
      <w:r>
        <w:t>55. Потому что Моя плоть — истинная пища, и Моя кровь — истинное питьё.</w:t>
      </w:r>
    </w:p>
    <w:p>
      <w:r>
        <w:t>56. Кто ест Мою плоть и пьёт Мою кровь, пребывает во Мне, и Я в нём.</w:t>
      </w:r>
    </w:p>
    <w:p>
      <w:r>
        <w:t>57. Как послал Меня живой Отец и Я живу благодаря Отцу, так и тот, кто ест Меня, будет жить благодаря Мне.</w:t>
      </w:r>
    </w:p>
    <w:p>
      <w:r>
        <w:t>58. Вот хлеб, сошедший с неба. Не такой, какой ели отцы и умерли. Кто ест этот хлеб, будет жить вечно».</w:t>
      </w:r>
    </w:p>
    <w:p>
      <w:r>
        <w:t>59. Это Он сказал, уча в синагоге в Капернауме.</w:t>
      </w:r>
    </w:p>
    <w:p>
      <w:r>
        <w:t>60. Многие из Его учеников, услышав это, сказали: «Трудное это слово. Кто может его слушать?»</w:t>
      </w:r>
    </w:p>
    <w:p>
      <w:r>
        <w:t>61. Иисус, зная в Себе, что ученики ропщут об этом, сказал им: «Это вас соблазняет?</w:t>
      </w:r>
    </w:p>
    <w:p>
      <w:r>
        <w:t>62. А что, если увидите Сына Человеческого восходящим туда, где Он был прежде?</w:t>
      </w:r>
    </w:p>
    <w:p>
      <w:r>
        <w:t>63. Дух даёт жизнь; плоть не приносит пользы. Слова, которые Я сказал вам, — дух и жизнь.</w:t>
      </w:r>
    </w:p>
    <w:p>
      <w:r>
        <w:t>64. Но среди вас есть такие, кто не верит». Иисус с самого начала знал, кто не верит и кто предаст Его.</w:t>
      </w:r>
    </w:p>
    <w:p>
      <w:r>
        <w:t>65. И Он сказал: «Поэтому Я и говорил вам, что никто не может прийти ко Мне, если это не дано ему Отцом».</w:t>
      </w:r>
    </w:p>
    <w:p>
      <w:r>
        <w:t>66. С этого времени многие Его ученики отошли и больше не ходили с Ним.</w:t>
      </w:r>
    </w:p>
    <w:p>
      <w:r>
        <w:t>67. Тогда Иисус сказал двенадцати: «Неужели и вы хотите уйти?»</w:t>
      </w:r>
    </w:p>
    <w:p>
      <w:r>
        <w:t>68. Симон Пётр ответил: «Господи, к кому нам идти? У Тебя слова вечной жизни.</w:t>
      </w:r>
    </w:p>
    <w:p>
      <w:r>
        <w:t>69. И мы поверили и узнали, что Ты — Святой Божий».</w:t>
      </w:r>
    </w:p>
    <w:p>
      <w:r>
        <w:t>70. Иисус ответил: «Разве не Я избрал вас, двенадцать? И один из вас — дьявол».</w:t>
      </w:r>
    </w:p>
    <w:p>
      <w:r>
        <w:t>71. Он говорил об Иуде, сыне Симона Искариота, потому что именно тот, один из двенадцати, собирался предать Его.</w:t>
      </w:r>
    </w:p>
    <w:p>
      <w:pPr>
        <w:pStyle w:val="Heading2"/>
      </w:pPr>
      <w:r>
        <w:t>Глава 7</w:t>
      </w:r>
    </w:p>
    <w:p>
      <w:r>
        <w:t>1. После этого Иисус ходил по Галилее. Он не хотел ходить по Иудее, потому что иудеи искали возможности убить Его.</w:t>
      </w:r>
    </w:p>
    <w:p>
      <w:r>
        <w:t>2. Приближался иудейский праздник Шалашей.</w:t>
      </w:r>
    </w:p>
    <w:p>
      <w:r>
        <w:t>3. Тогда Его братья сказали Ему: «Уйди отсюда и иди в Иудею, чтобы и Твои ученики увидели дела, которые Ты совершаешь.</w:t>
      </w:r>
    </w:p>
    <w:p>
      <w:r>
        <w:t>4. Ведь никто не делает что-либо тайно, если сам хочет быть известным. Если Ты делаешь такое, яви Себя миру».</w:t>
      </w:r>
    </w:p>
    <w:p>
      <w:r>
        <w:t>5. Потому что даже Его братья не верили в Него.</w:t>
      </w:r>
    </w:p>
    <w:p>
      <w:r>
        <w:t>6. Иисус сказал им: «Моё время ещё не пришло, а для вас время всегда подходящее.</w:t>
      </w:r>
    </w:p>
    <w:p>
      <w:r>
        <w:t>7. Мир не может ненавидеть вас, а Меня ненавидит, потому что Я свидетельствую о нём, что его дела злы.</w:t>
      </w:r>
    </w:p>
    <w:p>
      <w:r>
        <w:t>8. Вы идите на праздник. Я пока не иду на этот праздник, потому что Моё время ещё не исполнилось».</w:t>
      </w:r>
    </w:p>
    <w:p>
      <w:r>
        <w:t>9. Сказав это, Он остался в Галилее.</w:t>
      </w:r>
    </w:p>
    <w:p>
      <w:r>
        <w:t>10. Но когда Его братья пошли на праздник, тогда пошёл и Он — не явно, а как бы тайно.</w:t>
      </w:r>
    </w:p>
    <w:p>
      <w:r>
        <w:t>11. Иудеи искали Его на празднике и спрашивали: «Где Он?»</w:t>
      </w:r>
    </w:p>
    <w:p>
      <w:r>
        <w:t>12. В народе было много споров о Нём. Одни говорили: «Он добрый», а другие: «Нет, Он вводит народ в заблуждение».</w:t>
      </w:r>
    </w:p>
    <w:p>
      <w:r>
        <w:t>13. Однако никто не говорил о Нём открыто из страха перед иудеями.</w:t>
      </w:r>
    </w:p>
    <w:p>
      <w:r>
        <w:t>14. Когда прошла уже половина праздника, Иисус вошёл в храм и стал учить.</w:t>
      </w:r>
    </w:p>
    <w:p>
      <w:r>
        <w:t>15. Иудеи удивлялись: «Откуда у Него такое знание, если Он не учился?»</w:t>
      </w:r>
    </w:p>
    <w:p>
      <w:r>
        <w:t>16. Иисус ответил: «Моё учение — не Моё, а Пославшего Меня.</w:t>
      </w:r>
    </w:p>
    <w:p>
      <w:r>
        <w:t>17. Кто хочет исполнять Его волю, тот узнает об этом учении — от Бога ли оно или Я говорю Сам от Себя.</w:t>
      </w:r>
    </w:p>
    <w:p>
      <w:r>
        <w:t>18. Говорящий сам от себя ищет собственной славы; а кто ищет славы Пославшего Его, тот истинен, и неправды в нём нет.</w:t>
      </w:r>
    </w:p>
    <w:p>
      <w:r>
        <w:t>19. Разве Моисей не дал вам Закон? Но никто из вас не исполняет Закон. Почему вы ищете возможности убить Меня?»</w:t>
      </w:r>
    </w:p>
    <w:p>
      <w:r>
        <w:t>20. Народ ответил: «В Тебе демон! Кто ищет возможности убить Тебя?»</w:t>
      </w:r>
    </w:p>
    <w:p>
      <w:r>
        <w:t>21. Иисус ответил: «Одно дело Я совершил — и все вы удивляетесь.</w:t>
      </w:r>
    </w:p>
    <w:p>
      <w:r>
        <w:t>22. Моисей дал вам обрезание — хотя оно не от Моисея, а от отцов, — и вы обрезаете человека в субботу.</w:t>
      </w:r>
    </w:p>
    <w:p>
      <w:r>
        <w:t>23. Если человек принимает обрезание в субботу, чтобы не был нарушен Закон Моисея, почему вы сердитесь на Меня за то, что Я сделал всего человека здоровым в субботу?</w:t>
      </w:r>
    </w:p>
    <w:p>
      <w:r>
        <w:t>24. Не судите по внешности, но судите справедливым судом».</w:t>
      </w:r>
    </w:p>
    <w:p>
      <w:r>
        <w:t>25. Тогда некоторые жители Иерусалима говорили: «Разве это не Тот, Кого ищут, чтобы убить?</w:t>
      </w:r>
    </w:p>
    <w:p>
      <w:r>
        <w:t>26. И вот Он говорит открыто, и Ему ничего не говорят. Неужели начальники действительно признали, что Он Христос?</w:t>
      </w:r>
    </w:p>
    <w:p>
      <w:r>
        <w:t>27. Но мы знаем, откуда Он. А когда придёт Христос, никто не будет знать, откуда Он».</w:t>
      </w:r>
    </w:p>
    <w:p>
      <w:r>
        <w:t>28. Тогда Иисус, уча в храме, громко сказал: «И Меня вы знаете, и откуда Я — знаете. Но Я пришёл не Сам от Себя; Пославший Меня истинен, а Его вы не знаете.</w:t>
      </w:r>
    </w:p>
    <w:p>
      <w:r>
        <w:t>29. Я знаю Его, потому что Я от Него и Он послал Меня».</w:t>
      </w:r>
    </w:p>
    <w:p>
      <w:r>
        <w:t>30. Тогда они пытались схватить Его, но никто не наложил на Него руки, потому что Его час ещё не пришёл.</w:t>
      </w:r>
    </w:p>
    <w:p>
      <w:r>
        <w:t>31. Многие из народа поверили в Него и говорили: «Когда придёт Христос, неужели Он совершит больше знамений, чем совершил Этот?»</w:t>
      </w:r>
    </w:p>
    <w:p>
      <w:r>
        <w:t>32. Фарисеи услышали, что народ перешёптывается о Нём, и первосвященники с фарисеями послали служителей схватить Его.</w:t>
      </w:r>
    </w:p>
    <w:p>
      <w:r>
        <w:t>33. Тогда Иисус сказал: «Ещё недолго Я буду с вами, а потом пойду к Пославшему Меня.</w:t>
      </w:r>
    </w:p>
    <w:p>
      <w:r>
        <w:t>34. Вы будете искать Меня и не найдёте; и туда, где Я буду, вы не можете прийти».</w:t>
      </w:r>
    </w:p>
    <w:p>
      <w:r>
        <w:t>35. Иудеи говорили друг другу: «Куда Он собирается пойти, что мы Его не найдём? Неужели хочет пойти к рассеянным среди греков и учить греков?</w:t>
      </w:r>
    </w:p>
    <w:p>
      <w:r>
        <w:t>36. Что значит слово, которое Он сказал: “Вы будете искать Меня и не найдёте” и “Туда, где Я буду, вы не можете прийти”?»</w:t>
      </w:r>
    </w:p>
    <w:p>
      <w:r>
        <w:t>37. В последний, великий день праздника Иисус встал и громко сказал: «Если кто жаждет, пусть приходит ко Мне и пьёт.</w:t>
      </w:r>
    </w:p>
    <w:p>
      <w:r>
        <w:t>38. Кто верит в Меня, как сказано в Писании: “Из его внутренности потекут реки живой воды”».</w:t>
      </w:r>
    </w:p>
    <w:p>
      <w:r>
        <w:t>39. Это Он сказал о Духе, Которого должны были получить поверившие в Него; Духа ещё не было, потому что Иисус ещё не был прославлен.</w:t>
      </w:r>
    </w:p>
    <w:p>
      <w:r>
        <w:t>40. Некоторые из народа, услышав эти слова, говорили: «Он действительно Пророк».</w:t>
      </w:r>
    </w:p>
    <w:p>
      <w:r>
        <w:t>41. Другие говорили: «Он Христос». А некоторые спрашивали: «Разве Христос приходит из Галилеи?</w:t>
      </w:r>
    </w:p>
    <w:p>
      <w:r>
        <w:t>42. Разве Писание не говорит, что Христос происходит из потомства Давида и из Вифлеема, селения, где жил Давид?»</w:t>
      </w:r>
    </w:p>
    <w:p>
      <w:r>
        <w:t>43. Так из-за Него в народе возникло разделение.</w:t>
      </w:r>
    </w:p>
    <w:p>
      <w:r>
        <w:t>44. Некоторые хотели схватить Его, но никто не наложил на Него рук.</w:t>
      </w:r>
    </w:p>
    <w:p>
      <w:r>
        <w:t>45. Служители вернулись к первосвященникам и фарисеям, и те спросили их: «Почему вы Его не привели?»</w:t>
      </w:r>
    </w:p>
    <w:p>
      <w:r>
        <w:t>46. Служители ответили: «Никогда человек не говорил так».</w:t>
      </w:r>
    </w:p>
    <w:p>
      <w:r>
        <w:t>47. Фарисеи сказали: «Неужели и вы введены в заблуждение?</w:t>
      </w:r>
    </w:p>
    <w:p>
      <w:r>
        <w:t>48. Разве кто-нибудь из начальников или фарисеев поверил в Него?</w:t>
      </w:r>
    </w:p>
    <w:p>
      <w:r>
        <w:t>49. Но этот народ, не знающий Закона, — проклят».</w:t>
      </w:r>
    </w:p>
    <w:p>
      <w:r>
        <w:t>50. Никодим, который прежде приходил к Иисусу и был одним из них, сказал:</w:t>
      </w:r>
    </w:p>
    <w:p>
      <w:r>
        <w:t>51. «Разве наш Закон судит человека, не выслушав его прежде и не узнав, что он делает?»</w:t>
      </w:r>
    </w:p>
    <w:p>
      <w:r>
        <w:t>52. Они ответили: «Неужели и ты из Галилеи? Исследуй и увидишь, что из Галилеи пророк не приходит».</w:t>
      </w:r>
    </w:p>
    <w:p>
      <w:r>
        <w:t>53. [И каждый пошёл к себе домой.]</w:t>
      </w:r>
    </w:p>
    <w:p>
      <w:pPr>
        <w:pStyle w:val="Heading2"/>
      </w:pPr>
      <w:r>
        <w:t>Глава 8</w:t>
      </w:r>
    </w:p>
    <w:p>
      <w:r>
        <w:t>1. [А Иисус пошёл на Масличную гору.]</w:t>
      </w:r>
    </w:p>
    <w:p>
      <w:r>
        <w:t>2. [Рано утром Он снова пришёл в храм, и весь народ приходил к Нему. Он сел и учил их.]</w:t>
      </w:r>
    </w:p>
    <w:p>
      <w:r>
        <w:t>3. [Книжники и фарисеи привели женщину, пойманную в прелюбодеянии, поставили её посреди]</w:t>
      </w:r>
    </w:p>
    <w:p>
      <w:r>
        <w:t>4. [и сказали Ему: «Учитель, эта женщина была поймана при прелюбодеянии.</w:t>
      </w:r>
    </w:p>
    <w:p>
      <w:r>
        <w:t>5. Моисей в Законе заповедал нам побивать таких камнями. А Ты что скажешь?»]</w:t>
      </w:r>
    </w:p>
    <w:p>
      <w:r>
        <w:t>6. [Они говорили это, испытывая Его, чтобы иметь основание обвинить. Но Иисус, наклонившись, писал пальцем на земле.]</w:t>
      </w:r>
    </w:p>
    <w:p>
      <w:r>
        <w:t>7. [Когда они продолжали спрашивать Его, Он выпрямился и сказал: «Кто из вас без греха, пусть первым бросит в неё камень».]</w:t>
      </w:r>
    </w:p>
    <w:p>
      <w:r>
        <w:t>8. [И снова, наклонившись, писал на земле.]</w:t>
      </w:r>
    </w:p>
    <w:p>
      <w:r>
        <w:t>9. [Услышав это, они стали уходить один за другим, начиная со старших; и Он остался один, а женщина стояла посреди.]</w:t>
      </w:r>
    </w:p>
    <w:p>
      <w:r>
        <w:t>10. [Иисус выпрямился и спросил её: «Женщина, где они? Никто тебя не осудил?»]</w:t>
      </w:r>
    </w:p>
    <w:p>
      <w:r>
        <w:t>11. [Она ответила: «Никто, Господи». Иисус сказал: «И Я тебя не осуждаю. Иди и впредь не греши».]</w:t>
      </w:r>
    </w:p>
    <w:p>
      <w:r>
        <w:t>12. Иисус снова заговорил с ними: «Я — Свет мира. Кто следует за Мной, не будет ходить во тьме, но будет иметь свет жизни».</w:t>
      </w:r>
    </w:p>
    <w:p>
      <w:r>
        <w:t>13. Фарисеи сказали Ему: «Ты свидетельствуешь Сам о Себе; Твоё свидетельство не истинно».</w:t>
      </w:r>
    </w:p>
    <w:p>
      <w:r>
        <w:t>14. Иисус ответил: «Даже если Я свидетельствую Сам о Себе, Моё свидетельство истинно, потому что Я знаю, откуда пришёл и куда иду. А вы не знаете, откуда Я прихожу и куда иду.</w:t>
      </w:r>
    </w:p>
    <w:p>
      <w:r>
        <w:t>15. Вы судите по плоти; Я не сужу никого.</w:t>
      </w:r>
    </w:p>
    <w:p>
      <w:r>
        <w:t>16. Но даже если Я сужу, Мой суд истинен, потому что Я не один: со Мной Отец, пославший Меня.</w:t>
      </w:r>
    </w:p>
    <w:p>
      <w:r>
        <w:t>17. И в вашем Законе написано, что свидетельство двух людей истинно.</w:t>
      </w:r>
    </w:p>
    <w:p>
      <w:r>
        <w:t>18. Я свидетельствую о Себе, и свидетельствует обо Мне Отец, пославший Меня».</w:t>
      </w:r>
    </w:p>
    <w:p>
      <w:r>
        <w:t>19. Тогда они спросили: «Где Твой Отец?» Иисус ответил: «Вы не знаете ни Меня, ни Моего Отца. Если бы знали Меня, знали бы и Моего Отца».</w:t>
      </w:r>
    </w:p>
    <w:p>
      <w:r>
        <w:t>20. Эти слова Он произнёс у сокровищницы, когда учил в храме. И никто не схватил Его, потому что Его час ещё не пришёл.</w:t>
      </w:r>
    </w:p>
    <w:p>
      <w:r>
        <w:t>21. Он снова сказал им: «Я ухожу, и вы будете искать Меня, но умрёте в своём грехе. Куда Я иду, вы не можете прийти».</w:t>
      </w:r>
    </w:p>
    <w:p>
      <w:r>
        <w:t>22. Иудеи говорили: «Неужели Он убьёт Себя, раз говорит: “Куда Я иду, вы не можете прийти”?»</w:t>
      </w:r>
    </w:p>
    <w:p>
      <w:r>
        <w:t>23. Он сказал им: «Вы — от нижнего, Я — от вышнего. Вы — от этого мира, Я — не от этого мира.</w:t>
      </w:r>
    </w:p>
    <w:p>
      <w:r>
        <w:t>24. Поэтому Я сказал вам, что вы умрёте в своих грехах. Если не поверите, что Я есть, умрёте в своих грехах».</w:t>
      </w:r>
    </w:p>
    <w:p>
      <w:r>
        <w:t>25. Они спросили: «Кто же Ты?» Иисус сказал им: «То, что Я и говорю вам с самого начала.</w:t>
      </w:r>
    </w:p>
    <w:p>
      <w:r>
        <w:t>26. Многое имею сказать о вас и судить, но Пославший Меня истинен, и то, что Я услышал от Него, говорю миру».</w:t>
      </w:r>
    </w:p>
    <w:p>
      <w:r>
        <w:t>27. Они не поняли, что Он говорил им об Отце.</w:t>
      </w:r>
    </w:p>
    <w:p>
      <w:r>
        <w:t>28. Тогда Иисус сказал: «Когда поднимете Сына Человеческого, тогда узнаете, что Я есть и что ничего не делаю Сам от Себя, но говорю так, как научил Меня Отец.</w:t>
      </w:r>
    </w:p>
    <w:p>
      <w:r>
        <w:t>29. Пославший Меня — со Мной; Он не оставил Меня одного, потому что Я всегда делаю то, что Ему угодно».</w:t>
      </w:r>
    </w:p>
    <w:p>
      <w:r>
        <w:t>30. Когда Он говорил это, многие поверили в Него.</w:t>
      </w:r>
    </w:p>
    <w:p>
      <w:r>
        <w:t>31. Тогда Иисус сказал поверившим в Него иудеям: «Если пребудете в Моём слове, вы действительно Мои ученики,</w:t>
      </w:r>
    </w:p>
    <w:p>
      <w:r>
        <w:t>32. и узнаете истину, и истина освободит вас».</w:t>
      </w:r>
    </w:p>
    <w:p>
      <w:r>
        <w:t>33. Они ответили: «Мы потомки Авраама и никогда никому не были рабами. Как Ты можешь говорить: “Станете свободными”?»</w:t>
      </w:r>
    </w:p>
    <w:p>
      <w:r>
        <w:t>34. Иисус ответил: «Истинно, истинно говорю вам: каждый, делающий грех, — раб греха.</w:t>
      </w:r>
    </w:p>
    <w:p>
      <w:r>
        <w:t>35. Раб не пребывает в доме вовек; Сын пребывает вовек.</w:t>
      </w:r>
    </w:p>
    <w:p>
      <w:r>
        <w:t>36. Итак, если Сын освободит вас, вы действительно будете свободны.</w:t>
      </w:r>
    </w:p>
    <w:p>
      <w:r>
        <w:t>37. Я знаю, что вы потомки Авраама; но вы ищете возможности убить Меня, потому что Моё слово не находит места в вас.</w:t>
      </w:r>
    </w:p>
    <w:p>
      <w:r>
        <w:t>38. Я говорю то, что видел у Отца; а вы делаете то, что слышали от вашего отца».</w:t>
      </w:r>
    </w:p>
    <w:p>
      <w:r>
        <w:t>39. Они ответили: «Наш отец — Авраам». Иисус сказал: «Если бы вы были детьми Авраама, вы делали бы дела Авраама.</w:t>
      </w:r>
    </w:p>
    <w:p>
      <w:r>
        <w:t>40. Но теперь вы ищете возможности убить Меня — Человека, Который сказал вам истину, услышанную от Бога. Авраам этого не делал.</w:t>
      </w:r>
    </w:p>
    <w:p>
      <w:r>
        <w:t>41. Вы делаете дела вашего отца». Они сказали: «Мы не рождены от блуда. У нас один Отец — Бог».</w:t>
      </w:r>
    </w:p>
    <w:p>
      <w:r>
        <w:t>42. Иисус сказал: «Если бы Бог был вашим Отцом, вы любили бы Меня, потому что Я от Бога вышел и пришёл. Я пришёл не Сам от Себя — Он послал Меня.</w:t>
      </w:r>
    </w:p>
    <w:p>
      <w:r>
        <w:t>43. Почему вы не понимаете Моей речи? Потому что не можете слушать Моё слово.</w:t>
      </w:r>
    </w:p>
    <w:p>
      <w:r>
        <w:t>44. Ваш отец — дьявол, и вы хотите исполнять желания вашего отца. Он был человекоубийцей от начала и не стоял в истине, потому что в нём нет истины. Когда он говорит ложь, говорит своё, потому что он лжец и отец лжи.</w:t>
      </w:r>
    </w:p>
    <w:p>
      <w:r>
        <w:t>45. А Мне вы не верите потому, что Я говорю истину.</w:t>
      </w:r>
    </w:p>
    <w:p>
      <w:r>
        <w:t>46. Кто из вас обличит Меня в грехе? Если Я говорю истину, почему вы Мне не верите?</w:t>
      </w:r>
    </w:p>
    <w:p>
      <w:r>
        <w:t>47. Кто от Бога, тот слушает слова Божьи. Вы потому не слушаете, что вы не от Бога».</w:t>
      </w:r>
    </w:p>
    <w:p>
      <w:r>
        <w:t>48. Иудеи ответили: «Разве не правильно мы говорим, что Ты самарянин и в Тебе демон?»</w:t>
      </w:r>
    </w:p>
    <w:p>
      <w:r>
        <w:t>49. Иисус ответил: «Во Мне нет демона. Я чту Моего Отца, а вы бесчестите Меня.</w:t>
      </w:r>
    </w:p>
    <w:p>
      <w:r>
        <w:t>50. Я не ищу Своей славы; есть Тот, Кто ищет и судит.</w:t>
      </w:r>
    </w:p>
    <w:p>
      <w:r>
        <w:t>51. Истинно, истинно говорю вам: кто сохранит Моё слово, тот не увидит смерти вовек».</w:t>
      </w:r>
    </w:p>
    <w:p>
      <w:r>
        <w:t>52. Иудеи сказали: «Теперь мы знаем, что в Тебе демон. Авраам умер, и пророки, а Ты говоришь: “Кто сохранит Моё слово, не вкусит смерти вовек”.</w:t>
      </w:r>
    </w:p>
    <w:p>
      <w:r>
        <w:t>53. Неужели Ты больше нашего отца Авраама, который умер? И пророки умерли. Кем Ты Себя делаешь?»</w:t>
      </w:r>
    </w:p>
    <w:p>
      <w:r>
        <w:t>54. Иисус ответил: «Если Я прославляю Сам Себя, Моя слава — ничто. Меня прославляет Мой Отец, о Котором вы говорите: “Он наш Бог”.</w:t>
      </w:r>
    </w:p>
    <w:p>
      <w:r>
        <w:t>55. Вы Его не знаете, а Я знаю Его. Если скажу, что не знаю Его, буду подобным вам лжецом. Но Я знаю Его и сохраняю Его слово.</w:t>
      </w:r>
    </w:p>
    <w:p>
      <w:r>
        <w:t>56. Ваш отец Авраам возликовал, что увидит Мой день; и увидел — и обрадовался».</w:t>
      </w:r>
    </w:p>
    <w:p>
      <w:r>
        <w:t>57. Тогда иудеи сказали: «Тебе ещё нет пятидесяти лет, и Ты видел Авраама?»</w:t>
      </w:r>
    </w:p>
    <w:p>
      <w:r>
        <w:t>58. Иисус сказал им: «Истинно, истинно говорю вам: прежде чем Авраам появился, Я есть».</w:t>
      </w:r>
    </w:p>
    <w:p>
      <w:r>
        <w:t>59. Тогда они подняли камни, чтобы бросить в Него, но Иисус скрылся и вышел из храма.</w:t>
      </w:r>
    </w:p>
    <w:p>
      <w:pPr>
        <w:pStyle w:val="Heading2"/>
      </w:pPr>
      <w:r>
        <w:t>Глава 9</w:t>
      </w:r>
    </w:p>
    <w:p>
      <w:r>
        <w:t>1. Проходя, Иисус увидел человека, слепого от рождения.</w:t>
      </w:r>
    </w:p>
    <w:p>
      <w:r>
        <w:t>2. Его ученики спросили: «Равви, кто согрешил — он или его родители, что он родился слепым?»</w:t>
      </w:r>
    </w:p>
    <w:p>
      <w:r>
        <w:t>3. Иисус ответил: «Не согрешил ни он, ни его родители; это для того, чтобы на нём явились дела Божьи.</w:t>
      </w:r>
    </w:p>
    <w:p>
      <w:r>
        <w:t>4. Нам нужно делать дела Пославшего Меня, пока день; приходит ночь, когда никто не может работать.</w:t>
      </w:r>
    </w:p>
    <w:p>
      <w:r>
        <w:t>5. Пока Я в мире, Я — Свет мира».</w:t>
      </w:r>
    </w:p>
    <w:p>
      <w:r>
        <w:t>6. Сказав это, Он плюнул на землю, сделал из слюны грязь и намазал грязью глаза человека.</w:t>
      </w:r>
    </w:p>
    <w:p>
      <w:r>
        <w:t>7. И сказал ему: «Пойди умойся в купальне Силоам» — это переводится «Посланный». Он пошёл, умылся и вернулся видящим.</w:t>
      </w:r>
    </w:p>
    <w:p>
      <w:r>
        <w:t>8. Соседи и те, кто раньше видел его нищим, спрашивали: «Разве это не тот, кто сидел и просил милостыню?»</w:t>
      </w:r>
    </w:p>
    <w:p>
      <w:r>
        <w:t>9. Одни говорили: «Это он». Другие: «Нет, просто похож на него». А он говорил: «Это я».</w:t>
      </w:r>
    </w:p>
    <w:p>
      <w:r>
        <w:t>10. Тогда они спросили: «Как же открылись твои глаза?»</w:t>
      </w:r>
    </w:p>
    <w:p>
      <w:r>
        <w:t>11. Он ответил: «Человек по имени Иисус сделал грязь, намазал мне глаза и сказал: “Пойди в Силоам и умойся”. Я пошёл, умылся и стал видеть».</w:t>
      </w:r>
    </w:p>
    <w:p>
      <w:r>
        <w:t>12. Они спросили: «Где Он?» Тот ответил: «Не знаю».</w:t>
      </w:r>
    </w:p>
    <w:p>
      <w:r>
        <w:t>13. Тогда человека, который прежде был слепым, привели к фарисеям.</w:t>
      </w:r>
    </w:p>
    <w:p>
      <w:r>
        <w:t>14. А день, когда Иисус сделал грязь и открыл ему глаза, был субботой.</w:t>
      </w:r>
    </w:p>
    <w:p>
      <w:r>
        <w:t>15. Фарисеи снова спросили его, как он стал видеть. Он сказал им: «Он положил грязь мне на глаза, я умылся — и вижу».</w:t>
      </w:r>
    </w:p>
    <w:p>
      <w:r>
        <w:t>16. Некоторые фарисеи говорили: «Этот Человек не от Бога, потому что не соблюдает субботу». Другие говорили: «Как может грешный человек совершать такие знамения?» И между ними возникло разделение.</w:t>
      </w:r>
    </w:p>
    <w:p>
      <w:r>
        <w:t>17. Тогда они снова спросили слепого: «Что ты скажешь о Нём, раз Он открыл тебе глаза?» Он ответил: «Он пророк».</w:t>
      </w:r>
    </w:p>
    <w:p>
      <w:r>
        <w:t>18. Иудеи не поверили, что он был слеп и стал видеть, пока не позвали родителей прозревшего.</w:t>
      </w:r>
    </w:p>
    <w:p>
      <w:r>
        <w:t>19. Они спросили их: «Это ваш сын, о котором вы говорите, что он родился слепым? Как же теперь он видит?»</w:t>
      </w:r>
    </w:p>
    <w:p>
      <w:r>
        <w:t>20. Его родители ответили: «Мы знаем, что это наш сын и что он родился слепым.</w:t>
      </w:r>
    </w:p>
    <w:p>
      <w:r>
        <w:t>21. Но как он теперь видит — не знаем, и кто открыл ему глаза — мы не знаем. Спросите его самого; он взрослый и сам о себе скажет».</w:t>
      </w:r>
    </w:p>
    <w:p>
      <w:r>
        <w:t>22. Так сказали его родители, потому что боялись иудеев: иудеи уже договорились, что если кто признает Иисуса Христом, тот будет отлучён от синагоги.</w:t>
      </w:r>
    </w:p>
    <w:p>
      <w:r>
        <w:t>23. Поэтому его родители и сказали: «Он взрослый, спросите его самого».</w:t>
      </w:r>
    </w:p>
    <w:p>
      <w:r>
        <w:t>24. Тогда они во второй раз позвали человека, который был слеп, и сказали: «Воздай славу Богу! Мы знаем, что Этот Человек — грешник».</w:t>
      </w:r>
    </w:p>
    <w:p>
      <w:r>
        <w:t>25. Он ответил: «Грешник Он или нет — не знаю. Одно знаю: я был слеп, а теперь вижу».</w:t>
      </w:r>
    </w:p>
    <w:p>
      <w:r>
        <w:t>26. Они спросили: «Что Он сделал с тобой? Как открыл тебе глаза?»</w:t>
      </w:r>
    </w:p>
    <w:p>
      <w:r>
        <w:t>27. Он ответил: «Я уже сказал вам, но вы не слушали. Зачем хотите услышать снова? Неужели и вы хотите стать Его учениками?»</w:t>
      </w:r>
    </w:p>
    <w:p>
      <w:r>
        <w:t>28. Они стали оскорблять его и сказали: «Это ты Его ученик, а мы ученики Моисея.</w:t>
      </w:r>
    </w:p>
    <w:p>
      <w:r>
        <w:t>29. Мы знаем, что с Моисеем говорил Бог, а об Этом не знаем, откуда Он».</w:t>
      </w:r>
    </w:p>
    <w:p>
      <w:r>
        <w:t>30. Человек ответил: «Вот это и удивительно: вы не знаете, откуда Он, а Он открыл мне глаза.</w:t>
      </w:r>
    </w:p>
    <w:p>
      <w:r>
        <w:t>31. Мы знаем, что Бог грешников не слушает; но если кто чтит Бога и исполняет Его волю, того Он слушает.</w:t>
      </w:r>
    </w:p>
    <w:p>
      <w:r>
        <w:t>32. От века не было слышно, чтобы кто-нибудь открыл глаза рождённому слепым.</w:t>
      </w:r>
    </w:p>
    <w:p>
      <w:r>
        <w:t>33. Если бы Он не был от Бога, то не мог бы делать ничего».</w:t>
      </w:r>
    </w:p>
    <w:p>
      <w:r>
        <w:t>34. Они ответили: «Ты весь родился во грехах — и ты учишь нас?» И выгнали его вон.</w:t>
      </w:r>
    </w:p>
    <w:p>
      <w:r>
        <w:t>35. Иисус услышал, что его выгнали, и, найдя его, спросил: «Ты веришь в Сына Человеческого?»</w:t>
      </w:r>
    </w:p>
    <w:p>
      <w:r>
        <w:t>36. Он ответил: «А кто Он, Господин, чтобы я поверил в Него?»</w:t>
      </w:r>
    </w:p>
    <w:p>
      <w:r>
        <w:t>37. Иисус сказал: «Ты и видел Его; Он — Тот, Кто говорит с тобой».</w:t>
      </w:r>
    </w:p>
    <w:p>
      <w:r>
        <w:t>38. Тот сказал: «Верю, Господи», — и поклонился Ему.</w:t>
      </w:r>
    </w:p>
    <w:p>
      <w:r>
        <w:t>39. Иисус сказал: «На суд Я пришёл в этот мир, чтобы невидящие видели, а видящие стали слепыми».</w:t>
      </w:r>
    </w:p>
    <w:p>
      <w:r>
        <w:t>40. Некоторые фарисеи, бывшие с Ним, услышали это и спросили: «Неужели и мы слепы?»</w:t>
      </w:r>
    </w:p>
    <w:p>
      <w:r>
        <w:t>41. Иисус сказал: «Если бы вы были слепы, у вас не было бы греха. Но теперь вы говорите: “Мы видим”, — поэтому ваш грех остаётся».</w:t>
      </w:r>
    </w:p>
    <w:p>
      <w:pPr>
        <w:pStyle w:val="Heading2"/>
      </w:pPr>
      <w:r>
        <w:t>Глава 10</w:t>
      </w:r>
    </w:p>
    <w:p>
      <w:r>
        <w:t>1. «Истинно, истинно говорю вам: кто входит во двор овец не через дверь, а перелезает в другом месте, тот вор и разбойник.</w:t>
      </w:r>
    </w:p>
    <w:p>
      <w:r>
        <w:t>2. А входящий через дверь — пастух овец.</w:t>
      </w:r>
    </w:p>
    <w:p>
      <w:r>
        <w:t>3. Ему привратник открывает, и овцы слушают его голос. Он зовёт своих овец по имени и выводит их.</w:t>
      </w:r>
    </w:p>
    <w:p>
      <w:r>
        <w:t>4. Когда выведет всех своих, идёт впереди них, а овцы следуют за ним, потому что знают его голос.</w:t>
      </w:r>
    </w:p>
    <w:p>
      <w:r>
        <w:t>5. За чужим они не пойдут, а убегут от него, потому что не знают голоса чужих».</w:t>
      </w:r>
    </w:p>
    <w:p>
      <w:r>
        <w:t>6. Эту образную речь Иисус сказал им, но они не поняли, о чём Он говорил.</w:t>
      </w:r>
    </w:p>
    <w:p>
      <w:r>
        <w:t>7. Тогда Иисус снова сказал: «Истинно, истинно говорю вам: Я — дверь для овец.</w:t>
      </w:r>
    </w:p>
    <w:p>
      <w:r>
        <w:t>8. Все, кто приходил прежде Меня, — воры и разбойники, но овцы их не послушали.</w:t>
      </w:r>
    </w:p>
    <w:p>
      <w:r>
        <w:t>9. Я — дверь. Если кто войдёт через Меня, будет спасён: войдёт и выйдет и найдёт пастбище.</w:t>
      </w:r>
    </w:p>
    <w:p>
      <w:r>
        <w:t>10. Вор приходит только для того, чтобы украсть, убить и погубить. Я пришёл, чтобы они имели жизнь и имели её в изобилии.</w:t>
      </w:r>
    </w:p>
    <w:p>
      <w:r>
        <w:t>11. Я — добрый Пастух. Добрый пастух отдаёт свою жизнь за овец.</w:t>
      </w:r>
    </w:p>
    <w:p>
      <w:r>
        <w:t>12. Наёмник, который не пастух и которому овцы не принадлежат, видит приходящего волка, оставляет овец и убегает; волк хватает их и рассеивает.</w:t>
      </w:r>
    </w:p>
    <w:p>
      <w:r>
        <w:t>13. Он убегает потому, что он наёмник и ему нет дела до овец.</w:t>
      </w:r>
    </w:p>
    <w:p>
      <w:r>
        <w:t>14. Я — добрый Пастух. Я знаю Моих, и Мои знают Меня,</w:t>
      </w:r>
    </w:p>
    <w:p>
      <w:r>
        <w:t>15. как Отец знает Меня и Я знаю Отца; и Я отдаю Свою жизнь за овец.</w:t>
      </w:r>
    </w:p>
    <w:p>
      <w:r>
        <w:t>16. Есть у Меня и другие овцы, не из этого двора. Их Мне тоже нужно привести; они услышат Мой голос, и будет одно стадо и один Пастух.</w:t>
      </w:r>
    </w:p>
    <w:p>
      <w:r>
        <w:t>17. Потому Отец любит Меня, что Я отдаю Свою жизнь, чтобы снова принять её.</w:t>
      </w:r>
    </w:p>
    <w:p>
      <w:r>
        <w:t>18. Никто не отнимает её у Меня — Я отдаю её Сам. Я имею власть отдать её и имею власть снова принять её. Эту заповедь Я получил от Моего Отца».</w:t>
      </w:r>
    </w:p>
    <w:p>
      <w:r>
        <w:t>19. Из-за этих слов среди иудеев снова возникло разделение.</w:t>
      </w:r>
    </w:p>
    <w:p>
      <w:r>
        <w:t>20. Многие из них говорили: «В Нём демон, и Он безумен. Зачем вы Его слушаете?»</w:t>
      </w:r>
    </w:p>
    <w:p>
      <w:r>
        <w:t>21. Другие говорили: «Это не слова одержимого демоном. Разве демон может открыть глаза слепым?»</w:t>
      </w:r>
    </w:p>
    <w:p>
      <w:r>
        <w:t>22. Тогда в Иерусалиме был праздник Обновления. Была зима.</w:t>
      </w:r>
    </w:p>
    <w:p>
      <w:r>
        <w:t>23. Иисус ходил в храме, в колоннаде Соломона.</w:t>
      </w:r>
    </w:p>
    <w:p>
      <w:r>
        <w:t>24. Иудеи окружили Его и спрашивали: «До каких пор Ты будешь держать нас в неизвестности? Если Ты Христос, скажи нам прямо».</w:t>
      </w:r>
    </w:p>
    <w:p>
      <w:r>
        <w:t>25. Иисус ответил: «Я сказал вам, но вы не верите. Дела, которые Я совершаю во имя Моего Отца, свидетельствуют обо Мне.</w:t>
      </w:r>
    </w:p>
    <w:p>
      <w:r>
        <w:t>26. Но вы не верите, потому что вы не из Моих овец.</w:t>
      </w:r>
    </w:p>
    <w:p>
      <w:r>
        <w:t>27. Мои овцы слушают Мой голос; Я знаю их, и они следуют за Мной.</w:t>
      </w:r>
    </w:p>
    <w:p>
      <w:r>
        <w:t>28. Я даю им вечную жизнь, и они не погибнут вовек, и никто не вырвет их из Моей руки.</w:t>
      </w:r>
    </w:p>
    <w:p>
      <w:r>
        <w:t>29. Мой Отец, Который дал их Мне, больше всех, и никто не может вырвать их из руки Отца.</w:t>
      </w:r>
    </w:p>
    <w:p>
      <w:r>
        <w:t>30. Я и Отец — одно».</w:t>
      </w:r>
    </w:p>
    <w:p>
      <w:r>
        <w:t>31. Иудеи снова подняли камни, чтобы побить Его.</w:t>
      </w:r>
    </w:p>
    <w:p>
      <w:r>
        <w:t>32. Иисус ответил: «Много добрых дел от Отца Я показал вам. За какое из них вы хотите побить Меня камнями?»</w:t>
      </w:r>
    </w:p>
    <w:p>
      <w:r>
        <w:t>33. Иудеи ответили: «Не за доброе дело хотим побить Тебя, а за богохульство: Ты, будучи человеком, делаешь Себя Богом».</w:t>
      </w:r>
    </w:p>
    <w:p>
      <w:r>
        <w:t>34. Иисус ответил: «Разве не написано в вашем Законе: “Я сказал: вы — боги”?</w:t>
      </w:r>
    </w:p>
    <w:p>
      <w:r>
        <w:t>35. Если Он назвал богами тех, к кому пришло слово Божье, — а Писание не может быть отменено, —</w:t>
      </w:r>
    </w:p>
    <w:p>
      <w:r>
        <w:t>36. то Тому, Кого Отец освятил и послал в мир, вы говорите: “Ты богохульствуешь”, потому что Я сказал: “Я Сын Божий”?</w:t>
      </w:r>
    </w:p>
    <w:p>
      <w:r>
        <w:t>37. Если Я не делаю дел Моего Отца, не верьте Мне.</w:t>
      </w:r>
    </w:p>
    <w:p>
      <w:r>
        <w:t>38. Но если делаю, то даже если Мне не верите, верьте делам, чтобы вы узнали и продолжали познавать, что Отец во Мне и Я в Отце».</w:t>
      </w:r>
    </w:p>
    <w:p>
      <w:r>
        <w:t>39. Тогда они снова пытались схватить Его, но Он ушёл из их рук.</w:t>
      </w:r>
    </w:p>
    <w:p>
      <w:r>
        <w:t>40. И Он снова отправился за Иордан, на место, где Иоанн сначала крестил, и остался там.</w:t>
      </w:r>
    </w:p>
    <w:p>
      <w:r>
        <w:t>41. Многие пришли к Нему и говорили: «Иоанн не совершил ни одного знамения, но всё, что Иоанн сказал об Этом, было истинно».</w:t>
      </w:r>
    </w:p>
    <w:p>
      <w:r>
        <w:t>42. И многие там поверили в Него.</w:t>
      </w:r>
    </w:p>
    <w:p>
      <w:pPr>
        <w:pStyle w:val="Heading2"/>
      </w:pPr>
      <w:r>
        <w:t>Глава 11</w:t>
      </w:r>
    </w:p>
    <w:p>
      <w:r>
        <w:t>1. Был болен один человек, Лазарь из Вифании, из селения Марии и её сестры Марфы.</w:t>
      </w:r>
    </w:p>
    <w:p>
      <w:r>
        <w:t>2. Мария была той, которая помазала Господа миром и вытерла Его ноги своими волосами; её брат Лазарь был болен.</w:t>
      </w:r>
    </w:p>
    <w:p>
      <w:r>
        <w:t>3. Сёстры послали сказать Иисусу: «Господи, тот, кого Ты любишь, болен».</w:t>
      </w:r>
    </w:p>
    <w:p>
      <w:r>
        <w:t>4. Услышав это, Иисус сказал: «Эта болезнь не к смерти, но ради славы Божьей, чтобы через неё был прославлен Сын Божий».</w:t>
      </w:r>
    </w:p>
    <w:p>
      <w:r>
        <w:t>5. Иисус любил Марфу, её сестру и Лазаря.</w:t>
      </w:r>
    </w:p>
    <w:p>
      <w:r>
        <w:t>6. Когда Он услышал, что Лазарь болен, то остался ещё два дня на том месте, где находился.</w:t>
      </w:r>
    </w:p>
    <w:p>
      <w:r>
        <w:t>7. После этого Он сказал ученикам: «Пойдём снова в Иудею».</w:t>
      </w:r>
    </w:p>
    <w:p>
      <w:r>
        <w:t>8. Ученики сказали: «Равви, совсем недавно иудеи хотели побить Тебя камнями, и Ты снова идёшь туда?»</w:t>
      </w:r>
    </w:p>
    <w:p>
      <w:r>
        <w:t>9. Иисус ответил: «Разве не двенадцать часов в дне? Кто ходит днём, тот не спотыкается, потому что видит свет этого мира.</w:t>
      </w:r>
    </w:p>
    <w:p>
      <w:r>
        <w:t>10. А кто ходит ночью, тот спотыкается, потому что света нет в нём».</w:t>
      </w:r>
    </w:p>
    <w:p>
      <w:r>
        <w:t>11. Сказав это, Он добавил: «Наш друг Лазарь уснул, но Я иду разбудить его».</w:t>
      </w:r>
    </w:p>
    <w:p>
      <w:r>
        <w:t>12. Ученики сказали: «Господи, если он уснул, то поправится».</w:t>
      </w:r>
    </w:p>
    <w:p>
      <w:r>
        <w:t>13. Иисус говорил о его смерти, а они подумали, что Он говорит об обычном сне.</w:t>
      </w:r>
    </w:p>
    <w:p>
      <w:r>
        <w:t>14. Тогда Иисус сказал им прямо: «Лазарь умер.</w:t>
      </w:r>
    </w:p>
    <w:p>
      <w:r>
        <w:t>15. И ради вас Я рад, что Меня там не было, чтобы вы поверили. Но пойдём к нему».</w:t>
      </w:r>
    </w:p>
    <w:p>
      <w:r>
        <w:t>16. Тогда Фома, называемый Близнецом, сказал другим ученикам: «Пойдём и мы, чтобы умереть с Ним».</w:t>
      </w:r>
    </w:p>
    <w:p>
      <w:r>
        <w:t>17. Придя, Иисус узнал, что Лазарь уже четыре дня в гробнице.</w:t>
      </w:r>
    </w:p>
    <w:p>
      <w:r>
        <w:t>18. Вифания была недалеко от Иерусалима — примерно в пятнадцати стадиях.</w:t>
      </w:r>
    </w:p>
    <w:p>
      <w:r>
        <w:t>19. Многие иудеи пришли к Марфе и Марии утешить их после смерти брата.</w:t>
      </w:r>
    </w:p>
    <w:p>
      <w:r>
        <w:t>20. Марфа, услышав, что Иисус идёт, вышла Ему навстречу; Мария же сидела дома.</w:t>
      </w:r>
    </w:p>
    <w:p>
      <w:r>
        <w:t>21. Марфа сказала Иисусу: «Господи, если бы Ты был здесь, мой брат не умер бы.</w:t>
      </w:r>
    </w:p>
    <w:p>
      <w:r>
        <w:t>22. Но и теперь я знаю: всё, чего Ты попросишь у Бога, Бог даст Тебе».</w:t>
      </w:r>
    </w:p>
    <w:p>
      <w:r>
        <w:t>23. Иисус сказал ей: «Твой брат воскреснет».</w:t>
      </w:r>
    </w:p>
    <w:p>
      <w:r>
        <w:t>24. Марфа ответила: «Знаю, что воскреснет в воскресение, в последний день».</w:t>
      </w:r>
    </w:p>
    <w:p>
      <w:r>
        <w:t>25. Иисус сказал: «Я — воскресение и жизнь. Верующий в Меня, даже если умрёт, будет жить.</w:t>
      </w:r>
    </w:p>
    <w:p>
      <w:r>
        <w:t>26. И каждый живущий и верующий в Меня не умрёт вовек. Веришь ли ты этому?»</w:t>
      </w:r>
    </w:p>
    <w:p>
      <w:r>
        <w:t>27. Она ответила: «Да, Господи. Я поверила, что Ты — Христос, Сын Божий, Который должен прийти в мир».</w:t>
      </w:r>
    </w:p>
    <w:p>
      <w:r>
        <w:t>28. Сказав это, она пошла и тихо позвала свою сестру Марию: «Учитель здесь и зовёт тебя».</w:t>
      </w:r>
    </w:p>
    <w:p>
      <w:r>
        <w:t>29. Та, услышав, быстро встала и пошла к Нему.</w:t>
      </w:r>
    </w:p>
    <w:p>
      <w:r>
        <w:t>30. Иисус ещё не вошёл в селение, а находился на месте, где Его встретила Марфа.</w:t>
      </w:r>
    </w:p>
    <w:p>
      <w:r>
        <w:t>31. Иудеи, которые были с Марией в доме и утешали её, увидели, что она быстро встала и вышла, и пошли за ней, думая, что она идёт к гробнице плакать там.</w:t>
      </w:r>
    </w:p>
    <w:p>
      <w:r>
        <w:t>32. Когда Мария пришла туда, где был Иисус, увидела Его, упала к Его ногам и сказала: «Господи, если бы Ты был здесь, мой брат не умер бы».</w:t>
      </w:r>
    </w:p>
    <w:p>
      <w:r>
        <w:t>33. Иисус, увидев её плачущей и плачущих вместе с ней иудеев, глубоко возмутился духом и взволновался.</w:t>
      </w:r>
    </w:p>
    <w:p>
      <w:r>
        <w:t>34. Он спросил: «Где вы положили его?» Ему ответили: «Господи, пойдём и посмотри».</w:t>
      </w:r>
    </w:p>
    <w:p>
      <w:r>
        <w:t>35. Иисус заплакал.</w:t>
      </w:r>
    </w:p>
    <w:p>
      <w:r>
        <w:t>36. Иудеи говорили: «Смотрите, как Он любил его!»</w:t>
      </w:r>
    </w:p>
    <w:p>
      <w:r>
        <w:t>37. А некоторые из них сказали: «Разве Тот, Кто открыл глаза слепому, не мог сделать так, чтобы и этот не умер?»</w:t>
      </w:r>
    </w:p>
    <w:p>
      <w:r>
        <w:t>38. Иисус, снова глубоко возмутившись в Себе, пришёл к гробнице. Это была пещера, и на ней лежал камень.</w:t>
      </w:r>
    </w:p>
    <w:p>
      <w:r>
        <w:t>39. Иисус сказал: «Уберите камень». Марфа, сестра умершего, сказала: «Господи, уже пахнет: ведь четвёртый день».</w:t>
      </w:r>
    </w:p>
    <w:p>
      <w:r>
        <w:t>40. Иисус сказал ей: «Разве Я не говорил тебе, что, если поверишь, увидишь славу Божью?»</w:t>
      </w:r>
    </w:p>
    <w:p>
      <w:r>
        <w:t>41. Тогда они убрали камень. Иисус поднял глаза и сказал: «Отец, благодарю Тебя, что Ты услышал Меня.</w:t>
      </w:r>
    </w:p>
    <w:p>
      <w:r>
        <w:t>42. Я знал, что Ты всегда Меня слышишь, но сказал это ради народа, стоящего вокруг, чтобы они поверили, что Ты послал Меня».</w:t>
      </w:r>
    </w:p>
    <w:p>
      <w:r>
        <w:t>43. Сказав это, Он громко крикнул: «Лазарь, выйди!»</w:t>
      </w:r>
    </w:p>
    <w:p>
      <w:r>
        <w:t>44. Умерший вышел, его ноги и руки были обвязаны погребальными полотнами, а лицо обёрнуто платком. Иисус сказал им: «Развяжите его и дайте ему идти».</w:t>
      </w:r>
    </w:p>
    <w:p>
      <w:r>
        <w:t>45. Многие иудеи, пришедшие к Марии и увидевшие, что сделал Иисус, поверили в Него.</w:t>
      </w:r>
    </w:p>
    <w:p>
      <w:r>
        <w:t>46. Но некоторые из них пошли к фарисеям и рассказали им, что сделал Иисус.</w:t>
      </w:r>
    </w:p>
    <w:p>
      <w:r>
        <w:t>47. Тогда первосвященники и фарисеи собрали совет и говорили: «Что нам делать? Этот Человек совершает много знамений.</w:t>
      </w:r>
    </w:p>
    <w:p>
      <w:r>
        <w:t>48. Если оставим Его так, все поверят в Него, и придут римляне и заберут и наше место, и наш народ».</w:t>
      </w:r>
    </w:p>
    <w:p>
      <w:r>
        <w:t>49. Один из них, Каиафа, бывший в тот год первосвященником, сказал: «Вы ничего не знаете</w:t>
      </w:r>
    </w:p>
    <w:p>
      <w:r>
        <w:t>50. и не понимаете, что для вас лучше, чтобы один человек умер за народ, чем чтобы погиб весь народ».</w:t>
      </w:r>
    </w:p>
    <w:p>
      <w:r>
        <w:t>51. Он сказал это не сам от себя: будучи первосвященником в тот год, он пророчествовал, что Иисусу предстоит умереть за народ,</w:t>
      </w:r>
    </w:p>
    <w:p>
      <w:r>
        <w:t>52. и не только за народ, но и чтобы собрать воедино рассеянных детей Божьих.</w:t>
      </w:r>
    </w:p>
    <w:p>
      <w:r>
        <w:t>53. С того дня они решили убить Его.</w:t>
      </w:r>
    </w:p>
    <w:p>
      <w:r>
        <w:t>54. Поэтому Иисус больше не ходил открыто среди иудеев, а ушёл оттуда в местность близ пустыни, в город, называемый Ефраимом, и оставался там с учениками.</w:t>
      </w:r>
    </w:p>
    <w:p>
      <w:r>
        <w:t>55. Приближалась иудейская Пасха, и многие из той местности перед Пасхой пошли в Иерусалим, чтобы очиститься.</w:t>
      </w:r>
    </w:p>
    <w:p>
      <w:r>
        <w:t>56. Они искали Иисуса и, стоя в храме, говорили друг другу: «Как вы думаете? Неужели Он не придёт на праздник?»</w:t>
      </w:r>
    </w:p>
    <w:p>
      <w:r>
        <w:t>57. А первосвященники и фарисеи уже дали приказ: если кто узнает, где Он, должен сообщить, чтобы они схватили Его.</w:t>
      </w:r>
    </w:p>
    <w:p>
      <w:pPr>
        <w:pStyle w:val="Heading2"/>
      </w:pPr>
      <w:r>
        <w:t>Глава 12</w:t>
      </w:r>
    </w:p>
    <w:p>
      <w:r>
        <w:t>1. За шесть дней до Пасхи Иисус пришёл в Вифанию, где был Лазарь, которого Иисус воскресил из мёртвых.</w:t>
      </w:r>
    </w:p>
    <w:p>
      <w:r>
        <w:t>2. Там приготовили для Него ужин. Марфа служила, а Лазарь был одним из возлежавших с Ним.</w:t>
      </w:r>
    </w:p>
    <w:p>
      <w:r>
        <w:t>3. Мария взяла литру очень дорогого чистого нардового мира, помазала ноги Иисуса и вытерла их своими волосами; дом наполнился ароматом мира.</w:t>
      </w:r>
    </w:p>
    <w:p>
      <w:r>
        <w:t>4. Иуда Искариот, один из Его учеников, который собирался предать Его, сказал:</w:t>
      </w:r>
    </w:p>
    <w:p>
      <w:r>
        <w:t>5. «Почему это миро не продали за триста динариев и не раздали деньги бедным?»</w:t>
      </w:r>
    </w:p>
    <w:p>
      <w:r>
        <w:t>6. Он сказал это не потому, что заботился о бедных, а потому что был вором: у него был денежный ящик, и он брал то, что туда клали.</w:t>
      </w:r>
    </w:p>
    <w:p>
      <w:r>
        <w:t>7. Иисус сказал: «Оставь её; она сохранила это ко дню Моего погребения.</w:t>
      </w:r>
    </w:p>
    <w:p>
      <w:r>
        <w:t>8. Бедные всегда с вами, а Я не всегда с вами».</w:t>
      </w:r>
    </w:p>
    <w:p>
      <w:r>
        <w:t>9. Множество иудеев узнало, что Иисус там, и пришло не только ради Иисуса, но и чтобы увидеть Лазаря, которого Он воскресил из мёртвых.</w:t>
      </w:r>
    </w:p>
    <w:p>
      <w:r>
        <w:t>10. А первосвященники решили убить и Лазаря,</w:t>
      </w:r>
    </w:p>
    <w:p>
      <w:r>
        <w:t>11. потому что из-за него многие иудеи уходили и верили в Иисуса.</w:t>
      </w:r>
    </w:p>
    <w:p>
      <w:r>
        <w:t>12. На следующий день множество народа, пришедшего на праздник, услышало, что Иисус идёт в Иерусалим.</w:t>
      </w:r>
    </w:p>
    <w:p>
      <w:r>
        <w:t>13. Они взяли пальмовые ветви, вышли Ему навстречу и кричали: «Осанна! Благословен Грядущий во имя Господа, Царь Израиля!»</w:t>
      </w:r>
    </w:p>
    <w:p>
      <w:r>
        <w:t>14. Иисус нашёл молодого осла и сел на него, как написано:</w:t>
      </w:r>
    </w:p>
    <w:p>
      <w:r>
        <w:t>15. «Не бойся, дочь Сиона! Вот, твой Царь идёт, сидя на ослёнке».</w:t>
      </w:r>
    </w:p>
    <w:p>
      <w:r>
        <w:t>16. Сначала Его ученики этого не поняли, но когда Иисус был прославлен, тогда вспомнили, что это было написано о Нём и что именно так с Ним поступили.</w:t>
      </w:r>
    </w:p>
    <w:p>
      <w:r>
        <w:t>17. Народ, бывший с Ним, свидетельствовал о том, как Он вызвал Лазаря из гробницы и воскресил его из мёртвых.</w:t>
      </w:r>
    </w:p>
    <w:p>
      <w:r>
        <w:t>18. Поэтому народ и вышел Ему навстречу: люди услышали, что Он совершил это знамение.</w:t>
      </w:r>
    </w:p>
    <w:p>
      <w:r>
        <w:t>19. Фарисеи говорили друг другу: «Видите, вы ничего не можете сделать. Вот, весь мир пошёл за Ним».</w:t>
      </w:r>
    </w:p>
    <w:p>
      <w:r>
        <w:t>20. Среди пришедших поклониться на праздник были некоторые греки.</w:t>
      </w:r>
    </w:p>
    <w:p>
      <w:r>
        <w:t>21. Они подошли к Филиппу, который был из Вифсаиды Галилейской, и просили: «Господин, мы хотим увидеть Иисуса».</w:t>
      </w:r>
    </w:p>
    <w:p>
      <w:r>
        <w:t>22. Филипп идёт и говорит Андрею; Андрей и Филипп идут и говорят Иисусу.</w:t>
      </w:r>
    </w:p>
    <w:p>
      <w:r>
        <w:t>23. Иисус ответил им: «Пришёл час прославиться Сыну Человеческому.</w:t>
      </w:r>
    </w:p>
    <w:p>
      <w:r>
        <w:t>24. Истинно, истинно говорю вам: если пшеничное зерно, упав в землю, не умрёт, оно останется одно; а если умрёт, принесёт много плода.</w:t>
      </w:r>
    </w:p>
    <w:p>
      <w:r>
        <w:t>25. Любящий свою жизнь теряет её, а ненавидящий свою жизнь в этом мире сохранит её для вечной жизни.</w:t>
      </w:r>
    </w:p>
    <w:p>
      <w:r>
        <w:t>26. Кто Мне служит, пусть следует за Мной; и где Я, там будет и Мой служитель. Кто Мне служит, того почтит Отец.</w:t>
      </w:r>
    </w:p>
    <w:p>
      <w:r>
        <w:t>27. Теперь Моя душа взволнована. И что Мне сказать? “Отец, спаси Меня от этого часа”? Но ради этого Я и пришёл к этому часу.</w:t>
      </w:r>
    </w:p>
    <w:p>
      <w:r>
        <w:t>28. Отец, прославь Своё имя!» Тогда с неба раздался голос: «Я прославил и ещё прославлю».</w:t>
      </w:r>
    </w:p>
    <w:p>
      <w:r>
        <w:t>29. Народ, стоявший там и услышавший голос, говорил, что прогремел гром; другие говорили: «Ангел говорил с Ним».</w:t>
      </w:r>
    </w:p>
    <w:p>
      <w:r>
        <w:t>30. Иисус ответил: «Не ради Меня был этот голос, а ради вас.</w:t>
      </w:r>
    </w:p>
    <w:p>
      <w:r>
        <w:t>31. Теперь суд этому миру; теперь правитель этого мира будет изгнан вон.</w:t>
      </w:r>
    </w:p>
    <w:p>
      <w:r>
        <w:t>32. И когда Я буду поднят от земли, привлеку всех к Себе».</w:t>
      </w:r>
    </w:p>
    <w:p>
      <w:r>
        <w:t>33. Он говорил это, показывая, какой смертью Ему предстоит умереть.</w:t>
      </w:r>
    </w:p>
    <w:p>
      <w:r>
        <w:t>34. Народ ответил: «Мы слышали из Закона, что Христос пребывает вовек. Как же Ты говоришь, что Сын Человеческий должен быть поднят? Кто этот Сын Человеческий?»</w:t>
      </w:r>
    </w:p>
    <w:p>
      <w:r>
        <w:t>35. Иисус сказал: «Ещё недолго Свет среди вас. Ходите, пока у вас есть Свет, чтобы тьма вас не настигла. Кто ходит во тьме, не знает, куда идёт.</w:t>
      </w:r>
    </w:p>
    <w:p>
      <w:r>
        <w:t>36. Пока у вас есть Свет, верьте в Свет, чтобы стать сынами Света». Сказав это, Иисус ушёл и скрылся от них.</w:t>
      </w:r>
    </w:p>
    <w:p>
      <w:r>
        <w:t>37. Хотя Он совершил перед ними столько знамений, они не верили в Него,</w:t>
      </w:r>
    </w:p>
    <w:p>
      <w:r>
        <w:t>38. чтобы исполнилось слово пророка Исаии: «Господи, кто поверил услышанному от нас? И кому открылась рука Господа?»</w:t>
      </w:r>
    </w:p>
    <w:p>
      <w:r>
        <w:t>39. Поэтому они не могли верить, потому что Исаия также сказал:</w:t>
      </w:r>
    </w:p>
    <w:p>
      <w:r>
        <w:t>40. «Он ослепил их глаза и ожесточил их сердце, чтобы они не увидели глазами, не поняли сердцем, не обратились — и Я исцелю их».</w:t>
      </w:r>
    </w:p>
    <w:p>
      <w:r>
        <w:t>41. Исаия сказал это, потому что увидел Его славу и говорил о Нём.</w:t>
      </w:r>
    </w:p>
    <w:p>
      <w:r>
        <w:t>42. Впрочем, даже многие начальники поверили в Него, но из-за фарисеев не признавались, чтобы их не отлучили от синагоги.</w:t>
      </w:r>
    </w:p>
    <w:p>
      <w:r>
        <w:t>43. Потому что они полюбили славу человеческую больше славы Божьей.</w:t>
      </w:r>
    </w:p>
    <w:p>
      <w:r>
        <w:t>44. Иисус громко сказал: «Верующий в Меня верит не в Меня, а в Пославшего Меня.</w:t>
      </w:r>
    </w:p>
    <w:p>
      <w:r>
        <w:t>45. И видящий Меня видит Пославшего Меня.</w:t>
      </w:r>
    </w:p>
    <w:p>
      <w:r>
        <w:t>46. Я пришёл в мир как Свет, чтобы каждый верующий в Меня не пребывал во тьме.</w:t>
      </w:r>
    </w:p>
    <w:p>
      <w:r>
        <w:t>47. Если кто услышит Мои слова и не сохранит их, Я его не сужу, потому что пришёл не судить мир, а спасти мир.</w:t>
      </w:r>
    </w:p>
    <w:p>
      <w:r>
        <w:t>48. Отвергающий Меня и не принимающий Моих слов имеет судью: слово, которое Я сказал, будет судить его в последний день.</w:t>
      </w:r>
    </w:p>
    <w:p>
      <w:r>
        <w:t>49. Потому что Я говорил не Сам от Себя, но пославший Меня Отец Сам дал Мне заповедь, что сказать и что говорить.</w:t>
      </w:r>
    </w:p>
    <w:p>
      <w:r>
        <w:t>50. И Я знаю, что Его заповедь — вечная жизнь. Поэтому то, что Я говорю, говорю так, как сказал Мне Отец».</w:t>
      </w:r>
    </w:p>
    <w:p>
      <w:pPr>
        <w:pStyle w:val="Heading2"/>
      </w:pPr>
      <w:r>
        <w:t>Глава 13</w:t>
      </w:r>
    </w:p>
    <w:p>
      <w:r>
        <w:t>1. Перед праздником Пасхи Иисус, зная, что пришёл Его час перейти из этого мира к Отцу, возлюбив Своих, бывших в мире, возлюбил их до конца.</w:t>
      </w:r>
    </w:p>
    <w:p>
      <w:r>
        <w:t>2. Во время ужина, когда дьявол уже вложил в сердце Иуды, сына Симона Искариота, предать Его,</w:t>
      </w:r>
    </w:p>
    <w:p>
      <w:r>
        <w:t>3. Иисус, зная, что Отец всё отдал в Его руки, что Он от Бога вышел и к Богу идёт,</w:t>
      </w:r>
    </w:p>
    <w:p>
      <w:r>
        <w:t>4. встал из-за стола, снял верхнюю одежду, взял полотенце и обвязался им.</w:t>
      </w:r>
    </w:p>
    <w:p>
      <w:r>
        <w:t>5. Потом налил воды в таз и начал мыть ноги ученикам и вытирать полотенцем, которым был обвязан.</w:t>
      </w:r>
    </w:p>
    <w:p>
      <w:r>
        <w:t>6. Он подошёл к Симону Петру, и тот сказал: «Господи, Ты будешь мыть мне ноги?»</w:t>
      </w:r>
    </w:p>
    <w:p>
      <w:r>
        <w:t>7. Иисус ответил: «То, что Я делаю, ты сейчас не понимаешь, но поймёшь после».</w:t>
      </w:r>
    </w:p>
    <w:p>
      <w:r>
        <w:t>8. Пётр сказал: «Ты никогда не будешь мыть мне ноги!» Иисус ответил: «Если не умою тебя, ты не имеешь части со Мной».</w:t>
      </w:r>
    </w:p>
    <w:p>
      <w:r>
        <w:t>9. Симон Пётр сказал: «Господи, тогда не только ноги, но и руки, и голову!»</w:t>
      </w:r>
    </w:p>
    <w:p>
      <w:r>
        <w:t>10. Иисус ответил: «Омывшемуся нужно вымыть только ноги; он весь чист. И вы чисты, но не все».</w:t>
      </w:r>
    </w:p>
    <w:p>
      <w:r>
        <w:t>11. Он знал, кто предаст Его; поэтому и сказал: «Не все вы чисты».</w:t>
      </w:r>
    </w:p>
    <w:p>
      <w:r>
        <w:t>12. Когда Он омыл им ноги, надел Свою одежду и снова возлёг, Он сказал: «Понимаете ли вы, что Я сделал вам?</w:t>
      </w:r>
    </w:p>
    <w:p>
      <w:r>
        <w:t>13. Вы называете Меня Учителем и Господом, и правильно говорите, потому что Я таков.</w:t>
      </w:r>
    </w:p>
    <w:p>
      <w:r>
        <w:t>14. Итак, если Я, Господь и Учитель, омыл вам ноги, то и вы должны омывать ноги друг другу.</w:t>
      </w:r>
    </w:p>
    <w:p>
      <w:r>
        <w:t>15. Потому что Я дал вам пример, чтобы и вы делали так, как Я сделал вам.</w:t>
      </w:r>
    </w:p>
    <w:p>
      <w:r>
        <w:t>16. Истинно, истинно говорю вам: раб не больше своего господина, и посланник не больше пославшего его.</w:t>
      </w:r>
    </w:p>
    <w:p>
      <w:r>
        <w:t>17. Если вы это знаете, блаженны вы, если исполняете.</w:t>
      </w:r>
    </w:p>
    <w:p>
      <w:r>
        <w:t>18. Я говорю не обо всех вас. Я знаю, кого избрал. Но пусть исполнится Писание: “Едящий Мой хлеб поднял на Меня свою пяту”.</w:t>
      </w:r>
    </w:p>
    <w:p>
      <w:r>
        <w:t>19. Говорю вам теперь, прежде чем это произойдёт, чтобы, когда произойдёт, вы поверили, что Я есть.</w:t>
      </w:r>
    </w:p>
    <w:p>
      <w:r>
        <w:t>20. Истинно, истинно говорю вам: кто принимает того, кого Я пошлю, принимает Меня; а кто принимает Меня, принимает Пославшего Меня».</w:t>
      </w:r>
    </w:p>
    <w:p>
      <w:r>
        <w:t>21. Сказав это, Иисус был глубоко взволнован духом и засвидетельствовал: «Истинно, истинно говорю вам: один из вас предаст Меня».</w:t>
      </w:r>
    </w:p>
    <w:p>
      <w:r>
        <w:t>22. Ученики смотрели друг на друга, недоумевая, о ком Он говорит.</w:t>
      </w:r>
    </w:p>
    <w:p>
      <w:r>
        <w:t>23. Один из Его учеников, которого любил Иисус, возлежал у груди Иисуса.</w:t>
      </w:r>
    </w:p>
    <w:p>
      <w:r>
        <w:t>24. Симон Пётр подал ему знак и сказал: «Спроси, о ком Он говорит».</w:t>
      </w:r>
    </w:p>
    <w:p>
      <w:r>
        <w:t>25. Тот, наклонившись к груди Иисуса, спросил: «Господи, кто это?»</w:t>
      </w:r>
    </w:p>
    <w:p>
      <w:r>
        <w:t>26. Иисус ответил: «Тот, кому Я обмакну кусок и дам». Обмакнув кусок, Он дал его Иуде, сыну Симона Искариота.</w:t>
      </w:r>
    </w:p>
    <w:p>
      <w:r>
        <w:t>27. И после этого куска в него вошёл сатана. Иисус сказал ему: «Что делаешь — делай скорее».</w:t>
      </w:r>
    </w:p>
    <w:p>
      <w:r>
        <w:t>28. Но никто из возлежавших не понял, зачем Он сказал ему это.</w:t>
      </w:r>
    </w:p>
    <w:p>
      <w:r>
        <w:t>29. Некоторые думали, что, поскольку у Иуды был денежный ящик, Иисус говорит ему: «Купи, что нам нужно к празднику», — или чтобы он дал что-нибудь бедным.</w:t>
      </w:r>
    </w:p>
    <w:p>
      <w:r>
        <w:t>30. Получив кусок, Иуда тотчас вышел. Была ночь.</w:t>
      </w:r>
    </w:p>
    <w:p>
      <w:r>
        <w:t>31. Когда он вышел, Иисус сказал: «Теперь прославлен Сын Человеческий, и Бог прославлен в Нём.</w:t>
      </w:r>
    </w:p>
    <w:p>
      <w:r>
        <w:t>32. Если Бог прославлен в Нём, то и Бог прославит Его в Себе и прославит Его тотчас.</w:t>
      </w:r>
    </w:p>
    <w:p>
      <w:r>
        <w:t>33. Дети, ещё недолго Я с вами. Вы будете искать Меня, и, как Я сказал иудеям: “Куда Я иду, вы не можете прийти”, — теперь говорю и вам.</w:t>
      </w:r>
    </w:p>
    <w:p>
      <w:r>
        <w:t>34. Новую заповедь даю вам: любите друг друга. Как Я возлюбил вас, так и вы любите друг друга.</w:t>
      </w:r>
    </w:p>
    <w:p>
      <w:r>
        <w:t>35. По этому все узнают, что вы Мои ученики, если будете иметь любовь друг к другу».</w:t>
      </w:r>
    </w:p>
    <w:p>
      <w:r>
        <w:t>36. Симон Пётр спросил: «Господи, куда Ты идёшь?» Иисус ответил: «Куда Я иду, ты сейчас не можешь последовать за Мной, но последуешь позже».</w:t>
      </w:r>
    </w:p>
    <w:p>
      <w:r>
        <w:t>37. Пётр сказал: «Господи, почему я не могу последовать за Тобой сейчас? Я отдам за Тебя свою жизнь».</w:t>
      </w:r>
    </w:p>
    <w:p>
      <w:r>
        <w:t>38. Иисус ответил: «Свою жизнь за Меня отдашь? Истинно, истинно говорю тебе: петух не пропоёт, пока ты трижды не отречёшься от Меня».</w:t>
      </w:r>
    </w:p>
    <w:p>
      <w:pPr>
        <w:pStyle w:val="Heading2"/>
      </w:pPr>
      <w:r>
        <w:t>Глава 14</w:t>
      </w:r>
    </w:p>
    <w:p>
      <w:r>
        <w:t>1. «Пусть ваше сердце не тревожится. Верьте в Бога и в Меня верьте.</w:t>
      </w:r>
    </w:p>
    <w:p>
      <w:r>
        <w:t>2. В доме Моего Отца много жилищ. Если бы это было не так, разве Я сказал бы вам, что иду приготовить вам место?</w:t>
      </w:r>
    </w:p>
    <w:p>
      <w:r>
        <w:t>3. И если пойду и приготовлю вам место, снова приду и возьму вас к Себе, чтобы и вы были там, где Я.</w:t>
      </w:r>
    </w:p>
    <w:p>
      <w:r>
        <w:t>4. И куда Я иду, вы знаете путь».</w:t>
      </w:r>
    </w:p>
    <w:p>
      <w:r>
        <w:t>5. Фома сказал: «Господи, мы не знаем, куда Ты идёшь. Как можем знать путь?»</w:t>
      </w:r>
    </w:p>
    <w:p>
      <w:r>
        <w:t>6. Иисус ответил: «Я — путь, истина и жизнь. Никто не приходит к Отцу иначе как через Меня.</w:t>
      </w:r>
    </w:p>
    <w:p>
      <w:r>
        <w:t>7. Если вы познали Меня, то познаете и Моего Отца. И отныне вы знаете Его и видели Его».</w:t>
      </w:r>
    </w:p>
    <w:p>
      <w:r>
        <w:t>8. Филипп сказал: «Господи, покажи нам Отца, и этого нам достаточно».</w:t>
      </w:r>
    </w:p>
    <w:p>
      <w:r>
        <w:t>9. Иисус ответил: «Столько времени Я с вами, и ты не знаешь Меня, Филипп? Кто увидел Меня, увидел Отца. Как же ты говоришь: “Покажи нам Отца”?</w:t>
      </w:r>
    </w:p>
    <w:p>
      <w:r>
        <w:t>10. Разве ты не веришь, что Я в Отце и Отец во Мне? Слова, которые Я говорю вам, говорю не Сам от Себя; Отец, пребывающий во Мне, совершает Свои дела.</w:t>
      </w:r>
    </w:p>
    <w:p>
      <w:r>
        <w:t>11. Верьте Мне, что Я в Отце и Отец во Мне; а если нет — верьте ради самих дел.</w:t>
      </w:r>
    </w:p>
    <w:p>
      <w:r>
        <w:t>12. Истинно, истинно говорю вам: верующий в Меня будет совершать дела, которые совершаю Я, и совершит больше этих, потому что Я иду к Отцу.</w:t>
      </w:r>
    </w:p>
    <w:p>
      <w:r>
        <w:t>13. И чего ни попросите во имя Моё, Я сделаю, чтобы Отец был прославлен в Сыне.</w:t>
      </w:r>
    </w:p>
    <w:p>
      <w:r>
        <w:t>14. Если попросите Меня о чём-нибудь во имя Моё, Я сделаю.</w:t>
      </w:r>
    </w:p>
    <w:p>
      <w:r>
        <w:t>15. Если любите Меня, будете соблюдать Мои заповеди.</w:t>
      </w:r>
    </w:p>
    <w:p>
      <w:r>
        <w:t>16. И Я попрошу Отца, и Он даст вам другого Защитника, чтобы Он был с вами вовек —</w:t>
      </w:r>
    </w:p>
    <w:p>
      <w:r>
        <w:t>17. Духа истины, Которого мир не может принять, потому что не видит Его и не знает. Вы знаете Его, потому что Он пребывает с вами и будет в вас.</w:t>
      </w:r>
    </w:p>
    <w:p>
      <w:r>
        <w:t>18. Не оставлю вас сиротами; приду к вам.</w:t>
      </w:r>
    </w:p>
    <w:p>
      <w:r>
        <w:t>19. Ещё немного, и мир Меня больше не увидит; а вы увидите Меня. Потому что Я живу, и вы будете жить.</w:t>
      </w:r>
    </w:p>
    <w:p>
      <w:r>
        <w:t>20. В тот день вы узнаете, что Я в Моём Отце, и вы во Мне, и Я в вас.</w:t>
      </w:r>
    </w:p>
    <w:p>
      <w:r>
        <w:t>21. Кто имеет Мои заповеди и соблюдает их, тот любит Меня. А любящий Меня будет любим Моим Отцом; и Я полюблю его и явлю ему Себя».</w:t>
      </w:r>
    </w:p>
    <w:p>
      <w:r>
        <w:t>22. Иуда, не Искариот, спросил: «Господи, что произошло, что Ты собираешься явить Себя нам, а не миру?»</w:t>
      </w:r>
    </w:p>
    <w:p>
      <w:r>
        <w:t>23. Иисус ответил: «Если кто любит Меня, будет соблюдать Моё слово; Мой Отец полюбит его, и Мы придём к нему и устроим у него жилище.</w:t>
      </w:r>
    </w:p>
    <w:p>
      <w:r>
        <w:t>24. Кто не любит Меня, Моих слов не соблюдает. И слово, которое вы слышите, не Моё, а пославшего Меня Отца.</w:t>
      </w:r>
    </w:p>
    <w:p>
      <w:r>
        <w:t>25. Это Я сказал вам, пребывая с вами.</w:t>
      </w:r>
    </w:p>
    <w:p>
      <w:r>
        <w:t>26. А Защитник, Святой Дух, Которого Отец пошлёт во имя Моё, научит вас всему и напомнит вам всё, что Я сказал.</w:t>
      </w:r>
    </w:p>
    <w:p>
      <w:r>
        <w:t>27. Мир оставляю вам, Мой мир даю вам. Я даю не так, как даёт мир. Пусть ваше сердце не тревожится и не боится.</w:t>
      </w:r>
    </w:p>
    <w:p>
      <w:r>
        <w:t>28. Вы слышали, что Я сказал вам: “Я ухожу и приду к вам”. Если бы вы любили Меня, то обрадовались бы, что Я иду к Отцу, потому что Отец больше Меня.</w:t>
      </w:r>
    </w:p>
    <w:p>
      <w:r>
        <w:t>29. И теперь Я сказал вам прежде, чем это произойдёт, чтобы, когда произойдёт, вы поверили.</w:t>
      </w:r>
    </w:p>
    <w:p>
      <w:r>
        <w:t>30. Уже недолго буду говорить с вами, потому что идёт правитель мира. Во Мне он не имеет ничего.</w:t>
      </w:r>
    </w:p>
    <w:p>
      <w:r>
        <w:t>31. Но чтобы мир узнал, что Я люблю Отца и поступаю так, как заповедал Мне Отец: встаньте, пойдём отсюда».</w:t>
      </w:r>
    </w:p>
    <w:p>
      <w:pPr>
        <w:pStyle w:val="Heading2"/>
      </w:pPr>
      <w:r>
        <w:t>Глава 15</w:t>
      </w:r>
    </w:p>
    <w:p>
      <w:r>
        <w:t>1. «Я — истинная виноградная лоза, а Мой Отец — виноградарь.</w:t>
      </w:r>
    </w:p>
    <w:p>
      <w:r>
        <w:t>2. Всякую ветвь во Мне, не приносящую плода, Он удаляет; а всякую приносящую плод очищает, чтобы она приносила больше плода.</w:t>
      </w:r>
    </w:p>
    <w:p>
      <w:r>
        <w:t>3. Вы уже чисты благодаря слову, которое Я сказал вам.</w:t>
      </w:r>
    </w:p>
    <w:p>
      <w:r>
        <w:t>4. Пребывайте во Мне, и Я в вас. Как ветвь не может приносить плод сама от себя, если не пребывает на лозе, так и вы, если не пребываете во Мне.</w:t>
      </w:r>
    </w:p>
    <w:p>
      <w:r>
        <w:t>5. Я — лоза, вы — ветви. Кто пребывает во Мне и Я в нём, тот приносит много плода, потому что без Меня вы не можете делать ничего.</w:t>
      </w:r>
    </w:p>
    <w:p>
      <w:r>
        <w:t>6. Кто не пребывает во Мне, тот выброшен вон, как ветвь, и засыхает. Такие ветви собирают, бросают в огонь, и они сгорают.</w:t>
      </w:r>
    </w:p>
    <w:p>
      <w:r>
        <w:t>7. Если пребудете во Мне и Мои слова пребудут в вас, просите чего хотите — и будет вам.</w:t>
      </w:r>
    </w:p>
    <w:p>
      <w:r>
        <w:t>8. В этом прославляется Мой Отец: чтобы вы приносили много плода и стали Моими учениками.</w:t>
      </w:r>
    </w:p>
    <w:p>
      <w:r>
        <w:t>9. Как Отец возлюбил Меня, так и Я возлюбил вас. Пребывайте в Моей любви.</w:t>
      </w:r>
    </w:p>
    <w:p>
      <w:r>
        <w:t>10. Если будете соблюдать Мои заповеди, пребудете в Моей любви, как Я соблюдал заповеди Моего Отца и пребываю в Его любви.</w:t>
      </w:r>
    </w:p>
    <w:p>
      <w:r>
        <w:t>11. Это Я сказал вам, чтобы Моя радость была в вас и ваша радость стала полной.</w:t>
      </w:r>
    </w:p>
    <w:p>
      <w:r>
        <w:t>12. Вот Моя заповедь: любите друг друга, как Я возлюбил вас.</w:t>
      </w:r>
    </w:p>
    <w:p>
      <w:r>
        <w:t>13. Нет большей любви, чем если кто отдаст свою жизнь за своих друзей.</w:t>
      </w:r>
    </w:p>
    <w:p>
      <w:r>
        <w:t>14. Вы Мои друзья, если делаете то, что Я заповедую вам.</w:t>
      </w:r>
    </w:p>
    <w:p>
      <w:r>
        <w:t>15. Я уже не называю вас рабами, потому что раб не знает, что делает его господин. Я назвал вас друзьями, потому что всё, что услышал от Моего Отца, открыл вам.</w:t>
      </w:r>
    </w:p>
    <w:p>
      <w:r>
        <w:t>16. Не вы избрали Меня, а Я избрал вас и поставил вас, чтобы вы шли и приносили плод и чтобы ваш плод пребывал; тогда чего ни попросите Отца во имя Моё, Он даст вам.</w:t>
      </w:r>
    </w:p>
    <w:p>
      <w:r>
        <w:t>17. Это заповедую вам: любите друг друга.</w:t>
      </w:r>
    </w:p>
    <w:p>
      <w:r>
        <w:t>18. Если мир ненавидит вас, знайте, что Меня он возненавидел прежде вас.</w:t>
      </w:r>
    </w:p>
    <w:p>
      <w:r>
        <w:t>19. Если бы вы были от мира, мир любил бы своё. Но вы не от мира: Я избрал вас из мира, поэтому мир ненавидит вас.</w:t>
      </w:r>
    </w:p>
    <w:p>
      <w:r>
        <w:t>20. Помните слово, которое Я сказал: “Раб не больше своего господина”. Если Меня преследовали, будут преследовать и вас; если Моё слово соблюдали, будут соблюдать и ваше.</w:t>
      </w:r>
    </w:p>
    <w:p>
      <w:r>
        <w:t>21. Но всё это будут делать вам из-за Моего имени, потому что не знают Пославшего Меня.</w:t>
      </w:r>
    </w:p>
    <w:p>
      <w:r>
        <w:t>22. Если бы Я не пришёл и не говорил им, у них не было бы греха; теперь же у них нет оправдания за свой грех.</w:t>
      </w:r>
    </w:p>
    <w:p>
      <w:r>
        <w:t>23. Кто ненавидит Меня, ненавидит и Моего Отца.</w:t>
      </w:r>
    </w:p>
    <w:p>
      <w:r>
        <w:t>24. Если бы Я не совершил среди них дел, каких никто другой не совершал, у них не было бы греха; теперь же они и видели, и возненавидели и Меня, и Моего Отца.</w:t>
      </w:r>
    </w:p>
    <w:p>
      <w:r>
        <w:t>25. Но это произошло, чтобы исполнилось слово, написанное в их Законе: “Возненавидели Меня без причины”.</w:t>
      </w:r>
    </w:p>
    <w:p>
      <w:r>
        <w:t>26. Когда придёт Защитник, Которого Я пошлю вам от Отца, Дух истины, исходящий от Отца, Он будет свидетельствовать обо Мне.</w:t>
      </w:r>
    </w:p>
    <w:p>
      <w:r>
        <w:t>27. И вы тоже свидетельствуете, потому что вы со Мной от начала».</w:t>
      </w:r>
    </w:p>
    <w:p>
      <w:pPr>
        <w:pStyle w:val="Heading2"/>
      </w:pPr>
      <w:r>
        <w:t>Глава 16</w:t>
      </w:r>
    </w:p>
    <w:p>
      <w:r>
        <w:t>1. «Это Я сказал вам, чтобы вы не отпали.</w:t>
      </w:r>
    </w:p>
    <w:p>
      <w:r>
        <w:t>2. Вас будут отлучать от синагог. Более того, приходит время, когда каждый, убивающий вас, будет думать, что служит Богу.</w:t>
      </w:r>
    </w:p>
    <w:p>
      <w:r>
        <w:t>3. Они будут делать это потому, что не познали ни Отца, ни Меня.</w:t>
      </w:r>
    </w:p>
    <w:p>
      <w:r>
        <w:t>4. Но Я сказал вам это, чтобы, когда придёт их время, вы вспомнили, что Я говорил вам. Я не говорил этого вам с начала, потому что был с вами.</w:t>
      </w:r>
    </w:p>
    <w:p>
      <w:r>
        <w:t>5. А теперь Я иду к Пославшему Меня, и никто из вас не спрашивает Меня: “Куда Ты идёшь?”</w:t>
      </w:r>
    </w:p>
    <w:p>
      <w:r>
        <w:t>6. Но оттого, что Я сказал вам это, печаль наполнила ваше сердце.</w:t>
      </w:r>
    </w:p>
    <w:p>
      <w:r>
        <w:t>7. Однако Я говорю вам истину: для вас лучше, чтобы Я ушёл. Если Я не уйду, Защитник не придёт к вам; а если уйду, пошлю Его к вам.</w:t>
      </w:r>
    </w:p>
    <w:p>
      <w:r>
        <w:t>8. И придя, Он обличит мир о грехе, о праведности и о суде:</w:t>
      </w:r>
    </w:p>
    <w:p>
      <w:r>
        <w:t>9. о грехе — потому что не верят в Меня;</w:t>
      </w:r>
    </w:p>
    <w:p>
      <w:r>
        <w:t>10. о праведности — потому что Я иду к Отцу и вы больше не увидите Меня;</w:t>
      </w:r>
    </w:p>
    <w:p>
      <w:r>
        <w:t>11. о суде — потому что правитель этого мира уже осуждён.</w:t>
      </w:r>
    </w:p>
    <w:p>
      <w:r>
        <w:t>12. Ещё многое имею сказать вам, но сейчас вы не можете это вместить.</w:t>
      </w:r>
    </w:p>
    <w:p>
      <w:r>
        <w:t>13. Когда же придёт Он, Дух истины, то поведёт вас во всей истине. Он не будет говорить Сам от Себя, но будет говорить то, что услышит, и возвестит вам грядущее.</w:t>
      </w:r>
    </w:p>
    <w:p>
      <w:r>
        <w:t>14. Он прославит Меня, потому что возьмёт из Моего и возвестит вам.</w:t>
      </w:r>
    </w:p>
    <w:p>
      <w:r>
        <w:t>15. Всё, что имеет Отец, — Моё. Поэтому Я сказал, что Он возьмёт из Моего и возвестит вам.</w:t>
      </w:r>
    </w:p>
    <w:p>
      <w:r>
        <w:t>16. Ещё немного — и вы Меня больше не увидите; и снова немного — и увидите Меня».</w:t>
      </w:r>
    </w:p>
    <w:p>
      <w:r>
        <w:t>17. Тогда некоторые из Его учеников говорили друг другу: «Что значит сказанное Им: “Ещё немного — и вы Меня не увидите, и снова немного — и увидите Меня” и “Я иду к Отцу”?»</w:t>
      </w:r>
    </w:p>
    <w:p>
      <w:r>
        <w:t>18. Они говорили: «Что значит это “немного”? Мы не понимаем, о чём Он говорит».</w:t>
      </w:r>
    </w:p>
    <w:p>
      <w:r>
        <w:t>19. Иисус понял, что они хотят спросить Его, и сказал: «Вы спрашиваете друг друга о том, что Я сказал: “Ещё немного — и вы Меня не увидите; и снова немного — и увидите Меня”?</w:t>
      </w:r>
    </w:p>
    <w:p>
      <w:r>
        <w:t>20. Истинно, истинно говорю вам: вы будете плакать и рыдать, а мир будет радоваться. Вы будете печальны, но ваша печаль превратится в радость.</w:t>
      </w:r>
    </w:p>
    <w:p>
      <w:r>
        <w:t>21. Женщина, когда рождает, испытывает скорбь, потому что пришёл её час. Но когда родит ребёнка, уже не помнит страдания от радости, что человек родился в мир.</w:t>
      </w:r>
    </w:p>
    <w:p>
      <w:r>
        <w:t>22. Так и вы сейчас печальны; но Я снова увижу вас, и ваше сердце обрадуется, и вашей радости никто у вас не отнимет.</w:t>
      </w:r>
    </w:p>
    <w:p>
      <w:r>
        <w:t>23. В тот день вы ни о чём Меня не спросите. Истинно, истинно говорю вам: чего ни попросите Отца во имя Моё, Он даст вам.</w:t>
      </w:r>
    </w:p>
    <w:p>
      <w:r>
        <w:t>24. До сих пор вы ничего не просили во имя Моё. Просите — и получите, чтобы ваша радость была полной.</w:t>
      </w:r>
    </w:p>
    <w:p>
      <w:r>
        <w:t>25. Я говорил вам это образно. Приходит время, когда больше не буду говорить вам образно, но прямо возвещу вам об Отце.</w:t>
      </w:r>
    </w:p>
    <w:p>
      <w:r>
        <w:t>26. В тот день будете просить во имя Моё. И Я не говорю вам, что буду просить Отца за вас,</w:t>
      </w:r>
    </w:p>
    <w:p>
      <w:r>
        <w:t>27. потому что Сам Отец любит вас: вы полюбили Меня и поверили, что Я вышел от Бога.</w:t>
      </w:r>
    </w:p>
    <w:p>
      <w:r>
        <w:t>28. Я вышел от Отца и пришёл в мир; снова оставляю мир и иду к Отцу».</w:t>
      </w:r>
    </w:p>
    <w:p>
      <w:r>
        <w:t>29. Его ученики сказали: «Вот теперь Ты говоришь прямо и не говоришь образно.</w:t>
      </w:r>
    </w:p>
    <w:p>
      <w:r>
        <w:t>30. Теперь мы знаем, что Ты знаешь всё и не нуждаешься, чтобы кто-либо Тебя спрашивал. Поэтому верим, что Ты вышел от Бога».</w:t>
      </w:r>
    </w:p>
    <w:p>
      <w:r>
        <w:t>31. Иисус ответил: «Теперь верите?</w:t>
      </w:r>
    </w:p>
    <w:p>
      <w:r>
        <w:t>32. Вот приходит время — и уже пришло, — когда вы рассеетесь каждый к себе и оставите Меня одного. Но Я не один, потому что Отец со Мной.</w:t>
      </w:r>
    </w:p>
    <w:p>
      <w:r>
        <w:t>33. Это Я сказал вам, чтобы во Мне вы имели мир. В мире у вас скорбь; но мужайтесь: Я победил мир».</w:t>
      </w:r>
    </w:p>
    <w:p>
      <w:pPr>
        <w:pStyle w:val="Heading2"/>
      </w:pPr>
      <w:r>
        <w:t>Глава 17</w:t>
      </w:r>
    </w:p>
    <w:p>
      <w:r>
        <w:t>1. Сказав это, Иисус поднял глаза к небу и сказал: «Отец, пришёл час. Прославь Твоего Сына, чтобы Сын прославил Тебя,</w:t>
      </w:r>
    </w:p>
    <w:p>
      <w:r>
        <w:t>2. как Ты дал Ему власть над всякой плотью, чтобы всему, что Ты дал Ему, Он дал вечную жизнь.</w:t>
      </w:r>
    </w:p>
    <w:p>
      <w:r>
        <w:t>3. А вечная жизнь — в том, чтобы знать Тебя, единственного истинного Бога, и Посланного Тобой Иисуса Христа.</w:t>
      </w:r>
    </w:p>
    <w:p>
      <w:r>
        <w:t>4. Я прославил Тебя на земле, завершив дело, которое Ты дал Мне совершить.</w:t>
      </w:r>
    </w:p>
    <w:p>
      <w:r>
        <w:t>5. И теперь, Отец, прославь Меня у Себя той славой, которую Я имел у Тебя прежде существования мира.</w:t>
      </w:r>
    </w:p>
    <w:p>
      <w:r>
        <w:t>6. Я открыл Твоё имя людям, которых Ты дал Мне из мира. Они были Твои, и Ты дал их Мне, и они сохранили Твоё слово.</w:t>
      </w:r>
    </w:p>
    <w:p>
      <w:r>
        <w:t>7. Теперь они узнали, что всё, что Ты дал Мне, — от Тебя.</w:t>
      </w:r>
    </w:p>
    <w:p>
      <w:r>
        <w:t>8. Потому что слова, которые Ты дал Мне, Я дал им; они приняли их и поистине узнали, что Я вышел от Тебя, и поверили, что Ты послал Меня.</w:t>
      </w:r>
    </w:p>
    <w:p>
      <w:r>
        <w:t>9. Я прошу о них. Не о мире прошу, а о тех, кого Ты дал Мне, потому что они Твои.</w:t>
      </w:r>
    </w:p>
    <w:p>
      <w:r>
        <w:t>10. И всё Моё — Твоё, и Твоё — Моё, и Я прославлен в них.</w:t>
      </w:r>
    </w:p>
    <w:p>
      <w:r>
        <w:t>11. Я уже не в мире, а они в мире, и Я иду к Тебе. Святой Отец, сохрани их в Твоём имени, которое Ты дал Мне, чтобы они были одно, как и Мы.</w:t>
      </w:r>
    </w:p>
    <w:p>
      <w:r>
        <w:t>12. Когда Я был с ними, Я сохранял их в Твоём имени, которое Ты дал Мне, и уберёг их; никто из них не погиб, кроме сына погибели, чтобы исполнилось Писание.</w:t>
      </w:r>
    </w:p>
    <w:p>
      <w:r>
        <w:t>13. Теперь Я иду к Тебе и говорю это в мире, чтобы они имели в себе Мою радость во всей полноте.</w:t>
      </w:r>
    </w:p>
    <w:p>
      <w:r>
        <w:t>14. Я дал им Твоё слово, и мир возненавидел их, потому что они не от мира, как и Я не от мира.</w:t>
      </w:r>
    </w:p>
    <w:p>
      <w:r>
        <w:t>15. Я не прошу, чтобы Ты взял их из мира, но чтобы сохранил их от зла.</w:t>
      </w:r>
    </w:p>
    <w:p>
      <w:r>
        <w:t>16. Они не от мира, как и Я не от мира.</w:t>
      </w:r>
    </w:p>
    <w:p>
      <w:r>
        <w:t>17. Освяти их истиной; Твоё слово — истина.</w:t>
      </w:r>
    </w:p>
    <w:p>
      <w:r>
        <w:t>18. Как Ты послал Меня в мир, так и Я послал их в мир.</w:t>
      </w:r>
    </w:p>
    <w:p>
      <w:r>
        <w:t>19. И ради них Я освящаю Себя, чтобы и они были освящены истиной.</w:t>
      </w:r>
    </w:p>
    <w:p>
      <w:r>
        <w:t>20. Не только о них прошу, но и о тех, кто поверит в Меня по их слову,</w:t>
      </w:r>
    </w:p>
    <w:p>
      <w:r>
        <w:t>21. чтобы все были одно, как Ты, Отец, во Мне и Я в Тебе, чтобы и они были в Нас, чтобы мир поверил, что Ты послал Меня.</w:t>
      </w:r>
    </w:p>
    <w:p>
      <w:r>
        <w:t>22. И славу, которую Ты дал Мне, Я дал им, чтобы они были одно, как Мы одно:</w:t>
      </w:r>
    </w:p>
    <w:p>
      <w:r>
        <w:t>23. Я в них и Ты во Мне, чтобы они достигли совершенного единства, и чтобы мир узнал, что Ты послал Меня и возлюбил их, как возлюбил Меня.</w:t>
      </w:r>
    </w:p>
    <w:p>
      <w:r>
        <w:t>24. Отец, хочу, чтобы те, кого Ты дал Мне, были со Мной там, где Я, чтобы видели Мою славу, которую Ты дал Мне, потому что возлюбил Меня прежде основания мира.</w:t>
      </w:r>
    </w:p>
    <w:p>
      <w:r>
        <w:t>25. Праведный Отец, мир Тебя не познал, а Я Тебя познал, и они узнали, что Ты послал Меня.</w:t>
      </w:r>
    </w:p>
    <w:p>
      <w:r>
        <w:t>26. Я открыл им Твоё имя и ещё открою, чтобы любовь, которой Ты возлюбил Меня, была в них, и Я в них».</w:t>
      </w:r>
    </w:p>
    <w:p>
      <w:pPr>
        <w:pStyle w:val="Heading2"/>
      </w:pPr>
      <w:r>
        <w:t>Глава 18</w:t>
      </w:r>
    </w:p>
    <w:p>
      <w:r>
        <w:t>1. Сказав это, Иисус вышел с учениками за поток Кедрон, где был сад; туда вошли Он и Его ученики.</w:t>
      </w:r>
    </w:p>
    <w:p>
      <w:r>
        <w:t>2. Иуда, предававший Его, тоже знал это место, потому что Иисус часто собирался там со Своими учениками.</w:t>
      </w:r>
    </w:p>
    <w:p>
      <w:r>
        <w:t>3. Иуда, взяв отряд воинов и служителей от первосвященников и фарисеев, пришёл туда с фонарями, факелами и оружием.</w:t>
      </w:r>
    </w:p>
    <w:p>
      <w:r>
        <w:t>4. Иисус, зная всё, что должно было с Ним произойти, вышел и спросил их: «Кого вы ищете?»</w:t>
      </w:r>
    </w:p>
    <w:p>
      <w:r>
        <w:t>5. Они ответили: «Иисуса Назарянина». Он сказал им: «Я есть». С ними стоял и Иуда, предававший Его.</w:t>
      </w:r>
    </w:p>
    <w:p>
      <w:r>
        <w:t>6. Когда Он сказал им: «Я есть», они отступили назад и упали на землю.</w:t>
      </w:r>
    </w:p>
    <w:p>
      <w:r>
        <w:t>7. Он снова спросил их: «Кого вы ищете?» Они ответили: «Иисуса Назарянина».</w:t>
      </w:r>
    </w:p>
    <w:p>
      <w:r>
        <w:t>8. Иисус сказал: «Я сказал вам, что Я есть. Поэтому, если Меня ищете, дайте этим уйти».</w:t>
      </w:r>
    </w:p>
    <w:p>
      <w:r>
        <w:t>9. Так исполнилось слово, которое Он сказал: «Из тех, кого Ты дал Мне, Я не потерял никого».</w:t>
      </w:r>
    </w:p>
    <w:p>
      <w:r>
        <w:t>10. Тогда Симон Пётр, у которого был меч, вытащил его, ударил раба первосвященника и отсёк ему правое ухо. Раба звали Малх.</w:t>
      </w:r>
    </w:p>
    <w:p>
      <w:r>
        <w:t>11. Иисус сказал Петру: «Вложи меч в ножны. Неужели Я не выпью чашу, которую дал Мне Отец?»</w:t>
      </w:r>
    </w:p>
    <w:p>
      <w:r>
        <w:t>12. Тогда отряд, тысяченачальник и служители иудеев схватили Иисуса и связали Его.</w:t>
      </w:r>
    </w:p>
    <w:p>
      <w:r>
        <w:t>13. Сначала Его отвели к Анне, потому что тот был тестем Каиафы, первосвященника того года.</w:t>
      </w:r>
    </w:p>
    <w:p>
      <w:r>
        <w:t>14. Каиафа был тем, кто посоветовал иудеям, что лучше одному человеку умереть за народ.</w:t>
      </w:r>
    </w:p>
    <w:p>
      <w:r>
        <w:t>15. За Иисусом следовали Симон Пётр и другой ученик. Этот ученик был знаком первосвященнику и вошёл вместе с Иисусом во двор первосвященника.</w:t>
      </w:r>
    </w:p>
    <w:p>
      <w:r>
        <w:t>16. А Пётр стоял снаружи у двери. Тогда другой ученик, знакомый первосвященнику, вышел, поговорил с привратницей и ввёл Петра.</w:t>
      </w:r>
    </w:p>
    <w:p>
      <w:r>
        <w:t>17. Служанка-привратница спросила Петра: «Разве и ты не из учеников Этого Человека?» Он ответил: «Нет».</w:t>
      </w:r>
    </w:p>
    <w:p>
      <w:r>
        <w:t>18. Рабы и служители развели угольный огонь, потому что было холодно, и грелись. Пётр тоже стоял с ними и грелся.</w:t>
      </w:r>
    </w:p>
    <w:p>
      <w:r>
        <w:t>19. Первосвященник спросил Иисуса о Его учениках и учении.</w:t>
      </w:r>
    </w:p>
    <w:p>
      <w:r>
        <w:t>20. Иисус ответил: «Я говорил миру открыто. Я всегда учил в синагоге и в храме, где собираются все иудеи, и ничего не говорил тайно.</w:t>
      </w:r>
    </w:p>
    <w:p>
      <w:r>
        <w:t>21. Почему ты спрашиваешь Меня? Спроси слышавших, что Я говорил им. Они знают, что Я говорил».</w:t>
      </w:r>
    </w:p>
    <w:p>
      <w:r>
        <w:t>22. Когда Он сказал это, один из стоявших рядом служителей ударил Иисуса и сказал: «Так отвечаешь первосвященнику?»</w:t>
      </w:r>
    </w:p>
    <w:p>
      <w:r>
        <w:t>23. Иисус ответил: «Если Я сказал что-то злое, засвидетельствуй о зле; а если хорошо — почему ты Меня бьёшь?»</w:t>
      </w:r>
    </w:p>
    <w:p>
      <w:r>
        <w:t>24. Тогда Анна послал Его связанным к первосвященнику Каиафе.</w:t>
      </w:r>
    </w:p>
    <w:p>
      <w:r>
        <w:t>25. Симон Пётр стоял и грелся. Его спросили: «Разве и ты не из Его учеников?» Он отрёкся и сказал: «Нет».</w:t>
      </w:r>
    </w:p>
    <w:p>
      <w:r>
        <w:t>26. Один из рабов первосвященника, родственник того, кому Пётр отсёк ухо, сказал: «Разве я не видел тебя с Ним в саду?»</w:t>
      </w:r>
    </w:p>
    <w:p>
      <w:r>
        <w:t>27. Пётр снова отрёкся, и тотчас запел петух.</w:t>
      </w:r>
    </w:p>
    <w:p>
      <w:r>
        <w:t>28. Иисуса повели от Каиафы в преторий. Было раннее утро. Сами они не вошли в преторий, чтобы не оскверниться, но иметь возможность есть Пасху.</w:t>
      </w:r>
    </w:p>
    <w:p>
      <w:r>
        <w:t>29. Поэтому Пилат вышел к ним и спросил: «Какое обвинение вы предъявляете против Этого Человека?»</w:t>
      </w:r>
    </w:p>
    <w:p>
      <w:r>
        <w:t>30. Они ответили: «Если бы Он не делал зла, мы не предали бы Его тебе».</w:t>
      </w:r>
    </w:p>
    <w:p>
      <w:r>
        <w:t>31. Пилат сказал: «Возьмите Его сами и судите по вашему закону». Иудеи ответили: «Нам не разрешено предавать кого-либо смерти».</w:t>
      </w:r>
    </w:p>
    <w:p>
      <w:r>
        <w:t>32. Так исполнилось слово Иисуса, которым Он указал, какой смертью Ему предстоит умереть.</w:t>
      </w:r>
    </w:p>
    <w:p>
      <w:r>
        <w:t>33. Пилат снова вошёл в преторий, позвал Иисуса и спросил: «Ты Царь иудеев?»</w:t>
      </w:r>
    </w:p>
    <w:p>
      <w:r>
        <w:t>34. Иисус ответил: «Ты сам это говоришь или другие сказали тебе обо Мне?»</w:t>
      </w:r>
    </w:p>
    <w:p>
      <w:r>
        <w:t>35. Пилат ответил: «Разве я иудей? Твой народ и первосвященники предали Тебя мне. Что Ты сделал?»</w:t>
      </w:r>
    </w:p>
    <w:p>
      <w:r>
        <w:t>36. Иисус ответил: «Моё Царство не от этого мира. Если бы Моё Царство было от этого мира, Мои служители сражались бы, чтобы Я не был предан иудеям. Но Моё Царство не отсюда».</w:t>
      </w:r>
    </w:p>
    <w:p>
      <w:r>
        <w:t>37. Пилат спросил: «Так Ты всё-таки царь?» Иисус ответил: «Ты говоришь, что Я царь. Я для того родился и для того пришёл в мир, чтобы свидетельствовать об истине. Каждый, кто от истины, слушает Мой голос».</w:t>
      </w:r>
    </w:p>
    <w:p>
      <w:r>
        <w:t>38. Пилат спросил Его: «Что такое истина?» Сказав это, он снова вышел к иудеям и сказал: «Я не нахожу в Нём никакой вины.</w:t>
      </w:r>
    </w:p>
    <w:p>
      <w:r>
        <w:t>39. Но у вас есть обычай, чтобы я отпускал вам одного на Пасху. Хотите, отпущу вам Царя иудеев?»</w:t>
      </w:r>
    </w:p>
    <w:p>
      <w:r>
        <w:t>40. Тогда они снова закричали: «Не Его, а Варавву!» Варавва же был разбойником.</w:t>
      </w:r>
    </w:p>
    <w:p>
      <w:pPr>
        <w:pStyle w:val="Heading2"/>
      </w:pPr>
      <w:r>
        <w:t>Глава 19</w:t>
      </w:r>
    </w:p>
    <w:p>
      <w:r>
        <w:t>1. Тогда Пилат взял Иисуса и велел бичевать Его.</w:t>
      </w:r>
    </w:p>
    <w:p>
      <w:r>
        <w:t>2. Воины сплели венок из терновника, возложили Ему на голову и надели на Него пурпурную одежду.</w:t>
      </w:r>
    </w:p>
    <w:p>
      <w:r>
        <w:t>3. Они подходили к Нему и говорили: «Радуйся, Царь иудеев!» — и били Его по лицу.</w:t>
      </w:r>
    </w:p>
    <w:p>
      <w:r>
        <w:t>4. Пилат снова вышел и сказал им: «Вот, я вывожу Его к вам, чтобы вы знали: я не нахожу в Нём никакой вины».</w:t>
      </w:r>
    </w:p>
    <w:p>
      <w:r>
        <w:t>5. Иисус вышел в терновом венке и пурпурной одежде. Пилат сказал им: «Вот Человек!»</w:t>
      </w:r>
    </w:p>
    <w:p>
      <w:r>
        <w:t>6. Когда первосвященники и служители увидели Его, они закричали: «Распни! Распни!» Пилат сказал: «Возьмите Его сами и распните, потому что я не нахожу в Нём вины».</w:t>
      </w:r>
    </w:p>
    <w:p>
      <w:r>
        <w:t>7. Иудеи ответили: «У нас есть закон, и по закону Он должен умереть, потому что сделал Себя Сыном Божьим».</w:t>
      </w:r>
    </w:p>
    <w:p>
      <w:r>
        <w:t>8. Услышав эти слова, Пилат испугался ещё больше.</w:t>
      </w:r>
    </w:p>
    <w:p>
      <w:r>
        <w:t>9. Он снова вошёл в преторий и спросил Иисуса: «Откуда Ты?» Но Иисус не дал ему ответа.</w:t>
      </w:r>
    </w:p>
    <w:p>
      <w:r>
        <w:t>10. Пилат сказал: «Ты не говоришь со мной? Разве не знаешь, что я имею власть отпустить Тебя и имею власть распять Тебя?»</w:t>
      </w:r>
    </w:p>
    <w:p>
      <w:r>
        <w:t>11. Иисус ответил: «Ты не имел бы надо Мной никакой власти, если бы не было дано тебе свыше. Поэтому тот, кто предал Меня тебе, имеет больший грех».</w:t>
      </w:r>
    </w:p>
    <w:p>
      <w:r>
        <w:t>12. С этого времени Пилат пытался освободить Его. Но иудеи кричали: «Если отпустишь Его, ты не друг кесаря. Каждый, кто делает себя царём, выступает против кесаря».</w:t>
      </w:r>
    </w:p>
    <w:p>
      <w:r>
        <w:t>13. Услышав эти слова, Пилат вывел Иисуса и сел на судейское место на площадке, называемой Каменным помостом, а по-еврейски Гаввафа.</w:t>
      </w:r>
    </w:p>
    <w:p>
      <w:r>
        <w:t>14. Был день приготовления к Пасхе, около шестого часа. Пилат сказал иудеям: «Вот ваш Царь!»</w:t>
      </w:r>
    </w:p>
    <w:p>
      <w:r>
        <w:t>15. Они закричали: «Долой! Долой! Распни Его!» Пилат спросил: «Вашего Царя распять?» Первосвященники ответили: «Нет у нас царя, кроме кесаря».</w:t>
      </w:r>
    </w:p>
    <w:p>
      <w:r>
        <w:t>16. Тогда он предал Иисуса им на распятие. Они взяли Иисуса.</w:t>
      </w:r>
    </w:p>
    <w:p>
      <w:r>
        <w:t>17. Неся Себе крест, Он вышел к месту, называемому Местом Черепа, по-еврейски Голгофа.</w:t>
      </w:r>
    </w:p>
    <w:p>
      <w:r>
        <w:t>18. Там Его распяли, и с Ним ещё двоих — по одному с каждой стороны, а Иисуса посередине.</w:t>
      </w:r>
    </w:p>
    <w:p>
      <w:r>
        <w:t>19. Пилат написал и надпись и поместил на кресте: «Иисус Назарянин, Царь иудеев».</w:t>
      </w:r>
    </w:p>
    <w:p>
      <w:r>
        <w:t>20. Эту надпись читали многие иудеи, потому что место, где был распят Иисус, находилось близ города; написано было по-еврейски, по-латыни и по-гречески.</w:t>
      </w:r>
    </w:p>
    <w:p>
      <w:r>
        <w:t>21. Первосвященники иудеев говорили Пилату: «Не пиши: “Царь иудеев”, а напиши: “Он сказал: Я Царь иудеев”».</w:t>
      </w:r>
    </w:p>
    <w:p>
      <w:r>
        <w:t>22. Пилат ответил: «Что написал, то написал».</w:t>
      </w:r>
    </w:p>
    <w:p>
      <w:r>
        <w:t>23. Когда воины распяли Иисуса, они взяли Его одежду и разделили на четыре части — каждому воину по части; взяли и хитон. Хитон был без шва, весь выткан сверху.</w:t>
      </w:r>
    </w:p>
    <w:p>
      <w:r>
        <w:t>24. Они сказали друг другу: «Не будем разрывать его, а бросим жребий, кому достанется». Так исполнилось Писание: «Разделили между собой Мои одежды и о Моей одежде бросили жребий». Именно это воины и сделали.</w:t>
      </w:r>
    </w:p>
    <w:p>
      <w:r>
        <w:t>25. У креста Иисуса стояли Его мать, сестра Его матери, Мария Клопы и Мария Магдалина.</w:t>
      </w:r>
    </w:p>
    <w:p>
      <w:r>
        <w:t>26. Иисус, увидев мать и стоящего рядом ученика, которого любил, сказал матери: «Женщина, вот твой сын».</w:t>
      </w:r>
    </w:p>
    <w:p>
      <w:r>
        <w:t>27. Потом сказал ученику: «Вот твоя мать». И с того часа ученик взял её к себе.</w:t>
      </w:r>
    </w:p>
    <w:p>
      <w:r>
        <w:t>28. После этого Иисус, зная, что уже всё завершено, чтобы исполнилось Писание, сказал: «Жажду».</w:t>
      </w:r>
    </w:p>
    <w:p>
      <w:r>
        <w:t>29. Там стоял сосуд, полный кислого вина. Губку, наполненную кислым вином, насадили на иссоп и поднесли к Его рту.</w:t>
      </w:r>
    </w:p>
    <w:p>
      <w:r>
        <w:t>30. Когда Иисус принял кислое вино, Он сказал: «Совершилось». И, склонив голову, предал дух.</w:t>
      </w:r>
    </w:p>
    <w:p>
      <w:r>
        <w:t>31. Поскольку был день приготовления, иудеи попросили Пилата перебить распятым голени и снять тела, чтобы они не оставались на крестах в субботу, потому что та суббота была великим днём.</w:t>
      </w:r>
    </w:p>
    <w:p>
      <w:r>
        <w:t>32. Воины пришли и перебили голени сначала одному, потом другому, распятому с Ним.</w:t>
      </w:r>
    </w:p>
    <w:p>
      <w:r>
        <w:t>33. Но, подойдя к Иисусу и увидев, что Он уже умер, не перебили Ему голени.</w:t>
      </w:r>
    </w:p>
    <w:p>
      <w:r>
        <w:t>34. Однако один из воинов пронзил копьём Его бок, и тотчас вышли кровь и вода.</w:t>
      </w:r>
    </w:p>
    <w:p>
      <w:r>
        <w:t>35. И видевший засвидетельствовал, и его свидетельство истинно; он знает, что говорит истину, чтобы и вы поверили.</w:t>
      </w:r>
    </w:p>
    <w:p>
      <w:r>
        <w:t>36. Это произошло, чтобы исполнилось Писание: «Кость Его не будет сокрушена».</w:t>
      </w:r>
    </w:p>
    <w:p>
      <w:r>
        <w:t>37. И ещё другое Писание говорит: «Будут смотреть на Того, Кого пронзили».</w:t>
      </w:r>
    </w:p>
    <w:p>
      <w:r>
        <w:t>38. После этого Иосиф из Аримафеи, бывший учеником Иисуса тайно из страха перед иудеями, попросил Пилата позволить снять тело Иисуса. Пилат позволил. Тогда он пришёл и снял Его тело.</w:t>
      </w:r>
    </w:p>
    <w:p>
      <w:r>
        <w:t>39. Пришёл и Никодим, который прежде приходил к Иисусу ночью. Он принёс смесь мирры и алоэ весом около ста литр.</w:t>
      </w:r>
    </w:p>
    <w:p>
      <w:r>
        <w:t>40. Они взяли тело Иисуса и обернули его льняными полотнами с ароматическими веществами, как принято у иудеев хоронить.</w:t>
      </w:r>
    </w:p>
    <w:p>
      <w:r>
        <w:t>41. На месте, где Он был распят, был сад, а в саду — новая гробница, в которой ещё никто не был положен.</w:t>
      </w:r>
    </w:p>
    <w:p>
      <w:r>
        <w:t>42. Туда, из-за иудейского дня приготовления и потому что гробница была близко, они положили Иисуса.</w:t>
      </w:r>
    </w:p>
    <w:p>
      <w:pPr>
        <w:pStyle w:val="Heading2"/>
      </w:pPr>
      <w:r>
        <w:t>Глава 20</w:t>
      </w:r>
    </w:p>
    <w:p>
      <w:r>
        <w:t>1. В первый день недели Мария Магдалина приходит к гробнице рано, когда ещё было темно, и видит камень убранным от гробницы.</w:t>
      </w:r>
    </w:p>
    <w:p>
      <w:r>
        <w:t>2. Она бежит к Симону Петру и другому ученику, которого любил Иисус, и говорит им: «Господа унесли из гробницы, и мы не знаем, где Его положили».</w:t>
      </w:r>
    </w:p>
    <w:p>
      <w:r>
        <w:t>3. Тогда Пётр и другой ученик вышли и направились к гробнице.</w:t>
      </w:r>
    </w:p>
    <w:p>
      <w:r>
        <w:t>4. Оба бежали вместе, но другой ученик побежал быстрее Петра и первым пришёл к гробнице.</w:t>
      </w:r>
    </w:p>
    <w:p>
      <w:r>
        <w:t>5. Наклонившись, он увидел лежащие льняные полотна, но внутрь не вошёл.</w:t>
      </w:r>
    </w:p>
    <w:p>
      <w:r>
        <w:t>6. Следом за ним приходит Симон Пётр, входит в гробницу и видит лежащие льняные полотна,</w:t>
      </w:r>
    </w:p>
    <w:p>
      <w:r>
        <w:t>7. а платок, который был на голове Иисуса, лежал не вместе с полотнами, а отдельно, свёрнутый в другом месте.</w:t>
      </w:r>
    </w:p>
    <w:p>
      <w:r>
        <w:t>8. Тогда вошёл и другой ученик, первым пришедший к гробнице; он увидел и поверил.</w:t>
      </w:r>
    </w:p>
    <w:p>
      <w:r>
        <w:t>9. Они ещё не понимали Писания, что Ему надлежит воскреснуть из мёртвых.</w:t>
      </w:r>
    </w:p>
    <w:p>
      <w:r>
        <w:t>10. И ученики снова ушли к себе.</w:t>
      </w:r>
    </w:p>
    <w:p>
      <w:r>
        <w:t>11. Мария стояла у гробницы снаружи и плакала. Плача, она наклонилась в гробницу</w:t>
      </w:r>
    </w:p>
    <w:p>
      <w:r>
        <w:t>12. и увидела двух ангелов в белом, сидящих там, где лежало тело Иисуса: одного у головы, другого у ног.</w:t>
      </w:r>
    </w:p>
    <w:p>
      <w:r>
        <w:t>13. Они спросили её: «Женщина, почему ты плачешь?» Она ответила: «Унесли моего Господа, и я не знаю, где Его положили».</w:t>
      </w:r>
    </w:p>
    <w:p>
      <w:r>
        <w:t>14. Сказав это, она обернулась и увидела стоящего Иисуса, но не знала, что это Иисус.</w:t>
      </w:r>
    </w:p>
    <w:p>
      <w:r>
        <w:t>15. Иисус спросил её: «Женщина, почему ты плачешь? Кого ищешь?» Думая, что это садовник, она сказала: «Господин, если ты унёс Его, скажи мне, где ты Его положил, и я заберу Его».</w:t>
      </w:r>
    </w:p>
    <w:p>
      <w:r>
        <w:t>16. Иисус сказал ей: «Мария!» Она повернулась и сказала Ему по-еврейски: «Раввуни!» — что означает «Учитель».</w:t>
      </w:r>
    </w:p>
    <w:p>
      <w:r>
        <w:t>17. Иисус сказал: «Не удерживай Меня, потому что Я ещё не восшёл к Отцу. Но пойди к Моим братьям и скажи им: “Я восхожу к Моему Отцу и вашему Отцу, к Моему Богу и вашему Богу”».</w:t>
      </w:r>
    </w:p>
    <w:p>
      <w:r>
        <w:t>18. Мария Магдалина приходит к ученикам и объявляет: «Я видела Господа!» — и что Он сказал ей это.</w:t>
      </w:r>
    </w:p>
    <w:p>
      <w:r>
        <w:t>19. Вечером того же первого дня недели, когда двери там, где находились ученики, были заперты из страха перед иудеями, пришёл Иисус, встал посреди и сказал: «Мир вам!»</w:t>
      </w:r>
    </w:p>
    <w:p>
      <w:r>
        <w:t>20. Сказав это, Он показал им руки и бок. Ученики обрадовались, увидев Господа.</w:t>
      </w:r>
    </w:p>
    <w:p>
      <w:r>
        <w:t>21. Иисус снова сказал им: «Мир вам! Как Отец послал Меня, так и Я посылаю вас».</w:t>
      </w:r>
    </w:p>
    <w:p>
      <w:r>
        <w:t>22. Сказав это, Он дунул и сказал им: «Примите Святого Духа.</w:t>
      </w:r>
    </w:p>
    <w:p>
      <w:r>
        <w:t>23. Кому простите грехи — прощены им; на ком удержите — удержаны».</w:t>
      </w:r>
    </w:p>
    <w:p>
      <w:r>
        <w:t>24. Фома, один из двенадцати, называемый Близнецом, не был с ними, когда приходил Иисус.</w:t>
      </w:r>
    </w:p>
    <w:p>
      <w:r>
        <w:t>25. Другие ученики говорили ему: «Мы видели Господа!» Но он сказал: «Если не увижу на Его руках следа гвоздей, не вложу палец в след гвоздей и не вложу руку в Его бок, не поверю».</w:t>
      </w:r>
    </w:p>
    <w:p>
      <w:r>
        <w:t>26. Через восемь дней Его ученики снова были внутри, и Фома с ними. Иисус пришёл, хотя двери были заперты, встал посреди и сказал: «Мир вам!»</w:t>
      </w:r>
    </w:p>
    <w:p>
      <w:r>
        <w:t>27. Потом сказал Фоме: «Подай сюда палец и посмотри на Мои руки; подай руку и вложи в Мой бок. И не будь неверующим, но верующим».</w:t>
      </w:r>
    </w:p>
    <w:p>
      <w:r>
        <w:t>28. Фома ответил Ему: «Господь мой и Бог мой!»</w:t>
      </w:r>
    </w:p>
    <w:p>
      <w:r>
        <w:t>29. Иисус сказал: «Ты поверил потому, что увидел Меня? Блаженны не видевшие и поверившие».</w:t>
      </w:r>
    </w:p>
    <w:p>
      <w:r>
        <w:t>30. Много и других знамений совершил Иисус перед учениками, которые не записаны в этой книге.</w:t>
      </w:r>
    </w:p>
    <w:p>
      <w:r>
        <w:t>31. А эти записаны, чтобы вы продолжали верить, что Иисус — Христос, Сын Божий, и чтобы, веря, имели жизнь в Его имени.</w:t>
      </w:r>
    </w:p>
    <w:p>
      <w:pPr>
        <w:pStyle w:val="Heading2"/>
      </w:pPr>
      <w:r>
        <w:t>Глава 21</w:t>
      </w:r>
    </w:p>
    <w:p>
      <w:r>
        <w:t>1. После этого Иисус снова явил Себя ученикам у Тивериадского моря. Явил Он Себя так:</w:t>
      </w:r>
    </w:p>
    <w:p>
      <w:r>
        <w:t>2. вместе были Симон Пётр, Фома, называемый Близнецом, Нафанаил из Каны Галилейской, сыновья Зеведея и ещё двое Его учеников.</w:t>
      </w:r>
    </w:p>
    <w:p>
      <w:r>
        <w:t>3. Симон Пётр сказал им: «Иду ловить рыбу». Они ответили: «И мы идём с тобой». Они вышли и сели в лодку, но в ту ночь ничего не поймали.</w:t>
      </w:r>
    </w:p>
    <w:p>
      <w:r>
        <w:t>4. Когда уже наступало утро, Иисус стоял на берегу, но ученики не знали, что это Иисус.</w:t>
      </w:r>
    </w:p>
    <w:p>
      <w:r>
        <w:t>5. Иисус спросил их: «Дети, есть у вас что-нибудь поесть?» Они ответили: «Нет».</w:t>
      </w:r>
    </w:p>
    <w:p>
      <w:r>
        <w:t>6. Он сказал: «Закиньте сеть по правую сторону лодки и найдёте». Они закинули и уже не могли вытащить её из-за множества рыбы.</w:t>
      </w:r>
    </w:p>
    <w:p>
      <w:r>
        <w:t>7. Тогда ученик, которого любил Иисус, сказал Петру: «Это Господь!» Симон Пётр, услышав, что это Господь, накинул верхнюю одежду, потому что был раздет, и бросился в море.</w:t>
      </w:r>
    </w:p>
    <w:p>
      <w:r>
        <w:t>8. А другие ученики приплыли в лодке, таща сеть с рыбой, потому что были недалеко от земли — примерно в двухстах локтях.</w:t>
      </w:r>
    </w:p>
    <w:p>
      <w:r>
        <w:t>9. Когда они вышли на берег, увидели разложенный угольный огонь, на нём рыбу и хлеб.</w:t>
      </w:r>
    </w:p>
    <w:p>
      <w:r>
        <w:t>10. Иисус сказал им: «Принесите рыбы, которую вы сейчас поймали».</w:t>
      </w:r>
    </w:p>
    <w:p>
      <w:r>
        <w:t>11. Симон Пётр поднялся в лодку и вытащил на берег сеть, полную крупной рыбы — сто пятьдесят три. И хотя её было столько, сеть не порвалась.</w:t>
      </w:r>
    </w:p>
    <w:p>
      <w:r>
        <w:t>12. Иисус сказал: «Идите завтракать». Никто из учеников не решался спросить Его: «Кто Ты?» — они знали, что это Господь.</w:t>
      </w:r>
    </w:p>
    <w:p>
      <w:r>
        <w:t>13. Иисус подходит, берёт хлеб и даёт им; так же и рыбу.</w:t>
      </w:r>
    </w:p>
    <w:p>
      <w:r>
        <w:t>14. Это уже в третий раз Иисус явился ученикам после воскресения из мёртвых.</w:t>
      </w:r>
    </w:p>
    <w:p>
      <w:r>
        <w:t>15. Когда они позавтракали, Иисус спросил Симона Петра: «Симон, сын Иоанна, любишь Меня больше, чем они?» Он ответил: «Да, Господи, Ты знаешь, что я люблю Тебя». Иисус сказал: «Корми Моих ягнят».</w:t>
      </w:r>
    </w:p>
    <w:p>
      <w:r>
        <w:t>16. Во второй раз Он спросил: «Симон, сын Иоанна, любишь Меня?» Пётр ответил: «Да, Господи, Ты знаешь, что я люблю Тебя». Иисус сказал: «Паси Моих овец».</w:t>
      </w:r>
    </w:p>
    <w:p>
      <w:r>
        <w:t>17. В третий раз Он спросил: «Симон, сын Иоанна, любишь Меня?» Пётр опечалился, что Он в третий раз спросил: «Любишь Меня?» — и ответил: «Господи, Ты знаешь всё; Ты знаешь, что я люблю Тебя». Иисус сказал: «Корми Моих овец.</w:t>
      </w:r>
    </w:p>
    <w:p>
      <w:r>
        <w:t>18. Истинно, истинно говорю тебе: когда ты был молод, сам подпоясывался и ходил, куда хотел. Но когда состаришься, протянешь руки, и другой подпояшет тебя и поведёт, куда ты не хочешь».</w:t>
      </w:r>
    </w:p>
    <w:p>
      <w:r>
        <w:t>19. Он сказал это, показывая, какой смертью Пётр прославит Бога. И, сказав это, добавил: «Следуй за Мной».</w:t>
      </w:r>
    </w:p>
    <w:p>
      <w:r>
        <w:t>20. Пётр, обернувшись, увидел идущего следом ученика, которого любил Иисус, того, кто во время ужина наклонился к Его груди и спросил: «Господи, кто Тебя предаст?»</w:t>
      </w:r>
    </w:p>
    <w:p>
      <w:r>
        <w:t>21. Увидев его, Пётр спросил Иисуса: «Господи, а он?»</w:t>
      </w:r>
    </w:p>
    <w:p>
      <w:r>
        <w:t>22. Иисус ответил: «Если Я хочу, чтобы он оставался, пока Я не приду, что тебе до этого? Ты следуй за Мной».</w:t>
      </w:r>
    </w:p>
    <w:p>
      <w:r>
        <w:t>23. Поэтому среди братьев распространилось слово, что тот ученик не умрёт. Но Иисус не сказал ему, что он не умрёт, а сказал: «Если Я хочу, чтобы он оставался, пока Я не приду, что тебе до этого?»</w:t>
      </w:r>
    </w:p>
    <w:p>
      <w:r>
        <w:t>24. Это тот ученик, который свидетельствует об этом и написал это; и мы знаем, что его свидетельство истинно.</w:t>
      </w:r>
    </w:p>
    <w:p>
      <w:r>
        <w:t>25. Есть и многое другое, что сделал Иисус. Если записывать всё по отдельности, думаю, и сам мир не вместил бы написанных книг.</w:t>
      </w:r>
    </w:p>
    <w:p>
      <w:pPr>
        <w:pStyle w:val="Heading1"/>
      </w:pPr>
      <w:r>
        <w:t>Деяния апостолов</w:t>
      </w:r>
    </w:p>
    <w:p>
      <w:pPr>
        <w:pStyle w:val="Heading2"/>
      </w:pPr>
      <w:r>
        <w:t>Глава 1</w:t>
      </w:r>
    </w:p>
    <w:p>
      <w:r>
        <w:t>1. В первом повествовании, Феофил, я написал обо всём, что Иисус начал делать и чему учить,</w:t>
      </w:r>
    </w:p>
    <w:p>
      <w:r>
        <w:t>2. до того дня, когда Он был вознесён, дав через Святого Духа повеления апостолам, которых избрал.</w:t>
      </w:r>
    </w:p>
    <w:p>
      <w:r>
        <w:t>3. Им Он и явил Себя живым после Своего страдания, дав многие убедительные доказательства: в течение сорока дней являлся им и говорил о Царстве Божьем.</w:t>
      </w:r>
    </w:p>
    <w:p>
      <w:r>
        <w:t>4. Собрав их вместе, Он повелел им не уходить из Иерусалима, но ждать обещанного Отцом, «о котором вы слышали от Меня:</w:t>
      </w:r>
    </w:p>
    <w:p>
      <w:r>
        <w:t>5. Иоанн крестил водой, а вы через несколько дней будете крещены Святым Духом».</w:t>
      </w:r>
    </w:p>
    <w:p>
      <w:r>
        <w:t>6. Собравшись, они спрашивали Его: «Господи, не в это ли время Ты восстанавливаешь царство Израилю?»</w:t>
      </w:r>
    </w:p>
    <w:p>
      <w:r>
        <w:t>7. Он сказал им: «Не ваше дело знать времена или сроки, которые Отец установил Своей властью.</w:t>
      </w:r>
    </w:p>
    <w:p>
      <w:r>
        <w:t>8. Но вы примете силу, когда Святой Дух сойдёт на вас, и будете Моими свидетелями в Иерусалиме, во всей Иудее и Самарии и до края земли».</w:t>
      </w:r>
    </w:p>
    <w:p>
      <w:r>
        <w:t>9. Сказав это, Он был поднят у них на глазах, и облако скрыло Его от их взоров.</w:t>
      </w:r>
    </w:p>
    <w:p>
      <w:r>
        <w:t>10. Когда они пристально смотрели в небо, пока Он уходил, вдруг рядом с ними предстали двое мужчин в белых одеждах.</w:t>
      </w:r>
    </w:p>
    <w:p>
      <w:r>
        <w:t>11. Они сказали: «Мужи галилейские! Что вы стоите и смотрите в небо? Этот Иисус, вознесённый от вас на небо, придёт таким же образом, как вы видели Его уходящим на небо».</w:t>
      </w:r>
    </w:p>
    <w:p>
      <w:r>
        <w:t>12. Тогда они возвратились в Иерусалим с горы, называемой Елеонской, которая находится близ Иерусалима, на расстоянии субботнего пути.</w:t>
      </w:r>
    </w:p>
    <w:p>
      <w:r>
        <w:t>13. Войдя в город, они поднялись в верхнюю комнату, где остановились: Пётр, Иоанн, Иаков и Андрей, Филипп и Фома, Варфоломей и Матфей, Иаков Алфеев, Симон Зилот и Иуда Иаковлев.</w:t>
      </w:r>
    </w:p>
    <w:p>
      <w:r>
        <w:t>14. Все они единодушно и постоянно пребывали в молитве вместе с женщинами, а также с Марией, матерью Иисуса, и Его братьями.</w:t>
      </w:r>
    </w:p>
    <w:p>
      <w:r>
        <w:t>15. В те дни Пётр встал среди братьев — собравшихся было около ста двадцати человек — и сказал:</w:t>
      </w:r>
    </w:p>
    <w:p>
      <w:r>
        <w:t>16. «Мужи братья! Надлежало исполниться Писанию, которое Святой Дух заранее изрёк устами Давида об Иуде, ставшем проводником для тех, кто схватил Иисуса.</w:t>
      </w:r>
    </w:p>
    <w:p>
      <w:r>
        <w:t>17. Он был причислен к нам и получил долю в этом служении.</w:t>
      </w:r>
    </w:p>
    <w:p>
      <w:r>
        <w:t>18. Он приобрёл поле на плату за неправедность и, упав ничком, рассёкся посередине, и все его внутренности выпали.</w:t>
      </w:r>
    </w:p>
    <w:p>
      <w:r>
        <w:t>19. Об этом стало известно всем жителям Иерусалима, так что то поле на их языке стали называть Акелдама, то есть «Поле крови».</w:t>
      </w:r>
    </w:p>
    <w:p>
      <w:r>
        <w:t>20. Ведь в книге Псалмов написано: «Пусть его жилище станет пустым, и пусть не будет живущего в нём», и: «Пусть другой примет его должность».</w:t>
      </w:r>
    </w:p>
    <w:p>
      <w:r>
        <w:t>21. Итак, нужно, чтобы один из мужчин, бывших с нами всё время, когда Господь Иисус входил и выходил среди нас,</w:t>
      </w:r>
    </w:p>
    <w:p>
      <w:r>
        <w:t>22. начиная от крещения Иоанна и до того дня, когда Он был вознесён от нас, стал вместе с нами свидетелем Его воскресения».</w:t>
      </w:r>
    </w:p>
    <w:p>
      <w:r>
        <w:t>23. И они поставили двоих: Иосифа, называемого Варсавой, которого прозвали Иустом, и Матфия.</w:t>
      </w:r>
    </w:p>
    <w:p>
      <w:r>
        <w:t>24. Затем помолились: «Ты, Господи, знающий сердца всех, покажи, кого из этих двоих Ты избрал,</w:t>
      </w:r>
    </w:p>
    <w:p>
      <w:r>
        <w:t>25. чтобы он занял место в этом служении и апостольстве, от которого отступил Иуда, чтобы пойти в своё место».</w:t>
      </w:r>
    </w:p>
    <w:p>
      <w:r>
        <w:t>26. И они бросили о них жребий; жребий выпал Матфию, и он был причислен к одиннадцати апостолам.</w:t>
      </w:r>
    </w:p>
    <w:p>
      <w:pPr>
        <w:pStyle w:val="Heading2"/>
      </w:pPr>
      <w:r>
        <w:t>Глава 2</w:t>
      </w:r>
    </w:p>
    <w:p>
      <w:r>
        <w:t>1. Когда наступил день Пятидесятницы, все они были вместе в одном месте.</w:t>
      </w:r>
    </w:p>
    <w:p>
      <w:r>
        <w:t>2. Внезапно с неба раздался шум, словно от несущегося сильного ветра, и наполнил весь дом, где они сидели.</w:t>
      </w:r>
    </w:p>
    <w:p>
      <w:r>
        <w:t>3. Им явились разделяющиеся языки, словно огненные, и по одному почили на каждом из них.</w:t>
      </w:r>
    </w:p>
    <w:p>
      <w:r>
        <w:t>4. И все исполнились Святого Духа и начали говорить на других языках, как Дух давал им произносить.</w:t>
      </w:r>
    </w:p>
    <w:p>
      <w:r>
        <w:t>5. В Иерусалиме жили иудеи, благочестивые люди из всех народов под небом.</w:t>
      </w:r>
    </w:p>
    <w:p>
      <w:r>
        <w:t>6. Когда раздался этот звук, собралась толпа и пришла в замешательство, потому что каждый слышал, как они говорят на его родном языке.</w:t>
      </w:r>
    </w:p>
    <w:p>
      <w:r>
        <w:t>7. Все изумлялись и удивлялись: «Разве все эти говорящие не галилеяне?</w:t>
      </w:r>
    </w:p>
    <w:p>
      <w:r>
        <w:t>8. Как же каждый из нас слышит свой родной язык?</w:t>
      </w:r>
    </w:p>
    <w:p>
      <w:r>
        <w:t>9. Парфяне, мидяне, эламиты, жители Месопотамии, Иудеи, Каппадокии, Понта и Азии,</w:t>
      </w:r>
    </w:p>
    <w:p>
      <w:r>
        <w:t>10. Фригии и Памфилии, Египта и областей Ливии близ Кирены, пришедшие из Рима,</w:t>
      </w:r>
    </w:p>
    <w:p>
      <w:r>
        <w:t>11. иудеи и прозелиты, критяне и арабы — мы слышим, как они говорят на наших языках о великих делах Божьих!»</w:t>
      </w:r>
    </w:p>
    <w:p>
      <w:r>
        <w:t>12. Все изумлялись и недоумевали, спрашивая друг друга: «Что это значит?»</w:t>
      </w:r>
    </w:p>
    <w:p>
      <w:r>
        <w:t>13. А другие насмехались: «Они напились сладкого вина».</w:t>
      </w:r>
    </w:p>
    <w:p>
      <w:r>
        <w:t>14. Тогда Пётр встал вместе с одиннадцатью, возвысил голос и обратился к ним: «Мужи иудейские и все жители Иерусалима! Пусть это будет вам известно; прислушайтесь к моим словам.</w:t>
      </w:r>
    </w:p>
    <w:p>
      <w:r>
        <w:t>15. Эти люди не пьяны, как вы думаете, ведь сейчас только третий час дня.</w:t>
      </w:r>
    </w:p>
    <w:p>
      <w:r>
        <w:t>16. Но это то, что было сказано через пророка Иоиля:</w:t>
      </w:r>
    </w:p>
    <w:p>
      <w:r>
        <w:t>17. “И будет в последние дни, говорит Бог: изолью от Моего Духа на всякую плоть; и будут пророчествовать ваши сыновья и ваши дочери, ваши юноши будут видеть видения, а вашим старцам будут сниться сны.</w:t>
      </w:r>
    </w:p>
    <w:p>
      <w:r>
        <w:t>18. И даже на Моих рабов и на Моих рабынь в те дни изолью от Моего Духа, и они будут пророчествовать.</w:t>
      </w:r>
    </w:p>
    <w:p>
      <w:r>
        <w:t>19. И дам чудеса на небе вверху и знамения на земле внизу: кровь, огонь и клубы дыма.</w:t>
      </w:r>
    </w:p>
    <w:p>
      <w:r>
        <w:t>20. Солнце обратится во тьму, а луна — в кровь, прежде чем придёт великий и славный день Господа.</w:t>
      </w:r>
    </w:p>
    <w:p>
      <w:r>
        <w:t>21. И будет: каждый, кто призовёт имя Господа, будет спасён”.</w:t>
      </w:r>
    </w:p>
    <w:p>
      <w:r>
        <w:t>22. Мужи израильские! Выслушайте эти слова: Иисуса Назарянина, Мужа, засвидетельствованного вам Богом силами, чудесами и знамениями, которые Бог совершил через Него среди вас, как вы и сами знаете,</w:t>
      </w:r>
    </w:p>
    <w:p>
      <w:r>
        <w:t>23. Его, преданного по определённому замыслу и предведению Бога, вы распяли и убили руками беззаконных.</w:t>
      </w:r>
    </w:p>
    <w:p>
      <w:r>
        <w:t>24. Но Бог воскресил Его, освободив от мук смерти, потому что смерти невозможно было удержать Его.</w:t>
      </w:r>
    </w:p>
    <w:p>
      <w:r>
        <w:t>25. Ведь Давид говорит о Нём: “Я всегда видел Господа перед собой, потому что Он по правую руку от меня, чтобы я не поколебался.</w:t>
      </w:r>
    </w:p>
    <w:p>
      <w:r>
        <w:t>26. Поэтому возрадовалось моё сердце и возликовал мой язык; даже плоть моя будет покоиться в надежде,</w:t>
      </w:r>
    </w:p>
    <w:p>
      <w:r>
        <w:t>27. потому что Ты не оставишь душу мою в Аиде и не дашь Твоему Святому увидеть тление.</w:t>
      </w:r>
    </w:p>
    <w:p>
      <w:r>
        <w:t>28. Ты дал мне узнать пути жизни; Ты исполнишь меня радостью перед лицом Твоим”.</w:t>
      </w:r>
    </w:p>
    <w:p>
      <w:r>
        <w:t>29. Мужи братья! Можно с уверенностью сказать вам о патриархе Давиде, что он умер и был похоронен, и его гробница у нас до этого дня.</w:t>
      </w:r>
    </w:p>
    <w:p>
      <w:r>
        <w:t>30. Будучи пророком и зная, что Бог клятвой поклялся ему посадить на его престоле одного из его потомков,</w:t>
      </w:r>
    </w:p>
    <w:p>
      <w:r>
        <w:t>31. он, предвидя это, сказал о воскресении Христа, что Он не был оставлен в Аиде и Его плоть не увидела тления.</w:t>
      </w:r>
    </w:p>
    <w:p>
      <w:r>
        <w:t>32. Этого Иисуса Бог воскресил, и все мы — свидетели этого.</w:t>
      </w:r>
    </w:p>
    <w:p>
      <w:r>
        <w:t>33. Итак, будучи вознесён к правой руке Бога и получив от Отца обещанного Святого Духа, Он излил то, что вы сейчас видите и слышите.</w:t>
      </w:r>
    </w:p>
    <w:p>
      <w:r>
        <w:t>34. Ведь Давид не восходил на небеса, но сам говорит: “Сказал Господь моему Господу: сядь по правую руку от Меня,</w:t>
      </w:r>
    </w:p>
    <w:p>
      <w:r>
        <w:t>35. пока Я не положу Твоих врагов подножием Твоих ног”.</w:t>
      </w:r>
    </w:p>
    <w:p>
      <w:r>
        <w:t>36. Итак, пусть весь дом Израиля твёрдо знает: Бог сделал Господом и Христом этого Иисуса, Которого вы распяли».</w:t>
      </w:r>
    </w:p>
    <w:p>
      <w:r>
        <w:t>37. Услышав это, они были пронзены в сердце и сказали Петру и остальным апостолам: «Что нам делать, мужи братья?»</w:t>
      </w:r>
    </w:p>
    <w:p>
      <w:r>
        <w:t>38. Пётр сказал им: «Покайтесь, и пусть каждый из вас будет крещён во имя Иисуса Христа для прощения ваших грехов, и вы получите дар Святого Духа.</w:t>
      </w:r>
    </w:p>
    <w:p>
      <w:r>
        <w:t>39. Потому что обещание — вам, вашим детям и всем дальним, кого ни призовёт Господь, наш Бог».</w:t>
      </w:r>
    </w:p>
    <w:p>
      <w:r>
        <w:t>40. И многими другими словами он свидетельствовал и увещевал их: «Спасайтесь от этого развращённого поколения».</w:t>
      </w:r>
    </w:p>
    <w:p>
      <w:r>
        <w:t>41. Те, кто принял его слово, были крещены, и в тот день прибавилось около трёх тысяч человек.</w:t>
      </w:r>
    </w:p>
    <w:p>
      <w:r>
        <w:t>42. Они постоянно пребывали в учении апостолов, в общении, в преломлении хлеба и в молитвах.</w:t>
      </w:r>
    </w:p>
    <w:p>
      <w:r>
        <w:t>43. Страх охватил каждого, и через апостолов совершалось много чудес и знамений.</w:t>
      </w:r>
    </w:p>
    <w:p>
      <w:r>
        <w:t>44. Все верующие были вместе и имели всё общее.</w:t>
      </w:r>
    </w:p>
    <w:p>
      <w:r>
        <w:t>45. Они продавали владения и имущество и распределяли вырученное между всеми по мере нужды каждого.</w:t>
      </w:r>
    </w:p>
    <w:p>
      <w:r>
        <w:t>46. Каждый день они единодушно пребывали в храме, преломляли хлеб по домам и принимали пищу с радостью и простотой сердца,</w:t>
      </w:r>
    </w:p>
    <w:p>
      <w:r>
        <w:t>47. хваля Бога и пользуясь расположением всего народа. А Господь ежедневно прибавлял к ним спасаемых.</w:t>
      </w:r>
    </w:p>
    <w:p>
      <w:pPr>
        <w:pStyle w:val="Heading2"/>
      </w:pPr>
      <w:r>
        <w:t>Глава 3</w:t>
      </w:r>
    </w:p>
    <w:p>
      <w:r>
        <w:t>1. Пётр и Иоанн поднимались в храм в девятый час, час молитвы.</w:t>
      </w:r>
    </w:p>
    <w:p>
      <w:r>
        <w:t>2. Туда каждый день приносили человека, хромого от рождения, и сажали у ворот храма, называемых Красивыми, чтобы он просил милостыню у входящих в храм.</w:t>
      </w:r>
    </w:p>
    <w:p>
      <w:r>
        <w:t>3. Увидев Петра и Иоанна, собиравшихся войти в храм, он попросил у них милостыню.</w:t>
      </w:r>
    </w:p>
    <w:p>
      <w:r>
        <w:t>4. Пётр вместе с Иоанном пристально посмотрел на него и сказал: «Посмотри на нас».</w:t>
      </w:r>
    </w:p>
    <w:p>
      <w:r>
        <w:t>5. Тот устремил на них взгляд, ожидая что-нибудь получить.</w:t>
      </w:r>
    </w:p>
    <w:p>
      <w:r>
        <w:t>6. Но Пётр сказал: «Серебра и золота у меня нет, но что имею, то даю тебе: во имя Иисуса Христа Назарянина — ходи!»</w:t>
      </w:r>
    </w:p>
    <w:p>
      <w:r>
        <w:t>7. Взяв его за правую руку, Пётр поднял его; и сразу укрепились его ступни и лодыжки.</w:t>
      </w:r>
    </w:p>
    <w:p>
      <w:r>
        <w:t>8. Вскочив, он встал и начал ходить. Он вошёл с ними в храм, ходя, прыгая и хваля Бога.</w:t>
      </w:r>
    </w:p>
    <w:p>
      <w:r>
        <w:t>9. Весь народ увидел его ходящим и хвалящим Бога.</w:t>
      </w:r>
    </w:p>
    <w:p>
      <w:r>
        <w:t>10. Люди узнавали в нём того самого, кто просил милостыню у Красивых ворот храма, и были охвачены изумлением и потрясением от случившегося с ним.</w:t>
      </w:r>
    </w:p>
    <w:p>
      <w:r>
        <w:t>11. Пока он держался за Петра и Иоанна, весь народ в изумлении сбежался к ним в колоннаду, называемую Соломоновой.</w:t>
      </w:r>
    </w:p>
    <w:p>
      <w:r>
        <w:t>12. Увидев это, Пётр сказал народу: «Мужи израильские! Почему вы удивляетесь этому? Почему смотрите на нас так, будто мы своей силой или благочестием сделали так, что он ходит?</w:t>
      </w:r>
    </w:p>
    <w:p>
      <w:r>
        <w:t>13. Бог Авраама, Исаака и Иакова, Бог наших отцов, прославил Своего Служителя Иисуса, Которого вы предали и от Которого отреклись перед Пилатом, когда тот решил Его отпустить.</w:t>
      </w:r>
    </w:p>
    <w:p>
      <w:r>
        <w:t>14. Но вы отреклись от Святого и Праведного и попросили даровать вам убийцу,</w:t>
      </w:r>
    </w:p>
    <w:p>
      <w:r>
        <w:t>15. а Начинателя жизни убили. Но Бог воскресил Его из мёртвых, и мы — свидетели этого.</w:t>
      </w:r>
    </w:p>
    <w:p>
      <w:r>
        <w:t>16. И по вере в Его имя само Его имя укрепило этого человека, которого вы видите и знаете; и вера, приходящая через Него, дала ему эту полную крепость перед всеми вами.</w:t>
      </w:r>
    </w:p>
    <w:p>
      <w:r>
        <w:t>17. И теперь, братья, я знаю, что вы сделали это по неведению, как и ваши начальники.</w:t>
      </w:r>
    </w:p>
    <w:p>
      <w:r>
        <w:t>18. Но Бог так исполнил то, что заранее возвестил устами всех пророков: Его Христу предстояло пострадать.</w:t>
      </w:r>
    </w:p>
    <w:p>
      <w:r>
        <w:t>19. Итак, покайтесь и обратитесь, чтобы ваши грехи были изглажены,</w:t>
      </w:r>
    </w:p>
    <w:p>
      <w:r>
        <w:t>20. чтобы от лица Господа пришли времена отрады и Он послал предназначенного вам Христа — Иисуса,</w:t>
      </w:r>
    </w:p>
    <w:p>
      <w:r>
        <w:t>21. Которого небо должно принять до времён восстановления всего, о чём Бог говорил устами Своих святых пророков от века.</w:t>
      </w:r>
    </w:p>
    <w:p>
      <w:r>
        <w:t>22. Моисей сказал: “Господь, ваш Бог, воздвигнет вам из ваших братьев Пророка, подобного мне. Слушайте Его во всём, что Он будет говорить вам.</w:t>
      </w:r>
    </w:p>
    <w:p>
      <w:r>
        <w:t>23. И всякая душа, которая не послушает того Пророка, будет истреблена из народа”.</w:t>
      </w:r>
    </w:p>
    <w:p>
      <w:r>
        <w:t>24. И все пророки, от Самуила и далее, сколько их ни говорило, также возвещали эти дни.</w:t>
      </w:r>
    </w:p>
    <w:p>
      <w:r>
        <w:t>25. Вы — сыновья пророков и завета, который Бог заключил с вашими отцами, сказав Аврааму: “И в твоём семени будут благословлены все племена земли”.</w:t>
      </w:r>
    </w:p>
    <w:p>
      <w:r>
        <w:t>26. Для вас прежде всего Бог воздвиг Своего Служителя и послал Его благословлять вас, обращая каждого от ваших злых дел».</w:t>
      </w:r>
    </w:p>
    <w:p>
      <w:pPr>
        <w:pStyle w:val="Heading2"/>
      </w:pPr>
      <w:r>
        <w:t>Глава 4</w:t>
      </w:r>
    </w:p>
    <w:p>
      <w:r>
        <w:t>1. Пока они говорили народу, к ним подошли священники, начальник храмовой стражи и саддукеи,</w:t>
      </w:r>
    </w:p>
    <w:p>
      <w:r>
        <w:t>2. раздражённые тем, что они учат народ и возвещают в Иисусе воскресение из мёртвых.</w:t>
      </w:r>
    </w:p>
    <w:p>
      <w:r>
        <w:t>3. Они схватили их и заключили под стражу до следующего дня, потому что уже был вечер.</w:t>
      </w:r>
    </w:p>
    <w:p>
      <w:r>
        <w:t>4. Но многие из слышавших слово поверили, и число мужчин достигло примерно пяти тысяч.</w:t>
      </w:r>
    </w:p>
    <w:p>
      <w:r>
        <w:t>5. На следующий день в Иерусалиме собрались их начальники, старейшины и книжники,</w:t>
      </w:r>
    </w:p>
    <w:p>
      <w:r>
        <w:t>6. а также первосвященник Анна, Каиафа, Иоанн, Александр и все, кто принадлежал к первосвященническому роду.</w:t>
      </w:r>
    </w:p>
    <w:p>
      <w:r>
        <w:t>7. Поставив Петра и Иоанна посреди, они спрашивали: «Какой силой или каким именем вы это сделали?»</w:t>
      </w:r>
    </w:p>
    <w:p>
      <w:r>
        <w:t>8. Тогда Пётр, исполнившись Святого Духа, сказал им: «Начальники народа и старейшины!</w:t>
      </w:r>
    </w:p>
    <w:p>
      <w:r>
        <w:t>9. Если нас сегодня допрашивают за доброе дело, сделанное больному человеку, и спрашивают, через кого он был спасён,</w:t>
      </w:r>
    </w:p>
    <w:p>
      <w:r>
        <w:t>10. то пусть будет известно всем вам и всему народу Израиля: именем Иисуса Христа Назарянина, Которого вы распяли и Которого Бог воскресил из мёртвых, — Им этот человек стоит перед вами здоровым.</w:t>
      </w:r>
    </w:p>
    <w:p>
      <w:r>
        <w:t>11. Он — камень, отвергнутый вами, строителями, который стал главой угла.</w:t>
      </w:r>
    </w:p>
    <w:p>
      <w:r>
        <w:t>12. И ни в ком другом нет спасения, потому что нет под небом другого имени, данного людям, которым надлежит нам спастись».</w:t>
      </w:r>
    </w:p>
    <w:p>
      <w:r>
        <w:t>13. Видя смелость Петра и Иоанна и понимая, что они люди необразованные и простые, они удивлялись и узнавали в них тех, кто был с Иисусом.</w:t>
      </w:r>
    </w:p>
    <w:p>
      <w:r>
        <w:t>14. А видя исцелённого человека, стоящего рядом с ними, они ничего не могли возразить.</w:t>
      </w:r>
    </w:p>
    <w:p>
      <w:r>
        <w:t>15. Приказав им выйти из синедриона, они стали совещаться друг с другом:</w:t>
      </w:r>
    </w:p>
    <w:p>
      <w:r>
        <w:t>16. «Что нам делать с этими людьми? Ведь всем жителям Иерусалима известно, что через них произошло явное знамение, и мы не можем этого отрицать.</w:t>
      </w:r>
    </w:p>
    <w:p>
      <w:r>
        <w:t>17. Но чтобы это не распространялось дальше среди народа, пригрозим им, чтобы впредь они никому не говорили об этом имени».</w:t>
      </w:r>
    </w:p>
    <w:p>
      <w:r>
        <w:t>18. Позвав их, они приказали им вообще не говорить и не учить во имя Иисуса.</w:t>
      </w:r>
    </w:p>
    <w:p>
      <w:r>
        <w:t>19. Но Пётр и Иоанн ответили: «Судите сами, справедливо ли перед Богом слушать вас больше, чем Бога.</w:t>
      </w:r>
    </w:p>
    <w:p>
      <w:r>
        <w:t>20. Мы не можем не говорить о том, что видели и слышали».</w:t>
      </w:r>
    </w:p>
    <w:p>
      <w:r>
        <w:t>21. Они снова пригрозили им и отпустили, не находя возможности наказать их из-за народа, потому что все прославляли Бога за произошедшее.</w:t>
      </w:r>
    </w:p>
    <w:p>
      <w:r>
        <w:t>22. Человеку, над которым совершилось это знамение исцеления, было больше сорока лет.</w:t>
      </w:r>
    </w:p>
    <w:p>
      <w:r>
        <w:t>23. После освобождения они пришли к своим и рассказали всё, что сказали им первосвященники и старейшины.</w:t>
      </w:r>
    </w:p>
    <w:p>
      <w:r>
        <w:t>24. Услышав это, все единодушно возвысили голос к Богу: «Владыка! Ты создал небо, землю, море и всё, что в них.</w:t>
      </w:r>
    </w:p>
    <w:p>
      <w:r>
        <w:t>25. Ты через Святого Духа устами нашего отца Давида, Твоего служителя, сказал: “Почему бушуют народы и племена замышляют пустое?</w:t>
      </w:r>
    </w:p>
    <w:p>
      <w:r>
        <w:t>26. Восстали цари земли, и начальники собрались вместе против Господа и против Его Христа”.</w:t>
      </w:r>
    </w:p>
    <w:p>
      <w:r>
        <w:t>27. И действительно, собрались против Твоего святого Служителя Иисуса, Которого Ты помазал, Ирод и Понтий Пилат вместе с язычниками и народами Израиля,</w:t>
      </w:r>
    </w:p>
    <w:p>
      <w:r>
        <w:t>28. чтобы совершить всё заранее определённое Твоей рукой и Твоим замыслом.</w:t>
      </w:r>
    </w:p>
    <w:p>
      <w:r>
        <w:t>29. И теперь, Господи, посмотри на их угрозы и дай Твоим рабам со всей смелостью говорить Твоё слово,</w:t>
      </w:r>
    </w:p>
    <w:p>
      <w:r>
        <w:t>30. простирая Твою руку для исцеления, чтобы знамения и чудеса совершались через имя Твоего святого Служителя Иисуса».</w:t>
      </w:r>
    </w:p>
    <w:p>
      <w:r>
        <w:t>31. Когда они помолились, поколебалось место, где они были собраны; все исполнились Святого Духа и говорили слово Божье со смелостью.</w:t>
      </w:r>
    </w:p>
    <w:p>
      <w:r>
        <w:t>32. У множества уверовавших было одно сердце и одна душа; никто ничего из своего имущества не называл своим, но всё у них было общее.</w:t>
      </w:r>
    </w:p>
    <w:p>
      <w:r>
        <w:t>33. Апостолы с великой силой свидетельствовали о воскресении Господа Иисуса, и великая благодать была на всех них.</w:t>
      </w:r>
    </w:p>
    <w:p>
      <w:r>
        <w:t>34. Среди них не было ни одного нуждающегося: все владельцы земель или домов продавали их и приносили деньги, вырученные от продажи,</w:t>
      </w:r>
    </w:p>
    <w:p>
      <w:r>
        <w:t>35. и клали к ногам апостолов; каждому распределяли по нужде.</w:t>
      </w:r>
    </w:p>
    <w:p>
      <w:r>
        <w:t>36. Иосиф, которого апостолы прозвали Варнавой, что переводится «сын утешения», левит, родом с Кипра,</w:t>
      </w:r>
    </w:p>
    <w:p>
      <w:r>
        <w:t>37. имел поле; продав его, он принёс деньги и положил к ногам апостолов.</w:t>
      </w:r>
    </w:p>
    <w:p>
      <w:pPr>
        <w:pStyle w:val="Heading2"/>
      </w:pPr>
      <w:r>
        <w:t>Глава 5</w:t>
      </w:r>
    </w:p>
    <w:p>
      <w:r>
        <w:t>1. Некто по имени Анания вместе со своей женой Сапфирой продал имение.</w:t>
      </w:r>
    </w:p>
    <w:p>
      <w:r>
        <w:t>2. С ведома жены он утаил часть выручки, а часть принёс и положил к ногам апостолов.</w:t>
      </w:r>
    </w:p>
    <w:p>
      <w:r>
        <w:t>3. Пётр сказал: «Анания! Почему сатана наполнил твоё сердце, чтобы ты солгал Святому Духу и утаил часть выручки за поле?</w:t>
      </w:r>
    </w:p>
    <w:p>
      <w:r>
        <w:t>4. Пока оно оставалось у тебя, разве не было твоим? И после продажи разве деньги не оставались в твоей власти? Зачем ты задумал это в своём сердце? Ты солгал не людям, а Богу».</w:t>
      </w:r>
    </w:p>
    <w:p>
      <w:r>
        <w:t>5. Услышав эти слова, Анания упал и умер. И великий страх охватил всех, кто услышал об этом.</w:t>
      </w:r>
    </w:p>
    <w:p>
      <w:r>
        <w:t>6. Молодые люди встали, завернули его, вынесли и похоронили.</w:t>
      </w:r>
    </w:p>
    <w:p>
      <w:r>
        <w:t>7. Примерно через три часа вошла его жена, не зная о случившемся.</w:t>
      </w:r>
    </w:p>
    <w:p>
      <w:r>
        <w:t>8. Пётр спросил её: «Скажи мне, за такую ли сумму вы продали поле?» Она ответила: «Да, за такую».</w:t>
      </w:r>
    </w:p>
    <w:p>
      <w:r>
        <w:t>9. Пётр сказал ей: «Почему вы сговорились испытать Духа Господа? Вот у двери ноги тех, кто похоронил твоего мужа; они вынесут и тебя».</w:t>
      </w:r>
    </w:p>
    <w:p>
      <w:r>
        <w:t>10. Она сразу упала к его ногам и умерла. Войдя, молодые люди нашли её мёртвой, вынесли и похоронили рядом с мужем.</w:t>
      </w:r>
    </w:p>
    <w:p>
      <w:r>
        <w:t>11. И великий страх охватил всю церковь и всех, кто услышал об этом.</w:t>
      </w:r>
    </w:p>
    <w:p>
      <w:r>
        <w:t>12. Руками апостолов совершалось в народе много знамений и чудес; все они единодушно собирались в колоннаде Соломона.</w:t>
      </w:r>
    </w:p>
    <w:p>
      <w:r>
        <w:t>13. Из остальных никто не решался присоединиться к ним, однако народ высоко их почитал.</w:t>
      </w:r>
    </w:p>
    <w:p>
      <w:r>
        <w:t>14. А верующих в Господа прибавлялось всё больше — множество мужчин и женщин.</w:t>
      </w:r>
    </w:p>
    <w:p>
      <w:r>
        <w:t>15. Больных даже выносили на улицы и клали на кроватях и носилках, чтобы, когда проходил Пётр, хотя бы его тень осенила кого-нибудь из них.</w:t>
      </w:r>
    </w:p>
    <w:p>
      <w:r>
        <w:t>16. Сходилось также множество людей из городов вокруг Иерусалима, принося больных и мучимых нечистыми духами, и все они исцелялись.</w:t>
      </w:r>
    </w:p>
    <w:p>
      <w:r>
        <w:t>17. Тогда первосвященник и все бывшие с ним, принадлежавшие к партии саддукеев, поднялись, исполнившись ревности,</w:t>
      </w:r>
    </w:p>
    <w:p>
      <w:r>
        <w:t>18. схватили апостолов и заключили их в общую тюрьму.</w:t>
      </w:r>
    </w:p>
    <w:p>
      <w:r>
        <w:t>19. Но ночью ангел Господа открыл двери тюрьмы, вывел их и сказал:</w:t>
      </w:r>
    </w:p>
    <w:p>
      <w:r>
        <w:t>20. «Идите, встаньте в храме и говорите народу все слова этой Жизни».</w:t>
      </w:r>
    </w:p>
    <w:p>
      <w:r>
        <w:t>21. Услышав это, они на рассвете вошли в храм и стали учить. Тем временем первосвященник и бывшие с ним созвали синедрион и весь совет старейшин сынов Израиля и послали в тюрьму привести апостолов.</w:t>
      </w:r>
    </w:p>
    <w:p>
      <w:r>
        <w:t>22. Но служители, придя туда, не нашли их в тюрьме. Вернувшись, они доложили:</w:t>
      </w:r>
    </w:p>
    <w:p>
      <w:r>
        <w:t>23. «Тюрьму мы нашли надёжно запертой, а стражей — стоящими у дверей; но, открыв, внутри никого не нашли».</w:t>
      </w:r>
    </w:p>
    <w:p>
      <w:r>
        <w:t>24. Услышав это, начальник храмовой стражи и первосвященники недоумевали, что бы это могло значить.</w:t>
      </w:r>
    </w:p>
    <w:p>
      <w:r>
        <w:t>25. Тут пришёл кто-то и сообщил им: «Вот, люди, которых вы заключили в тюрьму, стоят в храме и учат народ».</w:t>
      </w:r>
    </w:p>
    <w:p>
      <w:r>
        <w:t>26. Тогда начальник стражи пошёл со служителями и привёл их, но без насилия, потому что они боялись, что народ побьёт их камнями.</w:t>
      </w:r>
    </w:p>
    <w:p>
      <w:r>
        <w:t>27. Приведя апостолов, их поставили перед синедрионом, и первосвященник спросил их:</w:t>
      </w:r>
    </w:p>
    <w:p>
      <w:r>
        <w:t>28. «Мы строго приказали вам не учить во имя это, а вы наполнили Иерусалим своим учением и хотите возложить на нас кровь этого Человека».</w:t>
      </w:r>
    </w:p>
    <w:p>
      <w:r>
        <w:t>29. Пётр и апостолы ответили: «Повиноваться нужно Богу больше, чем людям.</w:t>
      </w:r>
    </w:p>
    <w:p>
      <w:r>
        <w:t>30. Бог наших отцов воскресил Иисуса, Которого вы убили, повесив на дереве.</w:t>
      </w:r>
    </w:p>
    <w:p>
      <w:r>
        <w:t>31. Его Бог возвысил Своей правой рукой как Начальника и Спасителя, чтобы дать Израилю покаяние и прощение грехов.</w:t>
      </w:r>
    </w:p>
    <w:p>
      <w:r>
        <w:t>32. И мы — свидетели этих событий, как и Святой Дух, Которого Бог дал повинующимся Ему».</w:t>
      </w:r>
    </w:p>
    <w:p>
      <w:r>
        <w:t>33. Услышав это, они пришли в ярость и хотели убить их.</w:t>
      </w:r>
    </w:p>
    <w:p>
      <w:r>
        <w:t>34. Но в синедрионе встал фарисей по имени Гамалиил, учитель Закона, уважаемый всем народом, и приказал ненадолго вывести этих людей.</w:t>
      </w:r>
    </w:p>
    <w:p>
      <w:r>
        <w:t>35. Затем сказал: «Мужи израильские! Будьте осторожны в том, что собираетесь сделать с этими людьми.</w:t>
      </w:r>
    </w:p>
    <w:p>
      <w:r>
        <w:t>36. Некоторое время назад появился Февда, выдавая себя за кого-то значительного; к нему примкнуло около четырёхсот человек. Его убили, а все последовавшие за ним рассеялись и сошли на нет.</w:t>
      </w:r>
    </w:p>
    <w:p>
      <w:r>
        <w:t>37. После него, во дни переписи, появился Иуда Галилеянин и увлёк за собой народ. Он тоже погиб, а все последовавшие за ним рассеялись.</w:t>
      </w:r>
    </w:p>
    <w:p>
      <w:r>
        <w:t>38. И теперь говорю вам: отступитесь от этих людей и оставьте их. Если этот замысел или это дело от людей, оно разрушится.</w:t>
      </w:r>
    </w:p>
    <w:p>
      <w:r>
        <w:t>39. Но если оно от Бога, вы не сможете их уничтожить — как бы вам не оказаться богоборцами». И они послушались его.</w:t>
      </w:r>
    </w:p>
    <w:p>
      <w:r>
        <w:t>40. Позвав апостолов, их избили, приказали не говорить во имя Иисуса и отпустили.</w:t>
      </w:r>
    </w:p>
    <w:p>
      <w:r>
        <w:t>41. Они же вышли из синедриона, радуясь, что удостоились понести бесчестие за Имя.</w:t>
      </w:r>
    </w:p>
    <w:p>
      <w:r>
        <w:t>42. И каждый день в храме и по домам они не переставали учить и благовествовать об Иисусе как о Христе.</w:t>
      </w:r>
    </w:p>
    <w:p>
      <w:pPr>
        <w:pStyle w:val="Heading2"/>
      </w:pPr>
      <w:r>
        <w:t>Глава 6</w:t>
      </w:r>
    </w:p>
    <w:p>
      <w:r>
        <w:t>1. В те дни, когда число учеников возрастало, у эллинистов возник ропот против евреев из-за того, что их вдовы оставались без внимания при ежедневном распределении.</w:t>
      </w:r>
    </w:p>
    <w:p>
      <w:r>
        <w:t>2. Тогда двенадцать созвали множество учеников и сказали: «Неправильно нам оставлять слово Божье ради служения при столах.</w:t>
      </w:r>
    </w:p>
    <w:p>
      <w:r>
        <w:t>3. Поэтому, братья, выберите из своей среды семь мужчин с добрым свидетельством, исполненных Духа и мудрости, которых мы поставим на это дело.</w:t>
      </w:r>
    </w:p>
    <w:p>
      <w:r>
        <w:t>4. А мы будем постоянно пребывать в молитве и служении слова».</w:t>
      </w:r>
    </w:p>
    <w:p>
      <w:r>
        <w:t>5. Это предложение понравилось всему собранию, и они избрали Стефана, человека, полного веры и Святого Духа, Филиппа, Прохора, Никанора, Тимона, Пармена и Николая, прозелита из Антиохии.</w:t>
      </w:r>
    </w:p>
    <w:p>
      <w:r>
        <w:t>6. Их поставили перед апостолами, и те, помолившись, возложили на них руки.</w:t>
      </w:r>
    </w:p>
    <w:p>
      <w:r>
        <w:t>7. Слово Божье распространялось, число учеников в Иерусалиме быстро росло, и множество священников повиновалось вере.</w:t>
      </w:r>
    </w:p>
    <w:p>
      <w:r>
        <w:t>8. Стефан, полный благодати и силы, совершал великие чудеса и знамения среди народа.</w:t>
      </w:r>
    </w:p>
    <w:p>
      <w:r>
        <w:t>9. Но некоторые из так называемой синагоги Либертинов, киринеев и александрийцев, а также выходцы из Киликии и Азии вступили в спор со Стефаном.</w:t>
      </w:r>
    </w:p>
    <w:p>
      <w:r>
        <w:t>10. Они не могли противостоять мудрости и Духу, Которым он говорил.</w:t>
      </w:r>
    </w:p>
    <w:p>
      <w:r>
        <w:t>11. Тогда они подговорили людей сказать: «Мы слышали, как он говорил хульные слова против Моисея и Бога».</w:t>
      </w:r>
    </w:p>
    <w:p>
      <w:r>
        <w:t>12. Они возбудили народ, старейшин и книжников, напали на него, схватили и привели в синедрион.</w:t>
      </w:r>
    </w:p>
    <w:p>
      <w:r>
        <w:t>13. И выставили ложных свидетелей, которые говорили: «Этот человек не перестаёт говорить против этого святого места и Закона.</w:t>
      </w:r>
    </w:p>
    <w:p>
      <w:r>
        <w:t>14. Мы слышали, как он говорил, что этот Иисус Назарянин разрушит это место и изменит обычаи, которые передал нам Моисей».</w:t>
      </w:r>
    </w:p>
    <w:p>
      <w:r>
        <w:t>15. Все сидевшие в синедрионе пристально смотрели на него и увидели, что его лицо было словно лицо ангела.</w:t>
      </w:r>
    </w:p>
    <w:p>
      <w:pPr>
        <w:pStyle w:val="Heading2"/>
      </w:pPr>
      <w:r>
        <w:t>Глава 7</w:t>
      </w:r>
    </w:p>
    <w:p>
      <w:r>
        <w:t>1. Первосвященник спросил: «Так ли это?»</w:t>
      </w:r>
    </w:p>
    <w:p>
      <w:r>
        <w:t>2. Стефан ответил: «Мужи братья и отцы, послушайте! Бог славы явился нашему отцу Аврааму, когда тот был в Месопотамии, ещё до его переселения в Харран,</w:t>
      </w:r>
    </w:p>
    <w:p>
      <w:r>
        <w:t>3. и сказал ему: “Выйди из своей земли и от своей родни и иди в землю, которую Я тебе покажу”.</w:t>
      </w:r>
    </w:p>
    <w:p>
      <w:r>
        <w:t>4. Тогда он вышел из земли халдеев и поселился в Харране. А после смерти его отца Бог переселил его оттуда в эту землю, где вы теперь живёте.</w:t>
      </w:r>
    </w:p>
    <w:p>
      <w:r>
        <w:t>5. Он не дал ему в ней наследства даже на ширину ступни, но обещал дать её во владение ему и его потомству после него, хотя у него ещё не было ребёнка.</w:t>
      </w:r>
    </w:p>
    <w:p>
      <w:r>
        <w:t>6. Бог сказал, что его потомки будут переселенцами в чужой земле, где их поработят и будут притеснять четыреста лет.</w:t>
      </w:r>
    </w:p>
    <w:p>
      <w:r>
        <w:t>7. “Но народ, которому они будут служить, Я осужу, — сказал Бог, — и после этого они выйдут и будут служить Мне на этом месте”.</w:t>
      </w:r>
    </w:p>
    <w:p>
      <w:r>
        <w:t>8. И Бог дал ему завет обрезания. Так Авраам родил Исаака и обрезал его на восьмой день; Исаак — Иакова, а Иаков — двенадцать патриархов.</w:t>
      </w:r>
    </w:p>
    <w:p>
      <w:r>
        <w:t>9. Патриархи из зависти продали Иосифа в Египет, но Бог был с ним</w:t>
      </w:r>
    </w:p>
    <w:p>
      <w:r>
        <w:t>10. и избавил его от всех бедствий, дал ему благоволение и мудрость перед фараоном, царём Египта, и тот поставил его правителем над Египтом и всем своим домом.</w:t>
      </w:r>
    </w:p>
    <w:p>
      <w:r>
        <w:t>11. Потом на весь Египет и Ханаан пришёл голод и великое бедствие, и наши отцы не находили пищи.</w:t>
      </w:r>
    </w:p>
    <w:p>
      <w:r>
        <w:t>12. Услышав, что в Египте есть зерно, Иаков впервые послал туда наших отцов.</w:t>
      </w:r>
    </w:p>
    <w:p>
      <w:r>
        <w:t>13. Во второй раз Иосиф открылся своим братьям, и фараону стало известно происхождение Иосифа.</w:t>
      </w:r>
    </w:p>
    <w:p>
      <w:r>
        <w:t>14. Тогда Иосиф послал за своим отцом Иаковом и всей роднёй — всего семьдесят пять человек.</w:t>
      </w:r>
    </w:p>
    <w:p>
      <w:r>
        <w:t>15. Иаков сошёл в Египет; там умерли и он, и наши отцы.</w:t>
      </w:r>
    </w:p>
    <w:p>
      <w:r>
        <w:t>16. Их перенесли в Сихем и положили в гробнице, которую Авраам купил за серебро у сынов Еммора в Сихеме.</w:t>
      </w:r>
    </w:p>
    <w:p>
      <w:r>
        <w:t>17. Когда приближалось время исполнения обещания, которое Бог дал Аврааму, народ в Египте вырос и умножился,</w:t>
      </w:r>
    </w:p>
    <w:p>
      <w:r>
        <w:t>18. пока над Египтом не воцарился другой царь, который не знал Иосифа.</w:t>
      </w:r>
    </w:p>
    <w:p>
      <w:r>
        <w:t>19. Он действовал коварно против нашего народа и притеснял наших отцов, заставляя их оставлять младенцев, чтобы те не оставались в живых.</w:t>
      </w:r>
    </w:p>
    <w:p>
      <w:r>
        <w:t>20. В это время родился Моисей; он был прекрасен перед Богом. Три месяца его растили в доме отца.</w:t>
      </w:r>
    </w:p>
    <w:p>
      <w:r>
        <w:t>21. Когда же его оставили, дочь фараона взяла его и воспитала как своего сына.</w:t>
      </w:r>
    </w:p>
    <w:p>
      <w:r>
        <w:t>22. Моисей был обучен всей мудрости египтян и был силён в словах и делах.</w:t>
      </w:r>
    </w:p>
    <w:p>
      <w:r>
        <w:t>23. Когда ему исполнилось сорок лет, ему пришло на сердце посетить своих братьев, сынов Израиля.</w:t>
      </w:r>
    </w:p>
    <w:p>
      <w:r>
        <w:t>24. Увидев, что одного из них обижают, он вступился за притесняемого и отомстил за него, поразив египтянина.</w:t>
      </w:r>
    </w:p>
    <w:p>
      <w:r>
        <w:t>25. Он думал, что его братья поймут: Бог через его руку даёт им спасение, но они не поняли.</w:t>
      </w:r>
    </w:p>
    <w:p>
      <w:r>
        <w:t>26. На следующий день он пришёл к ним, когда двое дрались, и пытался примирить их: “Мужи, вы же братья! Зачем вы обижаете друг друга?”</w:t>
      </w:r>
    </w:p>
    <w:p>
      <w:r>
        <w:t>27. Но тот, кто обижал ближнего, оттолкнул Моисея и сказал: “Кто поставил тебя начальником и судьёй над нами?</w:t>
      </w:r>
    </w:p>
    <w:p>
      <w:r>
        <w:t>28. Не хочешь ли ты убить и меня, как вчера убил египтянина?”</w:t>
      </w:r>
    </w:p>
    <w:p>
      <w:r>
        <w:t>29. Из-за этих слов Моисей бежал и стал переселенцем в земле Мадиам, где у него родились два сына.</w:t>
      </w:r>
    </w:p>
    <w:p>
      <w:r>
        <w:t>30. Когда прошло сорок лет, в пустыне у горы Синай ему явился ангел в пламени горящего куста.</w:t>
      </w:r>
    </w:p>
    <w:p>
      <w:r>
        <w:t>31. Моисей, увидев это, удивился видению. Когда он подошёл рассмотреть ближе, раздался голос Господа:</w:t>
      </w:r>
    </w:p>
    <w:p>
      <w:r>
        <w:t>32. “Я — Бог твоих отцов, Бог Авраама, Исаака и Иакова”. Моисей задрожал и не смел смотреть.</w:t>
      </w:r>
    </w:p>
    <w:p>
      <w:r>
        <w:t>33. Господь сказал ему: “Сними обувь с ног, потому что место, на котором ты стоишь, — святая земля.</w:t>
      </w:r>
    </w:p>
    <w:p>
      <w:r>
        <w:t>34. Я действительно увидел страдание Моего народа в Египте и услышал их стон. Я сошёл, чтобы избавить их. А теперь иди: Я пошлю тебя в Египет”.</w:t>
      </w:r>
    </w:p>
    <w:p>
      <w:r>
        <w:t>35. Этого Моисея, от которого они отреклись, говоря: “Кто поставил тебя начальником и судьёй?”, именно его Бог послал как начальника и избавителя через ангела, явившегося ему в кусте.</w:t>
      </w:r>
    </w:p>
    <w:p>
      <w:r>
        <w:t>36. Он вывел их, совершив чудеса и знамения в земле Египетской, в Красном море и в пустыне в течение сорока лет.</w:t>
      </w:r>
    </w:p>
    <w:p>
      <w:r>
        <w:t>37. Это тот Моисей, который сказал сынам Израиля: «Бог воздвигнет вам из ваших братьев Пророка, подобного мне».</w:t>
      </w:r>
    </w:p>
    <w:p>
      <w:r>
        <w:t>38. Это тот, кто был в собрании в пустыне вместе с ангелом, говорившим с ним на горе Синай, и с нашими отцами; он получил живые изречения, чтобы передать их нам.</w:t>
      </w:r>
    </w:p>
    <w:p>
      <w:r>
        <w:t>39. Но наши отцы не захотели ему повиноваться; они отвергли его и сердцами обратились назад в Египет,</w:t>
      </w:r>
    </w:p>
    <w:p>
      <w:r>
        <w:t>40. сказав Аарону: “Сделай нам богов, которые пойдут перед нами. А этот Моисей, который вывел нас из земли Египетской, — мы не знаем, что с ним случилось”.</w:t>
      </w:r>
    </w:p>
    <w:p>
      <w:r>
        <w:t>41. В те дни они сделали тельца, принесли жертву идолу и радовались делу своих рук.</w:t>
      </w:r>
    </w:p>
    <w:p>
      <w:r>
        <w:t>42. Но Бог отвернулся от них и предал их служить небесному воинству, как написано в книге пророков: “Разве Мне вы приносили заклания и жертвы сорок лет в пустыне, дом Израиля?</w:t>
      </w:r>
    </w:p>
    <w:p>
      <w:r>
        <w:t>43. Вы носили шатёр Молоха и звезду вашего бога Рефана — изображения, которые сделали, чтобы поклоняться им. И Я переселю вас за Вавилон”.</w:t>
      </w:r>
    </w:p>
    <w:p>
      <w:r>
        <w:t>44. У наших отцов в пустыне был шатёр свидетельства, устроенный по повелению Того, Кто сказал Моисею сделать его по образцу, который тот видел.</w:t>
      </w:r>
    </w:p>
    <w:p>
      <w:r>
        <w:t>45. Получив его, наши отцы вместе с Иисусом Навином внесли его, когда овладевали землями народов, которых Бог изгнал перед ними, — и так было до дней Давида.</w:t>
      </w:r>
    </w:p>
    <w:p>
      <w:r>
        <w:t>46. Давид обрёл благоволение перед Богом и просил обрести жилище для Бога Иакова.</w:t>
      </w:r>
    </w:p>
    <w:p>
      <w:r>
        <w:t>47. Но дом Ему построил Соломон.</w:t>
      </w:r>
    </w:p>
    <w:p>
      <w:r>
        <w:t>48. Однако Всевышний не живёт в том, что сделано руками, как говорит пророк:</w:t>
      </w:r>
    </w:p>
    <w:p>
      <w:r>
        <w:t>49. “Небо — Мой престол, а земля — подножие Моих ног. Какой дом построите Мне? — говорит Господь. — Или где место Моего покоя?</w:t>
      </w:r>
    </w:p>
    <w:p>
      <w:r>
        <w:t>50. Разве не Моя рука сотворила всё это?”</w:t>
      </w:r>
    </w:p>
    <w:p>
      <w:r>
        <w:t>51. Жестоковыйные, необрезанные сердцем и ушами! Вы всегда противитесь Святому Духу — как ваши отцы, так и вы.</w:t>
      </w:r>
    </w:p>
    <w:p>
      <w:r>
        <w:t>52. Кого из пророков не преследовали ваши отцы? Они убили тех, кто заранее возвещал приход Праведника, а теперь вы стали Его предателями и убийцами.</w:t>
      </w:r>
    </w:p>
    <w:p>
      <w:r>
        <w:t>53. Вы получили Закон по распоряжениям ангелов, но не соблюли его».</w:t>
      </w:r>
    </w:p>
    <w:p>
      <w:r>
        <w:t>54. Слушая это, они были уязвлены в сердцах и скрежетали на него зубами.</w:t>
      </w:r>
    </w:p>
    <w:p>
      <w:r>
        <w:t>55. Но Стефан, исполненный Святого Духа, пристально посмотрел в небо и увидел славу Божью и Иисуса, стоящего по правую руку Бога.</w:t>
      </w:r>
    </w:p>
    <w:p>
      <w:r>
        <w:t>56. Он сказал: «Вот, я вижу небеса открытыми и Сына Человеческого, стоящего по правую руку Бога».</w:t>
      </w:r>
    </w:p>
    <w:p>
      <w:r>
        <w:t>57. Они громко закричали, закрыли уши и все вместе бросились на него.</w:t>
      </w:r>
    </w:p>
    <w:p>
      <w:r>
        <w:t>58. Выведя его за город, они стали побивать его камнями. Свидетели положили свои одежды у ног юноши по имени Савл.</w:t>
      </w:r>
    </w:p>
    <w:p>
      <w:r>
        <w:t>59. Когда Стефана побивали камнями, он взывал: «Господи Иисус! Прими мой дух».</w:t>
      </w:r>
    </w:p>
    <w:p>
      <w:r>
        <w:t>60. Став на колени, он громко воскликнул: «Господи! Не вмени им этого греха». Сказав это, он уснул.</w:t>
      </w:r>
    </w:p>
    <w:p>
      <w:pPr>
        <w:pStyle w:val="Heading2"/>
      </w:pPr>
      <w:r>
        <w:t>Глава 8</w:t>
      </w:r>
    </w:p>
    <w:p>
      <w:r>
        <w:t>1. Савл одобрял его убийство. В тот день началось великое гонение на церковь в Иерусалиме, и все, кроме апостолов, рассеялись по областям Иудеи и Самарии.</w:t>
      </w:r>
    </w:p>
    <w:p>
      <w:r>
        <w:t>2. Благочестивые люди похоронили Стефана и глубоко оплакивали его.</w:t>
      </w:r>
    </w:p>
    <w:p>
      <w:r>
        <w:t>3. А Савл разорял церковь: входил в дома, вытаскивал мужчин и женщин и отдавал их в тюрьму.</w:t>
      </w:r>
    </w:p>
    <w:p>
      <w:r>
        <w:t>4. Рассеявшиеся ходили повсюду, благовествуя слово.</w:t>
      </w:r>
    </w:p>
    <w:p>
      <w:r>
        <w:t>5. Филипп пришёл в город Самарии и проповедовал им Христа.</w:t>
      </w:r>
    </w:p>
    <w:p>
      <w:r>
        <w:t>6. Толпы единодушно внимали словам Филиппа, слыша и видя знамения, которые он совершал.</w:t>
      </w:r>
    </w:p>
    <w:p>
      <w:r>
        <w:t>7. Из многих одержимых выходили нечистые духи, а многие парализованные и хромые исцелялись.</w:t>
      </w:r>
    </w:p>
    <w:p>
      <w:r>
        <w:t>8. И в том городе была великая радость.</w:t>
      </w:r>
    </w:p>
    <w:p>
      <w:r>
        <w:t>9. В городе был человек по имени Симон, который прежде занимался магией и приводил народ Самарии в изумление, выдавая себя за кого-то великого.</w:t>
      </w:r>
    </w:p>
    <w:p>
      <w:r>
        <w:t>10. Все, от малого до великого, внимали ему и говорили: «Он — та сила Божья, которую называют Великой».</w:t>
      </w:r>
    </w:p>
    <w:p>
      <w:r>
        <w:t>11. Они внимали ему, потому что долгое время он поражал их своей магией.</w:t>
      </w:r>
    </w:p>
    <w:p>
      <w:r>
        <w:t>12. Но когда они поверили Филиппу, благовествовавшему о Царстве Божьем и имени Иисуса Христа, крестились и мужчины, и женщины.</w:t>
      </w:r>
    </w:p>
    <w:p>
      <w:r>
        <w:t>13. Поверил и сам Симон; крестившись, он неотступно держался Филиппа и изумлялся, видя совершающиеся знамения и великие проявления силы.</w:t>
      </w:r>
    </w:p>
    <w:p>
      <w:r>
        <w:t>14. Когда апостолы в Иерусалиме услышали, что Самария приняла слово Божье, они послали к ним Петра и Иоанна.</w:t>
      </w:r>
    </w:p>
    <w:p>
      <w:r>
        <w:t>15. Те пришли и помолились о них, чтобы они получили Святого Духа,</w:t>
      </w:r>
    </w:p>
    <w:p>
      <w:r>
        <w:t>16. потому что Он ещё ни на кого из них не сходил; они только были крещены во имя Господа Иисуса.</w:t>
      </w:r>
    </w:p>
    <w:p>
      <w:r>
        <w:t>17. Тогда апостолы возлагали на них руки, и они получали Святого Духа.</w:t>
      </w:r>
    </w:p>
    <w:p>
      <w:r>
        <w:t>18. Увидев, что Дух даётся через возложение рук апостолов, Симон предложил им деньги</w:t>
      </w:r>
    </w:p>
    <w:p>
      <w:r>
        <w:t>19. и сказал: «Дайте и мне эту власть, чтобы тот, на кого я возложу руки, получал Святого Духа».</w:t>
      </w:r>
    </w:p>
    <w:p>
      <w:r>
        <w:t>20. Но Пётр сказал ему: «Пусть твоё серебро погибнет вместе с тобой, потому что ты подумал приобрести дар Божий за деньги.</w:t>
      </w:r>
    </w:p>
    <w:p>
      <w:r>
        <w:t>21. Нет тебе ни части, ни доли в этом деле, потому что твоё сердце неправо перед Богом.</w:t>
      </w:r>
    </w:p>
    <w:p>
      <w:r>
        <w:t>22. Итак, покайся в этом своём зле и моли Господа: может быть, простится тебе замысел твоего сердца.</w:t>
      </w:r>
    </w:p>
    <w:p>
      <w:r>
        <w:t>23. Я вижу, что ты в желчи горечи и в узах неправедности».</w:t>
      </w:r>
    </w:p>
    <w:p>
      <w:r>
        <w:t>24. Симон ответил: «Помолитесь вы за меня Господу, чтобы со мной не случилось ничего из того, что вы сказали».</w:t>
      </w:r>
    </w:p>
    <w:p>
      <w:r>
        <w:t>25. Засвидетельствовав и возвестив слово Господа, они возвращались в Иерусалим и благовествовали во многих селениях самарян.</w:t>
      </w:r>
    </w:p>
    <w:p>
      <w:r>
        <w:t>26. Ангел Господа сказал Филиппу: «Встань и иди на юг, на дорогу, идущую из Иерусалима в Газу; она пустынна».</w:t>
      </w:r>
    </w:p>
    <w:p>
      <w:r>
        <w:t>27. Он встал и пошёл. И вот, эфиопский евнух, вельможа Кандакии, царицы эфиопов, заведовавший всей её казной, приезжал в Иерусалим для поклонения</w:t>
      </w:r>
    </w:p>
    <w:p>
      <w:r>
        <w:t>28. и теперь возвращался домой, сидя в своей колеснице и читая пророка Исаию.</w:t>
      </w:r>
    </w:p>
    <w:p>
      <w:r>
        <w:t>29. Дух сказал Филиппу: «Подойди и держись рядом с этой колесницей».</w:t>
      </w:r>
    </w:p>
    <w:p>
      <w:r>
        <w:t>30. Филипп подбежал и услышал, что тот читает пророка Исаию. Он спросил: «Понимаешь ли ты то, что читаешь?»</w:t>
      </w:r>
    </w:p>
    <w:p>
      <w:r>
        <w:t>31. Тот ответил: «Как я могу понять, если кто-нибудь не наставит меня?» — и попросил Филиппа подняться и сесть рядом.</w:t>
      </w:r>
    </w:p>
    <w:p>
      <w:r>
        <w:t>32. Место Писания, которое он читал, было таким: «Как овцу, Его вели на заклание, и как ягнёнок безгласен перед стригущим его, так Он не открывает Своих уст.</w:t>
      </w:r>
    </w:p>
    <w:p>
      <w:r>
        <w:t>33. В унижении Его суд над Ним был отнят. Кто расскажет о Его роде? Потому что Его жизнь забирается с земли».</w:t>
      </w:r>
    </w:p>
    <w:p>
      <w:r>
        <w:t>34. Евнух спросил Филиппа: «Прошу тебя, о ком пророк говорит это — о себе или о ком-то другом?»</w:t>
      </w:r>
    </w:p>
    <w:p>
      <w:r>
        <w:t>35. Тогда Филипп открыл уста и, начав с этого места Писания, благовествовал ему об Иисусе.</w:t>
      </w:r>
    </w:p>
    <w:p>
      <w:r>
        <w:t>36. Продолжая путь, они подъехали к воде. Евнух сказал: «Вот вода. Что мешает мне креститься?»</w:t>
      </w:r>
    </w:p>
    <w:p>
      <w:r>
        <w:t xml:space="preserve">37. </w:t>
      </w:r>
    </w:p>
    <w:p>
      <w:r>
        <w:t>38. Он велел остановить колесницу, и оба, Филипп и евнух, сошли в воду, и Филипп крестил его.</w:t>
      </w:r>
    </w:p>
    <w:p>
      <w:r>
        <w:t>39. Когда они вышли из воды, Дух Господа внезапно унёс Филиппа, и евнух больше его не видел, но продолжал свой путь, радуясь.</w:t>
      </w:r>
    </w:p>
    <w:p>
      <w:r>
        <w:t>40. А Филипп оказался в Азоте и, проходя дальше, благовествовал во всех городах, пока не пришёл в Кесарию.</w:t>
      </w:r>
    </w:p>
    <w:p>
      <w:pPr>
        <w:pStyle w:val="Heading2"/>
      </w:pPr>
      <w:r>
        <w:t>Глава 9</w:t>
      </w:r>
    </w:p>
    <w:p>
      <w:r>
        <w:t>1. Савл же, всё ещё дыша угрозами и убийством против учеников Господа, пришёл к первосвященнику</w:t>
      </w:r>
    </w:p>
    <w:p>
      <w:r>
        <w:t>2. и попросил у него письма в синагоги Дамаска, чтобы, найдя принадлежащих к Пути — мужчин или женщин, — связанными привести их в Иерусалим.</w:t>
      </w:r>
    </w:p>
    <w:p>
      <w:r>
        <w:t>3. Когда он был в пути и приближался к Дамаску, внезапно вокруг него засиял свет с неба.</w:t>
      </w:r>
    </w:p>
    <w:p>
      <w:r>
        <w:t>4. Он упал на землю и услышал голос: «Савл, Савл! Почему ты гонишь Меня?»</w:t>
      </w:r>
    </w:p>
    <w:p>
      <w:r>
        <w:t>5. Он спросил: «Кто Ты, Господи?» Тот ответил: «Я — Иисус, Которого ты гонишь.</w:t>
      </w:r>
    </w:p>
    <w:p>
      <w:r>
        <w:t>6. Но встань, войди в город, и тебе будет сказано, что тебе нужно делать».</w:t>
      </w:r>
    </w:p>
    <w:p>
      <w:r>
        <w:t>7. Люди, шедшие с ним, стояли онемевшие: слышали голос, но никого не видели.</w:t>
      </w:r>
    </w:p>
    <w:p>
      <w:r>
        <w:t>8. Савл поднялся с земли; хотя глаза его были открыты, он ничего не видел. Его взяли за руку и привели в Дамаск.</w:t>
      </w:r>
    </w:p>
    <w:p>
      <w:r>
        <w:t>9. Три дня он не видел, не ел и не пил.</w:t>
      </w:r>
    </w:p>
    <w:p>
      <w:r>
        <w:t>10. В Дамаске был ученик по имени Анания. Господь сказал ему в видении: «Анания!» Он ответил: «Вот я, Господи».</w:t>
      </w:r>
    </w:p>
    <w:p>
      <w:r>
        <w:t>11. Господь сказал ему: «Встань, иди на улицу, называемую Прямой, и в доме Иуды разыщи тарсянина по имени Савл. Вот, он молится</w:t>
      </w:r>
    </w:p>
    <w:p>
      <w:r>
        <w:t>12. и видел, как человек по имени Анания вошёл и возложил на него руки, чтобы он прозрел».</w:t>
      </w:r>
    </w:p>
    <w:p>
      <w:r>
        <w:t>13. Анания ответил: «Господи, я слышал от многих об этом человеке, сколько зла он сделал Твоим святым в Иерусалиме.</w:t>
      </w:r>
    </w:p>
    <w:p>
      <w:r>
        <w:t>14. И здесь у него есть власть от первосвященников связать всех призывающих Твоё имя».</w:t>
      </w:r>
    </w:p>
    <w:p>
      <w:r>
        <w:t>15. Но Господь сказал ему: «Иди, потому что он — Мой избранный сосуд, чтобы нести Моё имя перед народами, царями и сынами Израиля.</w:t>
      </w:r>
    </w:p>
    <w:p>
      <w:r>
        <w:t>16. Я покажу ему, сколько ему предстоит пострадать за Моё имя».</w:t>
      </w:r>
    </w:p>
    <w:p>
      <w:r>
        <w:t>17. Анания пошёл, вошёл в дом, возложил на него руки и сказал: «Брат Савл! Господь Иисус, явившийся тебе на дороге, по которой ты шёл, послал меня, чтобы ты прозрел и исполнился Святого Духа».</w:t>
      </w:r>
    </w:p>
    <w:p>
      <w:r>
        <w:t>18. И сразу словно чешуя отпала с его глаз; он прозрел, встал и был крещён.</w:t>
      </w:r>
    </w:p>
    <w:p>
      <w:r>
        <w:t>19. Приняв пищу, он укрепился. Несколько дней Савл провёл с учениками в Дамаске</w:t>
      </w:r>
    </w:p>
    <w:p>
      <w:r>
        <w:t>20. и сразу стал проповедовать в синагогах, что Иисус — Сын Божий.</w:t>
      </w:r>
    </w:p>
    <w:p>
      <w:r>
        <w:t>21. Все слышавшие изумлялись и говорили: «Разве это не тот, кто в Иерусалиме уничтожал призывающих это имя? И сюда он пришёл именно затем, чтобы связанными отвести их к первосвященникам».</w:t>
      </w:r>
    </w:p>
    <w:p>
      <w:r>
        <w:t>22. Но Савл становился всё сильнее и приводил в замешательство иудеев, живших в Дамаске, доказывая, что Иисус есть Христос.</w:t>
      </w:r>
    </w:p>
    <w:p>
      <w:r>
        <w:t>23. Когда прошло достаточно времени, иудеи сговорились убить его.</w:t>
      </w:r>
    </w:p>
    <w:p>
      <w:r>
        <w:t>24. Но Савлу стал известен их замысел. День и ночь они стерегли ворота, чтобы убить его.</w:t>
      </w:r>
    </w:p>
    <w:p>
      <w:r>
        <w:t>25. Тогда его ученики ночью взяли его и спустили через стену в корзине.</w:t>
      </w:r>
    </w:p>
    <w:p>
      <w:r>
        <w:t>26. Придя в Иерусалим, он пытался присоединиться к ученикам, но все боялись его, не веря, что он ученик.</w:t>
      </w:r>
    </w:p>
    <w:p>
      <w:r>
        <w:t>27. Варнава взял его, привёл к апостолам и рассказал им, как Савл видел на дороге Господа, как Господь говорил с ним и как в Дамаске он смело говорил во имя Иисуса.</w:t>
      </w:r>
    </w:p>
    <w:p>
      <w:r>
        <w:t>28. И Савл был с ними в Иерусалиме, входя и выходя,</w:t>
      </w:r>
    </w:p>
    <w:p>
      <w:r>
        <w:t>29. смело говоря во имя Господа и беседуя и споря с эллинистами; а они пытались убить его.</w:t>
      </w:r>
    </w:p>
    <w:p>
      <w:r>
        <w:t>30. Узнав об этом, братья отвели его в Кесарию и отправили в Тарс.</w:t>
      </w:r>
    </w:p>
    <w:p>
      <w:r>
        <w:t>31. Итак, церковь по всей Иудее, Галилее и Самарии имела мир, созидаясь и живя в страхе Господа, и при ободрении Святого Духа умножалась.</w:t>
      </w:r>
    </w:p>
    <w:p>
      <w:r>
        <w:t>32. Пётр, обходя всех, пришёл и к святым, жившим в Лидде.</w:t>
      </w:r>
    </w:p>
    <w:p>
      <w:r>
        <w:t>33. Там он нашёл человека по имени Эней, который восемь лет лежал на постели, будучи парализован.</w:t>
      </w:r>
    </w:p>
    <w:p>
      <w:r>
        <w:t>34. Пётр сказал ему: «Эней! Иисус Христос исцеляет тебя. Встань и застели себе постель». И тот сразу встал.</w:t>
      </w:r>
    </w:p>
    <w:p>
      <w:r>
        <w:t>35. Его увидели все жители Лидды и Сарона и обратились к Господу.</w:t>
      </w:r>
    </w:p>
    <w:p>
      <w:r>
        <w:t>36. В Иоппии была ученица по имени Тавифа, что в переводе означает Дорка. Она была полна добрых дел и щедро подавала милостыню.</w:t>
      </w:r>
    </w:p>
    <w:p>
      <w:r>
        <w:t>37. В те дни она заболела и умерла. Её омыли и положили в верхней комнате.</w:t>
      </w:r>
    </w:p>
    <w:p>
      <w:r>
        <w:t>38. Поскольку Лидда была недалеко от Иоппии, ученики, услышав, что Пётр там, послали к нему двоих с просьбой: «Не медли прийти к нам».</w:t>
      </w:r>
    </w:p>
    <w:p>
      <w:r>
        <w:t>39. Пётр встал и пошёл с ними. Когда он пришёл, его отвели в верхнюю комнату. Все вдовы стояли рядом, плача и показывая хитоны и верхние одежды, которые Дорка делала, находясь с ними.</w:t>
      </w:r>
    </w:p>
    <w:p>
      <w:r>
        <w:t>40. Пётр вывел всех, встал на колени и помолился. Затем, повернувшись к телу, сказал: «Тавифа, встань!» Она открыла глаза и, увидев Петра, села.</w:t>
      </w:r>
    </w:p>
    <w:p>
      <w:r>
        <w:t>41. Он подал ей руку и поднял её; затем позвал святых и вдов и представил её им живой.</w:t>
      </w:r>
    </w:p>
    <w:p>
      <w:r>
        <w:t>42. Об этом стало известно по всей Иоппии, и многие поверили в Господа.</w:t>
      </w:r>
    </w:p>
    <w:p>
      <w:r>
        <w:t>43. Пётр пробыл в Иоппии довольно много дней у некоего Симона-кожевника.</w:t>
      </w:r>
    </w:p>
    <w:p>
      <w:pPr>
        <w:pStyle w:val="Heading2"/>
      </w:pPr>
      <w:r>
        <w:t>Глава 10</w:t>
      </w:r>
    </w:p>
    <w:p>
      <w:r>
        <w:t>1. В Кесарии был человек по имени Корнилий, сотник из так называемой Италийской когорты.</w:t>
      </w:r>
    </w:p>
    <w:p>
      <w:r>
        <w:t>2. Он был благочестив, боялся Бога вместе со всем своим домом, щедро подавал милостыню народу и постоянно молился Богу.</w:t>
      </w:r>
    </w:p>
    <w:p>
      <w:r>
        <w:t>3. Около девятого часа дня он ясно увидел в видении ангела Божьего, вошедшего к нему и сказавшего: «Корнилий!»</w:t>
      </w:r>
    </w:p>
    <w:p>
      <w:r>
        <w:t>4. Он пристально посмотрел на него и, испугавшись, спросил: «Что, господин?» Ангел ответил: «Твои молитвы и милостыни поднялись как памятование перед Богом.</w:t>
      </w:r>
    </w:p>
    <w:p>
      <w:r>
        <w:t>5. Теперь пошли людей в Иоппию и пригласи Симона, которого называют Петром.</w:t>
      </w:r>
    </w:p>
    <w:p>
      <w:r>
        <w:t>6. Он гостит у Симона-кожевника, чей дом у моря».</w:t>
      </w:r>
    </w:p>
    <w:p>
      <w:r>
        <w:t>7. Когда говоривший с ним ангел ушёл, Корнилий позвал двух своих домашних слуг и благочестивого воина из постоянно служивших ему,</w:t>
      </w:r>
    </w:p>
    <w:p>
      <w:r>
        <w:t>8. рассказал им всё и послал их в Иоппию.</w:t>
      </w:r>
    </w:p>
    <w:p>
      <w:r>
        <w:t>9. На следующий день, когда они были в пути и приближались к городу, Пётр около шестого часа поднялся на крышу помолиться.</w:t>
      </w:r>
    </w:p>
    <w:p>
      <w:r>
        <w:t>10. Он сильно проголодался и хотел поесть. Пока готовили пищу, он впал в исступление</w:t>
      </w:r>
    </w:p>
    <w:p>
      <w:r>
        <w:t>11. и увидел открытое небо и некий предмет, подобный большому полотну, спускавшийся на землю за четыре края.</w:t>
      </w:r>
    </w:p>
    <w:p>
      <w:r>
        <w:t>12. В нём находились всякие четвероногие, земные пресмыкающиеся и небесные птицы.</w:t>
      </w:r>
    </w:p>
    <w:p>
      <w:r>
        <w:t>13. И раздался голос: «Встань, Пётр, заколи и ешь».</w:t>
      </w:r>
    </w:p>
    <w:p>
      <w:r>
        <w:t>14. Но Пётр ответил: «Ни за что, Господи! Я никогда не ел ничего осквернённого и нечистого».</w:t>
      </w:r>
    </w:p>
    <w:p>
      <w:r>
        <w:t>15. Голос снова, во второй раз, сказал ему: «Что Бог очистил, ты не считай осквернённым».</w:t>
      </w:r>
    </w:p>
    <w:p>
      <w:r>
        <w:t>16. Это произошло трижды, и предмет тотчас был поднят на небо.</w:t>
      </w:r>
    </w:p>
    <w:p>
      <w:r>
        <w:t>17. Пока Пётр недоумевал, что могло означать это видение, посланные Корнилием люди, расспросив о доме Симона, остановились у ворот.</w:t>
      </w:r>
    </w:p>
    <w:p>
      <w:r>
        <w:t>18. Они окликнули и спросили, здесь ли гостит Симон, называемый Петром.</w:t>
      </w:r>
    </w:p>
    <w:p>
      <w:r>
        <w:t>19. Пока Пётр размышлял о видении, Дух сказал ему: «Вот, тебя ищут люди.</w:t>
      </w:r>
    </w:p>
    <w:p>
      <w:r>
        <w:t>20. Встань, спустись и иди с ними, не сомневаясь, потому что Я послал их».</w:t>
      </w:r>
    </w:p>
    <w:p>
      <w:r>
        <w:t>21. Пётр спустился к людям и сказал: «Вот я, тот, кого вы ищете. По какой причине вы пришли?»</w:t>
      </w:r>
    </w:p>
    <w:p>
      <w:r>
        <w:t>22. Они ответили: «Сотник Корнилий — человек праведный и боящийся Бога, о котором хорошо свидетельствует весь иудейский народ, — получил от святого ангела указание пригласить тебя в свой дом и услышать от тебя слова».</w:t>
      </w:r>
    </w:p>
    <w:p>
      <w:r>
        <w:t>23. Пётр пригласил их войти и принял как гостей. На следующий день он вышел с ними, и некоторые братья из Иоппии пошли с ним.</w:t>
      </w:r>
    </w:p>
    <w:p>
      <w:r>
        <w:t>24. Ещё через день он вошёл в Кесарию. Корнилий ждал их, созвав родственников и близких друзей.</w:t>
      </w:r>
    </w:p>
    <w:p>
      <w:r>
        <w:t>25. Когда Пётр входил, Корнилий встретил его, пал к его ногам и поклонился.</w:t>
      </w:r>
    </w:p>
    <w:p>
      <w:r>
        <w:t>26. Но Пётр поднял его, сказав: «Встань! Я и сам человек».</w:t>
      </w:r>
    </w:p>
    <w:p>
      <w:r>
        <w:t>27. Разговаривая с ним, он вошёл и увидел многих собравшихся.</w:t>
      </w:r>
    </w:p>
    <w:p>
      <w:r>
        <w:t>28. Он сказал им: «Вы знаете, что иудею запрещено тесно общаться с иноплеменником или приходить к нему. Но мне Бог показал не называть ни одного человека осквернённым или нечистым.</w:t>
      </w:r>
    </w:p>
    <w:p>
      <w:r>
        <w:t>29. Поэтому, когда меня позвали, я пришёл без возражений. Итак, спрашиваю: зачем вы меня пригласили?»</w:t>
      </w:r>
    </w:p>
    <w:p>
      <w:r>
        <w:t>30. Корнилий сказал: «Четыре дня назад, в это самое время, около девятого часа я молился в своём доме, и вот передо мной предстал человек в сияющей одежде.</w:t>
      </w:r>
    </w:p>
    <w:p>
      <w:r>
        <w:t>31. Он сказал: “Корнилий! Твоя молитва услышана, и твои милостыни вспомянуты перед Богом.</w:t>
      </w:r>
    </w:p>
    <w:p>
      <w:r>
        <w:t>32. Итак, пошли в Иоппию и пригласи Симона, называемого Петром. Он гостит в доме Симона-кожевника у моря”.</w:t>
      </w:r>
    </w:p>
    <w:p>
      <w:r>
        <w:t>33. Я сразу послал за тобой, и ты хорошо сделал, что пришёл. Теперь все мы здесь перед Богом, чтобы услышать всё, что повелено тебе Господом».</w:t>
      </w:r>
    </w:p>
    <w:p>
      <w:r>
        <w:t>34. Тогда Пётр начал говорить: «Теперь я действительно понимаю, что Бог нелицеприятен,</w:t>
      </w:r>
    </w:p>
    <w:p>
      <w:r>
        <w:t>35. но в каждом народе Ему угоден тот, кто боится Его и поступает праведно.</w:t>
      </w:r>
    </w:p>
    <w:p>
      <w:r>
        <w:t>36. Он послал слово сынам Израиля, благовествуя мир через Иисуса Христа — Он Господь всех.</w:t>
      </w:r>
    </w:p>
    <w:p>
      <w:r>
        <w:t>37. Вы знаете, что произошло по всей Иудее, начиная с Галилеи после крещения, которое проповедовал Иоанн:</w:t>
      </w:r>
    </w:p>
    <w:p>
      <w:r>
        <w:t>38. как Бог помазал Иисуса из Назарета Святым Духом и силой; Он ходил, делая добро и исцеляя всех угнетаемых дьяволом, потому что Бог был с Ним.</w:t>
      </w:r>
    </w:p>
    <w:p>
      <w:r>
        <w:t>39. И мы — свидетели всего, что Он сделал в земле иудеев и в Иерусалиме. Его убили, повесив на дереве.</w:t>
      </w:r>
    </w:p>
    <w:p>
      <w:r>
        <w:t>40. Но Бог воскресил Его на третий день и дал Ему явиться,</w:t>
      </w:r>
    </w:p>
    <w:p>
      <w:r>
        <w:t>41. не всему народу, а свидетелям, заранее избранным Богом, — нам, которые ели и пили с Ним после Его воскресения из мёртвых.</w:t>
      </w:r>
    </w:p>
    <w:p>
      <w:r>
        <w:t>42. Он повелел нам проповедовать народу и свидетельствовать, что Он — определённый Богом Судья живых и мёртвых.</w:t>
      </w:r>
    </w:p>
    <w:p>
      <w:r>
        <w:t>43. О Нём свидетельствуют все пророки: каждый верующий в Него получает прощение грехов через Его имя».</w:t>
      </w:r>
    </w:p>
    <w:p>
      <w:r>
        <w:t>44. Пока Пётр ещё говорил эти слова, Святой Дух сошёл на всех слушавших слово.</w:t>
      </w:r>
    </w:p>
    <w:p>
      <w:r>
        <w:t>45. Верующие из обрезанных, пришедшие с Петром, изумились, что дар Святого Духа излился и на язычников,</w:t>
      </w:r>
    </w:p>
    <w:p>
      <w:r>
        <w:t>46. потому что слышали, как они говорят на языках и величают Бога. Тогда Пётр сказал:</w:t>
      </w:r>
    </w:p>
    <w:p>
      <w:r>
        <w:t>47. «Разве может кто-нибудь запретить воду, чтобы не крестились те, кто получил Святого Духа так же, как и мы?»</w:t>
      </w:r>
    </w:p>
    <w:p>
      <w:r>
        <w:t>48. И он повелел им креститься во имя Иисуса Христа. После этого они попросили его остаться на несколько дней.</w:t>
      </w:r>
    </w:p>
    <w:p>
      <w:pPr>
        <w:pStyle w:val="Heading2"/>
      </w:pPr>
      <w:r>
        <w:t>Глава 11</w:t>
      </w:r>
    </w:p>
    <w:p>
      <w:r>
        <w:t>1. Апостолы и братья по всей Иудее услышали, что и язычники приняли слово Божье.</w:t>
      </w:r>
    </w:p>
    <w:p>
      <w:r>
        <w:t>2. Когда Пётр поднялся в Иерусалим, верующие из обрезанных стали спорить с ним,</w:t>
      </w:r>
    </w:p>
    <w:p>
      <w:r>
        <w:t>3. говоря: «Ты входил к необрезанным людям и ел с ними».</w:t>
      </w:r>
    </w:p>
    <w:p>
      <w:r>
        <w:t>4. Тогда Пётр начал по порядку объяснять им произошедшее:</w:t>
      </w:r>
    </w:p>
    <w:p>
      <w:r>
        <w:t>5. «Я был в городе Иоппии и молился. В исступлении я увидел видение: с неба спускался некий предмет, подобный большому полотну, опускаемому за четыре края, и дошёл до меня.</w:t>
      </w:r>
    </w:p>
    <w:p>
      <w:r>
        <w:t>6. Я всмотрелся в него и увидел земных четвероногих, зверей, пресмыкающихся и небесных птиц.</w:t>
      </w:r>
    </w:p>
    <w:p>
      <w:r>
        <w:t>7. И услышал голос, говоривший мне: “Встань, Пётр, заколи и ешь”.</w:t>
      </w:r>
    </w:p>
    <w:p>
      <w:r>
        <w:t>8. Я ответил: “Ни за что, Господи! Ничего осквернённого или нечистого никогда не входило в мои уста”.</w:t>
      </w:r>
    </w:p>
    <w:p>
      <w:r>
        <w:t>9. Но голос с неба ответил во второй раз: “Что Бог очистил, ты не называй осквернённым”.</w:t>
      </w:r>
    </w:p>
    <w:p>
      <w:r>
        <w:t>10. Это произошло трижды, и всё снова было поднято на небо.</w:t>
      </w:r>
    </w:p>
    <w:p>
      <w:r>
        <w:t>11. И вот, в тот же миг у дома, где мы находились, остановились трое мужчин, посланных ко мне из Кесарии.</w:t>
      </w:r>
    </w:p>
    <w:p>
      <w:r>
        <w:t>12. Дух сказал мне идти с ними без сомнения. Со мной пошли и эти шесть братьев, и мы вошли в дом того человека.</w:t>
      </w:r>
    </w:p>
    <w:p>
      <w:r>
        <w:t>13. Он рассказал нам, как увидел в своём доме ангела, который встал и сказал ему: “Пошли в Иоппию и пригласи Симона, называемого Петром.</w:t>
      </w:r>
    </w:p>
    <w:p>
      <w:r>
        <w:t>14. Он скажет тебе слова, через которые спасёшься ты и весь твой дом”.</w:t>
      </w:r>
    </w:p>
    <w:p>
      <w:r>
        <w:t>15. Когда я начал говорить, Святой Дух сошёл на них, как и на нас в начале.</w:t>
      </w:r>
    </w:p>
    <w:p>
      <w:r>
        <w:t>16. Тогда я вспомнил слово Господа: “Иоанн крестил водой, а вы будете крещены Святым Духом”.</w:t>
      </w:r>
    </w:p>
    <w:p>
      <w:r>
        <w:t>17. Итак, если Бог дал им тот же дар, что и нам, уверовавшим в Господа Иисуса Христа, то кто я такой, чтобы препятствовать Богу?»</w:t>
      </w:r>
    </w:p>
    <w:p>
      <w:r>
        <w:t>18. Услышав это, они успокоились и прославили Бога, говоря: «Значит, и язычникам Бог дал покаяние, ведущее к жизни».</w:t>
      </w:r>
    </w:p>
    <w:p>
      <w:r>
        <w:t>19. Тем временем рассеявшиеся из-за гонения, начавшегося из-за Стефана, дошли до Финикии, Кипра и Антиохии, никому не возвещая слово, кроме одних иудеев.</w:t>
      </w:r>
    </w:p>
    <w:p>
      <w:r>
        <w:t>20. Но некоторые из них, киприоты и киринеяне, придя в Антиохию, стали говорить и с эллинистами, благовествуя о Господе Иисусе.</w:t>
      </w:r>
    </w:p>
    <w:p>
      <w:r>
        <w:t>21. И рука Господа была с ними, и великое множество поверило и обратилось к Господу.</w:t>
      </w:r>
    </w:p>
    <w:p>
      <w:r>
        <w:t>22. Весть об этом дошла до церкви в Иерусалиме, и они послали Варнаву в Антиохию.</w:t>
      </w:r>
    </w:p>
    <w:p>
      <w:r>
        <w:t>23. Придя и увидев благодать Божью, он обрадовался и убеждал всех с твёрдой решимостью сердца оставаться с Господом.</w:t>
      </w:r>
    </w:p>
    <w:p>
      <w:r>
        <w:t>24. Он был добрым человеком, исполненным Святого Духа и веры. И множество людей присоединилось к Господу.</w:t>
      </w:r>
    </w:p>
    <w:p>
      <w:r>
        <w:t>25. Тогда Варнава отправился в Тарс разыскивать Савла.</w:t>
      </w:r>
    </w:p>
    <w:p>
      <w:r>
        <w:t>26. Найдя его, он привёл его в Антиохию. Целый год они собирались вместе с церковью и учили множество людей. Именно в Антиохии учеников впервые назвали христианами.</w:t>
      </w:r>
    </w:p>
    <w:p>
      <w:r>
        <w:t>27. В те дни из Иерусалима в Антиохию пришли пророки.</w:t>
      </w:r>
    </w:p>
    <w:p>
      <w:r>
        <w:t>28. Один из них, по имени Агав, встал и через Духа предсказал, что по всей обитаемой земле будет великий голод; он и произошёл во время Клавдия.</w:t>
      </w:r>
    </w:p>
    <w:p>
      <w:r>
        <w:t>29. Тогда ученики решили, каждый по своим возможностям, послать помощь братьям, живущим в Иудее.</w:t>
      </w:r>
    </w:p>
    <w:p>
      <w:r>
        <w:t>30. Так они и сделали, отправив помощь старейшинам через Варнаву и Савла.</w:t>
      </w:r>
    </w:p>
    <w:p>
      <w:pPr>
        <w:pStyle w:val="Heading2"/>
      </w:pPr>
      <w:r>
        <w:t>Глава 12</w:t>
      </w:r>
    </w:p>
    <w:p>
      <w:r>
        <w:t>1. Примерно в то время царь Ирод начал преследовать некоторых из церкви.</w:t>
      </w:r>
    </w:p>
    <w:p>
      <w:r>
        <w:t>2. Иакова, брата Иоанна, он убил мечом.</w:t>
      </w:r>
    </w:p>
    <w:p>
      <w:r>
        <w:t>3. Увидев, что это нравится иудеям, он схватил и Петра. Это происходило в дни Опресноков.</w:t>
      </w:r>
    </w:p>
    <w:p>
      <w:r>
        <w:t>4. Схватив его, Ирод заключил его в тюрьму и передал четырём сменам по четыре воина стеречь его, намереваясь после Пасхи вывести его к народу.</w:t>
      </w:r>
    </w:p>
    <w:p>
      <w:r>
        <w:t>5. Петра держали в тюрьме, а церковь горячо молилась за него Богу.</w:t>
      </w:r>
    </w:p>
    <w:p>
      <w:r>
        <w:t>6. В ночь перед тем, как Ирод собирался вывести его, Пётр спал между двумя воинами, связанный двумя цепями, а стражи перед дверью охраняли тюрьму.</w:t>
      </w:r>
    </w:p>
    <w:p>
      <w:r>
        <w:t>7. И вдруг предстал ангел Господа, и в помещении засиял свет. Он толкнул Петра в бок, разбудил его и сказал: «Вставай скорее!» И цепи упали с его рук.</w:t>
      </w:r>
    </w:p>
    <w:p>
      <w:r>
        <w:t>8. Ангел сказал ему: «Опояшься и надень сандалии». Он сделал так. Затем ангел сказал: «Надень верхнюю одежду и иди за мной».</w:t>
      </w:r>
    </w:p>
    <w:p>
      <w:r>
        <w:t>9. Пётр вышел и шёл за ним, не понимая, что происходящее через ангела было наяву; ему казалось, что он видит видение.</w:t>
      </w:r>
    </w:p>
    <w:p>
      <w:r>
        <w:t>10. Пройдя первый и второй пост, они подошли к железным воротам, ведущим в город. Ворота сами открылись перед ними. Они вышли, прошли одну улицу, и вдруг ангел оставил его.</w:t>
      </w:r>
    </w:p>
    <w:p>
      <w:r>
        <w:t>11. Тогда Пётр пришёл в себя и сказал: «Теперь я точно знаю, что Господь послал Своего ангела и избавил меня от руки Ирода и от всего, чего ожидал иудейский народ».</w:t>
      </w:r>
    </w:p>
    <w:p>
      <w:r>
        <w:t>12. Осознав это, он пришёл к дому Марии, матери Иоанна, называемого Марком, где многие собрались и молились.</w:t>
      </w:r>
    </w:p>
    <w:p>
      <w:r>
        <w:t>13. Когда он постучал в дверь у ворот, вышла служанка по имени Рода, чтобы узнать, кто там.</w:t>
      </w:r>
    </w:p>
    <w:p>
      <w:r>
        <w:t>14. Узнав голос Петра, она от радости не открыла ворота, а побежала внутрь и сообщила, что Пётр стоит у ворот.</w:t>
      </w:r>
    </w:p>
    <w:p>
      <w:r>
        <w:t>15. Ей сказали: «Ты безумна!» Но она настаивала, что это так. Тогда они говорили: «Это его ангел».</w:t>
      </w:r>
    </w:p>
    <w:p>
      <w:r>
        <w:t>16. А Пётр продолжал стучать. Когда они открыли и увидели его, то изумились.</w:t>
      </w:r>
    </w:p>
    <w:p>
      <w:r>
        <w:t>17. Он знаком рукой велел им молчать и рассказал, как Господь вывел его из тюрьмы. Затем сказал: «Сообщите об этом Иакову и братьям». И, выйдя, отправился в другое место.</w:t>
      </w:r>
    </w:p>
    <w:p>
      <w:r>
        <w:t>18. С наступлением дня среди воинов поднялась большая тревога из-за того, что стало с Петром.</w:t>
      </w:r>
    </w:p>
    <w:p>
      <w:r>
        <w:t>19. Ирод разыскивал его, но не нашёл; допросив стражей, приказал увести их. Затем он спустился из Иудеи в Кесарию и оставался там.</w:t>
      </w:r>
    </w:p>
    <w:p>
      <w:r>
        <w:t>20. Ирод был в сильной вражде с жителями Тира и Сидона. Они вместе пришли к нему и, склонив на свою сторону Власта, заведовавшего царскими покоями, просили мира, потому что их область получала продовольствие из владений царя.</w:t>
      </w:r>
    </w:p>
    <w:p>
      <w:r>
        <w:t>21. В назначенный день Ирод надел царскую одежду, сел на возвышение и произнёс перед ними речь.</w:t>
      </w:r>
    </w:p>
    <w:p>
      <w:r>
        <w:t>22. Народ кричал: «Это голос бога, а не человека!»</w:t>
      </w:r>
    </w:p>
    <w:p>
      <w:r>
        <w:t>23. И тотчас ангел Господа поразил его за то, что он не воздал славы Богу; его стали разъедать черви, и он умер.</w:t>
      </w:r>
    </w:p>
    <w:p>
      <w:r>
        <w:t>24. А слово Божье росло и умножалось.</w:t>
      </w:r>
    </w:p>
    <w:p>
      <w:r>
        <w:t>25. Варнава и Савл возвратились в Иерусалим, завершив служение, и взяли с собой Иоанна, называемого Марком.</w:t>
      </w:r>
    </w:p>
    <w:p>
      <w:pPr>
        <w:pStyle w:val="Heading2"/>
      </w:pPr>
      <w:r>
        <w:t>Глава 13</w:t>
      </w:r>
    </w:p>
    <w:p>
      <w:r>
        <w:t>1. В церкви, находившейся в Антиохии, были пророки и учители: Варнава, Симеон, называемый Нигером, Луций Киринеянин, Манаин, воспитанный вместе с тетрархом Иродом, и Савл.</w:t>
      </w:r>
    </w:p>
    <w:p>
      <w:r>
        <w:t>2. Когда они служили Господу и постились, Святой Дух сказал: «Отделите Мне Варнаву и Савла для дела, к которому Я призвал их».</w:t>
      </w:r>
    </w:p>
    <w:p>
      <w:r>
        <w:t>3. Тогда, после поста и молитвы, они возложили на них руки и отпустили.</w:t>
      </w:r>
    </w:p>
    <w:p>
      <w:r>
        <w:t>4. Итак, посланные Святым Духом, они пришли в Селевкию, а оттуда отплыли на Кипр.</w:t>
      </w:r>
    </w:p>
    <w:p>
      <w:r>
        <w:t>5. Прибыв в Саламин, они возвещали слово Божье в иудейских синагогах. Иоанн был у них помощником.</w:t>
      </w:r>
    </w:p>
    <w:p>
      <w:r>
        <w:t>6. Пройдя весь остров до Пафа, они нашли одного иудея по имени Вариисус, лжепророка и мага.</w:t>
      </w:r>
    </w:p>
    <w:p>
      <w:r>
        <w:t>7. Он находился при проконсуле Сергии Павле, разумном человеке. Тот пригласил Варнаву и Савла, желая услышать слово Божье.</w:t>
      </w:r>
    </w:p>
    <w:p>
      <w:r>
        <w:t>8. Но им противостоял Елима-маг — так переводится его имя, — стараясь отвратить проконсула от веры.</w:t>
      </w:r>
    </w:p>
    <w:p>
      <w:r>
        <w:t>9. Тогда Савл, он же Павел, исполнившись Святого Духа, пристально посмотрел на него</w:t>
      </w:r>
    </w:p>
    <w:p>
      <w:r>
        <w:t>10. и сказал: «О, исполненный всякого коварства и всякого злодейства, сын дьявола, враг всякой праведности! Не перестанешь ли ты искажать прямые пути Господа?</w:t>
      </w:r>
    </w:p>
    <w:p>
      <w:r>
        <w:t>11. И вот теперь рука Господа на тебе: ты будешь слеп и до времени не увидишь солнца». И сразу на него упали мгла и тьма; он стал ходить, ища, кто бы повёл его за руку.</w:t>
      </w:r>
    </w:p>
    <w:p>
      <w:r>
        <w:t>12. Тогда проконсул, увидев произошедшее, уверовал, поражённый учением Господа.</w:t>
      </w:r>
    </w:p>
    <w:p>
      <w:r>
        <w:t>13. Отплыв из Пафа, Павел и его спутники прибыли в Пергию Памфилийскую. Иоанн же отделился от них и возвратился в Иерусалим.</w:t>
      </w:r>
    </w:p>
    <w:p>
      <w:r>
        <w:t>14. Пройдя от Пергии дальше, они пришли в Антиохию Писидийскую. В субботний день они вошли в синагогу и сели.</w:t>
      </w:r>
    </w:p>
    <w:p>
      <w:r>
        <w:t>15. После чтения Закона и Пророков начальники синагоги послали сказать им: «Мужи братья! Если у вас есть слово наставления для народа, говорите».</w:t>
      </w:r>
    </w:p>
    <w:p>
      <w:r>
        <w:t>16. Павел встал, сделал знак рукой и сказал: «Мужи израильские и боящиеся Бога, послушайте!</w:t>
      </w:r>
    </w:p>
    <w:p>
      <w:r>
        <w:t>17. Бог этого народа Израиля избрал наших отцов, возвысил народ во время их пребывания в земле Египетской и поднятой рукой вывел их оттуда.</w:t>
      </w:r>
    </w:p>
    <w:p>
      <w:r>
        <w:t>18. Около сорока лет Он терпел их в пустыне.</w:t>
      </w:r>
    </w:p>
    <w:p>
      <w:r>
        <w:t>19. Истребив семь народов в земле Ханаана, Он отдал им их землю в наследие</w:t>
      </w:r>
    </w:p>
    <w:p>
      <w:r>
        <w:t>20. примерно на четыреста пятьдесят лет. После этого Он дал им судей вплоть до пророка Самуила.</w:t>
      </w:r>
    </w:p>
    <w:p>
      <w:r>
        <w:t>21. Затем они попросили царя, и Бог дал им Саула, сына Киса, человека из колена Вениамина, на сорок лет.</w:t>
      </w:r>
    </w:p>
    <w:p>
      <w:r>
        <w:t>22. Отстранив его, Бог поставил им царём Давида, о котором засвидетельствовал: “Я нашёл Давида, сына Иессея, человека по Моему сердцу, который исполнит все Мои желания”.</w:t>
      </w:r>
    </w:p>
    <w:p>
      <w:r>
        <w:t>23. Из его потомства Бог, согласно обещанию, привёл Израилю Спасителя — Иисуса.</w:t>
      </w:r>
    </w:p>
    <w:p>
      <w:r>
        <w:t>24. Перед Его приходом Иоанн проповедовал всему народу Израиля крещение покаяния.</w:t>
      </w:r>
    </w:p>
    <w:p>
      <w:r>
        <w:t>25. Завершая свой путь, Иоанн говорил: “За кого вы меня принимаете? Я не Он. Но вот после меня идёт Тот, у Кого я недостоин развязать сандалии на ногах”.</w:t>
      </w:r>
    </w:p>
    <w:p>
      <w:r>
        <w:t>26. Мужи братья, сыновья рода Авраама и боящиеся Бога среди вас! Нам послано слово об этом спасении.</w:t>
      </w:r>
    </w:p>
    <w:p>
      <w:r>
        <w:t>27. Жители Иерусалима и их начальники, не узнав Его и не поняв голосов пророков, читаемых каждую субботу, исполнили их, осудив Его.</w:t>
      </w:r>
    </w:p>
    <w:p>
      <w:r>
        <w:t>28. Не найдя в Нём никакой причины для смерти, они попросили Пилата казнить Его.</w:t>
      </w:r>
    </w:p>
    <w:p>
      <w:r>
        <w:t>29. Когда исполнили всё написанное о Нём, сняли Его с дерева и положили в гробницу.</w:t>
      </w:r>
    </w:p>
    <w:p>
      <w:r>
        <w:t>30. Но Бог воскресил Его из мёртвых.</w:t>
      </w:r>
    </w:p>
    <w:p>
      <w:r>
        <w:t>31. Многие дни Он являлся тем, кто пришёл с Ним из Галилеи в Иерусалим; теперь они — Его свидетели перед народом.</w:t>
      </w:r>
    </w:p>
    <w:p>
      <w:r>
        <w:t>32. И мы благовествуем вам обещание, данное отцам:</w:t>
      </w:r>
    </w:p>
    <w:p>
      <w:r>
        <w:t>33. Бог исполнил его для нас, их детей, воскресив Иисуса, как и написано во втором псалме: “Ты Сын Мой; Я сегодня родил Тебя”.</w:t>
      </w:r>
    </w:p>
    <w:p>
      <w:r>
        <w:t>34. А что Он воскресил Его из мёртвых, так что Ему уже не предстоит возвратиться к тлению, Бог сказал так: «Я дам вам святое Давидово — верное».</w:t>
      </w:r>
    </w:p>
    <w:p>
      <w:r>
        <w:t>35. Поэтому и в другом месте Он говорит: “Ты не дашь Твоему Святому увидеть тление”.</w:t>
      </w:r>
    </w:p>
    <w:p>
      <w:r>
        <w:t>36. Давид, послужив в своём поколении Божьему замыслу, уснул, был присоединён к своим отцам и увидел тление.</w:t>
      </w:r>
    </w:p>
    <w:p>
      <w:r>
        <w:t>37. А Тот, Кого Бог воскресил, тления не увидел.</w:t>
      </w:r>
    </w:p>
    <w:p>
      <w:r>
        <w:t>38. Итак, пусть будет известно вам, мужи братья: через Него вам возвещается прощение грехов,</w:t>
      </w:r>
    </w:p>
    <w:p>
      <w:r>
        <w:t>39. и во всём, в чём вы не могли быть оправданы Законом Моисея, через Него оправдывается каждый верующий.</w:t>
      </w:r>
    </w:p>
    <w:p>
      <w:r>
        <w:t>40. Смотрите же, чтобы не пришло на вас сказанное в пророках:</w:t>
      </w:r>
    </w:p>
    <w:p>
      <w:r>
        <w:t>41. “Смотрите, презирающие, удивитесь и исчезните! Потому что Я совершаю дело в ваши дни — дело, которому вы не поверите, даже если кто-нибудь подробно расскажет вам о нём”».</w:t>
      </w:r>
    </w:p>
    <w:p>
      <w:r>
        <w:t>42. Когда они выходили, их просили говорить об этом и в следующую субботу.</w:t>
      </w:r>
    </w:p>
    <w:p>
      <w:r>
        <w:t>43. После окончания собрания многие иудеи и благочестивые прозелиты последовали за Павлом и Варнавой. Те беседовали с ними и убеждали их оставаться в благодати Божьей.</w:t>
      </w:r>
    </w:p>
    <w:p>
      <w:r>
        <w:t>44. В следующую субботу почти весь город собрался услышать слово Господа.</w:t>
      </w:r>
    </w:p>
    <w:p>
      <w:r>
        <w:t>45. Увидев толпы, иудеи исполнились ревности и стали противоречить словам Павла и хулить.</w:t>
      </w:r>
    </w:p>
    <w:p>
      <w:r>
        <w:t>46. Тогда Павел и Варнава смело сказали: «Слово Божье надлежало прежде всего сказать вам. Но поскольку вы отвергаете его и сами считаете себя недостойными вечной жизни, вот, мы обращаемся к язычникам.</w:t>
      </w:r>
    </w:p>
    <w:p>
      <w:r>
        <w:t>47. Так повелел нам Господь: “Я поставил тебя светом язычникам, чтобы ты был спасением до края земли”».</w:t>
      </w:r>
    </w:p>
    <w:p>
      <w:r>
        <w:t>48. Услышав это, язычники радовались и прославляли слово Господа; и уверовали те, кто был назначен к вечной жизни.</w:t>
      </w:r>
    </w:p>
    <w:p>
      <w:r>
        <w:t>49. И слово Господа распространялось по всей области.</w:t>
      </w:r>
    </w:p>
    <w:p>
      <w:r>
        <w:t>50. Но иудеи подстрекнули благочестивых влиятельных женщин и знатных людей города, подняли гонение на Павла и Варнаву и изгнали их из своих пределов.</w:t>
      </w:r>
    </w:p>
    <w:p>
      <w:r>
        <w:t>51. Они стряхнули на них пыль со своих ног и пришли в Иконию.</w:t>
      </w:r>
    </w:p>
    <w:p>
      <w:r>
        <w:t>52. А ученики исполнялись радости и Святого Духа.</w:t>
      </w:r>
    </w:p>
    <w:p>
      <w:pPr>
        <w:pStyle w:val="Heading2"/>
      </w:pPr>
      <w:r>
        <w:t>Глава 14</w:t>
      </w:r>
    </w:p>
    <w:p>
      <w:r>
        <w:t>1. В Иконии они вместе вошли в иудейскую синагогу и говорили так, что уверовало большое множество иудеев и греков.</w:t>
      </w:r>
    </w:p>
    <w:p>
      <w:r>
        <w:t>2. Но не поверившие иудеи возбудили язычников и настроили их против братьев.</w:t>
      </w:r>
    </w:p>
    <w:p>
      <w:r>
        <w:t>3. Однако они оставались там довольно долго, смело говоря о Господе, Который подтверждал слово Своей благодати, давая совершаться знамениям и чудесам через их руки.</w:t>
      </w:r>
    </w:p>
    <w:p>
      <w:r>
        <w:t>4. Население города разделилось: одни были на стороне иудеев, другие — на стороне апостолов.</w:t>
      </w:r>
    </w:p>
    <w:p>
      <w:r>
        <w:t>5. Когда язычники и иудеи вместе со своими начальниками замыслили оскорбить и побить их камнями,</w:t>
      </w:r>
    </w:p>
    <w:p>
      <w:r>
        <w:t>6. они, узнав об этом, бежали в города Ликаонии — Листру, Дервию и окрестности —</w:t>
      </w:r>
    </w:p>
    <w:p>
      <w:r>
        <w:t>7. и там благовествовали.</w:t>
      </w:r>
    </w:p>
    <w:p>
      <w:r>
        <w:t>8. В Листре сидел человек, у которого не действовали ноги, хромой от рождения и никогда не ходивший.</w:t>
      </w:r>
    </w:p>
    <w:p>
      <w:r>
        <w:t>9. Он слушал Павла. Павел пристально посмотрел на него и увидел, что у него есть вера для исцеления,</w:t>
      </w:r>
    </w:p>
    <w:p>
      <w:r>
        <w:t>10. и громко сказал: «Встань прямо на ноги!» Тот вскочил и начал ходить.</w:t>
      </w:r>
    </w:p>
    <w:p>
      <w:r>
        <w:t>11. Увидев, что сделал Павел, толпы закричали по-ликаонски: «Боги в человеческом облике сошли к нам!»</w:t>
      </w:r>
    </w:p>
    <w:p>
      <w:r>
        <w:t>12. Варнаву они называли Зевсом, а Павла — Гермесом, потому что именно он был главным оратором.</w:t>
      </w:r>
    </w:p>
    <w:p>
      <w:r>
        <w:t>13. Жрец Зевса, храм которого находился перед городом, привёл быков и принёс венки к воротам, желая вместе с толпами принести им жертву.</w:t>
      </w:r>
    </w:p>
    <w:p>
      <w:r>
        <w:t>14. Услышав об этом, апостолы Варнава и Павел разорвали свои одежды, бросились в толпу и закричали:</w:t>
      </w:r>
    </w:p>
    <w:p>
      <w:r>
        <w:t>15. «Мужи! Что вы делаете? Мы такие же люди, как и вы. Мы благовествуем вам, чтобы вы отвернулись от этих пустых вещей к живому Богу, Который создал небо, землю, море и всё, что в них.</w:t>
      </w:r>
    </w:p>
    <w:p>
      <w:r>
        <w:t>16. В прошлых поколениях Он позволял всем народам идти своими путями,</w:t>
      </w:r>
    </w:p>
    <w:p>
      <w:r>
        <w:t>17. но не оставлял Себя без свидетельства, делая добро: давал вам с неба дожди и урожайные времена, наполняя ваши сердца пищей и радостью».</w:t>
      </w:r>
    </w:p>
    <w:p>
      <w:r>
        <w:t>18. И даже этими словами они с трудом удержали толпы от принесения им жертвы.</w:t>
      </w:r>
    </w:p>
    <w:p>
      <w:r>
        <w:t>19. Но из Антиохии и Иконии пришли иудеи, убедили толпы и, побив Павла камнями, вытащили его за город, считая мёртвым.</w:t>
      </w:r>
    </w:p>
    <w:p>
      <w:r>
        <w:t>20. Когда ученики окружили его, он встал и вошёл в город. На следующий день он отправился с Варнавой в Дервию.</w:t>
      </w:r>
    </w:p>
    <w:p>
      <w:r>
        <w:t>21. Благовествовав в том городе и сделав немало людей учениками, они возвратились в Листру, Иконию и Антиохию,</w:t>
      </w:r>
    </w:p>
    <w:p>
      <w:r>
        <w:t>22. укрепляя души учеников, увещевая оставаться в вере и говоря: «Через многие скорби нам надлежит войти в Царство Божье».</w:t>
      </w:r>
    </w:p>
    <w:p>
      <w:r>
        <w:t>23. Поставив им старейшин в каждой церкви, после молитвы и поста они поручили их Господу, в Которого уверовали.</w:t>
      </w:r>
    </w:p>
    <w:p>
      <w:r>
        <w:t>24. Пройдя через Писидию, они пришли в Памфилию.</w:t>
      </w:r>
    </w:p>
    <w:p>
      <w:r>
        <w:t>25. Возвестив слово в Пергии, они спустились в Атталию.</w:t>
      </w:r>
    </w:p>
    <w:p>
      <w:r>
        <w:t>26. Оттуда отплыли в Антиохию, откуда были поручены благодати Божьей для дела, которое теперь завершили.</w:t>
      </w:r>
    </w:p>
    <w:p>
      <w:r>
        <w:t>27. Прибыв, они собрали церковь и рассказали всё, что Бог совершил вместе с ними, и как Он открыл язычникам дверь веры.</w:t>
      </w:r>
    </w:p>
    <w:p>
      <w:r>
        <w:t>28. И они провели там с учениками немало времени.</w:t>
      </w:r>
    </w:p>
    <w:p>
      <w:pPr>
        <w:pStyle w:val="Heading2"/>
      </w:pPr>
      <w:r>
        <w:t>Глава 15</w:t>
      </w:r>
    </w:p>
    <w:p>
      <w:r>
        <w:t>1. Некоторые, пришедшие из Иудеи, учили братьев: «Если не обрежетесь по обычаю Моисея, не можете спастись».</w:t>
      </w:r>
    </w:p>
    <w:p>
      <w:r>
        <w:t>2. Когда между ними и Павлом с Варнавой возникли немалые разногласия и споры, было решено, чтобы Павел, Варнава и некоторые другие из них поднялись в Иерусалим к апостолам и старейшинам по этому вопросу.</w:t>
      </w:r>
    </w:p>
    <w:p>
      <w:r>
        <w:t>3. Церковь проводила их, и они проходили через Финикию и Самарию, подробно рассказывая об обращении язычников и принося великую радость всем братьям.</w:t>
      </w:r>
    </w:p>
    <w:p>
      <w:r>
        <w:t>4. Придя в Иерусалим, они были приняты церковью, апостолами и старейшинами и рассказали всё, что Бог совершил вместе с ними.</w:t>
      </w:r>
    </w:p>
    <w:p>
      <w:r>
        <w:t>5. Но некоторые уверовавшие из партии фарисеев встали и сказали: «Их нужно обрезать и повелевать им соблюдать Закон Моисея».</w:t>
      </w:r>
    </w:p>
    <w:p>
      <w:r>
        <w:t>6. Апостолы и старейшины собрались рассмотреть этот вопрос.</w:t>
      </w:r>
    </w:p>
    <w:p>
      <w:r>
        <w:t>7. После долгого обсуждения Пётр встал и сказал им: «Мужи братья! Вы знаете, что Бог уже давно избрал меня среди вас, чтобы через мои уста язычники услышали слово благой вести и уверовали.</w:t>
      </w:r>
    </w:p>
    <w:p>
      <w:r>
        <w:t>8. И Бог, знающий сердца, засвидетельствовал им, дав Святого Духа, как и нам.</w:t>
      </w:r>
    </w:p>
    <w:p>
      <w:r>
        <w:t>9. Он не сделал никакого различия между нами и ими, очистив их сердца верой.</w:t>
      </w:r>
    </w:p>
    <w:p>
      <w:r>
        <w:t>10. Так зачем же теперь вы испытываете Бога, возлагая на шею учеников ярмо, которое не смогли понести ни наши отцы, ни мы?</w:t>
      </w:r>
    </w:p>
    <w:p>
      <w:r>
        <w:t>11. Но мы верим, что спасаемся благодатью Господа Иисуса так же, как и они».</w:t>
      </w:r>
    </w:p>
    <w:p>
      <w:r>
        <w:t>12. Всё собрание умолкло и слушало Варнаву и Павла, рассказывавших, какие знамения и чудеса Бог совершил через них среди язычников.</w:t>
      </w:r>
    </w:p>
    <w:p>
      <w:r>
        <w:t>13. Когда они замолчали, Иаков ответил: «Мужи братья, послушайте меня.</w:t>
      </w:r>
    </w:p>
    <w:p>
      <w:r>
        <w:t>14. Симеон рассказал, как Бог впервые посетил язычников, чтобы взять из них народ для Своего имени.</w:t>
      </w:r>
    </w:p>
    <w:p>
      <w:r>
        <w:t>15. С этим согласуются слова пророков, как написано:</w:t>
      </w:r>
    </w:p>
    <w:p>
      <w:r>
        <w:t>16. “После этого Я возвращусь и восстановлю упавший шатёр Давида; восстановлю его развалины и воздвигну его,</w:t>
      </w:r>
    </w:p>
    <w:p>
      <w:r>
        <w:t>17. чтобы остальные люди взыскали Господа и все народы, над которыми было призвано Моё имя, говорит Господь, делающий это</w:t>
      </w:r>
    </w:p>
    <w:p>
      <w:r>
        <w:t>18. известным от века”.</w:t>
      </w:r>
    </w:p>
    <w:p>
      <w:r>
        <w:t>19. Поэтому я считаю, что не следует затруднять тех из язычников, кто обращается к Богу,</w:t>
      </w:r>
    </w:p>
    <w:p>
      <w:r>
        <w:t>20. но написать им, чтобы они воздерживались от осквернённого идолами, от сексуальной распущенности, от удавленины и от крови.</w:t>
      </w:r>
    </w:p>
    <w:p>
      <w:r>
        <w:t>21. Ведь с древних поколений в каждом городе есть те, кто проповедует Моисея, поскольку его читают в синагогах каждую субботу».</w:t>
      </w:r>
    </w:p>
    <w:p>
      <w:r>
        <w:t>22. Тогда апостолы и старейшины вместе со всей церковью решили избрать из своей среды людей и послать их в Антиохию с Павлом и Варнавой: Иуду, называемого Варсавой, и Силу — ведущих людей среди братьев.</w:t>
      </w:r>
    </w:p>
    <w:p>
      <w:r>
        <w:t>23. С ними передали письмо: «Апостолы и старейшины — братья — братьям из язычников в Антиохии, Сирии и Киликии: приветствие.</w:t>
      </w:r>
    </w:p>
    <w:p>
      <w:r>
        <w:t>24. Мы услышали, что некоторые, вышедшие от нас без нашего поручения, смутили вас словами и расстроили ваши души.</w:t>
      </w:r>
    </w:p>
    <w:p>
      <w:r>
        <w:t>25. Поэтому мы единодушно решили избрать людей и послать их к вам вместе с нашими возлюбленными Варнавой и Павлом,</w:t>
      </w:r>
    </w:p>
    <w:p>
      <w:r>
        <w:t>26. людьми, рисковавшими жизнью ради имени нашего Господа Иисуса Христа.</w:t>
      </w:r>
    </w:p>
    <w:p>
      <w:r>
        <w:t>27. Итак, мы послали Иуду и Силу, которые и устно сообщат вам то же самое.</w:t>
      </w:r>
    </w:p>
    <w:p>
      <w:r>
        <w:t>28. Святому Духу и нам показалось правильным не возлагать на вас никакого большего бремени, кроме следующего необходимого:</w:t>
      </w:r>
    </w:p>
    <w:p>
      <w:r>
        <w:t>29. воздерживаться от принесённого идолам, от крови, от удавленины и от сексуальной распущенности. Если будете хранить себя от этого, поступите хорошо. Будьте здоровы».</w:t>
      </w:r>
    </w:p>
    <w:p>
      <w:r>
        <w:t>30. Отпущенные, они пришли в Антиохию, собрали всех и передали письмо.</w:t>
      </w:r>
    </w:p>
    <w:p>
      <w:r>
        <w:t>31. Прочитав его, все обрадовались этому ободрению.</w:t>
      </w:r>
    </w:p>
    <w:p>
      <w:r>
        <w:t>32. Иуда и Сила, сами будучи пророками, многими словами ободрили братьев и укрепили их.</w:t>
      </w:r>
    </w:p>
    <w:p>
      <w:r>
        <w:t>33. Проведя там некоторое время, они были отпущены братьями с миром к пославшим их.</w:t>
      </w:r>
    </w:p>
    <w:p>
      <w:r>
        <w:t xml:space="preserve">34. </w:t>
      </w:r>
    </w:p>
    <w:p>
      <w:r>
        <w:t>35. А Павел и Варнава оставались в Антиохии, уча и вместе со многими другими благовествуя слово Господа.</w:t>
      </w:r>
    </w:p>
    <w:p>
      <w:r>
        <w:t>36. Через несколько дней Павел сказал Варнаве: «Вернёмся и посетим братьев в каждом городе, где мы возвещали слово Господа, и посмотрим, как они».</w:t>
      </w:r>
    </w:p>
    <w:p>
      <w:r>
        <w:t>37. Варнава хотел взять с собой и Иоанна, называемого Марком.</w:t>
      </w:r>
    </w:p>
    <w:p>
      <w:r>
        <w:t>38. Но Павел считал правильным не брать того, кто оставил их в Памфилии и не пошёл с ними на дело.</w:t>
      </w:r>
    </w:p>
    <w:p>
      <w:r>
        <w:t>39. Возникло острое разногласие, так что они разошлись друг с другом. Варнава взял Марка и отплыл на Кипр.</w:t>
      </w:r>
    </w:p>
    <w:p>
      <w:r>
        <w:t>40. Павел же выбрал Силу и отправился в путь, будучи поручен братьями благодати Господа.</w:t>
      </w:r>
    </w:p>
    <w:p>
      <w:r>
        <w:t>41. Он проходил Сирию и Киликию, укрепляя церкви.</w:t>
      </w:r>
    </w:p>
    <w:p>
      <w:pPr>
        <w:pStyle w:val="Heading2"/>
      </w:pPr>
      <w:r>
        <w:t>Глава 16</w:t>
      </w:r>
    </w:p>
    <w:p>
      <w:r>
        <w:t>1. Павел пришёл также в Дервию и Листру. Там был ученик по имени Тимофей, сын верующей иудейки и отца-грека.</w:t>
      </w:r>
    </w:p>
    <w:p>
      <w:r>
        <w:t>2. Братья в Листре и Иконии хорошо отзывались о нём.</w:t>
      </w:r>
    </w:p>
    <w:p>
      <w:r>
        <w:t>3. Павел захотел взять его с собой; взяв его, обрезал ради иудеев, живших в тех местах, потому что все знали, что его отец был греком.</w:t>
      </w:r>
    </w:p>
    <w:p>
      <w:r>
        <w:t>4. Проходя по городам, они передавали верующим постановления, принятые апостолами и старейшинами в Иерусалиме, чтобы те их соблюдали.</w:t>
      </w:r>
    </w:p>
    <w:p>
      <w:r>
        <w:t>5. И церкви укреплялись в вере и ежедневно возрастали числом.</w:t>
      </w:r>
    </w:p>
    <w:p>
      <w:r>
        <w:t>6. Они прошли через Фригию и Галатийскую область, поскольку Святой Дух запретил им говорить слово в Азии.</w:t>
      </w:r>
    </w:p>
    <w:p>
      <w:r>
        <w:t>7. Подойдя к Мисии, они пытались пойти в Вифинию, но Дух Иисуса не позволил им.</w:t>
      </w:r>
    </w:p>
    <w:p>
      <w:r>
        <w:t>8. Пройдя мимо Мисии, они спустились в Троаду.</w:t>
      </w:r>
    </w:p>
    <w:p>
      <w:r>
        <w:t>9. Ночью Павлу было видение: перед ним стоял некий македонянин и просил: «Перейди в Македонию и помоги нам».</w:t>
      </w:r>
    </w:p>
    <w:p>
      <w:r>
        <w:t>10. Когда он увидел видение, мы сразу постарались отправиться в Македонию, заключив, что Бог призвал нас благовествовать им.</w:t>
      </w:r>
    </w:p>
    <w:p>
      <w:r>
        <w:t>11. Отплыв из Троады, мы прямым курсом пришли на Самофракию, а на следующий день — в Неаполь,</w:t>
      </w:r>
    </w:p>
    <w:p>
      <w:r>
        <w:t>12. а оттуда — в Филиппы, первый город этой части Македонии, колонию. В этом городе мы провели несколько дней.</w:t>
      </w:r>
    </w:p>
    <w:p>
      <w:r>
        <w:t>13. В субботу мы вышли за ворота к реке, где, как мы полагали, было место молитвы. Сев, мы стали говорить собравшимся женщинам.</w:t>
      </w:r>
    </w:p>
    <w:p>
      <w:r>
        <w:t>14. Слушала нас и женщина по имени Лидия, торговавшая пурпуром из города Фиатиры и почитавшая Бога. Господь открыл её сердце, чтобы она внимала словам Павла.</w:t>
      </w:r>
    </w:p>
    <w:p>
      <w:r>
        <w:t>15. Когда она и её дом были крещены, она попросила: «Если вы признали меня верной Господу, войдите в мой дом и оставайтесь». И настояла на этом.</w:t>
      </w:r>
    </w:p>
    <w:p>
      <w:r>
        <w:t>16. Однажды, когда мы шли к месту молитвы, нам встретилась служанка, в которой был дух Пифона. Прорицанием она приносила своим хозяевам большой доход.</w:t>
      </w:r>
    </w:p>
    <w:p>
      <w:r>
        <w:t>17. Она шла за Павлом и за нами и кричала: «Эти люди — рабы Всевышнего Бога, которые возвещают вам путь спасения».</w:t>
      </w:r>
    </w:p>
    <w:p>
      <w:r>
        <w:t>18. Так она делала много дней. Павел, сильно раздражённый, обернулся и сказал духу: «Повелеваю тебе именем Иисуса Христа выйти из неё!» И тот вышел в тот же час.</w:t>
      </w:r>
    </w:p>
    <w:p>
      <w:r>
        <w:t>19. Хозяева служанки, увидев, что исчезла надежда на их доход, схватили Павла и Силу и потащили на рыночную площадь к начальникам.</w:t>
      </w:r>
    </w:p>
    <w:p>
      <w:r>
        <w:t>20. Приведя их к городским магистратам, сказали: «Эти люди, будучи иудеями, возмущают наш город</w:t>
      </w:r>
    </w:p>
    <w:p>
      <w:r>
        <w:t>21. и возвещают обычаи, которые нам, римлянам, нельзя принимать или исполнять».</w:t>
      </w:r>
    </w:p>
    <w:p>
      <w:r>
        <w:t>22. Толпа также поднялась против них, а магистраты, сорвав с них одежды, приказали бить их палками.</w:t>
      </w:r>
    </w:p>
    <w:p>
      <w:r>
        <w:t>23. Нанеся им много ударов, их бросили в тюрьму и приказали тюремщику надёжно стеречь их.</w:t>
      </w:r>
    </w:p>
    <w:p>
      <w:r>
        <w:t>24. Получив такой приказ, он поместил их во внутреннюю темницу и закрепил их ноги в колоде.</w:t>
      </w:r>
    </w:p>
    <w:p>
      <w:r>
        <w:t>25. Около полуночи Павел и Сила молились и пели гимны Богу, а заключённые слушали их.</w:t>
      </w:r>
    </w:p>
    <w:p>
      <w:r>
        <w:t>26. Внезапно произошло сильное землетрясение, так что поколебались основания тюрьмы. Сразу открылись все двери, и у всех ослабли оковы.</w:t>
      </w:r>
    </w:p>
    <w:p>
      <w:r>
        <w:t>27. Тюремщик проснулся, увидел открытые двери тюрьмы и, выхватив меч, собирался лишить себя жизни, думая, что заключённые бежали.</w:t>
      </w:r>
    </w:p>
    <w:p>
      <w:r>
        <w:t>28. Но Павел громко крикнул: «Не делай себе зла! Мы все здесь».</w:t>
      </w:r>
    </w:p>
    <w:p>
      <w:r>
        <w:t>29. Тюремщик потребовал огней, вбежал внутрь и, дрожа, упал перед Павлом и Силой.</w:t>
      </w:r>
    </w:p>
    <w:p>
      <w:r>
        <w:t>30. Выведя их наружу, спросил: «Господа, что мне нужно делать, чтобы спастись?»</w:t>
      </w:r>
    </w:p>
    <w:p>
      <w:r>
        <w:t>31. Они ответили: «Поверь в Господа Иисуса — и спасёшься ты и твой дом».</w:t>
      </w:r>
    </w:p>
    <w:p>
      <w:r>
        <w:t>32. И они сказали ему и всем, кто был в его доме, слово Господа.</w:t>
      </w:r>
    </w:p>
    <w:p>
      <w:r>
        <w:t>33. В тот же час ночи он взял их, омыл их раны и сразу был крещён — он и все его домашние.</w:t>
      </w:r>
    </w:p>
    <w:p>
      <w:r>
        <w:t>34. Приведя их в дом, он накрыл стол и радовался со всем домом, уверовав в Бога.</w:t>
      </w:r>
    </w:p>
    <w:p>
      <w:r>
        <w:t>35. Когда наступил день, магистраты послали ликторов сказать: «Отпусти этих людей».</w:t>
      </w:r>
    </w:p>
    <w:p>
      <w:r>
        <w:t>36. Тюремщик передал эти слова Павлу: «Магистраты прислали приказ отпустить вас. Теперь выходите и идите с миром».</w:t>
      </w:r>
    </w:p>
    <w:p>
      <w:r>
        <w:t>37. Но Павел сказал им: «Нас, римских граждан, без суда публично избили и бросили в тюрьму, а теперь тайно выгоняют? Нет! Пусть сами придут и выведут нас».</w:t>
      </w:r>
    </w:p>
    <w:p>
      <w:r>
        <w:t>38. Ликторы передали эти слова магистратам. Услышав, что они римские граждане, те испугались.</w:t>
      </w:r>
    </w:p>
    <w:p>
      <w:r>
        <w:t>39. Они пришли, стали их уговаривать, вывели и просили уйти из города.</w:t>
      </w:r>
    </w:p>
    <w:p>
      <w:r>
        <w:t>40. Выйдя из тюрьмы, Павел и Сила пришли к Лидии; увидев братьев, они ободрили их и ушли.</w:t>
      </w:r>
    </w:p>
    <w:p>
      <w:pPr>
        <w:pStyle w:val="Heading2"/>
      </w:pPr>
      <w:r>
        <w:t>Глава 17</w:t>
      </w:r>
    </w:p>
    <w:p>
      <w:r>
        <w:t>1. Пройдя через Амфиполь и Аполлонию, они пришли в Фессалонику, где была иудейская синагога.</w:t>
      </w:r>
    </w:p>
    <w:p>
      <w:r>
        <w:t>2. По своему обыкновению Павел вошёл к ним и три субботы рассуждал с ними на основании Писаний,</w:t>
      </w:r>
    </w:p>
    <w:p>
      <w:r>
        <w:t>3. объясняя и доказывая, что Христу надлежало пострадать и воскреснуть из мёртвых и что этот Иисус, Которого я возвещаю вам, и есть Христос.</w:t>
      </w:r>
    </w:p>
    <w:p>
      <w:r>
        <w:t>4. Некоторые из них убедились и присоединились к Павлу и Силе; к ним присоединилось также великое множество почитающих Бога греков и немало знатных женщин.</w:t>
      </w:r>
    </w:p>
    <w:p>
      <w:r>
        <w:t>5. Но иудеи, исполненные ревности, взяли с площади несколько негодных людей, собрали толпу и привели город в смятение. Напав на дом Иасона, они искали Павла и Силу, чтобы вывести их к народу.</w:t>
      </w:r>
    </w:p>
    <w:p>
      <w:r>
        <w:t>6. Не найдя их, они потащили Иасона и некоторых братьев к городским начальникам, крича: «Эти люди, перевернувшие весь мир, пришли и сюда,</w:t>
      </w:r>
    </w:p>
    <w:p>
      <w:r>
        <w:t>7. а Иасон принял их. Все они поступают против постановлений кесаря, говоря, что есть другой царь — Иисус».</w:t>
      </w:r>
    </w:p>
    <w:p>
      <w:r>
        <w:t>8. Этими словами они встревожили толпу и городских начальников.</w:t>
      </w:r>
    </w:p>
    <w:p>
      <w:r>
        <w:t>9. Взяв поручительство у Иасона и остальных, их отпустили.</w:t>
      </w:r>
    </w:p>
    <w:p>
      <w:r>
        <w:t>10. Братья той же ночью отправили Павла и Силу в Верию. Прибыв туда, они пошли в иудейскую синагогу.</w:t>
      </w:r>
    </w:p>
    <w:p>
      <w:r>
        <w:t>11. Верийцы были благороднее фессалоникийцев: они приняли слово со всей готовностью, ежедневно исследуя Писания и проверяя, так ли это.</w:t>
      </w:r>
    </w:p>
    <w:p>
      <w:r>
        <w:t>12. Поэтому многие из них уверовали, а также немало знатных греческих женщин и мужчин.</w:t>
      </w:r>
    </w:p>
    <w:p>
      <w:r>
        <w:t>13. Но когда иудеи из Фессалоники узнали, что Павел возвещает слово Божье и в Верии, они пришли и туда, возбуждая и тревожа толпы.</w:t>
      </w:r>
    </w:p>
    <w:p>
      <w:r>
        <w:t>14. Тогда братья немедленно отправили Павла к морю, а Сила и Тимофей остались там.</w:t>
      </w:r>
    </w:p>
    <w:p>
      <w:r>
        <w:t>15. Сопровождавшие Павла довели его до Афин и, получив поручение для Силы и Тимофея как можно скорее прийти к нему, отправились обратно.</w:t>
      </w:r>
    </w:p>
    <w:p>
      <w:r>
        <w:t>16. Пока Павел ожидал их в Афинах, его дух возмущался при виде города, полного идолов.</w:t>
      </w:r>
    </w:p>
    <w:p>
      <w:r>
        <w:t>17. Поэтому он рассуждал в синагоге с иудеями и почитающими Бога, а на площади — каждый день с теми, кто встречался.</w:t>
      </w:r>
    </w:p>
    <w:p>
      <w:r>
        <w:t>18. Некоторые эпикурейские и стоические философы спорили с ним. Одни говорили: «Что хочет сказать этот болтун?» Другие: «Похоже, он — возвеститель чужих божеств», — потому что он благовествовал Иисуса и воскресение.</w:t>
      </w:r>
    </w:p>
    <w:p>
      <w:r>
        <w:t>19. Они взяли его и привели на Ареопаг, говоря: «Можем ли мы узнать, что это за новое учение, которое ты излагаешь?</w:t>
      </w:r>
    </w:p>
    <w:p>
      <w:r>
        <w:t>20. До наших ушей ты доносишь нечто странное; поэтому мы хотим знать, что это значит».</w:t>
      </w:r>
    </w:p>
    <w:p>
      <w:r>
        <w:t>21. Все афиняне и живущие там чужеземцы проводили время только в том, чтобы говорить или слушать что-нибудь новое.</w:t>
      </w:r>
    </w:p>
    <w:p>
      <w:r>
        <w:t>22. Павел встал посреди Ареопага и сказал: «Мужи афиняне! По всему вижу, что вы особенно религиозны.</w:t>
      </w:r>
    </w:p>
    <w:p>
      <w:r>
        <w:t>23. Проходя и рассматривая предметы вашего поклонения, я нашёл и жертвенник с надписью: “Неизвестному Богу”. Итак, то, что вы почитаете, не зная, я и возвещаю вам.</w:t>
      </w:r>
    </w:p>
    <w:p>
      <w:r>
        <w:t>24. Бог, сотворивший мир и всё, что в нём, будучи Господом неба и земли, не живёт в рукотворных храмах</w:t>
      </w:r>
    </w:p>
    <w:p>
      <w:r>
        <w:t>25. и не принимает служения от человеческих рук, будто в чём-то нуждается; Он Сам даёт всем жизнь, дыхание и всё.</w:t>
      </w:r>
    </w:p>
    <w:p>
      <w:r>
        <w:t>26. От одного Он произвёл весь человеческий род для обитания по всему лицу земли, установив назначенные времена и границы их проживания,</w:t>
      </w:r>
    </w:p>
    <w:p>
      <w:r>
        <w:t>27. чтобы они искали Бога — не нащупают ли Его и не найдут ли, хотя Он и недалеко от каждого из нас.</w:t>
      </w:r>
    </w:p>
    <w:p>
      <w:r>
        <w:t>28. Ведь «в Нём мы живём, движемся и существуем», как сказали и некоторые из ваших поэтов: «Ибо мы и Его род».</w:t>
      </w:r>
    </w:p>
    <w:p>
      <w:r>
        <w:t>29. Итак, будучи родом Божьим, мы не должны думать, что Божество подобно золоту, серебру или камню — изображению, созданному искусством и человеческой мыслью.</w:t>
      </w:r>
    </w:p>
    <w:p>
      <w:r>
        <w:t>30. Итак, времена неведения Бог оставлял без внимания, но теперь повелевает всем людям повсюду покаяться,</w:t>
      </w:r>
    </w:p>
    <w:p>
      <w:r>
        <w:t>31. потому что Он установил день, в который будет судить обитаемый мир в праведности через Мужа, Которого назначил, дав всем доказательство, воскресив Его из мёртвых».</w:t>
      </w:r>
    </w:p>
    <w:p>
      <w:r>
        <w:t>32. Услышав о воскресении мёртвых, одни насмехались, а другие сказали: «Послушаем тебя об этом ещё раз».</w:t>
      </w:r>
    </w:p>
    <w:p>
      <w:r>
        <w:t>33. Так Павел вышел из их среды.</w:t>
      </w:r>
    </w:p>
    <w:p>
      <w:r>
        <w:t>34. Но некоторые люди присоединились к нему и уверовали; среди них были Дионисий Ареопагит, женщина по имени Дамарь и другие с ними.</w:t>
      </w:r>
    </w:p>
    <w:p>
      <w:pPr>
        <w:pStyle w:val="Heading2"/>
      </w:pPr>
      <w:r>
        <w:t>Глава 18</w:t>
      </w:r>
    </w:p>
    <w:p>
      <w:r>
        <w:t>1. После этого Павел ушёл из Афин и пришёл в Коринф.</w:t>
      </w:r>
    </w:p>
    <w:p>
      <w:r>
        <w:t>2. Там он нашёл иудея по имени Акила, родом из Понта, недавно прибывшего из Италии вместе со своей женой Прискиллой, потому что Клавдий повелел всем иудеям покинуть Рим. Павел пришёл к ним</w:t>
      </w:r>
    </w:p>
    <w:p>
      <w:r>
        <w:t>3. и, поскольку занимался тем же ремеслом, остался у них и работал вместе с ними: они были изготовителями палаток.</w:t>
      </w:r>
    </w:p>
    <w:p>
      <w:r>
        <w:t>4. Каждую субботу он рассуждал в синагоге, убеждая иудеев и греков.</w:t>
      </w:r>
    </w:p>
    <w:p>
      <w:r>
        <w:t>5. Когда из Македонии пришли Сила и Тимофей, Павел был поглощён словом, свидетельствуя иудеям, что Иисус есть Христос.</w:t>
      </w:r>
    </w:p>
    <w:p>
      <w:r>
        <w:t>6. Но когда они стали противиться и хулить, он отряхнул одежды и сказал им: «Ваша кровь — на ваших головах; я чист. Отныне пойду к язычникам».</w:t>
      </w:r>
    </w:p>
    <w:p>
      <w:r>
        <w:t>7. Уйдя оттуда, он вошёл в дом человека по имени Титий Иуст, почитавшего Бога; его дом находился рядом с синагогой.</w:t>
      </w:r>
    </w:p>
    <w:p>
      <w:r>
        <w:t>8. Крисп, начальник синагоги, уверовал в Господа со всем своим домом; и многие коринфяне, слушая, уверовали и крестились.</w:t>
      </w:r>
    </w:p>
    <w:p>
      <w:r>
        <w:t>9. Ночью Господь сказал Павлу в видении: «Не бойся, но говори и не молчи,</w:t>
      </w:r>
    </w:p>
    <w:p>
      <w:r>
        <w:t>10. потому что Я с тобой, и никто не нападёт на тебя, чтобы причинить тебе зло, потому что у Меня много народа в этом городе».</w:t>
      </w:r>
    </w:p>
    <w:p>
      <w:r>
        <w:t>11. И он пробыл там год и шесть месяцев, преподавая среди них слово Божье.</w:t>
      </w:r>
    </w:p>
    <w:p>
      <w:r>
        <w:t>12. Когда Галлион был проконсулом Ахайи, иудеи единодушно напали на Павла и привели его к судейскому возвышению,</w:t>
      </w:r>
    </w:p>
    <w:p>
      <w:r>
        <w:t>13. говоря: «Этот человек убеждает людей поклоняться Богу вопреки Закону».</w:t>
      </w:r>
    </w:p>
    <w:p>
      <w:r>
        <w:t>14. Когда Павел уже собирался открыть уста, Галлион сказал иудеям: «Если бы речь шла о каком-либо преступлении или злодеянии, иудеи, я по праву выслушал бы вас.</w:t>
      </w:r>
    </w:p>
    <w:p>
      <w:r>
        <w:t>15. Но если спор идёт о словах, именах и вашем Законе, разбирайтесь сами; я не хочу быть судьёй в этих делах».</w:t>
      </w:r>
    </w:p>
    <w:p>
      <w:r>
        <w:t>16. И он прогнал их от судейского возвышения.</w:t>
      </w:r>
    </w:p>
    <w:p>
      <w:r>
        <w:t>17. Тогда все схватили Сосфена, начальника синагоги, и били его перед судейским возвышением; Галлиону не было до этого дела.</w:t>
      </w:r>
    </w:p>
    <w:p>
      <w:r>
        <w:t>18. Павел пробыл там ещё немало дней, затем попрощался с братьями и отплыл в Сирию; с ним были Прискилла и Акила. В Кенхреях он остриг голову, поскольку у него был обет.</w:t>
      </w:r>
    </w:p>
    <w:p>
      <w:r>
        <w:t>19. Они прибыли в Эфес. Там Павел оставил их, а сам вошёл в синагогу и рассуждал с иудеями.</w:t>
      </w:r>
    </w:p>
    <w:p>
      <w:r>
        <w:t>20. Они просили его остаться подольше, но он не согласился.</w:t>
      </w:r>
    </w:p>
    <w:p>
      <w:r>
        <w:t>21. Попрощавшись, он сказал: «Я снова вернусь к вам, если Бог захочет», — и отплыл из Эфеса.</w:t>
      </w:r>
    </w:p>
    <w:p>
      <w:r>
        <w:t>22. Прибыв в Кесарию, он поднялся, приветствовал церковь и затем спустился в Антиохию.</w:t>
      </w:r>
    </w:p>
    <w:p>
      <w:r>
        <w:t>23. Проведя там некоторое время, он отправился дальше, последовательно проходя Галатийскую область и Фригию и укрепляя всех учеников.</w:t>
      </w:r>
    </w:p>
    <w:p>
      <w:r>
        <w:t>24. В Эфес прибыл один иудей по имени Аполлос, родом из Александрии, человек красноречивый и сильный в Писаниях.</w:t>
      </w:r>
    </w:p>
    <w:p>
      <w:r>
        <w:t>25. Он был наставлен в Пути Господа и, горя духом, говорил и точно учил об Иисусе, зная только крещение Иоанна.</w:t>
      </w:r>
    </w:p>
    <w:p>
      <w:r>
        <w:t>26. Он начал смело говорить в синагоге. Услышав его, Прискилла и Акила взяли его к себе и точнее объяснили ему Путь Божий.</w:t>
      </w:r>
    </w:p>
    <w:p>
      <w:r>
        <w:t>27. Когда он захотел отправиться в Ахайю, братья ободрили его и написали ученикам, чтобы те приняли его. Прибыв туда, он оказал большую помощь тем, кто уверовал через благодать,</w:t>
      </w:r>
    </w:p>
    <w:p>
      <w:r>
        <w:t>28. потому что публично и убедительно опровергал иудеев, показывая из Писаний, что Иисус есть Христос.</w:t>
      </w:r>
    </w:p>
    <w:p>
      <w:pPr>
        <w:pStyle w:val="Heading2"/>
      </w:pPr>
      <w:r>
        <w:t>Глава 19</w:t>
      </w:r>
    </w:p>
    <w:p>
      <w:r>
        <w:t>1. Пока Аполлос был в Коринфе, Павел прошёл верхние области и пришёл в Эфес. Там он нашёл нескольких учеников</w:t>
      </w:r>
    </w:p>
    <w:p>
      <w:r>
        <w:t>2. и спросил их: «Получили ли вы Святого Духа, когда уверовали?» Они ответили: «Мы даже не слышали, есть ли Святой Дух».</w:t>
      </w:r>
    </w:p>
    <w:p>
      <w:r>
        <w:t>3. Он спросил: «Во что же вы были крещены?» Они ответили: «В крещение Иоанна».</w:t>
      </w:r>
    </w:p>
    <w:p>
      <w:r>
        <w:t>4. Павел сказал: «Иоанн крестил крещением покаяния, говоря народу, чтобы они верили в Идущего после него, то есть в Иисуса».</w:t>
      </w:r>
    </w:p>
    <w:p>
      <w:r>
        <w:t>5. Услышав это, они были крещены во имя Господа Иисуса.</w:t>
      </w:r>
    </w:p>
    <w:p>
      <w:r>
        <w:t>6. Когда Павел возложил на них руки, на них сошёл Святой Дух, и они стали говорить на языках и пророчествовать.</w:t>
      </w:r>
    </w:p>
    <w:p>
      <w:r>
        <w:t>7. Всего их было около двенадцати человек.</w:t>
      </w:r>
    </w:p>
    <w:p>
      <w:r>
        <w:t>8. Затем Павел вошёл в синагогу и три месяца смело говорил, рассуждая о Царстве Божьем и убеждая слушателей.</w:t>
      </w:r>
    </w:p>
    <w:p>
      <w:r>
        <w:t>9. Но поскольку некоторые ожесточались и не верили, злословя Путь перед множеством, он оставил их, отделил учеников и ежедневно рассуждал в училище Тиранна.</w:t>
      </w:r>
    </w:p>
    <w:p>
      <w:r>
        <w:t>10. Так продолжалось два года, и все жители Азии, иудеи и греки, услышали слово Господа.</w:t>
      </w:r>
    </w:p>
    <w:p>
      <w:r>
        <w:t>11. Бог совершал руками Павла необычайные чудеса,</w:t>
      </w:r>
    </w:p>
    <w:p>
      <w:r>
        <w:t>12. так что к больным относили даже платки и передники, касавшиеся его тела, и болезни оставляли их, а злые духи выходили.</w:t>
      </w:r>
    </w:p>
    <w:p>
      <w:r>
        <w:t>13. Некоторые странствующие иудейские заклинатели тоже попытались произносить имя Господа Иисуса над одержимыми злыми духами, говоря: «Заклинаю вас Иисусом, Которого проповедует Павел».</w:t>
      </w:r>
    </w:p>
    <w:p>
      <w:r>
        <w:t>14. Это делали семь сыновей некоего Скевы, иудейского первосвященника.</w:t>
      </w:r>
    </w:p>
    <w:p>
      <w:r>
        <w:t>15. Но злой дух ответил им: «Иисуса я знаю, и Павел мне известен; а вы кто?»</w:t>
      </w:r>
    </w:p>
    <w:p>
      <w:r>
        <w:t>16. И человек, в котором был злой дух, бросился на них, одолел обоих и оказался сильнее их, так что они нагими и ранеными выбежали из того дома.</w:t>
      </w:r>
    </w:p>
    <w:p>
      <w:r>
        <w:t>17. Это стало известно всем иудеям и грекам, жившим в Эфесе; страх охватил всех, и имя Господа Иисуса возвеличивалось.</w:t>
      </w:r>
    </w:p>
    <w:p>
      <w:r>
        <w:t>18. Многие из уверовавших приходили, исповедуя и открыто рассказывая о своих делах.</w:t>
      </w:r>
    </w:p>
    <w:p>
      <w:r>
        <w:t>19. Многие из занимавшихся магией собрали свои книги и сожгли их перед всеми. Их стоимость подсчитали: она составила пятьдесят тысяч серебром.</w:t>
      </w:r>
    </w:p>
    <w:p>
      <w:r>
        <w:t>20. Так слово Господа мощно росло и крепло.</w:t>
      </w:r>
    </w:p>
    <w:p>
      <w:r>
        <w:t>21. После этого Павел решил в духе пройти Македонию и Ахайю и идти в Иерусалим, сказав: «После того как побываю там, мне нужно увидеть и Рим».</w:t>
      </w:r>
    </w:p>
    <w:p>
      <w:r>
        <w:t>22. Послав в Македонию двоих из своих помощников, Тимофея и Эраста, сам он ещё некоторое время оставался в Азии.</w:t>
      </w:r>
    </w:p>
    <w:p>
      <w:r>
        <w:t>23. В то время возникло немалое возмущение из-за Пути.</w:t>
      </w:r>
    </w:p>
    <w:p>
      <w:r>
        <w:t>24. Некий мастер по серебру по имени Димитрий, изготовлявший серебряные святилища Артемиды, давал ремесленникам немалый заработок.</w:t>
      </w:r>
    </w:p>
    <w:p>
      <w:r>
        <w:t>25. Собрав их и других работников того же ремесла, он сказал: «Мужи! Вы знаете, что наше благосостояние зависит от этого дела.</w:t>
      </w:r>
    </w:p>
    <w:p>
      <w:r>
        <w:t>26. Вы видите и слышите, что этот Павел не только в Эфесе, но почти по всей Азии убедил и отвратил немало людей, говоря, что сделанные руками — не боги.</w:t>
      </w:r>
    </w:p>
    <w:p>
      <w:r>
        <w:t>27. Есть опасность, что не только наше ремесло будет опозорено, но и храм великой богини Артемиды окажется ничем, и величие той, которую почитают вся Азия и весь мир, будет низвергнуто».</w:t>
      </w:r>
    </w:p>
    <w:p>
      <w:r>
        <w:t>28. Услышав это, они пришли в ярость и стали кричать: «Велика Артемида Эфесская!»</w:t>
      </w:r>
    </w:p>
    <w:p>
      <w:r>
        <w:t>29. Весь город наполнился смятением. Все единодушно бросились в театр, схватив Гаия и Аристарха, македонян, спутников Павла.</w:t>
      </w:r>
    </w:p>
    <w:p>
      <w:r>
        <w:t>30. Павел хотел войти к народу, но ученики не позволили ему.</w:t>
      </w:r>
    </w:p>
    <w:p>
      <w:r>
        <w:t>31. Некоторые из асиархов, бывшие его друзьями, также послали к нему и просили не идти в театр.</w:t>
      </w:r>
    </w:p>
    <w:p>
      <w:r>
        <w:t>32. Одни кричали одно, другие другое, потому что собрание было в смятении, и большинство не знало, зачем они собрались.</w:t>
      </w:r>
    </w:p>
    <w:p>
      <w:r>
        <w:t>33. Из толпы вывели Александра, которого иудеи выдвинули вперёд. Александр сделал знак рукой и хотел оправдаться перед народом.</w:t>
      </w:r>
    </w:p>
    <w:p>
      <w:r>
        <w:t>34. Но когда узнали, что он иудей, все одним голосом около двух часов кричали: «Велика Артемида Эфесская!»</w:t>
      </w:r>
    </w:p>
    <w:p>
      <w:r>
        <w:t>35. Городской секретарь, успокоив толпу, сказал: «Мужи эфесяне! Кто из людей не знает, что город Эфес — хранитель храма великой Артемиды и того, что упало с неба?</w:t>
      </w:r>
    </w:p>
    <w:p>
      <w:r>
        <w:t>36. Поскольку это бесспорно, вам следует успокоиться и не делать ничего опрометчивого.</w:t>
      </w:r>
    </w:p>
    <w:p>
      <w:r>
        <w:t>37. Вы привели этих людей, хотя они ни храмов не грабили, ни нашу богиню не хулили.</w:t>
      </w:r>
    </w:p>
    <w:p>
      <w:r>
        <w:t>38. Если Димитрий и ремесленники с ним имеют жалобу на кого-то, суды открыты и есть проконсулы; пусть предъявляют обвинения друг другу.</w:t>
      </w:r>
    </w:p>
    <w:p>
      <w:r>
        <w:t>39. А если вы требуете чего-либо ещё, это будет решено в законном собрании.</w:t>
      </w:r>
    </w:p>
    <w:p>
      <w:r>
        <w:t>40. Ведь нам грозит обвинение в мятеже из-за того, что произошло сегодня, поскольку нет никакой причины, которой мы могли бы оправдать это сборище».</w:t>
      </w:r>
    </w:p>
    <w:p>
      <w:r>
        <w:t>41. Сказав это, он распустил собрание.</w:t>
      </w:r>
    </w:p>
    <w:p>
      <w:pPr>
        <w:pStyle w:val="Heading2"/>
      </w:pPr>
      <w:r>
        <w:t>Глава 20</w:t>
      </w:r>
    </w:p>
    <w:p>
      <w:r>
        <w:t>1. Когда беспорядки прекратились, Павел позвал учеников, ободрил их, попрощался и отправился в Македонию.</w:t>
      </w:r>
    </w:p>
    <w:p>
      <w:r>
        <w:t>2. Пройдя по тем местам и много ободрив их словами, он пришёл в Грецию.</w:t>
      </w:r>
    </w:p>
    <w:p>
      <w:r>
        <w:t>3. Проведя там три месяца, он собирался плыть в Сирию, но иудеи устроили против него заговор, и он решил возвращаться через Македонию.</w:t>
      </w:r>
    </w:p>
    <w:p>
      <w:r>
        <w:t>4. Его сопровождали Сопатр, сын Пирра, из Верии, Аристарх и Секунд из Фессалоники, Гаий из Дервии, Тимофей, а из Асии — Тихик и Трофим.</w:t>
      </w:r>
    </w:p>
    <w:p>
      <w:r>
        <w:t>5. Они пошли впереди и ждали нас в Троаде.</w:t>
      </w:r>
    </w:p>
    <w:p>
      <w:r>
        <w:t>6. А мы после дней Опресноков отплыли из Филипп и через пять дней прибыли к ним в Троаду, где провели семь дней.</w:t>
      </w:r>
    </w:p>
    <w:p>
      <w:r>
        <w:t>7. В первый день недели, когда мы собрались для преломления хлеба, Павел беседовал с ними и, собираясь отправиться на следующий день, продолжал речь до полуночи.</w:t>
      </w:r>
    </w:p>
    <w:p>
      <w:r>
        <w:t>8. В верхней комнате, где мы были собраны, горело много светильников.</w:t>
      </w:r>
    </w:p>
    <w:p>
      <w:r>
        <w:t>9. Один юноша по имени Евтих сидел на окне и погружался в глубокий сон. Пока Павел долго говорил, сон одолел его, и он упал вниз с третьего этажа; его подняли мёртвым.</w:t>
      </w:r>
    </w:p>
    <w:p>
      <w:r>
        <w:t>10. Павел спустился, лёг на него, обнял и сказал: «Не тревожьтесь, его жизнь в нём».</w:t>
      </w:r>
    </w:p>
    <w:p>
      <w:r>
        <w:t>11. Затем он поднялся, преломил хлеб, поел и ещё долго беседовал до рассвета, после чего ушёл.</w:t>
      </w:r>
    </w:p>
    <w:p>
      <w:r>
        <w:t>12. А юношу привели живым и очень утешились.</w:t>
      </w:r>
    </w:p>
    <w:p>
      <w:r>
        <w:t>13. Мы же пошли вперёд на корабль и отплыли к Ассу, где должны были взять Павла; так он распорядился, потому что сам хотел идти пешком.</w:t>
      </w:r>
    </w:p>
    <w:p>
      <w:r>
        <w:t>14. Когда он встретился с нами в Ассе, мы взяли его на борт и пришли в Митилену.</w:t>
      </w:r>
    </w:p>
    <w:p>
      <w:r>
        <w:t>15. Отплыв оттуда, на следующий день мы оказались напротив Хиоса, ещё через день пристали к Самосу, а на следующий пришли в Милет.</w:t>
      </w:r>
    </w:p>
    <w:p>
      <w:r>
        <w:t>16. Павел решил пройти мимо Эфеса, чтобы не задерживаться в Асии, потому что спешил, если возможно, быть в Иерусалиме ко дню Пятидесятницы.</w:t>
      </w:r>
    </w:p>
    <w:p>
      <w:r>
        <w:t>17. Из Милета он послал в Эфес и пригласил старейшин церкви.</w:t>
      </w:r>
    </w:p>
    <w:p>
      <w:r>
        <w:t>18. Когда они пришли к нему, он сказал: «Вы знаете, как с первого дня моего прихода в Асию я всё время был с вами,</w:t>
      </w:r>
    </w:p>
    <w:p>
      <w:r>
        <w:t>19. служа Господу со всяким смирением, со слезами и испытаниями, которые постигали меня из-за заговоров иудеев.</w:t>
      </w:r>
    </w:p>
    <w:p>
      <w:r>
        <w:t>20. Я не уклонился возвещать вам всё полезное и учить вас публично и по домам,</w:t>
      </w:r>
    </w:p>
    <w:p>
      <w:r>
        <w:t>21. свидетельствуя иудеям и грекам о покаянии перед Богом и вере в нашего Господа Иисуса.</w:t>
      </w:r>
    </w:p>
    <w:p>
      <w:r>
        <w:t>22. И теперь вот, связанный духом, я иду в Иерусалим, не зная, что там со мной произойдёт,</w:t>
      </w:r>
    </w:p>
    <w:p>
      <w:r>
        <w:t>23. кроме того, что Святой Дух в каждом городе свидетельствует мне, что меня ожидают узы и скорби.</w:t>
      </w:r>
    </w:p>
    <w:p>
      <w:r>
        <w:t>24. Но я ни во что не ставлю свою жизнь, лишь бы завершить свой путь и служение, которое получил от Господа Иисуса, — свидетельствовать благую весть благодати Божьей.</w:t>
      </w:r>
    </w:p>
    <w:p>
      <w:r>
        <w:t>25. И теперь я знаю, что вы все, среди кого я ходил, проповедуя Царство, больше не увидите моего лица.</w:t>
      </w:r>
    </w:p>
    <w:p>
      <w:r>
        <w:t>26. Поэтому свидетельствую вам сегодня: я чист от крови всех,</w:t>
      </w:r>
    </w:p>
    <w:p>
      <w:r>
        <w:t>27. потому что не уклонился возвестить вам весь замысел Бога.</w:t>
      </w:r>
    </w:p>
    <w:p>
      <w:r>
        <w:t>28. Будьте внимательны к себе и ко всему стаду, в котором Святой Дух поставил вас надзирателями, чтобы пасти церковь Бога, которую Он приобрёл Своей собственной кровью.</w:t>
      </w:r>
    </w:p>
    <w:p>
      <w:r>
        <w:t>29. Я знаю, что после моего ухода к вам войдут свирепые волки, не щадящие стада.</w:t>
      </w:r>
    </w:p>
    <w:p>
      <w:r>
        <w:t>30. И из вас самих восстанут люди, говорящие превратное, чтобы увлечь учеников за собой.</w:t>
      </w:r>
    </w:p>
    <w:p>
      <w:r>
        <w:t>31. Поэтому бодрствуйте, помня, что в течение трёх лет день и ночь я не переставал со слезами наставлять каждого.</w:t>
      </w:r>
    </w:p>
    <w:p>
      <w:r>
        <w:t>32. И теперь поручаю вас Богу и слову Его благодати, которое способно созидать и дать вам наследие среди всех освящённых.</w:t>
      </w:r>
    </w:p>
    <w:p>
      <w:r>
        <w:t>33. Ни серебра, ни золота, ни одежды я ни у кого не желал.</w:t>
      </w:r>
    </w:p>
    <w:p>
      <w:r>
        <w:t>34. Вы сами знаете, что эти руки послужили моим нуждам и нуждам бывших со мной.</w:t>
      </w:r>
    </w:p>
    <w:p>
      <w:r>
        <w:t>35. Во всём я показал вам, что, так трудясь, нужно поддерживать слабых и помнить слова Господа Иисуса, потому что Он Сам сказал: “Блаженнее давать, чем получать”».</w:t>
      </w:r>
    </w:p>
    <w:p>
      <w:r>
        <w:t>36. Сказав это, он преклонил колени и помолился вместе со всеми ними.</w:t>
      </w:r>
    </w:p>
    <w:p>
      <w:r>
        <w:t>37. Все много плакали, обнимали Павла и целовали его,</w:t>
      </w:r>
    </w:p>
    <w:p>
      <w:r>
        <w:t>38. особенно скорбя из-за сказанных им слов, что больше не увидят его лица. Затем они проводили его до корабля.</w:t>
      </w:r>
    </w:p>
    <w:p>
      <w:pPr>
        <w:pStyle w:val="Heading2"/>
      </w:pPr>
      <w:r>
        <w:t>Глава 21</w:t>
      </w:r>
    </w:p>
    <w:p>
      <w:r>
        <w:t>1. Когда мы, расставшись с ними, отплыли, то прямым курсом пришли на Кос, на следующий день — на Родос, а оттуда — в Патару.</w:t>
      </w:r>
    </w:p>
    <w:p>
      <w:r>
        <w:t>2. Найдя корабль, направлявшийся в Финикию, мы поднялись на борт и отплыли.</w:t>
      </w:r>
    </w:p>
    <w:p>
      <w:r>
        <w:t>3. Увидев Кипр и оставив его слева, мы плыли в Сирию и прибыли в Тир, потому что там корабль должен был разгрузиться.</w:t>
      </w:r>
    </w:p>
    <w:p>
      <w:r>
        <w:t>4. Найдя учеников, мы пробыли там семь дней. Через Духа они говорили Павлу не идти в Иерусалим.</w:t>
      </w:r>
    </w:p>
    <w:p>
      <w:r>
        <w:t>5. Когда эти дни закончились, мы вышли и пошли дальше; все с жёнами и детьми провожали нас за город. На берегу мы преклонили колени и помолились.</w:t>
      </w:r>
    </w:p>
    <w:p>
      <w:r>
        <w:t>6. Попрощавшись друг с другом, мы поднялись на корабль, а они возвратились домой.</w:t>
      </w:r>
    </w:p>
    <w:p>
      <w:r>
        <w:t>7. Завершив плавание из Тира, мы прибыли в Птолемаиду, приветствовали братьев и пробыли у них один день.</w:t>
      </w:r>
    </w:p>
    <w:p>
      <w:r>
        <w:t>8. На следующий день мы вышли и пришли в Кесарию. Войдя в дом Филиппа-благовестника, одного из семи, мы остановились у него.</w:t>
      </w:r>
    </w:p>
    <w:p>
      <w:r>
        <w:t>9. У него были четыре дочери-девственницы, которые пророчествовали.</w:t>
      </w:r>
    </w:p>
    <w:p>
      <w:r>
        <w:t>10. Когда мы оставались там несколько дней, из Иудеи пришёл пророк по имени Агав.</w:t>
      </w:r>
    </w:p>
    <w:p>
      <w:r>
        <w:t>11. Он подошёл к нам, взял пояс Павла, связал себе ноги и руки и сказал: «Так говорит Святой Дух: человека, которому принадлежит этот пояс, так свяжут в Иерусалиме иудеи и предадут в руки язычников».</w:t>
      </w:r>
    </w:p>
    <w:p>
      <w:r>
        <w:t>12. Услышав это, и мы, и местные стали просить Павла не идти в Иерусалим.</w:t>
      </w:r>
    </w:p>
    <w:p>
      <w:r>
        <w:t>13. Но Павел ответил: «Что вы делаете, плача и сокрушая моё сердце? Я готов не только быть связанным, но и умереть в Иерусалиме за имя Господа Иисуса».</w:t>
      </w:r>
    </w:p>
    <w:p>
      <w:r>
        <w:t>14. Поскольку он не соглашался, мы успокоились и сказали: «Пусть будет воля Господа».</w:t>
      </w:r>
    </w:p>
    <w:p>
      <w:r>
        <w:t>15. После этих дней мы собрались в путь и поднялись в Иерусалим.</w:t>
      </w:r>
    </w:p>
    <w:p>
      <w:r>
        <w:t>16. С нами пошли и некоторые ученики из Кесарии и привели нас к Мнасону, киприоту, давнему ученику, у которого мы должны были остановиться.</w:t>
      </w:r>
    </w:p>
    <w:p>
      <w:r>
        <w:t>17. Когда мы пришли в Иерусалим, братья радостно приняли нас.</w:t>
      </w:r>
    </w:p>
    <w:p>
      <w:r>
        <w:t>18. На следующий день Павел вместе с нами пошёл к Иакову; пришли и все старейшины.</w:t>
      </w:r>
    </w:p>
    <w:p>
      <w:r>
        <w:t>19. Приветствовав их, Павел подробно рассказал, что Бог совершил среди язычников через его служение.</w:t>
      </w:r>
    </w:p>
    <w:p>
      <w:r>
        <w:t>20. Услышав это, они прославляли Бога и сказали ему: «Видишь, брат, сколько десятков тысяч уверовавших среди иудеев, и все они ревнители Закона.</w:t>
      </w:r>
    </w:p>
    <w:p>
      <w:r>
        <w:t>21. Им сообщили о тебе, будто ты учишь всех иудеев среди язычников отступлению от Моисея, говоря им не обрезывать детей и не следовать обычаям.</w:t>
      </w:r>
    </w:p>
    <w:p>
      <w:r>
        <w:t>22. Что же делать? Они непременно услышат, что ты пришёл.</w:t>
      </w:r>
    </w:p>
    <w:p>
      <w:r>
        <w:t>23. Поэтому сделай то, что мы тебе говорим. У нас есть четыре человека, имеющие на себе обет.</w:t>
      </w:r>
    </w:p>
    <w:p>
      <w:r>
        <w:t>24. Возьми их, очистись вместе с ними и оплати за них расходы, чтобы они остригли головы. Тогда все узнают, что всё, что им сообщили о тебе, неверно, но и сам ты живёшь, соблюдая Закон.</w:t>
      </w:r>
    </w:p>
    <w:p>
      <w:r>
        <w:t>25. Что касается уверовавших язычников, мы написали им наше решение: воздерживаться от идоложертвенного, крови, удавленины и сексуальной распущенности».</w:t>
      </w:r>
    </w:p>
    <w:p>
      <w:r>
        <w:t>26. Тогда Павел взял этих людей и на следующий день, очистившись вместе с ними, вошёл в храм и объявил, когда завершатся дни очищения и за каждого из них будет принесена жертва.</w:t>
      </w:r>
    </w:p>
    <w:p>
      <w:r>
        <w:t>27. Когда семь дней уже подходили к концу, иудеи из Асии, увидев Павла в храме, возбудили всю толпу и схватили его,</w:t>
      </w:r>
    </w:p>
    <w:p>
      <w:r>
        <w:t>28. крича: «Мужи израильские, помогите! Это человек, который повсюду всех учит против народа, Закона и этого места. Более того, он ввёл в храм греков и осквернил это святое место».</w:t>
      </w:r>
    </w:p>
    <w:p>
      <w:r>
        <w:t>29. Они раньше видели в городе вместе с ним Трофима-эфесянина и решили, что Павел ввёл его в храм.</w:t>
      </w:r>
    </w:p>
    <w:p>
      <w:r>
        <w:t>30. Весь город пришёл в движение, народ сбежался; они схватили Павла, вытащили его из храма, и двери сразу были закрыты.</w:t>
      </w:r>
    </w:p>
    <w:p>
      <w:r>
        <w:t>31. Когда они пытались убить его, до командира когорты дошло сообщение, что весь Иерусалим в смятении.</w:t>
      </w:r>
    </w:p>
    <w:p>
      <w:r>
        <w:t>32. Он сразу взял воинов и сотников и побежал к ним. Увидев командира и воинов, они перестали бить Павла.</w:t>
      </w:r>
    </w:p>
    <w:p>
      <w:r>
        <w:t>33. Тогда командир подошёл, схватил его, приказал связать двумя цепями и стал спрашивать, кто он и что сделал.</w:t>
      </w:r>
    </w:p>
    <w:p>
      <w:r>
        <w:t>34. В толпе одни кричали одно, другие другое. Не имея возможности из-за шума узнать что-либо достоверное, командир приказал отвести Павла в казарму.</w:t>
      </w:r>
    </w:p>
    <w:p>
      <w:r>
        <w:t>35. Когда Павел оказался на ступенях, воинам пришлось нести его из-за напора толпы,</w:t>
      </w:r>
    </w:p>
    <w:p>
      <w:r>
        <w:t>36. потому что множество народа следовало за ним, крича: «Долой его!»</w:t>
      </w:r>
    </w:p>
    <w:p>
      <w:r>
        <w:t>37. Когда Павла собирались ввести в казарму, он сказал командиру: «Можно мне что-то сказать тебе?» Тот ответил: «Ты знаешь греческий?</w:t>
      </w:r>
    </w:p>
    <w:p>
      <w:r>
        <w:t>38. Так ты не тот египтянин, который некоторое время назад поднял мятеж и вывел в пустыню четыре тысячи сикариев?»</w:t>
      </w:r>
    </w:p>
    <w:p>
      <w:r>
        <w:t>39. Павел сказал: «Я иудей, гражданин Тарса в Киликии, небезызвестного города. Прошу тебя, позволь мне обратиться к народу».</w:t>
      </w:r>
    </w:p>
    <w:p>
      <w:r>
        <w:t>40. Получив разрешение, Павел встал на ступенях и сделал знак рукой народу. Когда наступила глубокая тишина, он обратился к ним на еврейском наречии:</w:t>
      </w:r>
    </w:p>
    <w:p>
      <w:pPr>
        <w:pStyle w:val="Heading2"/>
      </w:pPr>
      <w:r>
        <w:t>Глава 22</w:t>
      </w:r>
    </w:p>
    <w:p>
      <w:r>
        <w:t>1. «Мужи братья и отцы! Выслушайте теперь мою защиту».</w:t>
      </w:r>
    </w:p>
    <w:p>
      <w:r>
        <w:t>2. Услышав, что он говорит с ними на еврейском наречии, они ещё больше притихли. И он сказал:</w:t>
      </w:r>
    </w:p>
    <w:p>
      <w:r>
        <w:t>3. «Я иудей, родился в Тарсе Киликии, но вырос в этом городе, у ног Гамалиила, строго обученный отеческому Закону, ревнитель Бога, как и все вы сегодня.</w:t>
      </w:r>
    </w:p>
    <w:p>
      <w:r>
        <w:t>4. Я гнал этот Путь до смерти, связывая и отдавая в тюрьмы мужчин и женщин.</w:t>
      </w:r>
    </w:p>
    <w:p>
      <w:r>
        <w:t>5. Это может засвидетельствовать обо мне первосвященник и весь совет старейшин. Получив от них письма к братьям в Дамаске, я шёл, чтобы и тех, кто был там, привести связанными в Иерусалим для наказания.</w:t>
      </w:r>
    </w:p>
    <w:p>
      <w:r>
        <w:t>6. Но когда я был в пути и приближался к Дамаску, около полудня внезапно с неба вокруг меня засиял яркий свет.</w:t>
      </w:r>
    </w:p>
    <w:p>
      <w:r>
        <w:t>7. Я упал на землю и услышал голос: “Савл, Савл! Почему ты гонишь Меня?”</w:t>
      </w:r>
    </w:p>
    <w:p>
      <w:r>
        <w:t>8. Я ответил: “Кто Ты, Господи?” Он сказал мне: “Я — Иисус Назарянин, Которого ты гонишь”.</w:t>
      </w:r>
    </w:p>
    <w:p>
      <w:r>
        <w:t>9. Бывшие со мной увидели свет, но голоса Говорившего со мной не услышали.</w:t>
      </w:r>
    </w:p>
    <w:p>
      <w:r>
        <w:t>10. Я спросил: “Что мне делать, Господи?” Господь сказал: “Встань и иди в Дамаск; там тебе скажут обо всём, что назначено тебе сделать”.</w:t>
      </w:r>
    </w:p>
    <w:p>
      <w:r>
        <w:t>11. Поскольку от сияния того света я перестал видеть, спутники взяли меня за руку и привели в Дамаск.</w:t>
      </w:r>
    </w:p>
    <w:p>
      <w:r>
        <w:t>12. Некто Анания, благочестивый по Закону человек, о котором хорошо отзывались все жившие там иудеи,</w:t>
      </w:r>
    </w:p>
    <w:p>
      <w:r>
        <w:t>13. пришёл ко мне, встал рядом и сказал: “Брат Савл, прозри!” И в тот же час я увидел его.</w:t>
      </w:r>
    </w:p>
    <w:p>
      <w:r>
        <w:t>14. Он сказал: “Бог наших отцов заранее избрал тебя, чтобы ты познал Его волю, увидел Праведника и услышал голос из Его уст,</w:t>
      </w:r>
    </w:p>
    <w:p>
      <w:r>
        <w:t>15. потому что ты будешь Его свидетелем перед всеми людьми о том, что видел и слышал.</w:t>
      </w:r>
    </w:p>
    <w:p>
      <w:r>
        <w:t>16. И теперь чего ты медлишь? Встань, крестись и омой свои грехи, призвав Его имя”.</w:t>
      </w:r>
    </w:p>
    <w:p>
      <w:r>
        <w:t>17. Когда я возвратился в Иерусалим и молился в храме, я пришёл в исступление</w:t>
      </w:r>
    </w:p>
    <w:p>
      <w:r>
        <w:t>18. и увидел Его, говорившего мне: “Поспеши и быстро выйди из Иерусалима, потому что они не примут твоего свидетельства обо Мне”.</w:t>
      </w:r>
    </w:p>
    <w:p>
      <w:r>
        <w:t>19. Я сказал: “Господи, они сами знают, что я заключал в тюрьмы и бил по синагогам верующих в Тебя.</w:t>
      </w:r>
    </w:p>
    <w:p>
      <w:r>
        <w:t>20. И когда проливалась кровь Стефана, Твоего свидетеля, я сам стоял рядом, одобрял и сторожил одежды убивавших его”.</w:t>
      </w:r>
    </w:p>
    <w:p>
      <w:r>
        <w:t>21. Но Он сказал мне: “Иди, потому что Я пошлю тебя далеко к язычникам”».</w:t>
      </w:r>
    </w:p>
    <w:p>
      <w:r>
        <w:t>22. До этих слов они слушали его, а затем закричали: «Долой такого с земли! Ему не следует жить!»</w:t>
      </w:r>
    </w:p>
    <w:p>
      <w:r>
        <w:t>23. Они кричали, сбрасывали одежды и бросали пыль в воздух.</w:t>
      </w:r>
    </w:p>
    <w:p>
      <w:r>
        <w:t>24. Командир приказал ввести Павла в казарму и велел допрашивать его бичеванием, чтобы узнать, за что они так кричали против него.</w:t>
      </w:r>
    </w:p>
    <w:p>
      <w:r>
        <w:t>25. Когда его растянули ремнями, Павел сказал стоявшему рядом сотнику: «Разрешено ли вам бичевать римского гражданина, да ещё без суда?»</w:t>
      </w:r>
    </w:p>
    <w:p>
      <w:r>
        <w:t>26. Услышав это, сотник подошёл к командиру и сообщил: «Что ты собираешься делать? Этот человек — римский гражданин».</w:t>
      </w:r>
    </w:p>
    <w:p>
      <w:r>
        <w:t>27. Командир подошёл и спросил Павла: «Скажи мне, ты римский гражданин?» Он ответил: «Да».</w:t>
      </w:r>
    </w:p>
    <w:p>
      <w:r>
        <w:t>28. Командир сказал: «Я приобрёл это гражданство за большие деньги». Павел ответил: «А я родился гражданином».</w:t>
      </w:r>
    </w:p>
    <w:p>
      <w:r>
        <w:t>29. Тогда те, кто собирался его допрашивать, сразу отошли. Командир тоже испугался, узнав, что Павел — римский гражданин и что он держал его связанным.</w:t>
      </w:r>
    </w:p>
    <w:p>
      <w:r>
        <w:t>30. На следующий день, желая точно узнать, в чём иудеи обвиняют Павла, командир освободил его от оков, приказал собраться первосвященникам и всему синедриону, вывел Павла и поставил перед ними.</w:t>
      </w:r>
    </w:p>
    <w:p>
      <w:pPr>
        <w:pStyle w:val="Heading2"/>
      </w:pPr>
      <w:r>
        <w:t>Глава 23</w:t>
      </w:r>
    </w:p>
    <w:p>
      <w:r>
        <w:t>1. Павел пристально посмотрел на синедрион и сказал: «Мужи братья! Я до этого дня жил перед Богом с чистой совестью».</w:t>
      </w:r>
    </w:p>
    <w:p>
      <w:r>
        <w:t>2. Первосвященник Анания приказал стоявшим рядом ударить его по устам.</w:t>
      </w:r>
    </w:p>
    <w:p>
      <w:r>
        <w:t>3. Тогда Павел сказал ему: «Бог ударит тебя, стена побелённая! Ты сидишь судить меня по Закону и, нарушая Закон, велишь бить меня?»</w:t>
      </w:r>
    </w:p>
    <w:p>
      <w:r>
        <w:t>4. Стоявшие рядом сказали: «Ты оскорбляешь первосвященника Божьего?»</w:t>
      </w:r>
    </w:p>
    <w:p>
      <w:r>
        <w:t>5. Павел ответил: «Я не знал, братья, что он первосвященник. Ведь написано: “Не говори злого о начальнике твоего народа”».</w:t>
      </w:r>
    </w:p>
    <w:p>
      <w:r>
        <w:t>6. Узнав, что одна часть синедриона — саддукеи, а другая — фарисеи, Павел воскликнул: «Мужи братья! Я фарисей, сын фарисеев. Меня судят за надежду и воскресение мёртвых».</w:t>
      </w:r>
    </w:p>
    <w:p>
      <w:r>
        <w:t>7. Когда он это сказал, между фарисеями и саддукеями возник спор, и собрание разделилось.</w:t>
      </w:r>
    </w:p>
    <w:p>
      <w:r>
        <w:t>8. Саддукеи говорят, что нет ни воскресения, ни ангела, ни духа, а фарисеи признают и то и другое.</w:t>
      </w:r>
    </w:p>
    <w:p>
      <w:r>
        <w:t>9. Поднялся сильный крик. Некоторые книжники из партии фарисеев встали и спорили: «Мы не находим в этом человеке ничего злого. А если с ним говорил дух или ангел…»</w:t>
      </w:r>
    </w:p>
    <w:p>
      <w:r>
        <w:t>10. Спор стал таким сильным, что командир, боясь, как бы Павла не разорвали, приказал воинам спуститься, вырвать его из их среды и отвести в казарму.</w:t>
      </w:r>
    </w:p>
    <w:p>
      <w:r>
        <w:t>11. В следующую ночь Господь предстал перед ним и сказал: «Мужайся! Как ты свидетельствовал обо Мне в Иерусалиме, так тебе надлежит свидетельствовать и в Риме».</w:t>
      </w:r>
    </w:p>
    <w:p>
      <w:r>
        <w:t>12. С наступлением дня иудеи составили заговор и связали себя клятвой не есть и не пить, пока не убьют Павла.</w:t>
      </w:r>
    </w:p>
    <w:p>
      <w:r>
        <w:t>13. Участников этого заговора было больше сорока.</w:t>
      </w:r>
    </w:p>
    <w:p>
      <w:r>
        <w:t>14. Они пришли к первосвященникам и старейшинам и сказали: «Мы связали себя строгой клятвой ничего не есть, пока не убьём Павла.</w:t>
      </w:r>
    </w:p>
    <w:p>
      <w:r>
        <w:t>15. Теперь вы вместе с синедрионом сообщите командиру, чтобы завтра он привёл его к вам, будто вы хотите точнее исследовать его дело. А мы готовы убить его прежде, чем он приблизится».</w:t>
      </w:r>
    </w:p>
    <w:p>
      <w:r>
        <w:t>16. Но сын сестры Павла услышал о засаде, пришёл в казарму и сообщил Павлу.</w:t>
      </w:r>
    </w:p>
    <w:p>
      <w:r>
        <w:t>17. Павел позвал одного из сотников и сказал: «Отведи этого юношу к командиру; ему есть что сообщить».</w:t>
      </w:r>
    </w:p>
    <w:p>
      <w:r>
        <w:t>18. Тот взял его, привёл к командиру и сказал: «Заключённый Павел позвал меня и попросил привести к тебе этого юношу; у него есть что сказать тебе».</w:t>
      </w:r>
    </w:p>
    <w:p>
      <w:r>
        <w:t>19. Командир взял его за руку, отвёл в сторону и спросил: «Что ты хочешь сообщить мне?»</w:t>
      </w:r>
    </w:p>
    <w:p>
      <w:r>
        <w:t>20. Он сказал: «Иудеи договорились просить тебя завтра привести Павла в синедрион, будто хотят точнее расспросить о нём.</w:t>
      </w:r>
    </w:p>
    <w:p>
      <w:r>
        <w:t>21. Но не соглашайся с ними, потому что больше сорока человек из них устроили засаду и связали себя клятвой не есть и не пить, пока не убьют его. Они уже готовы и ждут твоего согласия».</w:t>
      </w:r>
    </w:p>
    <w:p>
      <w:r>
        <w:t>22. Командир отпустил юношу, приказав никому не говорить, что он сообщил это ему.</w:t>
      </w:r>
    </w:p>
    <w:p>
      <w:r>
        <w:t>23. Затем он позвал двух сотников и сказал: «Приготовьте двести воинов, семьдесят всадников и двести копейщиков, чтобы с третьего часа ночи идти в Кесарию.</w:t>
      </w:r>
    </w:p>
    <w:p>
      <w:r>
        <w:t>24. Приготовьте и животных, чтобы посадить на них Павла и безопасно доставить его к наместнику Феликсу».</w:t>
      </w:r>
    </w:p>
    <w:p>
      <w:r>
        <w:t>25. И написал письмо такого содержания:</w:t>
      </w:r>
    </w:p>
    <w:p>
      <w:r>
        <w:t>26. «Клавдий Лисий — достопочтенному наместнику Феликсу: приветствие.</w:t>
      </w:r>
    </w:p>
    <w:p>
      <w:r>
        <w:t>27. Этого человека схватили иудеи и собирались убить. Я пришёл с войском и спас его, узнав, что он римский гражданин.</w:t>
      </w:r>
    </w:p>
    <w:p>
      <w:r>
        <w:t>28. Желая узнать причину их обвинений, я привёл его в их синедрион.</w:t>
      </w:r>
    </w:p>
    <w:p>
      <w:r>
        <w:t>29. Я нашёл, что его обвиняют в вопросах их Закона, но не нашёл за ним никакого обвинения, достойного смерти или уз.</w:t>
      </w:r>
    </w:p>
    <w:p>
      <w:r>
        <w:t>30. Когда мне сообщили о готовящемся против него заговоре, я немедленно отправил его к тебе, приказав обвинителям изложить свои претензии перед тобой».</w:t>
      </w:r>
    </w:p>
    <w:p>
      <w:r>
        <w:t>31. Воины, исполняя приказ, взяли Павла и ночью привели его в Антипатриду.</w:t>
      </w:r>
    </w:p>
    <w:p>
      <w:r>
        <w:t>32. На следующий день они позволили всадникам идти с ним дальше, а сами возвратились в казарму.</w:t>
      </w:r>
    </w:p>
    <w:p>
      <w:r>
        <w:t>33. Всадники вошли в Кесарию, передали письмо наместнику и представили ему Павла.</w:t>
      </w:r>
    </w:p>
    <w:p>
      <w:r>
        <w:t>34. Прочитав письмо, наместник спросил, из какой он провинции, и, узнав, что из Киликии,</w:t>
      </w:r>
    </w:p>
    <w:p>
      <w:r>
        <w:t>35. сказал: «Я выслушаю тебя, когда прибудут и твои обвинители». И приказал держать его во дворце Ирода.</w:t>
      </w:r>
    </w:p>
    <w:p>
      <w:pPr>
        <w:pStyle w:val="Heading2"/>
      </w:pPr>
      <w:r>
        <w:t>Глава 24</w:t>
      </w:r>
    </w:p>
    <w:p>
      <w:r>
        <w:t>1. Через пять дней первосвященник Анания пришёл с несколькими старейшинами и неким оратором Тертуллом; они представили наместнику обвинение против Павла.</w:t>
      </w:r>
    </w:p>
    <w:p>
      <w:r>
        <w:t>2. Когда Павла вызвали, Тертулл начал обвинять его: «Благодаря тебе мы наслаждаемся большим миром, и благодаря твоей предусмотрительности в жизни этого народа происходят улучшения.</w:t>
      </w:r>
    </w:p>
    <w:p>
      <w:r>
        <w:t>3. Мы всегда и повсюду признаём это, достопочтенный Феликс, со всей благодарностью.</w:t>
      </w:r>
    </w:p>
    <w:p>
      <w:r>
        <w:t>4. Но чтобы не задерживать тебя надолго, прошу тебя снисходительно выслушать нас вкратце.</w:t>
      </w:r>
    </w:p>
    <w:p>
      <w:r>
        <w:t>5. Мы нашли этого человека настоящей заразой, возбуждающей мятежи среди всех иудеев по всему миру, и предводителем секты назареев.</w:t>
      </w:r>
    </w:p>
    <w:p>
      <w:r>
        <w:t>6. Он даже пытался осквернить храм, и мы схватили его.</w:t>
      </w:r>
    </w:p>
    <w:p>
      <w:r>
        <w:t xml:space="preserve">7. </w:t>
      </w:r>
    </w:p>
    <w:p>
      <w:r>
        <w:t>8. Сам допросив его, ты сможешь узнать обо всём, в чём мы его обвиняем».</w:t>
      </w:r>
    </w:p>
    <w:p>
      <w:r>
        <w:t>9. Иудеи присоединились к обвинению, утверждая, что всё именно так.</w:t>
      </w:r>
    </w:p>
    <w:p>
      <w:r>
        <w:t>10. Когда наместник дал знак Павлу говорить, тот ответил: «Зная, что ты много лет являешься судьёй этого народа, я охотно защищаюсь.</w:t>
      </w:r>
    </w:p>
    <w:p>
      <w:r>
        <w:t>11. Ты можешь удостовериться, что прошло не больше двенадцати дней с тех пор, как я пришёл в Иерусалим для поклонения.</w:t>
      </w:r>
    </w:p>
    <w:p>
      <w:r>
        <w:t>12. И ни в храме, ни в синагогах, ни в городе меня не находили спорящим с кем-либо или возбуждающим толпу.</w:t>
      </w:r>
    </w:p>
    <w:p>
      <w:r>
        <w:t>13. И они не могут доказать тебе того, в чём теперь обвиняют меня.</w:t>
      </w:r>
    </w:p>
    <w:p>
      <w:r>
        <w:t>14. Но признаю перед тобой вот что: согласно Пути, который они называют сектой, я служу Богу отцов, веря всему написанному в Законе и Пророках,</w:t>
      </w:r>
    </w:p>
    <w:p>
      <w:r>
        <w:t>15. имея надежду на Бога, которую разделяют и они сами: что будет воскресение и праведных, и неправедных.</w:t>
      </w:r>
    </w:p>
    <w:p>
      <w:r>
        <w:t>16. Поэтому и сам стараюсь всегда иметь непорочную совесть перед Богом и людьми.</w:t>
      </w:r>
    </w:p>
    <w:p>
      <w:r>
        <w:t>17. После многих лет я пришёл, чтобы принести милостыню своему народу и пожертвования.</w:t>
      </w:r>
    </w:p>
    <w:p>
      <w:r>
        <w:t>18. Меня нашли в храме после очищения, без толпы и без беспорядка.</w:t>
      </w:r>
    </w:p>
    <w:p>
      <w:r>
        <w:t>19. Там были некоторые иудеи из Асии, которым следовало бы быть перед тобой и обвинять меня, если у них есть что против меня.</w:t>
      </w:r>
    </w:p>
    <w:p>
      <w:r>
        <w:t>20. Или пусть эти сами скажут, какую вину нашли за мной, когда я стоял перед синедрионом,</w:t>
      </w:r>
    </w:p>
    <w:p>
      <w:r>
        <w:t>21. разве только одно слово, которое я воскликнул, стоя среди них: “За воскресение мёртвых я сегодня нахожусь перед вашим судом”».</w:t>
      </w:r>
    </w:p>
    <w:p>
      <w:r>
        <w:t>22. Феликс, хорошо знавший о Пути, отложил дело и сказал: «Когда придёт командир Лисий, я решу ваше дело».</w:t>
      </w:r>
    </w:p>
    <w:p>
      <w:r>
        <w:t>23. Он приказал сотнику держать Павла под стражей, но с послаблением и не препятствовать его близким служить ему.</w:t>
      </w:r>
    </w:p>
    <w:p>
      <w:r>
        <w:t>24. Через несколько дней Феликс пришёл со своей женой Друзиллой, иудейкой, вызвал Павла и слушал его о вере во Христа Иисуса.</w:t>
      </w:r>
    </w:p>
    <w:p>
      <w:r>
        <w:t>25. Когда Павел рассуждал о праведности, самообладании и будущем суде, Феликс испугался и сказал: «Сейчас иди; когда найду время, позову тебя».</w:t>
      </w:r>
    </w:p>
    <w:p>
      <w:r>
        <w:t>26. При этом он надеялся получить от Павла деньги, поэтому часто вызывал его и беседовал с ним.</w:t>
      </w:r>
    </w:p>
    <w:p>
      <w:r>
        <w:t>27. По прошествии двух лет преемником Феликса стал Порций Фест. Желая угодить иудеям, Феликс оставил Павла в узах.</w:t>
      </w:r>
    </w:p>
    <w:p>
      <w:pPr>
        <w:pStyle w:val="Heading2"/>
      </w:pPr>
      <w:r>
        <w:t>Глава 25</w:t>
      </w:r>
    </w:p>
    <w:p>
      <w:r>
        <w:t>1. Фест, вступив в управление провинцией, через три дня поднялся из Кесарии в Иерусалим.</w:t>
      </w:r>
    </w:p>
    <w:p>
      <w:r>
        <w:t>2. Первосвященники и знатнейшие из иудеев представили ему обвинение против Павла и стали просить его,</w:t>
      </w:r>
    </w:p>
    <w:p>
      <w:r>
        <w:t>3. оказать им особую милость: вызвать Павла в Иерусалим, потому что готовили засаду на дороге.</w:t>
      </w:r>
    </w:p>
    <w:p>
      <w:r>
        <w:t>4. Но Фест ответил, что Павел содержится в Кесарии и что он сам скоро туда отправится.</w:t>
      </w:r>
    </w:p>
    <w:p>
      <w:r>
        <w:t>5. «Пусть влиятельные среди вас, — сказал он, — пойдут со мной и обвинят его, если за этим человеком есть какая-либо вина».</w:t>
      </w:r>
    </w:p>
    <w:p>
      <w:r>
        <w:t>6. Проведя у них не больше восьми или десяти дней, он спустился в Кесарию, а на следующий день сел на судейское место и приказал привести Павла.</w:t>
      </w:r>
    </w:p>
    <w:p>
      <w:r>
        <w:t>7. Когда тот пришёл, окружившие его иудеи, прибывшие из Иерусалима, выдвигали множество тяжёлых обвинений, которых не могли доказать.</w:t>
      </w:r>
    </w:p>
    <w:p>
      <w:r>
        <w:t>8. Павел защищался: «Я ни в чём не согрешил ни против Закона иудеев, ни против храма, ни против кесаря».</w:t>
      </w:r>
    </w:p>
    <w:p>
      <w:r>
        <w:t>9. Но Фест, желая угодить иудеям, спросил Павла: «Хочешь ли подняться в Иерусалим и там быть судимым передо мной по этим делам?»</w:t>
      </w:r>
    </w:p>
    <w:p>
      <w:r>
        <w:t>10. Павел ответил: «Я стою перед судом кесаря, где и должен быть судим. Иудеям я не сделал ничего дурного, как и ты хорошо знаешь.</w:t>
      </w:r>
    </w:p>
    <w:p>
      <w:r>
        <w:t>11. Если я виновен и сделал что-либо достойное смерти, я не отказываюсь умереть. Но если в обвинениях этих людей нет ничего, никто не может выдать меня им. Я обращаюсь к кесарю».</w:t>
      </w:r>
    </w:p>
    <w:p>
      <w:r>
        <w:t>12. Тогда Фест, поговорив с советом, ответил: «Ты обратился к кесарю — к кесарю и отправишься».</w:t>
      </w:r>
    </w:p>
    <w:p>
      <w:r>
        <w:t>13. Через несколько дней царь Агриппа и Вереника прибыли в Кесарию приветствовать Феста.</w:t>
      </w:r>
    </w:p>
    <w:p>
      <w:r>
        <w:t>14. Поскольку они провели там немало дней, Фест изложил царю дело Павла: «Здесь есть человек, оставленный Феликсом в заключении.</w:t>
      </w:r>
    </w:p>
    <w:p>
      <w:r>
        <w:t>15. Когда я был в Иерусалиме, первосвященники и старейшины иудеев предъявили обвинения против него, требуя осуждения.</w:t>
      </w:r>
    </w:p>
    <w:p>
      <w:r>
        <w:t>16. Я ответил им, что у римлян нет обычая выдавать человека, прежде чем обвиняемый встретится лицом к лицу с обвинителями и получит возможность защищаться от обвинения.</w:t>
      </w:r>
    </w:p>
    <w:p>
      <w:r>
        <w:t>17. Поэтому, когда они собрались здесь, я не стал откладывать: на следующий день сел на судейское место и приказал привести этого человека.</w:t>
      </w:r>
    </w:p>
    <w:p>
      <w:r>
        <w:t>18. Обвинители, встав вокруг него, не предъявили ему ни одного из преступлений, которых я ожидал.</w:t>
      </w:r>
    </w:p>
    <w:p>
      <w:r>
        <w:t>19. У них были с ним лишь споры о собственной религии и о некоем умершем Иисусе, о Котором Павел утверждал, что Он жив.</w:t>
      </w:r>
    </w:p>
    <w:p>
      <w:r>
        <w:t>20. Не зная, как разобраться в этих вопросах, я спросил, не хочет ли он пойти в Иерусалим и там быть судимым по ним.</w:t>
      </w:r>
    </w:p>
    <w:p>
      <w:r>
        <w:t>21. Но Павел потребовал оставить его под стражей до решения Августа, и я приказал держать его, пока не отправлю к кесарю».</w:t>
      </w:r>
    </w:p>
    <w:p>
      <w:r>
        <w:t>22. Агриппа сказал Фесту: «Я и сам хотел бы послушать этого человека». Тот ответил: «Завтра услышишь его».</w:t>
      </w:r>
    </w:p>
    <w:p>
      <w:r>
        <w:t>23. На следующий день Агриппа и Вереника пришли с большой пышностью и вошли в зал вместе с командирами и знатнейшими людьми города. По приказу Феста привели Павла.</w:t>
      </w:r>
    </w:p>
    <w:p>
      <w:r>
        <w:t>24. Фест сказал: «Царь Агриппа и все присутствующие с нами! Вы видите человека, о котором всё множество иудеев обращалось ко мне и в Иерусалиме, и здесь, крича, что ему не следует больше жить.</w:t>
      </w:r>
    </w:p>
    <w:p>
      <w:r>
        <w:t>25. Но я установил, что он не сделал ничего достойного смерти. Поскольку он сам обратился к Августу, я решил отправить его.</w:t>
      </w:r>
    </w:p>
    <w:p>
      <w:r>
        <w:t>26. Однако мне нечего определённого написать о нём государю. Поэтому я привёл его перед вами, и особенно перед тобой, царь Агриппа, чтобы после разбирательства мне было что написать.</w:t>
      </w:r>
    </w:p>
    <w:p>
      <w:r>
        <w:t>27. Потому что мне кажется нелепым посылать заключённого, не указав обвинений против него».</w:t>
      </w:r>
    </w:p>
    <w:p>
      <w:pPr>
        <w:pStyle w:val="Heading2"/>
      </w:pPr>
      <w:r>
        <w:t>Глава 26</w:t>
      </w:r>
    </w:p>
    <w:p>
      <w:r>
        <w:t>1. Агриппа сказал Павлу: «Тебе разрешается говорить о себе». Тогда Павел протянул руку и начал защитную речь:</w:t>
      </w:r>
    </w:p>
    <w:p>
      <w:r>
        <w:t>2. «Царь Агриппа! Я считаю себя счастливым, что сегодня могу защищаться перед тобой от всего, в чём меня обвиняют иудеи,</w:t>
      </w:r>
    </w:p>
    <w:p>
      <w:r>
        <w:t>3. особенно потому, что ты знаешь все иудейские обычаи и спорные вопросы. Поэтому прошу терпеливо выслушать меня.</w:t>
      </w:r>
    </w:p>
    <w:p>
      <w:r>
        <w:t>4. Все иудеи знают, как я жил с юности, с самого начала среди своего народа и в Иерусалиме.</w:t>
      </w:r>
    </w:p>
    <w:p>
      <w:r>
        <w:t>5. Они давно знают меня и, если захотят, могут засвидетельствовать, что я жил как фарисей, принадлежавший к самому строгому направлению нашей религии.</w:t>
      </w:r>
    </w:p>
    <w:p>
      <w:r>
        <w:t>6. И теперь я стою перед судом за надежду, основанную на обещании, данном Богом нашим отцам,</w:t>
      </w:r>
    </w:p>
    <w:p>
      <w:r>
        <w:t>7. которое надеется увидеть исполненным весь наш двенадцатиколенный народ, усердно служа Богу ночью и днём. За эту надежду, царь, меня обвиняют иудеи.</w:t>
      </w:r>
    </w:p>
    <w:p>
      <w:r>
        <w:t>8. Почему вы считаете невероятным, что Бог воскрешает мёртвых?</w:t>
      </w:r>
    </w:p>
    <w:p>
      <w:r>
        <w:t>9. Я и сам прежде считал, что должен многое делать против имени Иисуса Назарянина.</w:t>
      </w:r>
    </w:p>
    <w:p>
      <w:r>
        <w:t>10. Так я и делал в Иерусалиме: получив власть от первосвященников, многих святых заключал в тюрьмы, а когда их убивали, подавал свой голос за это.</w:t>
      </w:r>
    </w:p>
    <w:p>
      <w:r>
        <w:t>11. Во всех синагогах я часто наказывал их и заставлял хулить; в крайней ярости против них я преследовал их даже в чужих городах.</w:t>
      </w:r>
    </w:p>
    <w:p>
      <w:r>
        <w:t>12. С этой целью я шёл в Дамаск с властью и поручением от первосвященников.</w:t>
      </w:r>
    </w:p>
    <w:p>
      <w:r>
        <w:t>13. Около полудня, царь, по дороге я увидел с неба свет ярче солнца, осиявший меня и моих спутников.</w:t>
      </w:r>
    </w:p>
    <w:p>
      <w:r>
        <w:t>14. Все мы упали на землю, и я услышал голос, говоривший мне на еврейском наречии: “Савл, Савл! Почему ты гонишь Меня? Трудно тебе лягать против рожна”.</w:t>
      </w:r>
    </w:p>
    <w:p>
      <w:r>
        <w:t>15. Я спросил: “Кто Ты, Господи?” Господь ответил: “Я — Иисус, Которого ты гонишь.</w:t>
      </w:r>
    </w:p>
    <w:p>
      <w:r>
        <w:t>16. Но встань и стань на ноги. Я явился тебе для того, чтобы поставить тебя служителем и свидетелем того, что ты увидел во Мне, и того, в чём Я ещё явлюсь тебе,</w:t>
      </w:r>
    </w:p>
    <w:p>
      <w:r>
        <w:t>17. избавляя тебя от народа и от язычников, к которым Я посылаю тебя,</w:t>
      </w:r>
    </w:p>
    <w:p>
      <w:r>
        <w:t>18. чтобы открыть им глаза, обратить от тьмы к свету и от власти сатаны к Богу, чтобы они получили прощение грехов и наследие среди освящённых верой в Меня”.</w:t>
      </w:r>
    </w:p>
    <w:p>
      <w:r>
        <w:t>19. Поэтому, царь Агриппа, я не оказался непослушным небесному видению,</w:t>
      </w:r>
    </w:p>
    <w:p>
      <w:r>
        <w:t>20. но сначала в Дамаске, затем в Иерусалиме и по всей Иудее, а потом язычникам возвещал, чтобы они каялись, обращались к Богу и совершали дела, достойные покаяния.</w:t>
      </w:r>
    </w:p>
    <w:p>
      <w:r>
        <w:t>21. За это иудеи схватили меня в храме и пытались убить.</w:t>
      </w:r>
    </w:p>
    <w:p>
      <w:r>
        <w:t>22. Но, получив помощь от Бога, я до этого дня стою и свидетельствую малому и великому, не говоря ничего сверх того, что пророки и Моисей говорили о будущем:</w:t>
      </w:r>
    </w:p>
    <w:p>
      <w:r>
        <w:t>23. что Христу предстоит пострадать и, первым воскреснув из мёртвых, возвещать свет народу и язычникам».</w:t>
      </w:r>
    </w:p>
    <w:p>
      <w:r>
        <w:t>24. Когда он так защищался, Фест громко сказал: «Ты безумен, Павел! Большая учёность доводит тебя до безумия».</w:t>
      </w:r>
    </w:p>
    <w:p>
      <w:r>
        <w:t>25. Но Павел ответил: «Я не безумен, достопочтенный Фест, а говорю слова истины и здравого смысла.</w:t>
      </w:r>
    </w:p>
    <w:p>
      <w:r>
        <w:t>26. Царь знает об этом, и я говорю с ним смело. Я убеждён, что ничто из этого не скрыто от него, потому что это происходило не в углу.</w:t>
      </w:r>
    </w:p>
    <w:p>
      <w:r>
        <w:t>27. Веришь ли ты пророкам, царь Агриппа? Я знаю, что веришь».</w:t>
      </w:r>
    </w:p>
    <w:p>
      <w:r>
        <w:t>28. Агриппа сказал Павлу: «За короткое время ты убеждаешь меня стать христианином?»</w:t>
      </w:r>
    </w:p>
    <w:p>
      <w:r>
        <w:t>29. Павел ответил: «Молил бы Бога, чтобы — за короткое ли время, за долгое ли — не только ты, но и все слушающие меня сегодня стали такими, как я, кроме этих уз».</w:t>
      </w:r>
    </w:p>
    <w:p>
      <w:r>
        <w:t>30. Тогда встали царь, наместник, Вереника и сидевшие с ними.</w:t>
      </w:r>
    </w:p>
    <w:p>
      <w:r>
        <w:t>31. Отойдя в сторону, они говорили друг другу: «Этот человек не делает ничего достойного смерти или уз».</w:t>
      </w:r>
    </w:p>
    <w:p>
      <w:r>
        <w:t>32. Агриппа сказал Фесту: «Этого человека можно было бы отпустить, если бы он не обратился к кесарю».</w:t>
      </w:r>
    </w:p>
    <w:p>
      <w:pPr>
        <w:pStyle w:val="Heading2"/>
      </w:pPr>
      <w:r>
        <w:t>Глава 27</w:t>
      </w:r>
    </w:p>
    <w:p>
      <w:r>
        <w:t>1. Когда было решено, что мы отплывём в Италию, Павла и некоторых других заключённых передали сотнику по имени Юлий из Августовой когорты.</w:t>
      </w:r>
    </w:p>
    <w:p>
      <w:r>
        <w:t>2. Мы поднялись на адрамиттский корабль, направлявшийся к берегам Асии, и отплыли. С нами был Аристарх, македонянин из Фессалоники.</w:t>
      </w:r>
    </w:p>
    <w:p>
      <w:r>
        <w:t>3. На следующий день мы прибыли в Сидон. Юлий по-доброму отнёсся к Павлу и позволил ему пойти к друзьям, чтобы они позаботились о нём.</w:t>
      </w:r>
    </w:p>
    <w:p>
      <w:r>
        <w:t>4. Отплыв оттуда, мы шли под прикрытием Кипра, потому что ветры были встречными.</w:t>
      </w:r>
    </w:p>
    <w:p>
      <w:r>
        <w:t>5. Переплыв море вдоль Киликии и Памфилии, прибыли в Миры Ликийские.</w:t>
      </w:r>
    </w:p>
    <w:p>
      <w:r>
        <w:t>6. Там сотник нашёл александрийский корабль, плывший в Италию, и посадил нас на него.</w:t>
      </w:r>
    </w:p>
    <w:p>
      <w:r>
        <w:t>7. Много дней мы плыли медленно и с трудом дошли до Книда. Поскольку ветер не позволял держать прямой курс, мы пошли под прикрытием Крита у Салмоны.</w:t>
      </w:r>
    </w:p>
    <w:p>
      <w:r>
        <w:t>8. С трудом двигаясь вдоль берега, мы пришли к месту, называемому Хорошими Пристанями, недалеко от города Ласеи.</w:t>
      </w:r>
    </w:p>
    <w:p>
      <w:r>
        <w:t>9. Прошло много времени, и плавание стало опасным, потому что уже прошёл Пост. Павел предупреждал их:</w:t>
      </w:r>
    </w:p>
    <w:p>
      <w:r>
        <w:t>10. «Мужи, вижу, что плавание будет с бедствием и большим ущербом не только для груза и корабля, но и для наших жизней».</w:t>
      </w:r>
    </w:p>
    <w:p>
      <w:r>
        <w:t>11. Но сотник больше доверял кормчему и судовладельцу, чем словам Павла.</w:t>
      </w:r>
    </w:p>
    <w:p>
      <w:r>
        <w:t>12. Поскольку гавань была неудобна для зимовки, большинство решило отплыть оттуда, надеясь добраться до Финика, критской гавани, обращённой к юго-западу и северо-западу, и перезимовать там.</w:t>
      </w:r>
    </w:p>
    <w:p>
      <w:r>
        <w:t>13. Когда подул лёгкий южный ветер, они сочли, что получили желаемое, снялись с якоря и пошли близко вдоль Крита.</w:t>
      </w:r>
    </w:p>
    <w:p>
      <w:r>
        <w:t>14. Но вскоре с острова обрушился ураганный ветер, называемый Эвракилон.</w:t>
      </w:r>
    </w:p>
    <w:p>
      <w:r>
        <w:t>15. Корабль подхватило, и он не мог идти против ветра; мы отдались ветру и понеслись.</w:t>
      </w:r>
    </w:p>
    <w:p>
      <w:r>
        <w:t>16. Пройдя под прикрытием небольшого острова Кауда, мы с трудом удержали лодку.</w:t>
      </w:r>
    </w:p>
    <w:p>
      <w:r>
        <w:t>17. Подняв её, стали укреплять корабль, обвязывая его канатами. Боясь сесть на мель в Сирте, спустили снасть и так неслись дальше.</w:t>
      </w:r>
    </w:p>
    <w:p>
      <w:r>
        <w:t>18. На следующий день из-за сильной бури начали выбрасывать груз.</w:t>
      </w:r>
    </w:p>
    <w:p>
      <w:r>
        <w:t>19. А на третий день своими руками выбросили корабельное снаряжение.</w:t>
      </w:r>
    </w:p>
    <w:p>
      <w:r>
        <w:t>20. Много дней не было видно ни солнца, ни звёзд, буря продолжала бушевать, и всякая надежда на спасение исчезала.</w:t>
      </w:r>
    </w:p>
    <w:p>
      <w:r>
        <w:t>21. После долгого голодания Павел встал среди них и сказал: «Мужи! Нужно было послушать меня и не отплывать с Крита — тогда избежали бы этого бедствия и ущерба.</w:t>
      </w:r>
    </w:p>
    <w:p>
      <w:r>
        <w:t>22. Но теперь призываю вас не падать духом: никто из вас не погибнет, только корабль.</w:t>
      </w:r>
    </w:p>
    <w:p>
      <w:r>
        <w:t>23. Потому что этой ночью предстал передо мной ангел Бога, Которому я принадлежу и Которому служу,</w:t>
      </w:r>
    </w:p>
    <w:p>
      <w:r>
        <w:t>24. и сказал: “Не бойся, Павел! Тебе предстоит предстать перед кесарем, и вот, Бог даровал тебе всех плывущих с тобой”.</w:t>
      </w:r>
    </w:p>
    <w:p>
      <w:r>
        <w:t>25. Поэтому мужайтесь, мужи! Я верю Богу, что будет именно так, как мне сказано.</w:t>
      </w:r>
    </w:p>
    <w:p>
      <w:r>
        <w:t>26. Но нам предстоит быть выброшенными на какой-то остров».</w:t>
      </w:r>
    </w:p>
    <w:p>
      <w:r>
        <w:t>27. На четырнадцатую ночь, когда нас носило по Адриатическому морю, около полуночи моряки стали догадываться, что земля близко.</w:t>
      </w:r>
    </w:p>
    <w:p>
      <w:r>
        <w:t>28. Измерив глубину, нашли двадцать оргий; немного спустя измерили снова и нашли пятнадцать.</w:t>
      </w:r>
    </w:p>
    <w:p>
      <w:r>
        <w:t>29. Боясь, что нас выбросит на скалы, с кормы бросили четыре якоря и молились о наступлении дня.</w:t>
      </w:r>
    </w:p>
    <w:p>
      <w:r>
        <w:t>30. Моряки пытались бежать с корабля и спускали лодку в море под предлогом, будто хотят бросить якоря с носа.</w:t>
      </w:r>
    </w:p>
    <w:p>
      <w:r>
        <w:t>31. Павел сказал сотнику и воинам: «Если эти не останутся на корабле, вы не сможете спастись».</w:t>
      </w:r>
    </w:p>
    <w:p>
      <w:r>
        <w:t>32. Тогда воины перерезали канаты лодки и позволили ей упасть.</w:t>
      </w:r>
    </w:p>
    <w:p>
      <w:r>
        <w:t>33. Перед рассветом Павел убеждал всех поесть: «Вот уже четырнадцатый день вы ждёте, оставаясь без пищи и ничего не принимая.</w:t>
      </w:r>
    </w:p>
    <w:p>
      <w:r>
        <w:t>34. Поэтому прошу вас поесть: это необходимо для вашего спасения. Ни у кого из вас не пропадёт и волос с головы».</w:t>
      </w:r>
    </w:p>
    <w:p>
      <w:r>
        <w:t>35. Сказав это, он взял хлеб, поблагодарил Бога перед всеми, преломил и начал есть.</w:t>
      </w:r>
    </w:p>
    <w:p>
      <w:r>
        <w:t>36. Тогда все ободрились и тоже приняли пищу.</w:t>
      </w:r>
    </w:p>
    <w:p>
      <w:r>
        <w:t>37. Всего нас на корабле было двести семьдесят шесть человек.</w:t>
      </w:r>
    </w:p>
    <w:p>
      <w:r>
        <w:t>38. Насытившись, они стали облегчать корабль, выбрасывая пшеницу в море.</w:t>
      </w:r>
    </w:p>
    <w:p>
      <w:r>
        <w:t>39. Когда наступил день, они не узнавали земли, но заметили залив с пляжем и решили, если получится, направить туда корабль.</w:t>
      </w:r>
    </w:p>
    <w:p>
      <w:r>
        <w:t>40. Обрезав якоря, оставили их в море, одновременно ослабили крепления рулей и, подняв передний парус по ветру, направились к берегу.</w:t>
      </w:r>
    </w:p>
    <w:p>
      <w:r>
        <w:t>41. Но, попав на место двух морей, посадили корабль на мель: нос застрял и остался неподвижным, а корма разрушалась от силы волн.</w:t>
      </w:r>
    </w:p>
    <w:p>
      <w:r>
        <w:t>42. Воины решили убить заключённых, чтобы никто не уплыл и не убежал.</w:t>
      </w:r>
    </w:p>
    <w:p>
      <w:r>
        <w:t>43. Но сотник, желая спасти Павла, помешал им и приказал умеющим плавать первыми броситься в воду и выйти на землю,</w:t>
      </w:r>
    </w:p>
    <w:p>
      <w:r>
        <w:t>44. а остальным — добираться кто на досках, кто на обломках корабля. Так все благополучно достигли земли.</w:t>
      </w:r>
    </w:p>
    <w:p>
      <w:pPr>
        <w:pStyle w:val="Heading2"/>
      </w:pPr>
      <w:r>
        <w:t>Глава 28</w:t>
      </w:r>
    </w:p>
    <w:p>
      <w:r>
        <w:t>1. Спасшись, мы узнали, что остров называется Мелита.</w:t>
      </w:r>
    </w:p>
    <w:p>
      <w:r>
        <w:t>2. Местные жители оказали нам необыкновенную доброту: из-за начавшегося дождя и холода они развели огонь и приняли всех нас.</w:t>
      </w:r>
    </w:p>
    <w:p>
      <w:r>
        <w:t>3. Павел собрал охапку хвороста и положил в огонь; от жара выползла гадюка и повисла на его руке.</w:t>
      </w:r>
    </w:p>
    <w:p>
      <w:r>
        <w:t>4. Увидев змею, висящую на его руке, местные говорили друг другу: «Наверняка этот человек убийца: хотя он спасся от моря, Правосудие не позволило ему жить».</w:t>
      </w:r>
    </w:p>
    <w:p>
      <w:r>
        <w:t>5. Но Павел стряхнул змею в огонь и не потерпел никакого вреда.</w:t>
      </w:r>
    </w:p>
    <w:p>
      <w:r>
        <w:t>6. Они ожидали, что он распухнет или внезапно упадёт мёртвым. Но, долго ожидая и видя, что с ним не происходит ничего необычного, переменили мнение и стали говорить, что он бог.</w:t>
      </w:r>
    </w:p>
    <w:p>
      <w:r>
        <w:t>7. В окрестностях того места были владения начальника острова по имени Публий. Он принял нас и три дня гостеприимно заботился о нас.</w:t>
      </w:r>
    </w:p>
    <w:p>
      <w:r>
        <w:t>8. Отец Публия лежал, страдая от жара и дизентерии. Павел вошёл к нему, помолился, возложил на него руки и исцелил.</w:t>
      </w:r>
    </w:p>
    <w:p>
      <w:r>
        <w:t>9. После этого и другие больные на острове приходили и исцелялись.</w:t>
      </w:r>
    </w:p>
    <w:p>
      <w:r>
        <w:t>10. Они оказали нам много почестей, а когда мы отплывали, снабдили всем необходимым.</w:t>
      </w:r>
    </w:p>
    <w:p>
      <w:r>
        <w:t>11. Через три месяца мы отплыли на александрийском корабле, зимовавшем на острове; корабль носил знак Диоскуров.</w:t>
      </w:r>
    </w:p>
    <w:p>
      <w:r>
        <w:t>12. Прибыв в Сиракузы, мы пробыли там три дня.</w:t>
      </w:r>
    </w:p>
    <w:p>
      <w:r>
        <w:t>13. Оттуда мы пришли в Регий, а через день подул южный ветер, и на второй день мы прибыли в Путеолы.</w:t>
      </w:r>
    </w:p>
    <w:p>
      <w:r>
        <w:t>14. Там мы нашли братьев, и нас попросили пробыть у них семь дней. Так мы пришли в Рим.</w:t>
      </w:r>
    </w:p>
    <w:p>
      <w:r>
        <w:t>15. Братья оттуда, услышав о нас, вышли нам навстречу до Аппиевой площади и Трёх Таверн. Увидев их, Павел поблагодарил Бога и ободрился.</w:t>
      </w:r>
    </w:p>
    <w:p>
      <w:r>
        <w:t>16. Когда мы вошли в Рим, Павлу позволили жить отдельно с охранявшим его воином.</w:t>
      </w:r>
    </w:p>
    <w:p>
      <w:r>
        <w:t>17. Через три дня Павел созвал знатнейших из иудеев. Когда они собрались, он сказал: «Мужи братья! Хотя я не сделал ничего против народа или отеческих обычаев, меня как заключённого передали из Иерусалима в руки римлян.</w:t>
      </w:r>
    </w:p>
    <w:p>
      <w:r>
        <w:t>18. Они, допросив меня, хотели отпустить, потому что не нашли во мне никакой вины, достойной смерти.</w:t>
      </w:r>
    </w:p>
    <w:p>
      <w:r>
        <w:t>19. Но поскольку иудеи возражали, я был вынужден обратиться к кесарю — не потому, что мне было в чём обвинять свой народ.</w:t>
      </w:r>
    </w:p>
    <w:p>
      <w:r>
        <w:t>20. По этой причине я и пригласил вас увидеться и поговорить; ведь за надежду Израиля я ношу эту цепь».</w:t>
      </w:r>
    </w:p>
    <w:p>
      <w:r>
        <w:t>21. Они сказали ему: «Мы не получали о тебе писем из Иудеи, и никто из прибывших братьев не сообщил и не рассказал о тебе ничего дурного.</w:t>
      </w:r>
    </w:p>
    <w:p>
      <w:r>
        <w:t>22. Но хотим услышать от тебя, что ты думаешь, потому что об этой секте нам известно, что ей повсюду противоречат».</w:t>
      </w:r>
    </w:p>
    <w:p>
      <w:r>
        <w:t>23. Назначив ему день, многие пришли к нему в жилище. С утра до вечера он излагал им, свидетельствуя о Царстве Божьем и убеждая их относительно Иисуса на основании Закона Моисея и Пророков.</w:t>
      </w:r>
    </w:p>
    <w:p>
      <w:r>
        <w:t>24. Одних убеждало сказанное, другие не верили.</w:t>
      </w:r>
    </w:p>
    <w:p>
      <w:r>
        <w:t>25. Не согласившись между собой, они стали расходиться после слов Павла: «Хорошо сказал Святой Дух через пророка Исаию вашим отцам:</w:t>
      </w:r>
    </w:p>
    <w:p>
      <w:r>
        <w:t>26. “Пойди к этому народу и скажи: слухом будете слышать — и не поймёте; смотря будете смотреть — и не увидите.</w:t>
      </w:r>
    </w:p>
    <w:p>
      <w:r>
        <w:t>27. Потому что сердце этого народа огрубело, ушами они тяжело слышат и глаза свои закрыли, чтобы не увидеть глазами, не услышать ушами, не понять сердцем, не обратиться — и Я исцелю их”.</w:t>
      </w:r>
    </w:p>
    <w:p>
      <w:r>
        <w:t>28. Итак, пусть будет известно вам: это спасение Божье послано язычникам; они и услышат».</w:t>
      </w:r>
    </w:p>
    <w:p>
      <w:r>
        <w:t xml:space="preserve">29. </w:t>
      </w:r>
    </w:p>
    <w:p>
      <w:r>
        <w:t>30. Павел прожил целых два года в своём наёмном жилье и принимал всех приходивших к нему,</w:t>
      </w:r>
    </w:p>
    <w:p>
      <w:r>
        <w:t>31. проповедуя Царство Божье и преподавая учение о Господе Иисусе Христе со всей смелостью и без препятствий.</w:t>
      </w:r>
    </w:p>
    <w:p>
      <w:pPr>
        <w:pStyle w:val="Heading1"/>
      </w:pPr>
      <w:r>
        <w:t>Источники и лицензии</w:t>
      </w:r>
    </w:p>
    <w:p>
      <w:pPr>
        <w:pStyle w:val="Heading3"/>
      </w:pPr>
      <w:r>
        <w:t>Перевод</w:t>
      </w:r>
    </w:p>
    <w:p>
      <w:r>
        <w:t>Word of God Translation (WGT) — перевод, редакторская работа и пояснения проекта Word of God, Budva. © 2026 Word of God Translation contributors. Все права защищены. Цитирование, воспроизведение, распространение и публичный показ допускаются только со ссылкой: «Word of God Translation (WGT) — wordofgod.me».</w:t>
      </w:r>
    </w:p>
    <w:p>
      <w:pPr>
        <w:pStyle w:val="Heading3"/>
      </w:pPr>
      <w:r>
        <w:t>Греческий текст</w:t>
      </w:r>
    </w:p>
    <w:p>
      <w:r>
        <w:t>SBL Greek New Testament (SBLGNT) © Society of Biblical Literature и Logos Bible Software. Лицензия Creative Commons Attribution 4.0 (CC BY 4.0). sblgnt.com</w:t>
      </w:r>
    </w:p>
    <w:p>
      <w:pPr>
        <w:pStyle w:val="Heading3"/>
      </w:pPr>
      <w:r>
        <w:t>Морфология, номера Стронга и словарные данные</w:t>
      </w:r>
    </w:p>
    <w:p>
      <w:r>
        <w:t>STEPBible Data (TAGNT — Translators Amalgamated Greek NT; TBESG — Greek extended Strong numbers), Tyndale House, Cambridge, www.STEPBible.org. Лицензия CC BY 4.0. Английские глоссы TAGNT основаны на Berean Study Bible. Определения Abbott-Smith, «A Manual Greek Lexicon of the New Testament» (1922), — общественное достояние. Данные приведены в соответствие с версификацией и русским текстом WGT; русские слова размечены номерами Стронга проектом WGT.</w:t>
      </w:r>
    </w:p>
    <w:p>
      <w:pPr>
        <w:pStyle w:val="Heading3"/>
      </w:pPr>
      <w:r>
        <w:t>Шрифты</w:t>
      </w:r>
    </w:p>
    <w:p>
      <w:r>
        <w:t>Набор текста в PDF — шрифт EB Garamond (Georg Duffner, Octavio Pardo), SIL Open Font License 1.1.</w:t>
      </w:r>
    </w:p>
    <w:p>
      <w:pPr>
        <w:pStyle w:val="Heading3"/>
      </w:pPr>
      <w:r>
        <w:t>Подробности</w:t>
      </w:r>
    </w:p>
    <w:p>
      <w:r>
        <w:t>Полные сведения об источниках, версиях данных и лицензиях — на сайте wordofgod.me.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